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1BD6790" w14:textId="745C9D61" w:rsidR="00A52FFC" w:rsidRDefault="00BA4244" w:rsidP="00FC61CC">
      <w:pPr>
        <w:jc w:val="center"/>
        <w:rPr>
          <w:b/>
          <w:bCs/>
        </w:rPr>
      </w:pPr>
      <w:r>
        <w:rPr>
          <w:b/>
          <w:bCs/>
        </w:rPr>
        <w:t>AI-Driven Network Infrastructure for Intelligent, Adaptive and Secure Distributed Systems</w:t>
      </w:r>
    </w:p>
    <w:p w14:paraId="0A3AFAF3" w14:textId="77777777" w:rsidR="00A52FFC" w:rsidRDefault="00BA4244">
      <w:pPr>
        <w:jc w:val="both"/>
        <w:rPr>
          <w:b/>
          <w:bCs/>
        </w:rPr>
      </w:pPr>
      <w:r>
        <w:rPr>
          <w:b/>
          <w:bCs/>
        </w:rPr>
        <w:t>Abstract</w:t>
      </w:r>
    </w:p>
    <w:p w14:paraId="1D300035" w14:textId="35D02C21" w:rsidR="002F57C8" w:rsidRDefault="002F57C8">
      <w:pPr>
        <w:jc w:val="both"/>
        <w:rPr>
          <w:rFonts w:ascii="Times New Roman" w:eastAsia="Times New Roman" w:hAnsi="Times New Roman" w:cs="Times New Roman"/>
        </w:rPr>
      </w:pPr>
      <w:r w:rsidRPr="002F57C8">
        <w:rPr>
          <w:rFonts w:ascii="Times New Roman" w:eastAsia="Times New Roman" w:hAnsi="Times New Roman" w:cs="Times New Roman"/>
        </w:rPr>
        <w:t xml:space="preserve">The increasing </w:t>
      </w:r>
      <w:proofErr w:type="spellStart"/>
      <w:r w:rsidRPr="002F57C8">
        <w:rPr>
          <w:rFonts w:ascii="Times New Roman" w:eastAsia="Times New Roman" w:hAnsi="Times New Roman" w:cs="Times New Roman"/>
        </w:rPr>
        <w:t>virtualisation</w:t>
      </w:r>
      <w:proofErr w:type="spellEnd"/>
      <w:r w:rsidRPr="002F57C8">
        <w:rPr>
          <w:rFonts w:ascii="Times New Roman" w:eastAsia="Times New Roman" w:hAnsi="Times New Roman" w:cs="Times New Roman"/>
        </w:rPr>
        <w:t xml:space="preserve">, programmability, and AI assistance of next-generation network infrastructures simultaneously expand attack surfaces and complicate the reliability of SDN/NFV, cloud/data </w:t>
      </w:r>
      <w:proofErr w:type="spellStart"/>
      <w:r w:rsidRPr="002F57C8">
        <w:rPr>
          <w:rFonts w:ascii="Times New Roman" w:eastAsia="Times New Roman" w:hAnsi="Times New Roman" w:cs="Times New Roman"/>
        </w:rPr>
        <w:t>centre</w:t>
      </w:r>
      <w:proofErr w:type="spellEnd"/>
      <w:r w:rsidRPr="002F57C8">
        <w:rPr>
          <w:rFonts w:ascii="Times New Roman" w:eastAsia="Times New Roman" w:hAnsi="Times New Roman" w:cs="Times New Roman"/>
        </w:rPr>
        <w:t xml:space="preserve"> fabrics and 5G/6G. This scoping review maps the use of resilience mechanisms and AI-driven control in adaptive, intelligent, and secure distributed systems. Using a PCC-framed question and a PRISMA-</w:t>
      </w:r>
      <w:proofErr w:type="spellStart"/>
      <w:r w:rsidRPr="002F57C8">
        <w:rPr>
          <w:rFonts w:ascii="Times New Roman" w:eastAsia="Times New Roman" w:hAnsi="Times New Roman" w:cs="Times New Roman"/>
        </w:rPr>
        <w:t>ScR</w:t>
      </w:r>
      <w:proofErr w:type="spellEnd"/>
      <w:r w:rsidRPr="002F57C8">
        <w:rPr>
          <w:rFonts w:ascii="Times New Roman" w:eastAsia="Times New Roman" w:hAnsi="Times New Roman" w:cs="Times New Roman"/>
        </w:rPr>
        <w:t xml:space="preserve">-guided process, we searched the IEEE Xplore database, the Scopus database, and the ACM Digital Library for peer-reviewed studies published between 2015 and 2025. Nineteen empirical studies that met the inclusion criteria were identified, covering SRv6 routing, congestion control and data </w:t>
      </w:r>
      <w:proofErr w:type="spellStart"/>
      <w:r w:rsidRPr="002F57C8">
        <w:rPr>
          <w:rFonts w:ascii="Times New Roman" w:eastAsia="Times New Roman" w:hAnsi="Times New Roman" w:cs="Times New Roman"/>
        </w:rPr>
        <w:t>centre</w:t>
      </w:r>
      <w:proofErr w:type="spellEnd"/>
      <w:r w:rsidRPr="002F57C8">
        <w:rPr>
          <w:rFonts w:ascii="Times New Roman" w:eastAsia="Times New Roman" w:hAnsi="Times New Roman" w:cs="Times New Roman"/>
        </w:rPr>
        <w:t xml:space="preserve"> </w:t>
      </w:r>
      <w:proofErr w:type="spellStart"/>
      <w:r w:rsidRPr="002F57C8">
        <w:rPr>
          <w:rFonts w:ascii="Times New Roman" w:eastAsia="Times New Roman" w:hAnsi="Times New Roman" w:cs="Times New Roman"/>
        </w:rPr>
        <w:t>optimisation</w:t>
      </w:r>
      <w:proofErr w:type="spellEnd"/>
      <w:r w:rsidRPr="002F57C8">
        <w:rPr>
          <w:rFonts w:ascii="Times New Roman" w:eastAsia="Times New Roman" w:hAnsi="Times New Roman" w:cs="Times New Roman"/>
        </w:rPr>
        <w:t xml:space="preserve">, WAN traffic engineering, SDN control-plane </w:t>
      </w:r>
      <w:proofErr w:type="spellStart"/>
      <w:r w:rsidRPr="002F57C8">
        <w:rPr>
          <w:rFonts w:ascii="Times New Roman" w:eastAsia="Times New Roman" w:hAnsi="Times New Roman" w:cs="Times New Roman"/>
        </w:rPr>
        <w:t>defence</w:t>
      </w:r>
      <w:proofErr w:type="spellEnd"/>
      <w:r w:rsidRPr="002F57C8">
        <w:rPr>
          <w:rFonts w:ascii="Times New Roman" w:eastAsia="Times New Roman" w:hAnsi="Times New Roman" w:cs="Times New Roman"/>
        </w:rPr>
        <w:t>, cloud rollout assurance, and O-RAN/5G RIC/</w:t>
      </w:r>
      <w:proofErr w:type="spellStart"/>
      <w:r w:rsidRPr="002F57C8">
        <w:rPr>
          <w:rFonts w:ascii="Times New Roman" w:eastAsia="Times New Roman" w:hAnsi="Times New Roman" w:cs="Times New Roman"/>
        </w:rPr>
        <w:t>xApp</w:t>
      </w:r>
      <w:proofErr w:type="spellEnd"/>
      <w:r w:rsidRPr="002F57C8">
        <w:rPr>
          <w:rFonts w:ascii="Times New Roman" w:eastAsia="Times New Roman" w:hAnsi="Times New Roman" w:cs="Times New Roman"/>
        </w:rPr>
        <w:t xml:space="preserve"> workflows. The evidence was primarily focused on O-RAN/5G implementations and revealed a strong presence of graph-aware learning and reinforcement learning variants, as well as federated learning, supervised learning,</w:t>
      </w:r>
      <w:r w:rsidR="007D447A">
        <w:rPr>
          <w:rFonts w:ascii="Times New Roman" w:eastAsia="Times New Roman" w:hAnsi="Times New Roman" w:cs="Times New Roman"/>
        </w:rPr>
        <w:t xml:space="preserve"> </w:t>
      </w:r>
      <w:r w:rsidRPr="002F57C8">
        <w:rPr>
          <w:rFonts w:ascii="Times New Roman" w:eastAsia="Times New Roman" w:hAnsi="Times New Roman" w:cs="Times New Roman"/>
        </w:rPr>
        <w:t xml:space="preserve">and lightweight unsupervised anomaly detection. Reported impacts included measurable operational gains (e.g. reduced inference overhead and reduced flow completion time) and security benefits through mitigation and detection-isolation under adversarial conditions. However, evaluation remains fragmented across metrics and settings. Many studies are limited to emulation or small testbeds, simulations, and there is inconsistent reporting of rollback </w:t>
      </w:r>
      <w:proofErr w:type="spellStart"/>
      <w:r w:rsidRPr="002F57C8">
        <w:rPr>
          <w:rFonts w:ascii="Times New Roman" w:eastAsia="Times New Roman" w:hAnsi="Times New Roman" w:cs="Times New Roman"/>
        </w:rPr>
        <w:t>behaviour</w:t>
      </w:r>
      <w:proofErr w:type="spellEnd"/>
      <w:r w:rsidRPr="002F57C8">
        <w:rPr>
          <w:rFonts w:ascii="Times New Roman" w:eastAsia="Times New Roman" w:hAnsi="Times New Roman" w:cs="Times New Roman"/>
        </w:rPr>
        <w:t>, adaptive-attacker robustness and overhead. The evidence suggests that AI can improve reliability and efficiency when automation is limited by telemetry integrity controls, governance measures that can be audited, and safe-fallback mechanisms that stop local failures from spreading system-wide.</w:t>
      </w:r>
    </w:p>
    <w:p w14:paraId="4CDE98B3" w14:textId="6407E02D" w:rsidR="002C10D7" w:rsidRDefault="002C10D7">
      <w:pPr>
        <w:jc w:val="both"/>
        <w:rPr>
          <w:rFonts w:ascii="Times New Roman" w:eastAsia="Times New Roman" w:hAnsi="Times New Roman" w:cs="Times New Roman"/>
        </w:rPr>
      </w:pPr>
      <w:r w:rsidRPr="002C10D7">
        <w:rPr>
          <w:rFonts w:ascii="Times New Roman" w:eastAsia="Times New Roman" w:hAnsi="Times New Roman" w:cs="Times New Roman"/>
          <w:b/>
          <w:bCs/>
        </w:rPr>
        <w:t>Keywords</w:t>
      </w:r>
      <w:r>
        <w:rPr>
          <w:rFonts w:ascii="Times New Roman" w:eastAsia="Times New Roman" w:hAnsi="Times New Roman" w:cs="Times New Roman"/>
        </w:rPr>
        <w:t>: AI-driven network Infrastructure, deep reinforcement learning, SDN/NFV, O-RAN/5G, resilience and adversarial robustness</w:t>
      </w:r>
    </w:p>
    <w:p w14:paraId="5D8623ED" w14:textId="07EF34EA" w:rsidR="00A52FFC" w:rsidRDefault="00BA4244">
      <w:pPr>
        <w:numPr>
          <w:ilvl w:val="0"/>
          <w:numId w:val="1"/>
        </w:numPr>
        <w:pBdr>
          <w:top w:val="nil"/>
          <w:left w:val="nil"/>
          <w:bottom w:val="nil"/>
          <w:right w:val="nil"/>
          <w:between w:val="nil"/>
        </w:pBdr>
        <w:spacing w:after="0"/>
        <w:jc w:val="both"/>
        <w:rPr>
          <w:rFonts w:ascii="Times New Roman" w:eastAsia="Times New Roman" w:hAnsi="Times New Roman" w:cs="Times New Roman"/>
          <w:b/>
          <w:bCs/>
          <w:color w:val="000000"/>
        </w:rPr>
      </w:pPr>
      <w:r>
        <w:rPr>
          <w:rFonts w:ascii="Times New Roman" w:eastAsia="Times New Roman" w:hAnsi="Times New Roman" w:cs="Times New Roman"/>
          <w:b/>
          <w:bCs/>
          <w:color w:val="000000"/>
        </w:rPr>
        <w:t>Introduction</w:t>
      </w:r>
    </w:p>
    <w:p w14:paraId="7ECDB990" w14:textId="77777777" w:rsidR="00FC61CC" w:rsidRDefault="00FC61CC" w:rsidP="00FC61CC">
      <w:pPr>
        <w:pBdr>
          <w:top w:val="nil"/>
          <w:left w:val="nil"/>
          <w:bottom w:val="nil"/>
          <w:right w:val="nil"/>
          <w:between w:val="nil"/>
        </w:pBdr>
        <w:spacing w:after="0"/>
        <w:ind w:left="360"/>
        <w:jc w:val="both"/>
        <w:rPr>
          <w:rFonts w:ascii="Times New Roman" w:eastAsia="Times New Roman" w:hAnsi="Times New Roman" w:cs="Times New Roman"/>
          <w:b/>
          <w:bCs/>
          <w:color w:val="000000"/>
        </w:rPr>
      </w:pPr>
    </w:p>
    <w:p w14:paraId="4847DCD2" w14:textId="77777777" w:rsidR="00FC61CC" w:rsidRPr="00FC61CC" w:rsidRDefault="00BA4244" w:rsidP="00FC61CC">
      <w:pPr>
        <w:numPr>
          <w:ilvl w:val="1"/>
          <w:numId w:val="1"/>
        </w:numPr>
        <w:pBdr>
          <w:top w:val="nil"/>
          <w:left w:val="nil"/>
          <w:bottom w:val="nil"/>
          <w:right w:val="nil"/>
          <w:between w:val="nil"/>
        </w:pBdr>
        <w:jc w:val="both"/>
        <w:rPr>
          <w:rFonts w:ascii="Times New Roman" w:eastAsia="Times New Roman" w:hAnsi="Times New Roman" w:cs="Times New Roman"/>
        </w:rPr>
      </w:pPr>
      <w:r>
        <w:rPr>
          <w:rFonts w:ascii="Times New Roman" w:eastAsia="Times New Roman" w:hAnsi="Times New Roman" w:cs="Times New Roman"/>
          <w:b/>
          <w:bCs/>
          <w:color w:val="000000"/>
        </w:rPr>
        <w:t>Problem and context</w:t>
      </w:r>
    </w:p>
    <w:p w14:paraId="3C12545C" w14:textId="4E5C5C25" w:rsidR="00A52FFC" w:rsidRDefault="00FC61CC" w:rsidP="00FC61CC">
      <w:pPr>
        <w:pBdr>
          <w:top w:val="nil"/>
          <w:left w:val="nil"/>
          <w:bottom w:val="nil"/>
          <w:right w:val="nil"/>
          <w:between w:val="nil"/>
        </w:pBdr>
        <w:ind w:left="1080"/>
        <w:jc w:val="both"/>
        <w:rPr>
          <w:rFonts w:ascii="Times New Roman" w:eastAsia="Times New Roman" w:hAnsi="Times New Roman" w:cs="Times New Roman"/>
        </w:rPr>
      </w:pPr>
      <w:r>
        <w:rPr>
          <w:rFonts w:ascii="Times New Roman" w:eastAsia="Times New Roman" w:hAnsi="Times New Roman" w:cs="Times New Roman"/>
        </w:rPr>
        <w:t xml:space="preserve"> </w:t>
      </w:r>
      <w:r w:rsidR="00BA4244">
        <w:rPr>
          <w:rFonts w:ascii="Times New Roman" w:eastAsia="Times New Roman" w:hAnsi="Times New Roman" w:cs="Times New Roman"/>
        </w:rPr>
        <w:t xml:space="preserve">The next generation of network infrastructure is transitioning from a vertically integrated, device-centric control model to one of virtualized service delivery and software-defined programmability. Conventional IP networks are slow to reconfigure in the event of faults, evolving service demands or changes in traffic and are difficult to configure in line with high-level policies, because the data and control planes are bundled within distributed network elements (Kreutz et al., 2014). However, by enabling logical centralization and separating the control logic from the forwarding hardware, software-defined networking (SDN) creates a platform for policy-driven operations, faster network evolution and improved manageability (Kreutz et al., 2014). Evidence from hyperscale practice demonstrates the importance of this shift: Google’s data </w:t>
      </w:r>
      <w:proofErr w:type="spellStart"/>
      <w:r w:rsidR="00BA4244">
        <w:rPr>
          <w:rFonts w:ascii="Times New Roman" w:eastAsia="Times New Roman" w:hAnsi="Times New Roman" w:cs="Times New Roman"/>
        </w:rPr>
        <w:t>centre</w:t>
      </w:r>
      <w:proofErr w:type="spellEnd"/>
      <w:r w:rsidR="00BA4244">
        <w:rPr>
          <w:rFonts w:ascii="Times New Roman" w:eastAsia="Times New Roman" w:hAnsi="Times New Roman" w:cs="Times New Roman"/>
        </w:rPr>
        <w:t xml:space="preserve"> network evolution combined centralized control with commodity Clos fabrics that push a global configuration to switches, enabling sustained scaling across sites and operational simplification (Singh et al., 2015). As networks expand into multi-domain fabrics that interconnect wide-area environments, data </w:t>
      </w:r>
      <w:proofErr w:type="spellStart"/>
      <w:r w:rsidR="00BA4244">
        <w:rPr>
          <w:rFonts w:ascii="Times New Roman" w:eastAsia="Times New Roman" w:hAnsi="Times New Roman" w:cs="Times New Roman"/>
        </w:rPr>
        <w:t>centres</w:t>
      </w:r>
      <w:proofErr w:type="spellEnd"/>
      <w:r w:rsidR="00BA4244">
        <w:rPr>
          <w:rFonts w:ascii="Times New Roman" w:eastAsia="Times New Roman" w:hAnsi="Times New Roman" w:cs="Times New Roman"/>
        </w:rPr>
        <w:t xml:space="preserve">, and access, the operational burden is shifting increasingly from hardware provisioning to policy validation, update coordination and consistent system-wide </w:t>
      </w:r>
      <w:proofErr w:type="spellStart"/>
      <w:r w:rsidR="00BA4244">
        <w:rPr>
          <w:rFonts w:ascii="Times New Roman" w:eastAsia="Times New Roman" w:hAnsi="Times New Roman" w:cs="Times New Roman"/>
        </w:rPr>
        <w:t>behaviour</w:t>
      </w:r>
      <w:proofErr w:type="spellEnd"/>
      <w:r w:rsidR="00BA4244">
        <w:rPr>
          <w:rFonts w:ascii="Times New Roman" w:eastAsia="Times New Roman" w:hAnsi="Times New Roman" w:cs="Times New Roman"/>
        </w:rPr>
        <w:t xml:space="preserve"> maintenance.</w:t>
      </w:r>
    </w:p>
    <w:p w14:paraId="263B2FA8" w14:textId="77777777" w:rsidR="00A52FFC" w:rsidRDefault="00BA4244">
      <w:pPr>
        <w:jc w:val="both"/>
        <w:rPr>
          <w:rFonts w:ascii="Times New Roman" w:eastAsia="Times New Roman" w:hAnsi="Times New Roman" w:cs="Times New Roman"/>
        </w:rPr>
      </w:pPr>
      <w:r>
        <w:rPr>
          <w:rFonts w:ascii="Times New Roman" w:eastAsia="Times New Roman" w:hAnsi="Times New Roman" w:cs="Times New Roman"/>
        </w:rPr>
        <w:t>Virtualization extends the concept of software-defined thinking to services. Network function virtualization (NFV) decouples network functions from specialized hardware, enabling flexible function chaining and faster service deployment on general-purpose infrastructure. It also ties network evolution to telemetry and cloud-style orchestration (</w:t>
      </w:r>
      <w:proofErr w:type="spellStart"/>
      <w:r>
        <w:rPr>
          <w:rFonts w:ascii="Times New Roman" w:eastAsia="Times New Roman" w:hAnsi="Times New Roman" w:cs="Times New Roman"/>
        </w:rPr>
        <w:t>Mijumbi</w:t>
      </w:r>
      <w:proofErr w:type="spellEnd"/>
      <w:r>
        <w:rPr>
          <w:rFonts w:ascii="Times New Roman" w:eastAsia="Times New Roman" w:hAnsi="Times New Roman" w:cs="Times New Roman"/>
        </w:rPr>
        <w:t xml:space="preserve"> et al., 2015). However, this also elevates the problem of allocating NFV resources — mapping service graphs to storage, computing, and networking resources under performance constraints — as a central barrier to dependable service delivery (Herrera &amp; Botero, 2016). Meanwhile, edge computing brings computation closer to devices and users to reduce bandwidth costs and response times, as well as supporting privacy-sensitive processing. However, it introduces tight energy budgets, distributed trust boundaries and heterogeneous nodes (Shi et al., 2016). Mobile edge computing increases dynamism further: mobility management, edge resource allocation and computation offloading must be coordinated under variable radio conditions to meet the demands of real-time applications (Mach &amp; </w:t>
      </w:r>
      <w:proofErr w:type="spellStart"/>
      <w:r>
        <w:rPr>
          <w:rFonts w:ascii="Times New Roman" w:eastAsia="Times New Roman" w:hAnsi="Times New Roman" w:cs="Times New Roman"/>
        </w:rPr>
        <w:t>Becvar</w:t>
      </w:r>
      <w:proofErr w:type="spellEnd"/>
      <w:r>
        <w:rPr>
          <w:rFonts w:ascii="Times New Roman" w:eastAsia="Times New Roman" w:hAnsi="Times New Roman" w:cs="Times New Roman"/>
        </w:rPr>
        <w:t xml:space="preserve">, 2017). </w:t>
      </w:r>
      <w:r>
        <w:rPr>
          <w:rFonts w:ascii="Times New Roman" w:eastAsia="Times New Roman" w:hAnsi="Times New Roman" w:cs="Times New Roman"/>
        </w:rPr>
        <w:lastRenderedPageBreak/>
        <w:t>Together, edge computing and SDN/NFV paradigms create a more adaptable infrastructure that is also more coupled across layers, making it more sensitive to control errors and telemetry limitations.</w:t>
      </w:r>
    </w:p>
    <w:p w14:paraId="479FF887" w14:textId="77777777" w:rsidR="00A52FFC" w:rsidRDefault="00BA4244">
      <w:pPr>
        <w:jc w:val="both"/>
        <w:rPr>
          <w:rFonts w:ascii="Times New Roman" w:eastAsia="Times New Roman" w:hAnsi="Times New Roman" w:cs="Times New Roman"/>
        </w:rPr>
      </w:pPr>
      <w:r>
        <w:rPr>
          <w:rFonts w:ascii="Times New Roman" w:eastAsia="Times New Roman" w:hAnsi="Times New Roman" w:cs="Times New Roman"/>
        </w:rPr>
        <w:t>The emergence of fifth-generation systems and the development of the 6G vision intensifies heterogeneity by combining stringent, and sometimes conflicting, performance targets with diverse vertical services. This increases the need for automated, closed-loop management across domains (Saad et al., 2019). Although network slicing is positioned as a key mechanism for running multiple logically isolated networks over shared infrastructure, it elevates assurance across radio, transport, end-to-end lifecycle management and core networks to the level of a primary design consideration (</w:t>
      </w:r>
      <w:proofErr w:type="spellStart"/>
      <w:r>
        <w:rPr>
          <w:rFonts w:ascii="Times New Roman" w:eastAsia="Times New Roman" w:hAnsi="Times New Roman" w:cs="Times New Roman"/>
        </w:rPr>
        <w:t>Foukas</w:t>
      </w:r>
      <w:proofErr w:type="spellEnd"/>
      <w:r>
        <w:rPr>
          <w:rFonts w:ascii="Times New Roman" w:eastAsia="Times New Roman" w:hAnsi="Times New Roman" w:cs="Times New Roman"/>
        </w:rPr>
        <w:t xml:space="preserve"> et al., 2017). In the radio access network, programmability must be efficient enough to enable near-real-time control. SDK approaches such as </w:t>
      </w:r>
      <w:proofErr w:type="spellStart"/>
      <w:r>
        <w:rPr>
          <w:rFonts w:ascii="Times New Roman" w:eastAsia="Times New Roman" w:hAnsi="Times New Roman" w:cs="Times New Roman"/>
        </w:rPr>
        <w:t>FlexRIC</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emphasise</w:t>
      </w:r>
      <w:proofErr w:type="spellEnd"/>
      <w:r>
        <w:rPr>
          <w:rFonts w:ascii="Times New Roman" w:eastAsia="Times New Roman" w:hAnsi="Times New Roman" w:cs="Times New Roman"/>
        </w:rPr>
        <w:t xml:space="preserve"> the need for modular, low-footprint controller toolchains that facilitate </w:t>
      </w:r>
      <w:proofErr w:type="spellStart"/>
      <w:r>
        <w:rPr>
          <w:rFonts w:ascii="Times New Roman" w:eastAsia="Times New Roman" w:hAnsi="Times New Roman" w:cs="Times New Roman"/>
        </w:rPr>
        <w:t>specialised</w:t>
      </w:r>
      <w:proofErr w:type="spellEnd"/>
      <w:r>
        <w:rPr>
          <w:rFonts w:ascii="Times New Roman" w:eastAsia="Times New Roman" w:hAnsi="Times New Roman" w:cs="Times New Roman"/>
        </w:rPr>
        <w:t>, service-oriented control without excessive overheads (Schmidt et al., 2021). O-RAN extends this trajectory through open interfaces and disaggregation coupled with intelligent controllers that support data-driven, closed-loop workflows, but this introduces new security and interoperability challenges (</w:t>
      </w:r>
      <w:proofErr w:type="spellStart"/>
      <w:r>
        <w:rPr>
          <w:rFonts w:ascii="Times New Roman" w:eastAsia="Times New Roman" w:hAnsi="Times New Roman" w:cs="Times New Roman"/>
        </w:rPr>
        <w:t>Polese</w:t>
      </w:r>
      <w:proofErr w:type="spellEnd"/>
      <w:r>
        <w:rPr>
          <w:rFonts w:ascii="Times New Roman" w:eastAsia="Times New Roman" w:hAnsi="Times New Roman" w:cs="Times New Roman"/>
        </w:rPr>
        <w:t xml:space="preserve"> et al., 2023).</w:t>
      </w:r>
    </w:p>
    <w:p w14:paraId="5F0E2B3B" w14:textId="2979AA49" w:rsidR="00A52FFC" w:rsidRDefault="00BA4244">
      <w:pPr>
        <w:jc w:val="both"/>
        <w:rPr>
          <w:rFonts w:ascii="Times New Roman" w:eastAsia="Times New Roman" w:hAnsi="Times New Roman" w:cs="Times New Roman"/>
        </w:rPr>
      </w:pPr>
      <w:r>
        <w:rPr>
          <w:rFonts w:ascii="Times New Roman" w:eastAsia="Times New Roman" w:hAnsi="Times New Roman" w:cs="Times New Roman"/>
        </w:rPr>
        <w:t xml:space="preserve">Resilience and Security concerns increase alongside programmability. Although SDN can facilitate security service insertion and improve visibility, separating data planes and the control introduces exposure points across forwarding and controller elements and applications. This can lead to denial-of-service and man-in-the-middle threats (Ahmad et al., 2015). In cyber-physical networks, adversaries can take advantage of the </w:t>
      </w:r>
      <w:proofErr w:type="spellStart"/>
      <w:proofErr w:type="gramStart"/>
      <w:r>
        <w:rPr>
          <w:rFonts w:ascii="Times New Roman" w:eastAsia="Times New Roman" w:hAnsi="Times New Roman" w:cs="Times New Roman"/>
        </w:rPr>
        <w:t>communication,sensing</w:t>
      </w:r>
      <w:proofErr w:type="spellEnd"/>
      <w:proofErr w:type="gramEnd"/>
      <w:r>
        <w:rPr>
          <w:rFonts w:ascii="Times New Roman" w:eastAsia="Times New Roman" w:hAnsi="Times New Roman" w:cs="Times New Roman"/>
        </w:rPr>
        <w:t>, and actuation pathways. This makes resilience more important than avoiding failure (</w:t>
      </w:r>
      <w:proofErr w:type="spellStart"/>
      <w:r>
        <w:rPr>
          <w:rFonts w:ascii="Times New Roman" w:eastAsia="Times New Roman" w:hAnsi="Times New Roman" w:cs="Times New Roman"/>
        </w:rPr>
        <w:t>Olowononi</w:t>
      </w:r>
      <w:proofErr w:type="spellEnd"/>
      <w:r>
        <w:rPr>
          <w:rFonts w:ascii="Times New Roman" w:eastAsia="Times New Roman" w:hAnsi="Times New Roman" w:cs="Times New Roman"/>
        </w:rPr>
        <w:t xml:space="preserve"> et al., 2020). Resilience means doing what is needed to keep things working safely even when there are problems. The convergence of edge distribution, programmability, </w:t>
      </w:r>
      <w:proofErr w:type="spellStart"/>
      <w:r w:rsidR="004C1883">
        <w:rPr>
          <w:rFonts w:ascii="Times New Roman" w:eastAsia="Times New Roman" w:hAnsi="Times New Roman" w:cs="Times New Roman"/>
        </w:rPr>
        <w:t>virtualisation</w:t>
      </w:r>
      <w:proofErr w:type="spellEnd"/>
      <w:r>
        <w:rPr>
          <w:rFonts w:ascii="Times New Roman" w:eastAsia="Times New Roman" w:hAnsi="Times New Roman" w:cs="Times New Roman"/>
        </w:rPr>
        <w:t>, and Open RAN, therefore, necessitates a focused review of AI-driven network infrastructure as a means of achieving adaptive and intelligent operation that remains interoperable, secure, and dependable in the face of real-world complexity.</w:t>
      </w:r>
    </w:p>
    <w:p w14:paraId="4D8DA7FB" w14:textId="2F0C2D69" w:rsidR="004C1883" w:rsidRDefault="004C1883">
      <w:pPr>
        <w:jc w:val="both"/>
        <w:rPr>
          <w:rFonts w:ascii="Times New Roman" w:eastAsia="Times New Roman" w:hAnsi="Times New Roman" w:cs="Times New Roman"/>
        </w:rPr>
      </w:pPr>
      <w:r w:rsidRPr="004C1883">
        <w:rPr>
          <w:rFonts w:ascii="Times New Roman" w:eastAsia="Times New Roman" w:hAnsi="Times New Roman" w:cs="Times New Roman"/>
        </w:rPr>
        <w:t xml:space="preserve">Recent global literature indicates that the transition from programmability to zero-touch, closed-loop automation is accelerating across the radio access network (RAN), edge, cloud and core. This shift is also a drift and elevating model governance to the forefront of reliability concerns (El Rajab et al., 2024). Open RAN surveys further </w:t>
      </w:r>
      <w:proofErr w:type="spellStart"/>
      <w:r w:rsidRPr="004C1883">
        <w:rPr>
          <w:rFonts w:ascii="Times New Roman" w:eastAsia="Times New Roman" w:hAnsi="Times New Roman" w:cs="Times New Roman"/>
        </w:rPr>
        <w:t>emphasise</w:t>
      </w:r>
      <w:proofErr w:type="spellEnd"/>
      <w:r w:rsidRPr="004C1883">
        <w:rPr>
          <w:rFonts w:ascii="Times New Roman" w:eastAsia="Times New Roman" w:hAnsi="Times New Roman" w:cs="Times New Roman"/>
        </w:rPr>
        <w:t xml:space="preserve"> that open interfaces and disaggregation increase the threat surface, and that AI/ML workflows introduce additional vulnerabilities that target learning and control functions (Azariah et al., 2024). Notably, practical security testing of open-source Near-RT RIC implementations has identified significant dependency vulnerabilities and insecure interface configurations, suggesting that assurance must encompass API security and supply chain, not just performance KPIs (</w:t>
      </w:r>
      <w:proofErr w:type="spellStart"/>
      <w:r w:rsidRPr="004C1883">
        <w:rPr>
          <w:rFonts w:ascii="Times New Roman" w:eastAsia="Times New Roman" w:hAnsi="Times New Roman" w:cs="Times New Roman"/>
        </w:rPr>
        <w:t>Thimmaraju</w:t>
      </w:r>
      <w:proofErr w:type="spellEnd"/>
      <w:r w:rsidRPr="004C1883">
        <w:rPr>
          <w:rFonts w:ascii="Times New Roman" w:eastAsia="Times New Roman" w:hAnsi="Times New Roman" w:cs="Times New Roman"/>
        </w:rPr>
        <w:t xml:space="preserve"> et al., 2024). Looking ahead, 6G autonomous network management </w:t>
      </w:r>
      <w:proofErr w:type="spellStart"/>
      <w:r w:rsidRPr="004C1883">
        <w:rPr>
          <w:rFonts w:ascii="Times New Roman" w:eastAsia="Times New Roman" w:hAnsi="Times New Roman" w:cs="Times New Roman"/>
        </w:rPr>
        <w:t>synthesises</w:t>
      </w:r>
      <w:proofErr w:type="spellEnd"/>
      <w:r w:rsidRPr="004C1883">
        <w:rPr>
          <w:rFonts w:ascii="Times New Roman" w:eastAsia="Times New Roman" w:hAnsi="Times New Roman" w:cs="Times New Roman"/>
        </w:rPr>
        <w:t xml:space="preserve"> intelligence-native operation as a multi-domain problem spanning security by design, edge intelligence and SDN/NFV. Rather than relying on conceptual architectures alone, this strengthens the rationale for mapping applied evidence (Ullah et al., 2025).</w:t>
      </w:r>
    </w:p>
    <w:p w14:paraId="3D9D6E9E" w14:textId="77777777" w:rsidR="00A52FFC" w:rsidRDefault="00BA4244">
      <w:pPr>
        <w:numPr>
          <w:ilvl w:val="1"/>
          <w:numId w:val="1"/>
        </w:numPr>
        <w:pBdr>
          <w:top w:val="nil"/>
          <w:left w:val="nil"/>
          <w:bottom w:val="nil"/>
          <w:right w:val="nil"/>
          <w:between w:val="nil"/>
        </w:pBdr>
        <w:jc w:val="both"/>
        <w:rPr>
          <w:rFonts w:ascii="Times New Roman" w:eastAsia="Times New Roman" w:hAnsi="Times New Roman" w:cs="Times New Roman"/>
          <w:b/>
          <w:bCs/>
          <w:color w:val="000000"/>
        </w:rPr>
      </w:pPr>
      <w:r>
        <w:rPr>
          <w:rFonts w:ascii="Times New Roman" w:eastAsia="Times New Roman" w:hAnsi="Times New Roman" w:cs="Times New Roman"/>
          <w:b/>
          <w:bCs/>
          <w:color w:val="000000"/>
        </w:rPr>
        <w:t>Scope of Review</w:t>
      </w:r>
    </w:p>
    <w:p w14:paraId="5BA98AB9" w14:textId="763B407B" w:rsidR="00A52FFC" w:rsidRDefault="00BA4244">
      <w:pPr>
        <w:jc w:val="both"/>
        <w:rPr>
          <w:rFonts w:ascii="Times New Roman" w:eastAsia="Times New Roman" w:hAnsi="Times New Roman" w:cs="Times New Roman"/>
        </w:rPr>
      </w:pPr>
      <w:r>
        <w:rPr>
          <w:rFonts w:ascii="Times New Roman" w:eastAsia="Times New Roman" w:hAnsi="Times New Roman" w:cs="Times New Roman"/>
        </w:rPr>
        <w:t xml:space="preserve">This scoping review maps the empirical evidence relating to AI-driven network infrastructure, which enables secure, distributed, adaptive and intelligent systems to operate across programmable and </w:t>
      </w:r>
      <w:proofErr w:type="spellStart"/>
      <w:r w:rsidR="004C1883">
        <w:rPr>
          <w:rFonts w:ascii="Times New Roman" w:eastAsia="Times New Roman" w:hAnsi="Times New Roman" w:cs="Times New Roman"/>
        </w:rPr>
        <w:t>virtualised</w:t>
      </w:r>
      <w:proofErr w:type="spellEnd"/>
      <w:r>
        <w:rPr>
          <w:rFonts w:ascii="Times New Roman" w:eastAsia="Times New Roman" w:hAnsi="Times New Roman" w:cs="Times New Roman"/>
        </w:rPr>
        <w:t xml:space="preserve"> environments. The review focuses on peer-reviewed studies (2015–2025) that implement AI/ML for traffic engineering, routing, slicing, safe automation, congestion control, and anomaly detection, in wide area networks (WANs), data </w:t>
      </w:r>
      <w:proofErr w:type="spellStart"/>
      <w:r>
        <w:rPr>
          <w:rFonts w:ascii="Times New Roman" w:eastAsia="Times New Roman" w:hAnsi="Times New Roman" w:cs="Times New Roman"/>
        </w:rPr>
        <w:t>centre</w:t>
      </w:r>
      <w:proofErr w:type="spellEnd"/>
      <w:r>
        <w:rPr>
          <w:rFonts w:ascii="Times New Roman" w:eastAsia="Times New Roman" w:hAnsi="Times New Roman" w:cs="Times New Roman"/>
        </w:rPr>
        <w:t xml:space="preserve"> fabrics, software-defined networking (SDN)/network functions </w:t>
      </w:r>
      <w:proofErr w:type="spellStart"/>
      <w:r>
        <w:rPr>
          <w:rFonts w:ascii="Times New Roman" w:eastAsia="Times New Roman" w:hAnsi="Times New Roman" w:cs="Times New Roman"/>
        </w:rPr>
        <w:t>virtualisation</w:t>
      </w:r>
      <w:proofErr w:type="spellEnd"/>
      <w:r>
        <w:rPr>
          <w:rFonts w:ascii="Times New Roman" w:eastAsia="Times New Roman" w:hAnsi="Times New Roman" w:cs="Times New Roman"/>
        </w:rPr>
        <w:t xml:space="preserve"> (NFV), and open radio access networks (Open RAN)/5G. The scope also covers threats that exploit telemetry-to-action learning loops, including packet injection, anomalous traffic and poisoning. It </w:t>
      </w:r>
      <w:proofErr w:type="spellStart"/>
      <w:r w:rsidR="004C1883">
        <w:rPr>
          <w:rFonts w:ascii="Times New Roman" w:eastAsia="Times New Roman" w:hAnsi="Times New Roman" w:cs="Times New Roman"/>
        </w:rPr>
        <w:t>synthesises</w:t>
      </w:r>
      <w:proofErr w:type="spellEnd"/>
      <w:r>
        <w:rPr>
          <w:rFonts w:ascii="Times New Roman" w:eastAsia="Times New Roman" w:hAnsi="Times New Roman" w:cs="Times New Roman"/>
        </w:rPr>
        <w:t xml:space="preserve"> measures for resilience by design, such as attribution, containment, update filtering, monitoring, and rollback governance. The review includes edge evaluation settings and prioritizes implementable mechanisms, operational outcomes and deployment architectures, from controllers to distributed </w:t>
      </w:r>
      <w:proofErr w:type="spellStart"/>
      <w:r>
        <w:rPr>
          <w:rFonts w:ascii="Times New Roman" w:eastAsia="Times New Roman" w:hAnsi="Times New Roman" w:cs="Times New Roman"/>
        </w:rPr>
        <w:t>xApps</w:t>
      </w:r>
      <w:proofErr w:type="spellEnd"/>
      <w:r>
        <w:rPr>
          <w:rFonts w:ascii="Times New Roman" w:eastAsia="Times New Roman" w:hAnsi="Times New Roman" w:cs="Times New Roman"/>
        </w:rPr>
        <w:t>.</w:t>
      </w:r>
    </w:p>
    <w:p w14:paraId="123BC78E" w14:textId="77777777" w:rsidR="00A52FFC" w:rsidRDefault="00BA4244">
      <w:pPr>
        <w:numPr>
          <w:ilvl w:val="1"/>
          <w:numId w:val="1"/>
        </w:numPr>
        <w:pBdr>
          <w:top w:val="nil"/>
          <w:left w:val="nil"/>
          <w:bottom w:val="nil"/>
          <w:right w:val="nil"/>
          <w:between w:val="nil"/>
        </w:pBdr>
        <w:jc w:val="both"/>
        <w:rPr>
          <w:rFonts w:ascii="Times New Roman" w:eastAsia="Times New Roman" w:hAnsi="Times New Roman" w:cs="Times New Roman"/>
          <w:b/>
          <w:bCs/>
          <w:color w:val="000000"/>
        </w:rPr>
      </w:pPr>
      <w:r>
        <w:rPr>
          <w:rFonts w:ascii="Times New Roman" w:eastAsia="Times New Roman" w:hAnsi="Times New Roman" w:cs="Times New Roman"/>
          <w:b/>
          <w:bCs/>
          <w:color w:val="000000"/>
        </w:rPr>
        <w:t>Aim and Objectives of Review</w:t>
      </w:r>
    </w:p>
    <w:p w14:paraId="1A635F17" w14:textId="77777777" w:rsidR="00A52FFC" w:rsidRDefault="00BA4244">
      <w:pPr>
        <w:jc w:val="both"/>
        <w:rPr>
          <w:rFonts w:ascii="Times New Roman" w:eastAsia="Times New Roman" w:hAnsi="Times New Roman" w:cs="Times New Roman"/>
          <w:b/>
          <w:bCs/>
        </w:rPr>
      </w:pPr>
      <w:r>
        <w:rPr>
          <w:rFonts w:ascii="Times New Roman" w:eastAsia="Times New Roman" w:hAnsi="Times New Roman" w:cs="Times New Roman"/>
          <w:b/>
          <w:bCs/>
        </w:rPr>
        <w:t>Aim</w:t>
      </w:r>
    </w:p>
    <w:p w14:paraId="7143BA49" w14:textId="77777777" w:rsidR="00A52FFC" w:rsidRDefault="00BA4244">
      <w:pPr>
        <w:jc w:val="both"/>
        <w:rPr>
          <w:rFonts w:ascii="Times New Roman" w:eastAsia="Times New Roman" w:hAnsi="Times New Roman" w:cs="Times New Roman"/>
        </w:rPr>
      </w:pPr>
      <w:r>
        <w:rPr>
          <w:rFonts w:ascii="Times New Roman" w:eastAsia="Times New Roman" w:hAnsi="Times New Roman" w:cs="Times New Roman"/>
        </w:rPr>
        <w:t>To map and thematically combine peer-reviewed real-world applications of AI-driven network management, security and durability across state-of-the-art infrastructures and implementation frameworks.</w:t>
      </w:r>
    </w:p>
    <w:p w14:paraId="4E4E86EB" w14:textId="77777777" w:rsidR="00A52FFC" w:rsidRDefault="00BA4244">
      <w:pPr>
        <w:jc w:val="both"/>
        <w:rPr>
          <w:rFonts w:ascii="Times New Roman" w:eastAsia="Times New Roman" w:hAnsi="Times New Roman" w:cs="Times New Roman"/>
          <w:b/>
          <w:bCs/>
        </w:rPr>
      </w:pPr>
      <w:r>
        <w:rPr>
          <w:rFonts w:ascii="Times New Roman" w:eastAsia="Times New Roman" w:hAnsi="Times New Roman" w:cs="Times New Roman"/>
          <w:b/>
          <w:bCs/>
        </w:rPr>
        <w:lastRenderedPageBreak/>
        <w:t>Objectives</w:t>
      </w:r>
    </w:p>
    <w:p w14:paraId="359ABDB6" w14:textId="77777777" w:rsidR="00A52FFC" w:rsidRDefault="00BA4244">
      <w:pPr>
        <w:numPr>
          <w:ilvl w:val="0"/>
          <w:numId w:val="3"/>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Characterize the AI techniques used for predictive network control (e.g. congestion control, routing/</w:t>
      </w:r>
      <w:proofErr w:type="gramStart"/>
      <w:r>
        <w:rPr>
          <w:rFonts w:ascii="Times New Roman" w:eastAsia="Times New Roman" w:hAnsi="Times New Roman" w:cs="Times New Roman"/>
          <w:color w:val="000000"/>
        </w:rPr>
        <w:t>TE,  and</w:t>
      </w:r>
      <w:proofErr w:type="gramEnd"/>
      <w:r>
        <w:rPr>
          <w:rFonts w:ascii="Times New Roman" w:eastAsia="Times New Roman" w:hAnsi="Times New Roman" w:cs="Times New Roman"/>
          <w:color w:val="000000"/>
        </w:rPr>
        <w:t xml:space="preserve"> slicing) and </w:t>
      </w:r>
      <w:proofErr w:type="spellStart"/>
      <w:r>
        <w:rPr>
          <w:rFonts w:ascii="Times New Roman" w:eastAsia="Times New Roman" w:hAnsi="Times New Roman" w:cs="Times New Roman"/>
          <w:color w:val="000000"/>
        </w:rPr>
        <w:t>summarise</w:t>
      </w:r>
      <w:proofErr w:type="spellEnd"/>
      <w:r>
        <w:rPr>
          <w:rFonts w:ascii="Times New Roman" w:eastAsia="Times New Roman" w:hAnsi="Times New Roman" w:cs="Times New Roman"/>
          <w:color w:val="000000"/>
        </w:rPr>
        <w:t xml:space="preserve"> the reported operational outcomes (e.g. throughput/latency, overhead and energy).</w:t>
      </w:r>
    </w:p>
    <w:p w14:paraId="0C6CCEE1" w14:textId="77777777" w:rsidR="00A52FFC" w:rsidRDefault="00BA4244">
      <w:pPr>
        <w:numPr>
          <w:ilvl w:val="0"/>
          <w:numId w:val="3"/>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To discern and categorize cyber-physical menaces aimed at learning pipelines and programmable control, and to synthesize the applied defensive mechanisms that have been evaluated. </w:t>
      </w:r>
    </w:p>
    <w:p w14:paraId="45494676" w14:textId="77777777" w:rsidR="00A52FFC" w:rsidRDefault="00BA4244">
      <w:pPr>
        <w:numPr>
          <w:ilvl w:val="0"/>
          <w:numId w:val="3"/>
        </w:num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Synthesize resilience-by-design approaches (containment and cascade mitigation, safe automation) and examine the influence of centralized versus edge/distributed deployment on assurance and operational reliability. </w:t>
      </w:r>
    </w:p>
    <w:p w14:paraId="2720E39A" w14:textId="77777777" w:rsidR="00A52FFC" w:rsidRDefault="00BA4244">
      <w:pPr>
        <w:jc w:val="both"/>
        <w:rPr>
          <w:rFonts w:ascii="Times New Roman" w:eastAsia="Times New Roman" w:hAnsi="Times New Roman" w:cs="Times New Roman"/>
          <w:b/>
          <w:bCs/>
        </w:rPr>
      </w:pPr>
      <w:r>
        <w:rPr>
          <w:rFonts w:ascii="Times New Roman" w:eastAsia="Times New Roman" w:hAnsi="Times New Roman" w:cs="Times New Roman"/>
          <w:b/>
          <w:bCs/>
        </w:rPr>
        <w:t>2. Methodology</w:t>
      </w:r>
    </w:p>
    <w:p w14:paraId="33C85068" w14:textId="77777777" w:rsidR="00A52FFC" w:rsidRDefault="00BA4244">
      <w:pPr>
        <w:jc w:val="both"/>
        <w:rPr>
          <w:rFonts w:ascii="Times New Roman" w:eastAsia="Times New Roman" w:hAnsi="Times New Roman" w:cs="Times New Roman"/>
          <w:b/>
          <w:bCs/>
        </w:rPr>
      </w:pPr>
      <w:r>
        <w:rPr>
          <w:rFonts w:ascii="Times New Roman" w:eastAsia="Times New Roman" w:hAnsi="Times New Roman" w:cs="Times New Roman"/>
          <w:b/>
          <w:bCs/>
        </w:rPr>
        <w:t>2.1 Design and Reporting Standards</w:t>
      </w:r>
    </w:p>
    <w:p w14:paraId="26C167DF" w14:textId="77777777" w:rsidR="00A52FFC" w:rsidRDefault="00BA4244">
      <w:pPr>
        <w:jc w:val="both"/>
        <w:rPr>
          <w:rFonts w:ascii="Times New Roman" w:eastAsia="Times New Roman" w:hAnsi="Times New Roman" w:cs="Times New Roman"/>
        </w:rPr>
      </w:pPr>
      <w:r>
        <w:rPr>
          <w:rFonts w:ascii="Times New Roman" w:eastAsia="Times New Roman" w:hAnsi="Times New Roman" w:cs="Times New Roman"/>
        </w:rPr>
        <w:t>This study adopted a scoping review design, structured using the Population–Concept–Context (PCC) framework, to map the scope and characteristics of the applied evidence on AI-driven network infrastructure for intelligent, adaptive and secure distributed systems. This was done in line with the provided template structure. Reporting will adhere to the PRISMA extension for scoping reviews (PRISMA-</w:t>
      </w:r>
      <w:proofErr w:type="spellStart"/>
      <w:r>
        <w:rPr>
          <w:rFonts w:ascii="Times New Roman" w:eastAsia="Times New Roman" w:hAnsi="Times New Roman" w:cs="Times New Roman"/>
        </w:rPr>
        <w:t>ScR</w:t>
      </w:r>
      <w:proofErr w:type="spellEnd"/>
      <w:r>
        <w:rPr>
          <w:rFonts w:ascii="Times New Roman" w:eastAsia="Times New Roman" w:hAnsi="Times New Roman" w:cs="Times New Roman"/>
        </w:rPr>
        <w:t>), with transparent documentation of study selection. No protocol registration was undertaken. In line with the scoping review's aims of mapping and classification rather than pooled effect estimation, no formal risk-of-bias appraisal was conducted. Methodological safeguards included predefined eligibility criteria, a multi-database search, dual-stage screening and standardized data charting.</w:t>
      </w:r>
    </w:p>
    <w:p w14:paraId="64BA916E" w14:textId="77777777" w:rsidR="00A52FFC" w:rsidRDefault="00BA4244">
      <w:pPr>
        <w:jc w:val="both"/>
        <w:rPr>
          <w:rFonts w:ascii="Times New Roman" w:eastAsia="Times New Roman" w:hAnsi="Times New Roman" w:cs="Times New Roman"/>
          <w:b/>
          <w:bCs/>
        </w:rPr>
      </w:pPr>
      <w:r>
        <w:rPr>
          <w:rFonts w:ascii="Times New Roman" w:eastAsia="Times New Roman" w:hAnsi="Times New Roman" w:cs="Times New Roman"/>
          <w:b/>
          <w:bCs/>
        </w:rPr>
        <w:t>2.2 Eligibility Criteria</w:t>
      </w:r>
    </w:p>
    <w:p w14:paraId="646A045F" w14:textId="77777777" w:rsidR="00A52FFC" w:rsidRDefault="00BA4244">
      <w:pPr>
        <w:jc w:val="both"/>
        <w:rPr>
          <w:rFonts w:ascii="Times New Roman" w:eastAsia="Times New Roman" w:hAnsi="Times New Roman" w:cs="Times New Roman"/>
        </w:rPr>
      </w:pPr>
      <w:r>
        <w:rPr>
          <w:rFonts w:ascii="Times New Roman" w:eastAsia="Times New Roman" w:hAnsi="Times New Roman" w:cs="Times New Roman"/>
        </w:rPr>
        <w:t xml:space="preserve">Eligibility was defined a priori using study design filters and PCC and filters to ensure the inclusion of real-world, empirical, or implementation-relevant evidence on AI-enabled network control and resilience (e.g. WAN/data </w:t>
      </w:r>
      <w:proofErr w:type="spellStart"/>
      <w:r>
        <w:rPr>
          <w:rFonts w:ascii="Times New Roman" w:eastAsia="Times New Roman" w:hAnsi="Times New Roman" w:cs="Times New Roman"/>
        </w:rPr>
        <w:t>centre</w:t>
      </w:r>
      <w:proofErr w:type="spellEnd"/>
      <w:r>
        <w:rPr>
          <w:rFonts w:ascii="Times New Roman" w:eastAsia="Times New Roman" w:hAnsi="Times New Roman" w:cs="Times New Roman"/>
        </w:rPr>
        <w:t xml:space="preserve"> fabrics, SDN/NFV, Open RAN/5G/6G), while excluding out-of-scope and non-empirical publications. This was done in accordance with the provided structure. These criteria were aligned with the characteristics of the studies included in this review (e.g. O-RAN </w:t>
      </w:r>
      <w:proofErr w:type="spellStart"/>
      <w:r>
        <w:rPr>
          <w:rFonts w:ascii="Times New Roman" w:eastAsia="Times New Roman" w:hAnsi="Times New Roman" w:cs="Times New Roman"/>
        </w:rPr>
        <w:t>xApps</w:t>
      </w:r>
      <w:proofErr w:type="spellEnd"/>
      <w:r>
        <w:rPr>
          <w:rFonts w:ascii="Times New Roman" w:eastAsia="Times New Roman" w:hAnsi="Times New Roman" w:cs="Times New Roman"/>
        </w:rPr>
        <w:t xml:space="preserve">/RIC validation, AI-enabled TE and </w:t>
      </w:r>
      <w:proofErr w:type="spellStart"/>
      <w:r>
        <w:rPr>
          <w:rFonts w:ascii="Times New Roman" w:eastAsia="Times New Roman" w:hAnsi="Times New Roman" w:cs="Times New Roman"/>
        </w:rPr>
        <w:t>datacentre</w:t>
      </w:r>
      <w:proofErr w:type="spellEnd"/>
      <w:r>
        <w:rPr>
          <w:rFonts w:ascii="Times New Roman" w:eastAsia="Times New Roman" w:hAnsi="Times New Roman" w:cs="Times New Roman"/>
        </w:rPr>
        <w:t xml:space="preserve"> control, anomaly detection/poisoning </w:t>
      </w:r>
      <w:proofErr w:type="spellStart"/>
      <w:r>
        <w:rPr>
          <w:rFonts w:ascii="Times New Roman" w:eastAsia="Times New Roman" w:hAnsi="Times New Roman" w:cs="Times New Roman"/>
        </w:rPr>
        <w:t>defences</w:t>
      </w:r>
      <w:proofErr w:type="spellEnd"/>
      <w:r>
        <w:rPr>
          <w:rFonts w:ascii="Times New Roman" w:eastAsia="Times New Roman" w:hAnsi="Times New Roman" w:cs="Times New Roman"/>
        </w:rPr>
        <w:t xml:space="preserve">, and safe rollout analytics), as reflected in the extraction dataset. </w:t>
      </w:r>
      <w:r>
        <w:rPr>
          <w:rFonts w:ascii="Times New Roman" w:eastAsia="Times New Roman" w:hAnsi="Times New Roman" w:cs="Times New Roman"/>
          <w:sz w:val="24"/>
          <w:szCs w:val="24"/>
        </w:rPr>
        <w:t>Table 1 details the inclusion and exclusion criteria as applied in this study.</w:t>
      </w:r>
    </w:p>
    <w:p w14:paraId="5236A16E" w14:textId="77777777" w:rsidR="00A52FFC" w:rsidRDefault="00BA4244">
      <w:pPr>
        <w:jc w:val="center"/>
        <w:rPr>
          <w:rFonts w:ascii="Times New Roman" w:eastAsia="Times New Roman" w:hAnsi="Times New Roman" w:cs="Times New Roman"/>
          <w:b/>
          <w:bCs/>
        </w:rPr>
      </w:pPr>
      <w:r>
        <w:rPr>
          <w:rFonts w:ascii="Times New Roman" w:eastAsia="Times New Roman" w:hAnsi="Times New Roman" w:cs="Times New Roman"/>
          <w:b/>
          <w:bCs/>
        </w:rPr>
        <w:t>Table 1. Eligibility Criteria according to the PCC Framework</w:t>
      </w:r>
    </w:p>
    <w:tbl>
      <w:tblPr>
        <w:tblStyle w:val="a"/>
        <w:tblW w:w="103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20"/>
        <w:gridCol w:w="5268"/>
        <w:gridCol w:w="3462"/>
      </w:tblGrid>
      <w:tr w:rsidR="00A52FFC" w14:paraId="124895D4" w14:textId="77777777">
        <w:trPr>
          <w:jc w:val="center"/>
        </w:trPr>
        <w:tc>
          <w:tcPr>
            <w:tcW w:w="1620" w:type="dxa"/>
          </w:tcPr>
          <w:p w14:paraId="14DBC88A" w14:textId="77777777" w:rsidR="00A52FFC" w:rsidRDefault="00BA4244">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Item</w:t>
            </w:r>
          </w:p>
        </w:tc>
        <w:tc>
          <w:tcPr>
            <w:tcW w:w="5268" w:type="dxa"/>
          </w:tcPr>
          <w:p w14:paraId="4EA905DD" w14:textId="77777777" w:rsidR="00A52FFC" w:rsidRDefault="00BA4244">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Inclusion Criteria</w:t>
            </w:r>
          </w:p>
        </w:tc>
        <w:tc>
          <w:tcPr>
            <w:tcW w:w="3462" w:type="dxa"/>
          </w:tcPr>
          <w:p w14:paraId="4552BDCF" w14:textId="77777777" w:rsidR="00A52FFC" w:rsidRDefault="00BA4244">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Exclusion Criteria</w:t>
            </w:r>
          </w:p>
        </w:tc>
      </w:tr>
      <w:tr w:rsidR="00A52FFC" w14:paraId="762230C1" w14:textId="77777777">
        <w:trPr>
          <w:jc w:val="center"/>
        </w:trPr>
        <w:tc>
          <w:tcPr>
            <w:tcW w:w="1620" w:type="dxa"/>
          </w:tcPr>
          <w:p w14:paraId="05A8A183" w14:textId="77777777" w:rsidR="00A52FFC" w:rsidRDefault="00BA424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Population</w:t>
            </w:r>
          </w:p>
        </w:tc>
        <w:tc>
          <w:tcPr>
            <w:tcW w:w="5268" w:type="dxa"/>
          </w:tcPr>
          <w:p w14:paraId="3148DA9C" w14:textId="77777777" w:rsidR="00A52FFC" w:rsidRDefault="00BA424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Networked distributed systems and infrastructure (e.g., carrier/ISP networks, WANs, datacenter fabrics, SDN/NFV environments, edge/cloud platforms, Open RAN/5G/6G RAN) and their operational entities (controllers, </w:t>
            </w:r>
            <w:proofErr w:type="spellStart"/>
            <w:r>
              <w:rPr>
                <w:rFonts w:ascii="Times New Roman" w:eastAsia="Times New Roman" w:hAnsi="Times New Roman" w:cs="Times New Roman"/>
                <w:sz w:val="24"/>
                <w:szCs w:val="24"/>
              </w:rPr>
              <w:t>xApps</w:t>
            </w:r>
            <w:proofErr w:type="spellEnd"/>
            <w:r>
              <w:rPr>
                <w:rFonts w:ascii="Times New Roman" w:eastAsia="Times New Roman" w:hAnsi="Times New Roman" w:cs="Times New Roman"/>
                <w:sz w:val="24"/>
                <w:szCs w:val="24"/>
              </w:rPr>
              <w:t>, traffic flows, network functions).</w:t>
            </w:r>
          </w:p>
        </w:tc>
        <w:tc>
          <w:tcPr>
            <w:tcW w:w="3462" w:type="dxa"/>
          </w:tcPr>
          <w:p w14:paraId="52F7591B" w14:textId="77777777" w:rsidR="00A52FFC" w:rsidRDefault="00BA424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Non-network domains (e.g., standalone IoT sensing without network-control focus); purely local/embedded control without network infrastructure relevance.</w:t>
            </w:r>
          </w:p>
        </w:tc>
      </w:tr>
      <w:tr w:rsidR="00A52FFC" w14:paraId="013CC173" w14:textId="77777777">
        <w:trPr>
          <w:jc w:val="center"/>
        </w:trPr>
        <w:tc>
          <w:tcPr>
            <w:tcW w:w="1620" w:type="dxa"/>
          </w:tcPr>
          <w:p w14:paraId="18B5550D" w14:textId="77777777" w:rsidR="00A52FFC" w:rsidRDefault="00BA424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Concept (Intervention)</w:t>
            </w:r>
          </w:p>
        </w:tc>
        <w:tc>
          <w:tcPr>
            <w:tcW w:w="5268" w:type="dxa"/>
          </w:tcPr>
          <w:p w14:paraId="7F8C8DCA" w14:textId="77777777" w:rsidR="00A52FFC" w:rsidRDefault="00BA424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AI/ML-enabled network control, management, optimization, and resilience/security mechanisms, including (but not limited to) RL/DRL, deep learning, GNNs/graph learning, federated learning, anomaly detection, predictive TE, resource allocation/slicing, automated troubleshooting, and adaptive mitigation.</w:t>
            </w:r>
          </w:p>
        </w:tc>
        <w:tc>
          <w:tcPr>
            <w:tcW w:w="3462" w:type="dxa"/>
          </w:tcPr>
          <w:p w14:paraId="4E2875D1" w14:textId="77777777" w:rsidR="00A52FFC" w:rsidRDefault="00BA424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AI papers without network-infrastructure application; cryptography-only solutions without AI/ML; conceptual frameworks without implementable mechanisms or evaluable methods.</w:t>
            </w:r>
          </w:p>
        </w:tc>
      </w:tr>
      <w:tr w:rsidR="00A52FFC" w14:paraId="0E01A4AC" w14:textId="77777777">
        <w:trPr>
          <w:jc w:val="center"/>
        </w:trPr>
        <w:tc>
          <w:tcPr>
            <w:tcW w:w="1620" w:type="dxa"/>
          </w:tcPr>
          <w:p w14:paraId="12D6092F" w14:textId="77777777" w:rsidR="00A52FFC" w:rsidRDefault="00BA424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Context</w:t>
            </w:r>
          </w:p>
        </w:tc>
        <w:tc>
          <w:tcPr>
            <w:tcW w:w="5268" w:type="dxa"/>
          </w:tcPr>
          <w:p w14:paraId="382B1097" w14:textId="77777777" w:rsidR="00A52FFC" w:rsidRDefault="00BA424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Operational or evaluation contexts relevant to next-generation network infrastructure: programmable networks (SDN), virtualized functions (NFV), cloud/DC networks, WAN TE, Open RAN/5G/6G, edge–cloud orchestration; includes centralized and edge/distributed AI deployments.</w:t>
            </w:r>
          </w:p>
        </w:tc>
        <w:tc>
          <w:tcPr>
            <w:tcW w:w="3462" w:type="dxa"/>
          </w:tcPr>
          <w:p w14:paraId="67283EE4" w14:textId="77777777" w:rsidR="00A52FFC" w:rsidRDefault="00BA424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Contexts not involving programmable/virtualized network infrastructure (e.g., application-layer recommendation systems only).</w:t>
            </w:r>
          </w:p>
        </w:tc>
      </w:tr>
      <w:tr w:rsidR="00A52FFC" w14:paraId="5D453E58" w14:textId="77777777">
        <w:trPr>
          <w:jc w:val="center"/>
        </w:trPr>
        <w:tc>
          <w:tcPr>
            <w:tcW w:w="1620" w:type="dxa"/>
          </w:tcPr>
          <w:p w14:paraId="701706EA" w14:textId="77777777" w:rsidR="00A52FFC" w:rsidRDefault="00BA424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Study Designs</w:t>
            </w:r>
          </w:p>
        </w:tc>
        <w:tc>
          <w:tcPr>
            <w:tcW w:w="5268" w:type="dxa"/>
          </w:tcPr>
          <w:p w14:paraId="3E713432" w14:textId="77777777" w:rsidR="00A52FFC" w:rsidRDefault="00BA424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Peer-reviewed empirical studies: system papers with implementation; testbed/field trials; emulation; simulation using realistic conditions (including real traces/datasets); experimental platform evaluations; applied security/resilience evaluations.</w:t>
            </w:r>
          </w:p>
        </w:tc>
        <w:tc>
          <w:tcPr>
            <w:tcW w:w="3462" w:type="dxa"/>
          </w:tcPr>
          <w:p w14:paraId="17EC3F4D" w14:textId="77777777" w:rsidR="00A52FFC" w:rsidRDefault="00BA424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Narrative reviews, surveys, tutorials, editorials, commentaries, protocols without results, posters/extended abstracts without full text.</w:t>
            </w:r>
          </w:p>
        </w:tc>
      </w:tr>
      <w:tr w:rsidR="00A52FFC" w14:paraId="7A61BDE3" w14:textId="77777777">
        <w:trPr>
          <w:jc w:val="center"/>
        </w:trPr>
        <w:tc>
          <w:tcPr>
            <w:tcW w:w="1620" w:type="dxa"/>
          </w:tcPr>
          <w:p w14:paraId="447599D9" w14:textId="77777777" w:rsidR="00A52FFC" w:rsidRDefault="00BA424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Outcomes</w:t>
            </w:r>
          </w:p>
        </w:tc>
        <w:tc>
          <w:tcPr>
            <w:tcW w:w="5268" w:type="dxa"/>
          </w:tcPr>
          <w:p w14:paraId="6E9BF88A" w14:textId="77777777" w:rsidR="00A52FFC" w:rsidRDefault="00BA424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At least one operational outcome: throughput/latency/FCT, link utilization/TE optimality, convergence/stability, energy efficiency, reliability/availability, detection accuracy, robustness to adversarial/poisoning attacks, recovery/continuity under failures, overhead (CPU/memory/inference time).</w:t>
            </w:r>
          </w:p>
        </w:tc>
        <w:tc>
          <w:tcPr>
            <w:tcW w:w="3462" w:type="dxa"/>
          </w:tcPr>
          <w:p w14:paraId="709AB6BF" w14:textId="77777777" w:rsidR="00A52FFC" w:rsidRDefault="00BA424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Outcomes not linked to network operation/security (e.g., algorithm-only performance on unrelated benchmarks).</w:t>
            </w:r>
          </w:p>
        </w:tc>
      </w:tr>
      <w:tr w:rsidR="00A52FFC" w14:paraId="0FDDEF8C" w14:textId="77777777">
        <w:trPr>
          <w:jc w:val="center"/>
        </w:trPr>
        <w:tc>
          <w:tcPr>
            <w:tcW w:w="1620" w:type="dxa"/>
          </w:tcPr>
          <w:p w14:paraId="12BE9B17" w14:textId="77777777" w:rsidR="00A52FFC" w:rsidRDefault="00BA424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Publication Type</w:t>
            </w:r>
          </w:p>
        </w:tc>
        <w:tc>
          <w:tcPr>
            <w:tcW w:w="5268" w:type="dxa"/>
          </w:tcPr>
          <w:p w14:paraId="35506AF1" w14:textId="77777777" w:rsidR="00A52FFC" w:rsidRDefault="00BA424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Peer-reviewed journal articles and full peer-reviewed conference papers.</w:t>
            </w:r>
          </w:p>
        </w:tc>
        <w:tc>
          <w:tcPr>
            <w:tcW w:w="3462" w:type="dxa"/>
          </w:tcPr>
          <w:p w14:paraId="6923721F" w14:textId="77777777" w:rsidR="00A52FFC" w:rsidRDefault="00BA424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Preprints only, theses, reports, standards documents, patents, books/chapters, grey literature.</w:t>
            </w:r>
          </w:p>
        </w:tc>
      </w:tr>
      <w:tr w:rsidR="00A52FFC" w14:paraId="37916CA9" w14:textId="77777777">
        <w:trPr>
          <w:jc w:val="center"/>
        </w:trPr>
        <w:tc>
          <w:tcPr>
            <w:tcW w:w="1620" w:type="dxa"/>
          </w:tcPr>
          <w:p w14:paraId="503B90FF" w14:textId="77777777" w:rsidR="00A52FFC" w:rsidRDefault="00BA424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Language</w:t>
            </w:r>
          </w:p>
        </w:tc>
        <w:tc>
          <w:tcPr>
            <w:tcW w:w="5268" w:type="dxa"/>
          </w:tcPr>
          <w:p w14:paraId="183656E3" w14:textId="77777777" w:rsidR="00A52FFC" w:rsidRDefault="00BA424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English</w:t>
            </w:r>
          </w:p>
        </w:tc>
        <w:tc>
          <w:tcPr>
            <w:tcW w:w="3462" w:type="dxa"/>
          </w:tcPr>
          <w:p w14:paraId="77B00A8B" w14:textId="77777777" w:rsidR="00A52FFC" w:rsidRDefault="00BA424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Non-English</w:t>
            </w:r>
          </w:p>
        </w:tc>
      </w:tr>
      <w:tr w:rsidR="00A52FFC" w14:paraId="07D3D098" w14:textId="77777777">
        <w:trPr>
          <w:jc w:val="center"/>
        </w:trPr>
        <w:tc>
          <w:tcPr>
            <w:tcW w:w="1620" w:type="dxa"/>
          </w:tcPr>
          <w:p w14:paraId="6102541A" w14:textId="77777777" w:rsidR="00A52FFC" w:rsidRDefault="00BA424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Timeframe</w:t>
            </w:r>
          </w:p>
        </w:tc>
        <w:tc>
          <w:tcPr>
            <w:tcW w:w="5268" w:type="dxa"/>
          </w:tcPr>
          <w:p w14:paraId="316158F1" w14:textId="77777777" w:rsidR="00A52FFC" w:rsidRDefault="00BA424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2010-2025</w:t>
            </w:r>
          </w:p>
        </w:tc>
        <w:tc>
          <w:tcPr>
            <w:tcW w:w="3462" w:type="dxa"/>
          </w:tcPr>
          <w:p w14:paraId="7E9DD3D0" w14:textId="77777777" w:rsidR="00A52FFC" w:rsidRDefault="00BA424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Studies published outside this timeframe</w:t>
            </w:r>
          </w:p>
        </w:tc>
      </w:tr>
    </w:tbl>
    <w:p w14:paraId="63F61EC6" w14:textId="77777777" w:rsidR="00A52FFC" w:rsidRDefault="00A52FFC">
      <w:pPr>
        <w:jc w:val="both"/>
        <w:rPr>
          <w:rFonts w:ascii="Times New Roman" w:eastAsia="Times New Roman" w:hAnsi="Times New Roman" w:cs="Times New Roman"/>
        </w:rPr>
      </w:pPr>
    </w:p>
    <w:p w14:paraId="74077DAC" w14:textId="77777777" w:rsidR="00A52FFC" w:rsidRDefault="00BA4244">
      <w:pPr>
        <w:jc w:val="both"/>
        <w:rPr>
          <w:rFonts w:ascii="Times New Roman" w:eastAsia="Times New Roman" w:hAnsi="Times New Roman" w:cs="Times New Roman"/>
          <w:b/>
          <w:bCs/>
        </w:rPr>
      </w:pPr>
      <w:r>
        <w:rPr>
          <w:rFonts w:ascii="Times New Roman" w:eastAsia="Times New Roman" w:hAnsi="Times New Roman" w:cs="Times New Roman"/>
          <w:b/>
          <w:bCs/>
        </w:rPr>
        <w:t>2.3 Information Sources</w:t>
      </w:r>
    </w:p>
    <w:p w14:paraId="5E6D3754" w14:textId="77777777" w:rsidR="00A52FFC" w:rsidRDefault="00BA4244">
      <w:pPr>
        <w:jc w:val="both"/>
        <w:rPr>
          <w:rFonts w:ascii="Times New Roman" w:eastAsia="Times New Roman" w:hAnsi="Times New Roman" w:cs="Times New Roman"/>
        </w:rPr>
      </w:pPr>
      <w:r>
        <w:rPr>
          <w:rFonts w:ascii="Times New Roman" w:eastAsia="Times New Roman" w:hAnsi="Times New Roman" w:cs="Times New Roman"/>
        </w:rPr>
        <w:t>Searches were restricted to peer-reviewed literature indexed in major engineering and computing databases that cover communications, systems, networking, and security research. The structure of the template section was followed. The following databases were used:</w:t>
      </w:r>
    </w:p>
    <w:p w14:paraId="1EF0777F" w14:textId="77777777" w:rsidR="00A52FFC" w:rsidRDefault="00BA4244">
      <w:pPr>
        <w:numPr>
          <w:ilvl w:val="0"/>
          <w:numId w:val="2"/>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IEEE Xplore (communications, networking and security publications).</w:t>
      </w:r>
    </w:p>
    <w:p w14:paraId="0A24FEC9" w14:textId="77777777" w:rsidR="00A52FFC" w:rsidRDefault="00BA4244">
      <w:pPr>
        <w:numPr>
          <w:ilvl w:val="0"/>
          <w:numId w:val="2"/>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The ACM Digital Library (SIGCOMM/</w:t>
      </w:r>
      <w:proofErr w:type="spellStart"/>
      <w:r>
        <w:rPr>
          <w:rFonts w:ascii="Times New Roman" w:eastAsia="Times New Roman" w:hAnsi="Times New Roman" w:cs="Times New Roman"/>
          <w:color w:val="000000"/>
        </w:rPr>
        <w:t>CoNEXT</w:t>
      </w:r>
      <w:proofErr w:type="spellEnd"/>
      <w:r>
        <w:rPr>
          <w:rFonts w:ascii="Times New Roman" w:eastAsia="Times New Roman" w:hAnsi="Times New Roman" w:cs="Times New Roman"/>
          <w:color w:val="000000"/>
        </w:rPr>
        <w:t>/</w:t>
      </w:r>
      <w:proofErr w:type="spellStart"/>
      <w:r>
        <w:rPr>
          <w:rFonts w:ascii="Times New Roman" w:eastAsia="Times New Roman" w:hAnsi="Times New Roman" w:cs="Times New Roman"/>
          <w:color w:val="000000"/>
        </w:rPr>
        <w:t>MobiCom</w:t>
      </w:r>
      <w:proofErr w:type="spellEnd"/>
      <w:r>
        <w:rPr>
          <w:rFonts w:ascii="Times New Roman" w:eastAsia="Times New Roman" w:hAnsi="Times New Roman" w:cs="Times New Roman"/>
          <w:color w:val="000000"/>
        </w:rPr>
        <w:t xml:space="preserve"> and systems/security proceedings).</w:t>
      </w:r>
    </w:p>
    <w:p w14:paraId="484F089C" w14:textId="77777777" w:rsidR="00A52FFC" w:rsidRDefault="00BA4244">
      <w:pPr>
        <w:numPr>
          <w:ilvl w:val="0"/>
          <w:numId w:val="2"/>
        </w:num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t>Scopus (cross-publisher indexing for journals and conferences, including Computer Networks and related outlets).</w:t>
      </w:r>
    </w:p>
    <w:p w14:paraId="1B0A2D3A" w14:textId="77777777" w:rsidR="00A52FFC" w:rsidRDefault="00BA4244">
      <w:pPr>
        <w:jc w:val="both"/>
        <w:rPr>
          <w:rFonts w:ascii="Times New Roman" w:eastAsia="Times New Roman" w:hAnsi="Times New Roman" w:cs="Times New Roman"/>
        </w:rPr>
      </w:pPr>
      <w:r>
        <w:rPr>
          <w:rFonts w:ascii="Times New Roman" w:eastAsia="Times New Roman" w:hAnsi="Times New Roman" w:cs="Times New Roman"/>
        </w:rPr>
        <w:t>No grey literature sources were searched. Records were exported to a reference manager for de-duplication, after which they were screened at the title/abstract and full-text stages by two reviewers, with any discrepancies resolved through consensus.</w:t>
      </w:r>
    </w:p>
    <w:p w14:paraId="7075DAC4" w14:textId="77777777" w:rsidR="00A52FFC" w:rsidRDefault="00BA4244">
      <w:pPr>
        <w:jc w:val="both"/>
        <w:rPr>
          <w:rFonts w:ascii="Times New Roman" w:eastAsia="Times New Roman" w:hAnsi="Times New Roman" w:cs="Times New Roman"/>
          <w:b/>
          <w:bCs/>
        </w:rPr>
      </w:pPr>
      <w:r>
        <w:rPr>
          <w:rFonts w:ascii="Times New Roman" w:eastAsia="Times New Roman" w:hAnsi="Times New Roman" w:cs="Times New Roman"/>
          <w:b/>
          <w:bCs/>
        </w:rPr>
        <w:t>2.4 Search Strategy</w:t>
      </w:r>
    </w:p>
    <w:p w14:paraId="74568317" w14:textId="77777777" w:rsidR="00A52FFC" w:rsidRDefault="00BA4244">
      <w:pPr>
        <w:jc w:val="both"/>
        <w:rPr>
          <w:rFonts w:ascii="Times New Roman" w:eastAsia="Times New Roman" w:hAnsi="Times New Roman" w:cs="Times New Roman"/>
        </w:rPr>
      </w:pPr>
      <w:r>
        <w:rPr>
          <w:rFonts w:ascii="Times New Roman" w:eastAsia="Times New Roman" w:hAnsi="Times New Roman" w:cs="Times New Roman"/>
        </w:rPr>
        <w:t>Database-specific strategies combined controlled subject and indexing terms (where available) with free-text keywords representing PCC elements (e.g. security/</w:t>
      </w:r>
      <w:proofErr w:type="gramStart"/>
      <w:r>
        <w:rPr>
          <w:rFonts w:ascii="Times New Roman" w:eastAsia="Times New Roman" w:hAnsi="Times New Roman" w:cs="Times New Roman"/>
        </w:rPr>
        <w:t>resilience,  AI</w:t>
      </w:r>
      <w:proofErr w:type="gramEnd"/>
      <w:r>
        <w:rPr>
          <w:rFonts w:ascii="Times New Roman" w:eastAsia="Times New Roman" w:hAnsi="Times New Roman" w:cs="Times New Roman"/>
        </w:rPr>
        <w:t xml:space="preserve">/ML methods, network infrastructure/control). These strategies </w:t>
      </w:r>
      <w:proofErr w:type="spellStart"/>
      <w:r>
        <w:rPr>
          <w:rFonts w:ascii="Times New Roman" w:eastAsia="Times New Roman" w:hAnsi="Times New Roman" w:cs="Times New Roman"/>
        </w:rPr>
        <w:t>prioritised</w:t>
      </w:r>
      <w:proofErr w:type="spellEnd"/>
      <w:r>
        <w:rPr>
          <w:rFonts w:ascii="Times New Roman" w:eastAsia="Times New Roman" w:hAnsi="Times New Roman" w:cs="Times New Roman"/>
        </w:rPr>
        <w:t xml:space="preserve"> sensitivity over specificity, in line with the template approach. </w:t>
      </w:r>
    </w:p>
    <w:p w14:paraId="35F00D28" w14:textId="77777777" w:rsidR="00A52FFC" w:rsidRDefault="00BA4244">
      <w:pPr>
        <w:jc w:val="both"/>
        <w:rPr>
          <w:rFonts w:ascii="Times New Roman" w:eastAsia="Times New Roman" w:hAnsi="Times New Roman" w:cs="Times New Roman"/>
        </w:rPr>
      </w:pPr>
      <w:r>
        <w:rPr>
          <w:rFonts w:ascii="Times New Roman" w:eastAsia="Times New Roman" w:hAnsi="Times New Roman" w:cs="Times New Roman"/>
        </w:rPr>
        <w:t xml:space="preserve"> Searches were limited to the English language and the period 2015–2025, and were iteratively refined to ensure retrieval across infrastructure domains (Wide Area Network (WAN), data </w:t>
      </w:r>
      <w:proofErr w:type="spellStart"/>
      <w:r>
        <w:rPr>
          <w:rFonts w:ascii="Times New Roman" w:eastAsia="Times New Roman" w:hAnsi="Times New Roman" w:cs="Times New Roman"/>
        </w:rPr>
        <w:t>centre</w:t>
      </w:r>
      <w:proofErr w:type="spellEnd"/>
      <w:r>
        <w:rPr>
          <w:rFonts w:ascii="Times New Roman" w:eastAsia="Times New Roman" w:hAnsi="Times New Roman" w:cs="Times New Roman"/>
        </w:rPr>
        <w:t xml:space="preserve">, Software-Defined Networking (SDN)/Network Functions </w:t>
      </w:r>
      <w:proofErr w:type="spellStart"/>
      <w:r>
        <w:rPr>
          <w:rFonts w:ascii="Times New Roman" w:eastAsia="Times New Roman" w:hAnsi="Times New Roman" w:cs="Times New Roman"/>
        </w:rPr>
        <w:t>Virtualisation</w:t>
      </w:r>
      <w:proofErr w:type="spellEnd"/>
      <w:r>
        <w:rPr>
          <w:rFonts w:ascii="Times New Roman" w:eastAsia="Times New Roman" w:hAnsi="Times New Roman" w:cs="Times New Roman"/>
        </w:rPr>
        <w:t xml:space="preserve"> (NFV), Open Radio Access Network (O-RAN)/5G/6G) and threat models (poisoning, adversarial manipulation, control-plane attacks, cascading failures).</w:t>
      </w:r>
    </w:p>
    <w:p w14:paraId="55357E7D" w14:textId="77777777" w:rsidR="00A52FFC" w:rsidRPr="00FC61CC" w:rsidRDefault="00BA4244">
      <w:pPr>
        <w:jc w:val="both"/>
        <w:rPr>
          <w:rFonts w:ascii="Times New Roman" w:eastAsia="Times New Roman" w:hAnsi="Times New Roman" w:cs="Times New Roman"/>
          <w:b/>
        </w:rPr>
      </w:pPr>
      <w:r w:rsidRPr="00FC61CC">
        <w:rPr>
          <w:rFonts w:ascii="Times New Roman" w:eastAsia="Times New Roman" w:hAnsi="Times New Roman" w:cs="Times New Roman"/>
          <w:b/>
        </w:rPr>
        <w:t>Table 2. Search String</w:t>
      </w:r>
    </w:p>
    <w:tbl>
      <w:tblPr>
        <w:tblStyle w:val="a0"/>
        <w:tblW w:w="11160" w:type="dxa"/>
        <w:jc w:val="center"/>
        <w:tblBorders>
          <w:top w:val="single" w:sz="4" w:space="0" w:color="000000"/>
          <w:left w:val="nil"/>
          <w:bottom w:val="single" w:sz="4" w:space="0" w:color="000000"/>
          <w:right w:val="nil"/>
          <w:insideH w:val="nil"/>
          <w:insideV w:val="nil"/>
        </w:tblBorders>
        <w:tblLayout w:type="fixed"/>
        <w:tblLook w:val="0400" w:firstRow="0" w:lastRow="0" w:firstColumn="0" w:lastColumn="0" w:noHBand="0" w:noVBand="1"/>
      </w:tblPr>
      <w:tblGrid>
        <w:gridCol w:w="2340"/>
        <w:gridCol w:w="8820"/>
      </w:tblGrid>
      <w:tr w:rsidR="00A52FFC" w14:paraId="5FF9575C" w14:textId="77777777">
        <w:trPr>
          <w:trHeight w:val="404"/>
          <w:jc w:val="center"/>
        </w:trPr>
        <w:tc>
          <w:tcPr>
            <w:tcW w:w="2340" w:type="dxa"/>
            <w:tcBorders>
              <w:top w:val="single" w:sz="4" w:space="0" w:color="000000"/>
              <w:bottom w:val="single" w:sz="4" w:space="0" w:color="000000"/>
            </w:tcBorders>
          </w:tcPr>
          <w:p w14:paraId="00425BC7" w14:textId="77777777" w:rsidR="00A52FFC" w:rsidRDefault="00BA4244">
            <w:pPr>
              <w:spacing w:after="16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Database</w:t>
            </w:r>
          </w:p>
        </w:tc>
        <w:tc>
          <w:tcPr>
            <w:tcW w:w="8820" w:type="dxa"/>
            <w:tcBorders>
              <w:top w:val="single" w:sz="4" w:space="0" w:color="000000"/>
              <w:bottom w:val="single" w:sz="4" w:space="0" w:color="000000"/>
            </w:tcBorders>
          </w:tcPr>
          <w:p w14:paraId="0CC79705" w14:textId="77777777" w:rsidR="00A52FFC" w:rsidRDefault="00BA4244">
            <w:pPr>
              <w:spacing w:after="16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Search string (illustrative)</w:t>
            </w:r>
          </w:p>
        </w:tc>
      </w:tr>
      <w:tr w:rsidR="00A52FFC" w14:paraId="3D1ECD92" w14:textId="77777777">
        <w:trPr>
          <w:jc w:val="center"/>
        </w:trPr>
        <w:tc>
          <w:tcPr>
            <w:tcW w:w="2340" w:type="dxa"/>
            <w:tcBorders>
              <w:top w:val="single" w:sz="4" w:space="0" w:color="000000"/>
            </w:tcBorders>
          </w:tcPr>
          <w:p w14:paraId="7B9943A5" w14:textId="77777777" w:rsidR="00A52FFC" w:rsidRDefault="00BA4244">
            <w:pPr>
              <w:spacing w:after="16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IEEE Xplore</w:t>
            </w:r>
          </w:p>
        </w:tc>
        <w:tc>
          <w:tcPr>
            <w:tcW w:w="8820" w:type="dxa"/>
            <w:tcBorders>
              <w:top w:val="single" w:sz="4" w:space="0" w:color="000000"/>
            </w:tcBorders>
          </w:tcPr>
          <w:p w14:paraId="41C4FCB0" w14:textId="77777777" w:rsidR="00A52FFC" w:rsidRDefault="00BA4244">
            <w:pPr>
              <w:spacing w:after="1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(("5G" OR "6G" OR "O-RAN" OR "Open RAN" OR "RIC" OR "SDN" OR "software-defined network*" OR "NFV" OR "data center network*" OR WAN OR "traffic engineering") AND ("machine learning" OR "deep learning" OR "reinforcement learning" OR DRL OR "graph neural network*" OR GNN OR "federated learning") AND (security </w:t>
            </w:r>
            <w:r>
              <w:rPr>
                <w:rFonts w:ascii="Times New Roman" w:eastAsia="Times New Roman" w:hAnsi="Times New Roman" w:cs="Times New Roman"/>
                <w:sz w:val="24"/>
                <w:szCs w:val="24"/>
              </w:rPr>
              <w:lastRenderedPageBreak/>
              <w:t>OR resilient* OR reliability OR "anomaly detection" OR adversarial OR poisoning OR "controller failure" OR "control plane"))</w:t>
            </w:r>
          </w:p>
        </w:tc>
      </w:tr>
      <w:tr w:rsidR="00A52FFC" w14:paraId="40502593" w14:textId="77777777">
        <w:trPr>
          <w:jc w:val="center"/>
        </w:trPr>
        <w:tc>
          <w:tcPr>
            <w:tcW w:w="2340" w:type="dxa"/>
          </w:tcPr>
          <w:p w14:paraId="61C12783" w14:textId="77777777" w:rsidR="00A52FFC" w:rsidRDefault="00BA4244">
            <w:pPr>
              <w:spacing w:after="16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lastRenderedPageBreak/>
              <w:t>ACM Digital Library</w:t>
            </w:r>
          </w:p>
        </w:tc>
        <w:tc>
          <w:tcPr>
            <w:tcW w:w="8820" w:type="dxa"/>
          </w:tcPr>
          <w:p w14:paraId="4A15C5C0" w14:textId="77777777" w:rsidR="00A52FFC" w:rsidRDefault="00BA4244">
            <w:pPr>
              <w:spacing w:after="1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((SDN OR "traffic engineering" OR "congestion control" OR "data center" OR WAN OR "Open RAN" OR "RAN Intelligent Controller" OR slicing) AND ("reinforcement learning" OR "deep learning" OR "graph neural" OR "federated learning" OR "anomaly detection") AND (security OR adversarial OR poisoning OR resilient* OR reliability OR mitigation OR fault*))</w:t>
            </w:r>
          </w:p>
        </w:tc>
      </w:tr>
      <w:tr w:rsidR="00A52FFC" w14:paraId="795718BD" w14:textId="77777777">
        <w:trPr>
          <w:jc w:val="center"/>
        </w:trPr>
        <w:tc>
          <w:tcPr>
            <w:tcW w:w="2340" w:type="dxa"/>
          </w:tcPr>
          <w:p w14:paraId="5DBE5589" w14:textId="77777777" w:rsidR="00A52FFC" w:rsidRDefault="00BA4244">
            <w:pPr>
              <w:spacing w:after="16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Scopus (TITLE-ABS-KEY)</w:t>
            </w:r>
          </w:p>
        </w:tc>
        <w:tc>
          <w:tcPr>
            <w:tcW w:w="8820" w:type="dxa"/>
          </w:tcPr>
          <w:p w14:paraId="69E46081" w14:textId="77777777" w:rsidR="00A52FFC" w:rsidRDefault="00BA4244">
            <w:pPr>
              <w:spacing w:after="1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TITLE-ABS-KEY((5g OR 6g OR "open ran" OR o-ran OR </w:t>
            </w:r>
            <w:proofErr w:type="spellStart"/>
            <w:r>
              <w:rPr>
                <w:rFonts w:ascii="Times New Roman" w:eastAsia="Times New Roman" w:hAnsi="Times New Roman" w:cs="Times New Roman"/>
                <w:sz w:val="24"/>
                <w:szCs w:val="24"/>
              </w:rPr>
              <w:t>ric</w:t>
            </w:r>
            <w:proofErr w:type="spellEnd"/>
            <w:r>
              <w:rPr>
                <w:rFonts w:ascii="Times New Roman" w:eastAsia="Times New Roman" w:hAnsi="Times New Roman" w:cs="Times New Roman"/>
                <w:sz w:val="24"/>
                <w:szCs w:val="24"/>
              </w:rPr>
              <w:t xml:space="preserve"> OR </w:t>
            </w:r>
            <w:proofErr w:type="spellStart"/>
            <w:r>
              <w:rPr>
                <w:rFonts w:ascii="Times New Roman" w:eastAsia="Times New Roman" w:hAnsi="Times New Roman" w:cs="Times New Roman"/>
                <w:sz w:val="24"/>
                <w:szCs w:val="24"/>
              </w:rPr>
              <w:t>sdn</w:t>
            </w:r>
            <w:proofErr w:type="spellEnd"/>
            <w:r>
              <w:rPr>
                <w:rFonts w:ascii="Times New Roman" w:eastAsia="Times New Roman" w:hAnsi="Times New Roman" w:cs="Times New Roman"/>
                <w:sz w:val="24"/>
                <w:szCs w:val="24"/>
              </w:rPr>
              <w:t xml:space="preserve"> OR </w:t>
            </w:r>
            <w:proofErr w:type="spellStart"/>
            <w:r>
              <w:rPr>
                <w:rFonts w:ascii="Times New Roman" w:eastAsia="Times New Roman" w:hAnsi="Times New Roman" w:cs="Times New Roman"/>
                <w:sz w:val="24"/>
                <w:szCs w:val="24"/>
              </w:rPr>
              <w:t>nfv</w:t>
            </w:r>
            <w:proofErr w:type="spellEnd"/>
            <w:r>
              <w:rPr>
                <w:rFonts w:ascii="Times New Roman" w:eastAsia="Times New Roman" w:hAnsi="Times New Roman" w:cs="Times New Roman"/>
                <w:sz w:val="24"/>
                <w:szCs w:val="24"/>
              </w:rPr>
              <w:t xml:space="preserve"> OR "data center" OR wan OR "traffic engineering" OR "congestion control") AND ("machine learning" OR "deep learning" OR "reinforcement learning" OR </w:t>
            </w:r>
            <w:proofErr w:type="spellStart"/>
            <w:r>
              <w:rPr>
                <w:rFonts w:ascii="Times New Roman" w:eastAsia="Times New Roman" w:hAnsi="Times New Roman" w:cs="Times New Roman"/>
                <w:sz w:val="24"/>
                <w:szCs w:val="24"/>
              </w:rPr>
              <w:t>drl</w:t>
            </w:r>
            <w:proofErr w:type="spellEnd"/>
            <w:r>
              <w:rPr>
                <w:rFonts w:ascii="Times New Roman" w:eastAsia="Times New Roman" w:hAnsi="Times New Roman" w:cs="Times New Roman"/>
                <w:sz w:val="24"/>
                <w:szCs w:val="24"/>
              </w:rPr>
              <w:t xml:space="preserve"> OR "graph neural network" OR </w:t>
            </w:r>
            <w:proofErr w:type="spellStart"/>
            <w:r>
              <w:rPr>
                <w:rFonts w:ascii="Times New Roman" w:eastAsia="Times New Roman" w:hAnsi="Times New Roman" w:cs="Times New Roman"/>
                <w:sz w:val="24"/>
                <w:szCs w:val="24"/>
              </w:rPr>
              <w:t>gnn</w:t>
            </w:r>
            <w:proofErr w:type="spellEnd"/>
            <w:r>
              <w:rPr>
                <w:rFonts w:ascii="Times New Roman" w:eastAsia="Times New Roman" w:hAnsi="Times New Roman" w:cs="Times New Roman"/>
                <w:sz w:val="24"/>
                <w:szCs w:val="24"/>
              </w:rPr>
              <w:t xml:space="preserve"> OR "federated learning") AND (security OR resilient* OR reliability OR "anomaly detection" OR adversarial OR poisoning OR "control plane" OR "controller failure")) AND (LIMIT-TO(LANGUAGE, "English")) AND (PUBYEAR &gt; 2014 AND PUBYEAR &lt; 2026)</w:t>
            </w:r>
          </w:p>
        </w:tc>
      </w:tr>
    </w:tbl>
    <w:p w14:paraId="1D5D0FBC" w14:textId="77777777" w:rsidR="00A52FFC" w:rsidRDefault="00A52FFC">
      <w:pPr>
        <w:jc w:val="both"/>
        <w:rPr>
          <w:rFonts w:ascii="Times New Roman" w:eastAsia="Times New Roman" w:hAnsi="Times New Roman" w:cs="Times New Roman"/>
          <w:b/>
          <w:bCs/>
        </w:rPr>
      </w:pPr>
    </w:p>
    <w:p w14:paraId="1631698E" w14:textId="77777777" w:rsidR="00A52FFC" w:rsidRDefault="00BA4244">
      <w:pPr>
        <w:jc w:val="both"/>
        <w:rPr>
          <w:rFonts w:ascii="Times New Roman" w:eastAsia="Times New Roman" w:hAnsi="Times New Roman" w:cs="Times New Roman"/>
          <w:b/>
          <w:bCs/>
        </w:rPr>
      </w:pPr>
      <w:r>
        <w:rPr>
          <w:rFonts w:ascii="Times New Roman" w:eastAsia="Times New Roman" w:hAnsi="Times New Roman" w:cs="Times New Roman"/>
          <w:b/>
          <w:bCs/>
        </w:rPr>
        <w:t>2.5 Data Extraction and Synthesis</w:t>
      </w:r>
    </w:p>
    <w:p w14:paraId="00AB204A" w14:textId="77777777" w:rsidR="00A52FFC" w:rsidRDefault="00BA4244">
      <w:pPr>
        <w:jc w:val="both"/>
        <w:rPr>
          <w:rFonts w:ascii="Times New Roman" w:eastAsia="Times New Roman" w:hAnsi="Times New Roman" w:cs="Times New Roman"/>
        </w:rPr>
      </w:pPr>
      <w:r>
        <w:rPr>
          <w:rFonts w:ascii="Times New Roman" w:eastAsia="Times New Roman" w:hAnsi="Times New Roman" w:cs="Times New Roman"/>
        </w:rPr>
        <w:t xml:space="preserve">Data charting used a standardized extraction template aligned to the eight columns of study characteristics used in this review: study; infrastructure/context; AI technique; evidence setting/scale; deployment architecture; function; threat/failure mode; and reported impact.  The template was piloted and refined prior to full extraction, in line with the methodology structure provided. </w:t>
      </w:r>
    </w:p>
    <w:p w14:paraId="40027719" w14:textId="77777777" w:rsidR="00A52FFC" w:rsidRDefault="00BA4244">
      <w:pPr>
        <w:jc w:val="both"/>
        <w:rPr>
          <w:rFonts w:ascii="Times New Roman" w:eastAsia="Times New Roman" w:hAnsi="Times New Roman" w:cs="Times New Roman"/>
        </w:rPr>
      </w:pPr>
      <w:r>
        <w:rPr>
          <w:rFonts w:ascii="Times New Roman" w:eastAsia="Times New Roman" w:hAnsi="Times New Roman" w:cs="Times New Roman"/>
        </w:rPr>
        <w:t>The synthesis was mapping-oriented and descriptive. It provided (</w:t>
      </w:r>
      <w:proofErr w:type="spellStart"/>
      <w:r>
        <w:rPr>
          <w:rFonts w:ascii="Times New Roman" w:eastAsia="Times New Roman" w:hAnsi="Times New Roman" w:cs="Times New Roman"/>
        </w:rPr>
        <w:t>i</w:t>
      </w:r>
      <w:proofErr w:type="spellEnd"/>
      <w:r>
        <w:rPr>
          <w:rFonts w:ascii="Times New Roman" w:eastAsia="Times New Roman" w:hAnsi="Times New Roman" w:cs="Times New Roman"/>
        </w:rPr>
        <w:t xml:space="preserve">) a numerical summary of the evidence </w:t>
      </w:r>
      <w:proofErr w:type="gramStart"/>
      <w:r>
        <w:rPr>
          <w:rFonts w:ascii="Times New Roman" w:eastAsia="Times New Roman" w:hAnsi="Times New Roman" w:cs="Times New Roman"/>
        </w:rPr>
        <w:t>base</w:t>
      </w:r>
      <w:proofErr w:type="gramEnd"/>
      <w:r>
        <w:rPr>
          <w:rFonts w:ascii="Times New Roman" w:eastAsia="Times New Roman" w:hAnsi="Times New Roman" w:cs="Times New Roman"/>
        </w:rPr>
        <w:t xml:space="preserve"> by infrastructure domain, deployment, architecture, AI technique family, and threat/failure class and (ii) a narrative thematic synthesis that consolidated the results into higher-order themes relevant to intelligent control and security/resilience in AI-enabled network infrastructures.</w:t>
      </w:r>
    </w:p>
    <w:p w14:paraId="41A657FC" w14:textId="738C849F" w:rsidR="00A52FFC" w:rsidRDefault="00FC61CC">
      <w:pPr>
        <w:jc w:val="both"/>
        <w:rPr>
          <w:rFonts w:ascii="Times New Roman" w:eastAsia="Times New Roman" w:hAnsi="Times New Roman" w:cs="Times New Roman"/>
          <w:b/>
          <w:bCs/>
        </w:rPr>
      </w:pPr>
      <w:r>
        <w:rPr>
          <w:rFonts w:ascii="Times New Roman" w:eastAsia="Times New Roman" w:hAnsi="Times New Roman" w:cs="Times New Roman"/>
          <w:b/>
          <w:bCs/>
        </w:rPr>
        <w:t>2.6</w:t>
      </w:r>
      <w:r w:rsidR="00BA4244">
        <w:rPr>
          <w:rFonts w:ascii="Times New Roman" w:eastAsia="Times New Roman" w:hAnsi="Times New Roman" w:cs="Times New Roman"/>
          <w:b/>
          <w:bCs/>
        </w:rPr>
        <w:t xml:space="preserve"> Screening and selection.</w:t>
      </w:r>
    </w:p>
    <w:p w14:paraId="258A3E15" w14:textId="77777777" w:rsidR="00A52FFC" w:rsidRDefault="00BA4244">
      <w:pPr>
        <w:jc w:val="both"/>
        <w:rPr>
          <w:rFonts w:ascii="Times New Roman" w:eastAsia="Times New Roman" w:hAnsi="Times New Roman" w:cs="Times New Roman"/>
        </w:rPr>
      </w:pPr>
      <w:r>
        <w:rPr>
          <w:rFonts w:ascii="Times New Roman" w:eastAsia="Times New Roman" w:hAnsi="Times New Roman" w:cs="Times New Roman"/>
        </w:rPr>
        <w:t>The database search yielded 468 records. After removing 243 duplicates, 225 unique records were retained for screening. Following title–abstract screening against the criteria above, 98 papers were retained for full-text assessment, while 127 records were excluded due to wrong titles and abstracts. At full-text review, 79 papers were excluded for the following reasons: publication type not eligible (review papers, editorials, letters, viewpoints; protocols without results; conference abstracts without full text; preprints/grey literature) = 35; non-network domains = 19; AI papers without network-infrastructure application or implementable/evaluable methods = 15; and outcomes not linked to network operation/security = 10. Finally, 19 studies met all criteria and were synthesized (Fig. 1).</w:t>
      </w:r>
    </w:p>
    <w:p w14:paraId="437C75CF" w14:textId="77777777" w:rsidR="00A52FFC" w:rsidRDefault="00BA4244">
      <w:pPr>
        <w:jc w:val="center"/>
        <w:rPr>
          <w:rFonts w:ascii="Times New Roman" w:eastAsia="Times New Roman" w:hAnsi="Times New Roman" w:cs="Times New Roman"/>
          <w:b/>
          <w:bCs/>
        </w:rPr>
      </w:pPr>
      <w:r>
        <w:rPr>
          <w:rFonts w:ascii="Times New Roman" w:eastAsia="Times New Roman" w:hAnsi="Times New Roman" w:cs="Times New Roman"/>
          <w:b/>
          <w:bCs/>
          <w:noProof/>
          <w:lang w:val="en-US" w:eastAsia="en-US"/>
        </w:rPr>
        <w:lastRenderedPageBreak/>
        <w:drawing>
          <wp:inline distT="0" distB="0" distL="0" distR="0" wp14:anchorId="422DD0B3" wp14:editId="72AC37FE">
            <wp:extent cx="3879973" cy="3316174"/>
            <wp:effectExtent l="0" t="0" r="0" b="0"/>
            <wp:docPr id="199952738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3879973" cy="3316174"/>
                    </a:xfrm>
                    <a:prstGeom prst="rect">
                      <a:avLst/>
                    </a:prstGeom>
                    <a:ln/>
                  </pic:spPr>
                </pic:pic>
              </a:graphicData>
            </a:graphic>
          </wp:inline>
        </w:drawing>
      </w:r>
    </w:p>
    <w:p w14:paraId="18C0594C" w14:textId="77777777" w:rsidR="00A52FFC" w:rsidRDefault="00BA4244">
      <w:pPr>
        <w:jc w:val="center"/>
        <w:rPr>
          <w:rFonts w:ascii="Times New Roman" w:eastAsia="Times New Roman" w:hAnsi="Times New Roman" w:cs="Times New Roman"/>
          <w:b/>
          <w:bCs/>
        </w:rPr>
      </w:pPr>
      <w:r>
        <w:rPr>
          <w:rFonts w:ascii="Times New Roman" w:eastAsia="Times New Roman" w:hAnsi="Times New Roman" w:cs="Times New Roman"/>
          <w:b/>
          <w:bCs/>
        </w:rPr>
        <w:t>Figure 1: PRISMA-</w:t>
      </w:r>
      <w:proofErr w:type="spellStart"/>
      <w:r>
        <w:rPr>
          <w:rFonts w:ascii="Times New Roman" w:eastAsia="Times New Roman" w:hAnsi="Times New Roman" w:cs="Times New Roman"/>
          <w:b/>
          <w:bCs/>
        </w:rPr>
        <w:t>ScR</w:t>
      </w:r>
      <w:proofErr w:type="spellEnd"/>
      <w:r>
        <w:rPr>
          <w:rFonts w:ascii="Times New Roman" w:eastAsia="Times New Roman" w:hAnsi="Times New Roman" w:cs="Times New Roman"/>
          <w:b/>
          <w:bCs/>
        </w:rPr>
        <w:t xml:space="preserve"> flow diagram of study selection.</w:t>
      </w:r>
    </w:p>
    <w:p w14:paraId="262E7CF2" w14:textId="77777777" w:rsidR="00A52FFC" w:rsidRDefault="00A52FFC">
      <w:pPr>
        <w:jc w:val="center"/>
        <w:rPr>
          <w:rFonts w:ascii="Times New Roman" w:eastAsia="Times New Roman" w:hAnsi="Times New Roman" w:cs="Times New Roman"/>
          <w:b/>
          <w:bCs/>
        </w:rPr>
      </w:pPr>
    </w:p>
    <w:p w14:paraId="74C1502A" w14:textId="77777777" w:rsidR="002F57C8" w:rsidRDefault="002F57C8">
      <w:pPr>
        <w:jc w:val="both"/>
        <w:rPr>
          <w:rFonts w:ascii="Times New Roman" w:eastAsia="Times New Roman" w:hAnsi="Times New Roman" w:cs="Times New Roman"/>
          <w:b/>
          <w:bCs/>
        </w:rPr>
      </w:pPr>
    </w:p>
    <w:p w14:paraId="62EC6619" w14:textId="63A55278" w:rsidR="002F57C8" w:rsidRDefault="00FC61CC">
      <w:pPr>
        <w:jc w:val="both"/>
        <w:rPr>
          <w:rFonts w:ascii="Times New Roman" w:eastAsia="Times New Roman" w:hAnsi="Times New Roman" w:cs="Times New Roman"/>
          <w:b/>
          <w:bCs/>
        </w:rPr>
      </w:pPr>
      <w:r>
        <w:rPr>
          <w:rFonts w:ascii="Times New Roman" w:eastAsia="Times New Roman" w:hAnsi="Times New Roman" w:cs="Times New Roman"/>
          <w:b/>
          <w:bCs/>
        </w:rPr>
        <w:t>Result</w:t>
      </w:r>
    </w:p>
    <w:p w14:paraId="607C1C90" w14:textId="65FB52F1" w:rsidR="00A52FFC" w:rsidRPr="002F57C8" w:rsidRDefault="00BA4244">
      <w:pPr>
        <w:jc w:val="both"/>
        <w:rPr>
          <w:rFonts w:ascii="Times New Roman" w:eastAsia="Times New Roman" w:hAnsi="Times New Roman" w:cs="Times New Roman"/>
        </w:rPr>
      </w:pPr>
      <w:r>
        <w:rPr>
          <w:rFonts w:ascii="Times New Roman" w:eastAsia="Times New Roman" w:hAnsi="Times New Roman" w:cs="Times New Roman"/>
          <w:b/>
          <w:bCs/>
        </w:rPr>
        <w:t xml:space="preserve">3.2 </w:t>
      </w:r>
      <w:r w:rsidR="002F57C8" w:rsidRPr="002F57C8">
        <w:rPr>
          <w:rFonts w:ascii="Times New Roman" w:eastAsia="Times New Roman" w:hAnsi="Times New Roman" w:cs="Times New Roman"/>
          <w:b/>
          <w:bCs/>
        </w:rPr>
        <w:t xml:space="preserve">Descriptive </w:t>
      </w:r>
      <w:r w:rsidR="002F57C8">
        <w:rPr>
          <w:rFonts w:ascii="Times New Roman" w:eastAsia="Times New Roman" w:hAnsi="Times New Roman" w:cs="Times New Roman"/>
          <w:b/>
          <w:bCs/>
        </w:rPr>
        <w:t>A</w:t>
      </w:r>
      <w:r w:rsidR="002F57C8" w:rsidRPr="002F57C8">
        <w:rPr>
          <w:rFonts w:ascii="Times New Roman" w:eastAsia="Times New Roman" w:hAnsi="Times New Roman" w:cs="Times New Roman"/>
          <w:b/>
          <w:bCs/>
        </w:rPr>
        <w:t xml:space="preserve">nalysis of the </w:t>
      </w:r>
      <w:r w:rsidR="002F57C8">
        <w:rPr>
          <w:rFonts w:ascii="Times New Roman" w:eastAsia="Times New Roman" w:hAnsi="Times New Roman" w:cs="Times New Roman"/>
          <w:b/>
          <w:bCs/>
        </w:rPr>
        <w:t>E</w:t>
      </w:r>
      <w:r w:rsidR="002F57C8" w:rsidRPr="002F57C8">
        <w:rPr>
          <w:rFonts w:ascii="Times New Roman" w:eastAsia="Times New Roman" w:hAnsi="Times New Roman" w:cs="Times New Roman"/>
          <w:b/>
          <w:bCs/>
        </w:rPr>
        <w:t xml:space="preserve">vidence </w:t>
      </w:r>
      <w:r w:rsidR="002F57C8">
        <w:rPr>
          <w:rFonts w:ascii="Times New Roman" w:eastAsia="Times New Roman" w:hAnsi="Times New Roman" w:cs="Times New Roman"/>
          <w:b/>
          <w:bCs/>
        </w:rPr>
        <w:t>B</w:t>
      </w:r>
      <w:r w:rsidR="002F57C8" w:rsidRPr="002F57C8">
        <w:rPr>
          <w:rFonts w:ascii="Times New Roman" w:eastAsia="Times New Roman" w:hAnsi="Times New Roman" w:cs="Times New Roman"/>
          <w:b/>
          <w:bCs/>
        </w:rPr>
        <w:t>ase and</w:t>
      </w:r>
      <w:r w:rsidR="002F57C8">
        <w:rPr>
          <w:rFonts w:ascii="Times New Roman" w:eastAsia="Times New Roman" w:hAnsi="Times New Roman" w:cs="Times New Roman"/>
        </w:rPr>
        <w:t xml:space="preserve"> </w:t>
      </w:r>
      <w:r>
        <w:rPr>
          <w:rFonts w:ascii="Times New Roman" w:eastAsia="Times New Roman" w:hAnsi="Times New Roman" w:cs="Times New Roman"/>
          <w:b/>
          <w:bCs/>
        </w:rPr>
        <w:t>Summary of Study Characteristics</w:t>
      </w:r>
    </w:p>
    <w:p w14:paraId="79ED9426" w14:textId="77777777" w:rsidR="002F57C8" w:rsidRDefault="002F57C8">
      <w:pPr>
        <w:jc w:val="both"/>
        <w:rPr>
          <w:rFonts w:ascii="Times New Roman" w:eastAsia="Times New Roman" w:hAnsi="Times New Roman" w:cs="Times New Roman"/>
          <w:b/>
          <w:bCs/>
        </w:rPr>
      </w:pPr>
      <w:r w:rsidRPr="002F57C8">
        <w:rPr>
          <w:rFonts w:ascii="Times New Roman" w:eastAsia="Times New Roman" w:hAnsi="Times New Roman" w:cs="Times New Roman"/>
          <w:b/>
          <w:bCs/>
        </w:rPr>
        <w:t>3.2.1 Descriptive analysis of the evidence base</w:t>
      </w:r>
    </w:p>
    <w:p w14:paraId="6F0B2F4D" w14:textId="3C70ADBB" w:rsidR="003446A8" w:rsidRPr="003446A8" w:rsidRDefault="003446A8" w:rsidP="003446A8">
      <w:pPr>
        <w:jc w:val="both"/>
        <w:rPr>
          <w:rFonts w:ascii="Times New Roman" w:eastAsia="Times New Roman" w:hAnsi="Times New Roman" w:cs="Times New Roman"/>
        </w:rPr>
      </w:pPr>
      <w:r w:rsidRPr="003446A8">
        <w:rPr>
          <w:rFonts w:ascii="Times New Roman" w:eastAsia="Times New Roman" w:hAnsi="Times New Roman" w:cs="Times New Roman"/>
        </w:rPr>
        <w:t>Across the 19 studies included in the review, the majority focused on O-RAN/5G RIC/</w:t>
      </w:r>
      <w:proofErr w:type="spellStart"/>
      <w:r w:rsidRPr="003446A8">
        <w:rPr>
          <w:rFonts w:ascii="Times New Roman" w:eastAsia="Times New Roman" w:hAnsi="Times New Roman" w:cs="Times New Roman"/>
        </w:rPr>
        <w:t>xApp</w:t>
      </w:r>
      <w:proofErr w:type="spellEnd"/>
      <w:r w:rsidRPr="003446A8">
        <w:rPr>
          <w:rFonts w:ascii="Times New Roman" w:eastAsia="Times New Roman" w:hAnsi="Times New Roman" w:cs="Times New Roman"/>
        </w:rPr>
        <w:t xml:space="preserve"> implementations (7/19; 36.8%), followed by congestion-control applications (3/19; 15.8%) and federated learning-based traffic prediction/security studies (2/19; 10.5%). Areas covered by a single study included SDN control-plane security, cloud rollout assurance, WAN and SRv6 traffic engineering, gateway/edge anomaly detection and east–west data </w:t>
      </w:r>
      <w:proofErr w:type="spellStart"/>
      <w:r w:rsidRPr="003446A8">
        <w:rPr>
          <w:rFonts w:ascii="Times New Roman" w:eastAsia="Times New Roman" w:hAnsi="Times New Roman" w:cs="Times New Roman"/>
        </w:rPr>
        <w:t>centre</w:t>
      </w:r>
      <w:proofErr w:type="spellEnd"/>
      <w:r w:rsidRPr="003446A8">
        <w:rPr>
          <w:rFonts w:ascii="Times New Roman" w:eastAsia="Times New Roman" w:hAnsi="Times New Roman" w:cs="Times New Roman"/>
        </w:rPr>
        <w:t xml:space="preserve"> security. This indicates a bias towards radio access programmability compared to end-to-end, multi-domain fabrics.</w:t>
      </w:r>
    </w:p>
    <w:p w14:paraId="1B2289EC" w14:textId="49C5A6B7" w:rsidR="003446A8" w:rsidRPr="003446A8" w:rsidRDefault="003446A8" w:rsidP="003446A8">
      <w:pPr>
        <w:jc w:val="both"/>
        <w:rPr>
          <w:rFonts w:ascii="Times New Roman" w:eastAsia="Times New Roman" w:hAnsi="Times New Roman" w:cs="Times New Roman"/>
        </w:rPr>
      </w:pPr>
      <w:r w:rsidRPr="003446A8">
        <w:rPr>
          <w:rFonts w:ascii="Times New Roman" w:eastAsia="Times New Roman" w:hAnsi="Times New Roman" w:cs="Times New Roman"/>
        </w:rPr>
        <w:t xml:space="preserve">In terms of methodology, reinforcement learning variants were the most prevalent (8/19; 42.1%), reflecting the importance of closed-loop, decision-centric control. Graph learning and deep learning (non-RL) approaches were less frequent, but represented key patterns for topology-aware detection and KPI-driven inference and decision-making. Classical supervised approaches (e.g. random forests) were mainly used </w:t>
      </w:r>
      <w:proofErr w:type="gramStart"/>
      <w:r w:rsidRPr="003446A8">
        <w:rPr>
          <w:rFonts w:ascii="Times New Roman" w:eastAsia="Times New Roman" w:hAnsi="Times New Roman" w:cs="Times New Roman"/>
        </w:rPr>
        <w:t>where</w:t>
      </w:r>
      <w:r>
        <w:rPr>
          <w:rFonts w:ascii="Times New Roman" w:eastAsia="Times New Roman" w:hAnsi="Times New Roman" w:cs="Times New Roman"/>
        </w:rPr>
        <w:t xml:space="preserve">, </w:t>
      </w:r>
      <w:r w:rsidRPr="003446A8">
        <w:rPr>
          <w:rFonts w:ascii="Times New Roman" w:eastAsia="Times New Roman" w:hAnsi="Times New Roman" w:cs="Times New Roman"/>
        </w:rPr>
        <w:t xml:space="preserve"> rather</w:t>
      </w:r>
      <w:proofErr w:type="gramEnd"/>
      <w:r w:rsidRPr="003446A8">
        <w:rPr>
          <w:rFonts w:ascii="Times New Roman" w:eastAsia="Times New Roman" w:hAnsi="Times New Roman" w:cs="Times New Roman"/>
        </w:rPr>
        <w:t xml:space="preserve"> than continuous control, the control decision was framed as policy selection. Meanwhile, unsupervised autoencoders demonstrated the feasibility of constrained gateway deployment.</w:t>
      </w:r>
    </w:p>
    <w:p w14:paraId="13C0B1C6" w14:textId="366D126B" w:rsidR="003446A8" w:rsidRPr="003446A8" w:rsidRDefault="003446A8" w:rsidP="003446A8">
      <w:pPr>
        <w:jc w:val="both"/>
        <w:rPr>
          <w:rFonts w:ascii="Times New Roman" w:eastAsia="Times New Roman" w:hAnsi="Times New Roman" w:cs="Times New Roman"/>
        </w:rPr>
      </w:pPr>
      <w:r w:rsidRPr="003446A8">
        <w:rPr>
          <w:rFonts w:ascii="Times New Roman" w:eastAsia="Times New Roman" w:hAnsi="Times New Roman" w:cs="Times New Roman"/>
        </w:rPr>
        <w:t xml:space="preserve">Evaluation settings were heterogeneous, with testbeds/lab environments (5/19) and simulation-based studies (4/19) being the most common, and fewer real-world deployments or production traces (4/19). dataset-based evaluations (2/19) and Mixed </w:t>
      </w:r>
      <w:proofErr w:type="spellStart"/>
      <w:r w:rsidRPr="003446A8">
        <w:rPr>
          <w:rFonts w:ascii="Times New Roman" w:eastAsia="Times New Roman" w:hAnsi="Times New Roman" w:cs="Times New Roman"/>
        </w:rPr>
        <w:t>real+emulation</w:t>
      </w:r>
      <w:proofErr w:type="spellEnd"/>
      <w:r w:rsidRPr="003446A8">
        <w:rPr>
          <w:rFonts w:ascii="Times New Roman" w:eastAsia="Times New Roman" w:hAnsi="Times New Roman" w:cs="Times New Roman"/>
        </w:rPr>
        <w:t xml:space="preserve"> evaluations (2/19) were also present</w:t>
      </w:r>
      <w:r w:rsidR="007D447A">
        <w:rPr>
          <w:rFonts w:ascii="Times New Roman" w:eastAsia="Times New Roman" w:hAnsi="Times New Roman" w:cs="Times New Roman"/>
        </w:rPr>
        <w:t xml:space="preserve">. </w:t>
      </w:r>
      <w:r w:rsidRPr="003446A8">
        <w:rPr>
          <w:rFonts w:ascii="Times New Roman" w:eastAsia="Times New Roman" w:hAnsi="Times New Roman" w:cs="Times New Roman"/>
        </w:rPr>
        <w:t xml:space="preserve">This distribution highlights that, although the operational intent is clear, cross-domain comparability and the external validity are limited by uneven stress testing, inconsistent baselines, and the lack of reporting on lifecycle </w:t>
      </w:r>
      <w:proofErr w:type="spellStart"/>
      <w:r w:rsidRPr="003446A8">
        <w:rPr>
          <w:rFonts w:ascii="Times New Roman" w:eastAsia="Times New Roman" w:hAnsi="Times New Roman" w:cs="Times New Roman"/>
        </w:rPr>
        <w:t>behaviours</w:t>
      </w:r>
      <w:proofErr w:type="spellEnd"/>
      <w:r w:rsidRPr="003446A8">
        <w:rPr>
          <w:rFonts w:ascii="Times New Roman" w:eastAsia="Times New Roman" w:hAnsi="Times New Roman" w:cs="Times New Roman"/>
        </w:rPr>
        <w:t xml:space="preserve"> (e.g. drift and rollback).</w:t>
      </w:r>
    </w:p>
    <w:p w14:paraId="4DF95F74" w14:textId="77777777" w:rsidR="002F57C8" w:rsidRDefault="002F57C8">
      <w:pPr>
        <w:jc w:val="both"/>
        <w:rPr>
          <w:rFonts w:ascii="Times New Roman" w:eastAsia="Times New Roman" w:hAnsi="Times New Roman" w:cs="Times New Roman"/>
          <w:b/>
          <w:bCs/>
        </w:rPr>
      </w:pPr>
      <w:r>
        <w:rPr>
          <w:rFonts w:ascii="Times New Roman" w:eastAsia="Times New Roman" w:hAnsi="Times New Roman" w:cs="Times New Roman"/>
          <w:b/>
          <w:bCs/>
        </w:rPr>
        <w:t>3.2.2 Summary of Study Characteristics</w:t>
      </w:r>
    </w:p>
    <w:p w14:paraId="1460B98D" w14:textId="54BFD1F1" w:rsidR="00A52FFC" w:rsidRDefault="00BA4244">
      <w:pPr>
        <w:jc w:val="both"/>
        <w:rPr>
          <w:rFonts w:ascii="Times New Roman" w:eastAsia="Times New Roman" w:hAnsi="Times New Roman" w:cs="Times New Roman"/>
        </w:rPr>
      </w:pPr>
      <w:r>
        <w:rPr>
          <w:rFonts w:ascii="Times New Roman" w:eastAsia="Times New Roman" w:hAnsi="Times New Roman" w:cs="Times New Roman"/>
        </w:rPr>
        <w:t xml:space="preserve">The 19 included studies cover SRv6/IPv6 routing, data </w:t>
      </w:r>
      <w:proofErr w:type="spellStart"/>
      <w:r>
        <w:rPr>
          <w:rFonts w:ascii="Times New Roman" w:eastAsia="Times New Roman" w:hAnsi="Times New Roman" w:cs="Times New Roman"/>
        </w:rPr>
        <w:t>centre</w:t>
      </w:r>
      <w:proofErr w:type="spellEnd"/>
      <w:r>
        <w:rPr>
          <w:rFonts w:ascii="Times New Roman" w:eastAsia="Times New Roman" w:hAnsi="Times New Roman" w:cs="Times New Roman"/>
        </w:rPr>
        <w:t xml:space="preserve"> fabrics, cloud operations, WAN traffic engineering, SDN control planes, and Open RAN (5G) with RIC/</w:t>
      </w:r>
      <w:proofErr w:type="spellStart"/>
      <w:r>
        <w:rPr>
          <w:rFonts w:ascii="Times New Roman" w:eastAsia="Times New Roman" w:hAnsi="Times New Roman" w:cs="Times New Roman"/>
        </w:rPr>
        <w:t>xApp</w:t>
      </w:r>
      <w:proofErr w:type="spellEnd"/>
      <w:r>
        <w:rPr>
          <w:rFonts w:ascii="Times New Roman" w:eastAsia="Times New Roman" w:hAnsi="Times New Roman" w:cs="Times New Roman"/>
        </w:rPr>
        <w:t xml:space="preserve"> workflows. The methods employed include slicing and congestion </w:t>
      </w:r>
      <w:r>
        <w:rPr>
          <w:rFonts w:ascii="Times New Roman" w:eastAsia="Times New Roman" w:hAnsi="Times New Roman" w:cs="Times New Roman"/>
        </w:rPr>
        <w:lastRenderedPageBreak/>
        <w:t xml:space="preserve">control, graph learning for topology-aware TE and east-west data </w:t>
      </w:r>
      <w:proofErr w:type="spellStart"/>
      <w:r>
        <w:rPr>
          <w:rFonts w:ascii="Times New Roman" w:eastAsia="Times New Roman" w:hAnsi="Times New Roman" w:cs="Times New Roman"/>
        </w:rPr>
        <w:t>centre</w:t>
      </w:r>
      <w:proofErr w:type="spellEnd"/>
      <w:r>
        <w:rPr>
          <w:rFonts w:ascii="Times New Roman" w:eastAsia="Times New Roman" w:hAnsi="Times New Roman" w:cs="Times New Roman"/>
        </w:rPr>
        <w:t xml:space="preserve"> anomaly detection; deep reinforcement learning for routing, traffic </w:t>
      </w:r>
      <w:proofErr w:type="spellStart"/>
      <w:r w:rsidR="002F57C8">
        <w:rPr>
          <w:rFonts w:ascii="Times New Roman" w:eastAsia="Times New Roman" w:hAnsi="Times New Roman" w:cs="Times New Roman"/>
        </w:rPr>
        <w:t>optimisation</w:t>
      </w:r>
      <w:proofErr w:type="spellEnd"/>
      <w:r>
        <w:rPr>
          <w:rFonts w:ascii="Times New Roman" w:eastAsia="Times New Roman" w:hAnsi="Times New Roman" w:cs="Times New Roman"/>
        </w:rPr>
        <w:t xml:space="preserve">, federated learning for wireless traffic prediction; deep models for O-RAN troubleshooting; classical machine learning (random forests) for scheduler/policy selection; and unsupervised autoencoders for lightweight intrusion detection. Security-oriented studies examine anomalous traffic and denial-of-service (DoS), poisoning of federated updates, and packet injection against software-defined networking (SDN), while resilience work includes explainable anomaly </w:t>
      </w:r>
      <w:proofErr w:type="spellStart"/>
      <w:r w:rsidR="002F57C8">
        <w:rPr>
          <w:rFonts w:ascii="Times New Roman" w:eastAsia="Times New Roman" w:hAnsi="Times New Roman" w:cs="Times New Roman"/>
        </w:rPr>
        <w:t>localisation</w:t>
      </w:r>
      <w:proofErr w:type="spellEnd"/>
      <w:r>
        <w:rPr>
          <w:rFonts w:ascii="Times New Roman" w:eastAsia="Times New Roman" w:hAnsi="Times New Roman" w:cs="Times New Roman"/>
        </w:rPr>
        <w:t xml:space="preserve"> and safe rollout analytics. Evidence settings range from emulation and packet-level simulation to commodity-server testbeds, campus 5G validation, large-scale wireless emulation platforms, production-cluster traces, and 5G </w:t>
      </w:r>
      <w:proofErr w:type="spellStart"/>
      <w:r>
        <w:rPr>
          <w:rFonts w:ascii="Times New Roman" w:eastAsia="Times New Roman" w:hAnsi="Times New Roman" w:cs="Times New Roman"/>
        </w:rPr>
        <w:t>OpenAirInterface</w:t>
      </w:r>
      <w:proofErr w:type="spellEnd"/>
      <w:r>
        <w:rPr>
          <w:rFonts w:ascii="Times New Roman" w:eastAsia="Times New Roman" w:hAnsi="Times New Roman" w:cs="Times New Roman"/>
        </w:rPr>
        <w:t xml:space="preserve">-generated datasets. Reported outcomes cover link </w:t>
      </w:r>
      <w:proofErr w:type="spellStart"/>
      <w:r w:rsidR="003446A8">
        <w:rPr>
          <w:rFonts w:ascii="Times New Roman" w:eastAsia="Times New Roman" w:hAnsi="Times New Roman" w:cs="Times New Roman"/>
        </w:rPr>
        <w:t>utilisation</w:t>
      </w:r>
      <w:proofErr w:type="spellEnd"/>
      <w:r>
        <w:rPr>
          <w:rFonts w:ascii="Times New Roman" w:eastAsia="Times New Roman" w:hAnsi="Times New Roman" w:cs="Times New Roman"/>
        </w:rPr>
        <w:t xml:space="preserve">, energy, detection accuracy, throughput, latency/FCT, and computational overhead. Most papers are systems-oriented conference or networking journal articles that </w:t>
      </w:r>
      <w:proofErr w:type="spellStart"/>
      <w:r w:rsidR="003446A8">
        <w:rPr>
          <w:rFonts w:ascii="Times New Roman" w:eastAsia="Times New Roman" w:hAnsi="Times New Roman" w:cs="Times New Roman"/>
        </w:rPr>
        <w:t>emphasise</w:t>
      </w:r>
      <w:proofErr w:type="spellEnd"/>
      <w:r>
        <w:rPr>
          <w:rFonts w:ascii="Times New Roman" w:eastAsia="Times New Roman" w:hAnsi="Times New Roman" w:cs="Times New Roman"/>
        </w:rPr>
        <w:t xml:space="preserve"> the realistic deployment of control loops under operational constraints.</w:t>
      </w:r>
    </w:p>
    <w:p w14:paraId="5DBB05A7" w14:textId="77777777" w:rsidR="00A52FFC" w:rsidRDefault="00BA4244">
      <w:pPr>
        <w:jc w:val="both"/>
        <w:rPr>
          <w:rFonts w:ascii="Times New Roman" w:eastAsia="Times New Roman" w:hAnsi="Times New Roman" w:cs="Times New Roman"/>
          <w:b/>
          <w:bCs/>
        </w:rPr>
      </w:pPr>
      <w:r>
        <w:rPr>
          <w:rFonts w:ascii="Times New Roman" w:eastAsia="Times New Roman" w:hAnsi="Times New Roman" w:cs="Times New Roman"/>
          <w:b/>
          <w:bCs/>
        </w:rPr>
        <w:t>3.3 Thematic Analysis</w:t>
      </w:r>
    </w:p>
    <w:p w14:paraId="6AD4B0AE" w14:textId="77777777" w:rsidR="00A52FFC" w:rsidRDefault="00BA4244">
      <w:pPr>
        <w:jc w:val="both"/>
        <w:rPr>
          <w:rFonts w:ascii="Times New Roman" w:eastAsia="Times New Roman" w:hAnsi="Times New Roman" w:cs="Times New Roman"/>
          <w:b/>
          <w:bCs/>
        </w:rPr>
      </w:pPr>
      <w:r>
        <w:rPr>
          <w:rFonts w:ascii="Times New Roman" w:eastAsia="Times New Roman" w:hAnsi="Times New Roman" w:cs="Times New Roman"/>
          <w:b/>
          <w:bCs/>
        </w:rPr>
        <w:t>Theme 1: AI-native predictive control for throughput, latency, and energy efficiency</w:t>
      </w:r>
    </w:p>
    <w:p w14:paraId="7C8AFB51" w14:textId="72D8C1B8" w:rsidR="00A52FFC" w:rsidRDefault="00BA4244">
      <w:pPr>
        <w:jc w:val="both"/>
        <w:rPr>
          <w:rFonts w:ascii="Times New Roman" w:eastAsia="Times New Roman" w:hAnsi="Times New Roman" w:cs="Times New Roman"/>
        </w:rPr>
      </w:pPr>
      <w:r>
        <w:rPr>
          <w:rFonts w:ascii="Times New Roman" w:eastAsia="Times New Roman" w:hAnsi="Times New Roman" w:cs="Times New Roman"/>
        </w:rPr>
        <w:t xml:space="preserve">AI-driven network control is increasingly </w:t>
      </w:r>
      <w:proofErr w:type="spellStart"/>
      <w:r w:rsidR="003446A8">
        <w:rPr>
          <w:rFonts w:ascii="Times New Roman" w:eastAsia="Times New Roman" w:hAnsi="Times New Roman" w:cs="Times New Roman"/>
        </w:rPr>
        <w:t>realised</w:t>
      </w:r>
      <w:proofErr w:type="spellEnd"/>
      <w:r>
        <w:rPr>
          <w:rFonts w:ascii="Times New Roman" w:eastAsia="Times New Roman" w:hAnsi="Times New Roman" w:cs="Times New Roman"/>
        </w:rPr>
        <w:t xml:space="preserve"> as prediction–decision loops that must operate within tight latency budgets across wide-area networks (WANs), data </w:t>
      </w:r>
      <w:proofErr w:type="spellStart"/>
      <w:r>
        <w:rPr>
          <w:rFonts w:ascii="Times New Roman" w:eastAsia="Times New Roman" w:hAnsi="Times New Roman" w:cs="Times New Roman"/>
        </w:rPr>
        <w:t>centre</w:t>
      </w:r>
      <w:proofErr w:type="spellEnd"/>
      <w:r>
        <w:rPr>
          <w:rFonts w:ascii="Times New Roman" w:eastAsia="Times New Roman" w:hAnsi="Times New Roman" w:cs="Times New Roman"/>
        </w:rPr>
        <w:t xml:space="preserve"> fabrics, and open radio access networks (Open RAN). In wide-area traffic engineering, a deep reinforcement learning (DRL) policy that exploits graph structure is paired with local search to produce routing updates for link events and dynamic traffic, all while keeping computation time practical (</w:t>
      </w:r>
      <w:proofErr w:type="spellStart"/>
      <w:r>
        <w:rPr>
          <w:rFonts w:ascii="Times New Roman" w:eastAsia="Times New Roman" w:hAnsi="Times New Roman" w:cs="Times New Roman"/>
        </w:rPr>
        <w:t>Almasan</w:t>
      </w:r>
      <w:proofErr w:type="spellEnd"/>
      <w:r>
        <w:rPr>
          <w:rFonts w:ascii="Times New Roman" w:eastAsia="Times New Roman" w:hAnsi="Times New Roman" w:cs="Times New Roman"/>
        </w:rPr>
        <w:t xml:space="preserve"> et al., 2022). Practical rollout constraints also matter. DRL can co-optimize SR paths, SRv6 node placement and legacy OSPF weights, ensuring strong utilization even when only 20–40% of nodes support SRv6 (Tian et al., 2020). Data </w:t>
      </w:r>
      <w:proofErr w:type="spellStart"/>
      <w:r>
        <w:rPr>
          <w:rFonts w:ascii="Times New Roman" w:eastAsia="Times New Roman" w:hAnsi="Times New Roman" w:cs="Times New Roman"/>
        </w:rPr>
        <w:t>centres</w:t>
      </w:r>
      <w:proofErr w:type="spellEnd"/>
      <w:r>
        <w:rPr>
          <w:rFonts w:ascii="Times New Roman" w:eastAsia="Times New Roman" w:hAnsi="Times New Roman" w:cs="Times New Roman"/>
        </w:rPr>
        <w:t xml:space="preserve"> present a more challenging timescale problem because optimization must be completed within the lifetime of short flows. A two-level design that delegates rapid decision-making to end hosts while a central learner aggregates global state can cut average flow completion time in a commodity testbed and reduce optimization turnaround time to approximately 100 </w:t>
      </w:r>
      <w:proofErr w:type="spellStart"/>
      <w:r>
        <w:rPr>
          <w:rFonts w:ascii="Times New Roman" w:eastAsia="Times New Roman" w:hAnsi="Times New Roman" w:cs="Times New Roman"/>
        </w:rPr>
        <w:t>ms</w:t>
      </w:r>
      <w:proofErr w:type="spellEnd"/>
      <w:r>
        <w:rPr>
          <w:rFonts w:ascii="Times New Roman" w:eastAsia="Times New Roman" w:hAnsi="Times New Roman" w:cs="Times New Roman"/>
        </w:rPr>
        <w:t xml:space="preserve"> (Chen et al., 2018). Congestion-control studies extend learning to the transport layer. Online RL can adapt by learning from existing protocols across heterogeneous conditions (</w:t>
      </w:r>
      <w:proofErr w:type="spellStart"/>
      <w:r>
        <w:rPr>
          <w:rFonts w:ascii="Times New Roman" w:eastAsia="Times New Roman" w:hAnsi="Times New Roman" w:cs="Times New Roman"/>
        </w:rPr>
        <w:t>Pappone</w:t>
      </w:r>
      <w:proofErr w:type="spellEnd"/>
      <w:r>
        <w:rPr>
          <w:rFonts w:ascii="Times New Roman" w:eastAsia="Times New Roman" w:hAnsi="Times New Roman" w:cs="Times New Roman"/>
        </w:rPr>
        <w:t xml:space="preserve"> et al., 2025). Furthermore, hierarchical DRL reduces inference overhead by executing lightweight actions and selecting coarse policies, cutting overhead by at least 80% compared to heavier DRL designs (Tian et al., 2022). In open RAN, predictive slicing </w:t>
      </w:r>
      <w:proofErr w:type="spellStart"/>
      <w:r>
        <w:rPr>
          <w:rFonts w:ascii="Times New Roman" w:eastAsia="Times New Roman" w:hAnsi="Times New Roman" w:cs="Times New Roman"/>
        </w:rPr>
        <w:t>xApps</w:t>
      </w:r>
      <w:proofErr w:type="spellEnd"/>
      <w:r>
        <w:rPr>
          <w:rFonts w:ascii="Times New Roman" w:eastAsia="Times New Roman" w:hAnsi="Times New Roman" w:cs="Times New Roman"/>
        </w:rPr>
        <w:t xml:space="preserve"> reconfigure scheduling for mixed URLLC and </w:t>
      </w:r>
      <w:proofErr w:type="spellStart"/>
      <w:r>
        <w:rPr>
          <w:rFonts w:ascii="Times New Roman" w:eastAsia="Times New Roman" w:hAnsi="Times New Roman" w:cs="Times New Roman"/>
        </w:rPr>
        <w:t>eMBB</w:t>
      </w:r>
      <w:proofErr w:type="spellEnd"/>
      <w:r>
        <w:rPr>
          <w:rFonts w:ascii="Times New Roman" w:eastAsia="Times New Roman" w:hAnsi="Times New Roman" w:cs="Times New Roman"/>
        </w:rPr>
        <w:t xml:space="preserve"> services with millisecond-level latency targets in experimental deployments (</w:t>
      </w:r>
      <w:proofErr w:type="spellStart"/>
      <w:r>
        <w:rPr>
          <w:rFonts w:ascii="Times New Roman" w:eastAsia="Times New Roman" w:hAnsi="Times New Roman" w:cs="Times New Roman"/>
        </w:rPr>
        <w:t>Wiebusch</w:t>
      </w:r>
      <w:proofErr w:type="spellEnd"/>
      <w:r>
        <w:rPr>
          <w:rFonts w:ascii="Times New Roman" w:eastAsia="Times New Roman" w:hAnsi="Times New Roman" w:cs="Times New Roman"/>
        </w:rPr>
        <w:t xml:space="preserve"> et al., 2023). Dynamic PRB allocation, when framed as policy selection, achieves around 85% accuracy in selecting the optimal scheduler action (</w:t>
      </w:r>
      <w:proofErr w:type="spellStart"/>
      <w:r>
        <w:rPr>
          <w:rFonts w:ascii="Times New Roman" w:eastAsia="Times New Roman" w:hAnsi="Times New Roman" w:cs="Times New Roman"/>
        </w:rPr>
        <w:t>Qazzaz</w:t>
      </w:r>
      <w:proofErr w:type="spellEnd"/>
      <w:r>
        <w:rPr>
          <w:rFonts w:ascii="Times New Roman" w:eastAsia="Times New Roman" w:hAnsi="Times New Roman" w:cs="Times New Roman"/>
        </w:rPr>
        <w:t xml:space="preserve"> et al., 2024). Together, these studies demonstrate improvements, but evaluation remains fragmented across metrics and settings.</w:t>
      </w:r>
    </w:p>
    <w:p w14:paraId="7AD85938" w14:textId="77777777" w:rsidR="00A52FFC" w:rsidRDefault="00BA4244">
      <w:pPr>
        <w:jc w:val="both"/>
        <w:rPr>
          <w:rFonts w:ascii="Times New Roman" w:eastAsia="Times New Roman" w:hAnsi="Times New Roman" w:cs="Times New Roman"/>
          <w:b/>
          <w:bCs/>
        </w:rPr>
      </w:pPr>
      <w:r>
        <w:rPr>
          <w:rFonts w:ascii="Times New Roman" w:eastAsia="Times New Roman" w:hAnsi="Times New Roman" w:cs="Times New Roman"/>
          <w:b/>
          <w:bCs/>
        </w:rPr>
        <w:t>Theme 2: Cyber-physical threats that exploit learning loops and programmable control</w:t>
      </w:r>
    </w:p>
    <w:p w14:paraId="58E3B0DA" w14:textId="3AD40929" w:rsidR="00A52FFC" w:rsidRDefault="00BA4244">
      <w:pPr>
        <w:jc w:val="both"/>
        <w:rPr>
          <w:rFonts w:ascii="Times New Roman" w:eastAsia="Times New Roman" w:hAnsi="Times New Roman" w:cs="Times New Roman"/>
        </w:rPr>
      </w:pPr>
      <w:r>
        <w:rPr>
          <w:rFonts w:ascii="Times New Roman" w:eastAsia="Times New Roman" w:hAnsi="Times New Roman" w:cs="Times New Roman"/>
        </w:rPr>
        <w:t xml:space="preserve">AI-enabled infrastructures introduce threats that target the programmable control </w:t>
      </w:r>
      <w:r w:rsidR="003446A8">
        <w:rPr>
          <w:rFonts w:ascii="Times New Roman" w:eastAsia="Times New Roman" w:hAnsi="Times New Roman" w:cs="Times New Roman"/>
        </w:rPr>
        <w:t>plane and also the learning pipeline,</w:t>
      </w:r>
      <w:r>
        <w:rPr>
          <w:rFonts w:ascii="Times New Roman" w:eastAsia="Times New Roman" w:hAnsi="Times New Roman" w:cs="Times New Roman"/>
        </w:rPr>
        <w:t xml:space="preserve"> and not just the data plane. This dramatically shifts trust assumptions. In O-RAN settings, anomaly traffic can degrade compute availability and service quality, so intrusion detection is coupled with resource actions that protect legitimate users under attack (</w:t>
      </w:r>
      <w:proofErr w:type="spellStart"/>
      <w:r>
        <w:rPr>
          <w:rFonts w:ascii="Times New Roman" w:eastAsia="Times New Roman" w:hAnsi="Times New Roman" w:cs="Times New Roman"/>
        </w:rPr>
        <w:t>Tsourdinis</w:t>
      </w:r>
      <w:proofErr w:type="spellEnd"/>
      <w:r>
        <w:rPr>
          <w:rFonts w:ascii="Times New Roman" w:eastAsia="Times New Roman" w:hAnsi="Times New Roman" w:cs="Times New Roman"/>
        </w:rPr>
        <w:t xml:space="preserve"> et al., 2024). Operational anomalies are also more difficult to </w:t>
      </w:r>
      <w:proofErr w:type="spellStart"/>
      <w:r>
        <w:rPr>
          <w:rFonts w:ascii="Times New Roman" w:eastAsia="Times New Roman" w:hAnsi="Times New Roman" w:cs="Times New Roman"/>
        </w:rPr>
        <w:t>localise</w:t>
      </w:r>
      <w:proofErr w:type="spellEnd"/>
      <w:r>
        <w:rPr>
          <w:rFonts w:ascii="Times New Roman" w:eastAsia="Times New Roman" w:hAnsi="Times New Roman" w:cs="Times New Roman"/>
        </w:rPr>
        <w:t xml:space="preserve"> in disaggregated RANs. A detection and identification pipeline </w:t>
      </w:r>
      <w:proofErr w:type="gramStart"/>
      <w:r>
        <w:rPr>
          <w:rFonts w:ascii="Times New Roman" w:eastAsia="Times New Roman" w:hAnsi="Times New Roman" w:cs="Times New Roman"/>
        </w:rPr>
        <w:t>uses</w:t>
      </w:r>
      <w:proofErr w:type="gramEnd"/>
      <w:r>
        <w:rPr>
          <w:rFonts w:ascii="Times New Roman" w:eastAsia="Times New Roman" w:hAnsi="Times New Roman" w:cs="Times New Roman"/>
        </w:rPr>
        <w:t xml:space="preserve"> in-depth analysis and edge monitoring for attribution, enabling faster troubleshooting (Sun et al., 2024). SDN systems face a distinct reliability hazard as adversaries can exploit interactions between controllers and switches: packet injection can trigger cascading breakdowns and overload control logic, unless malicious sources are detected and isolated (</w:t>
      </w:r>
      <w:proofErr w:type="spellStart"/>
      <w:r>
        <w:rPr>
          <w:rFonts w:ascii="Times New Roman" w:eastAsia="Times New Roman" w:hAnsi="Times New Roman" w:cs="Times New Roman"/>
        </w:rPr>
        <w:t>Phu</w:t>
      </w:r>
      <w:proofErr w:type="spellEnd"/>
      <w:r>
        <w:rPr>
          <w:rFonts w:ascii="Times New Roman" w:eastAsia="Times New Roman" w:hAnsi="Times New Roman" w:cs="Times New Roman"/>
        </w:rPr>
        <w:t xml:space="preserve"> et al., 2023). Learning itself becomes an attack surface when telemetry feeds predictive controllers. A fake-traffic injection poisoning attack against federated wireless traffic prediction can cause models to make incorrect forecasts, which undermines proactive control decisions (Zhang et al., 2024). </w:t>
      </w:r>
      <w:proofErr w:type="spellStart"/>
      <w:r>
        <w:rPr>
          <w:rFonts w:ascii="Times New Roman" w:eastAsia="Times New Roman" w:hAnsi="Times New Roman" w:cs="Times New Roman"/>
        </w:rPr>
        <w:t>Defences</w:t>
      </w:r>
      <w:proofErr w:type="spellEnd"/>
      <w:r w:rsidR="003446A8">
        <w:rPr>
          <w:rFonts w:ascii="Times New Roman" w:eastAsia="Times New Roman" w:hAnsi="Times New Roman" w:cs="Times New Roman"/>
        </w:rPr>
        <w:t>, therefore,</w:t>
      </w:r>
      <w:r>
        <w:rPr>
          <w:rFonts w:ascii="Times New Roman" w:eastAsia="Times New Roman" w:hAnsi="Times New Roman" w:cs="Times New Roman"/>
        </w:rPr>
        <w:t xml:space="preserve"> include screening parameter updates for statistical inconsistency before aggregation to reduce the influence of compromised participants (Zhang et al., 2024). Participant selection is treated as a security control in zero-touch B5G operation, combining unsupervised detection of poisoned updates with reinforcement-based trust selection (Ben Saad et al., 2023). Data </w:t>
      </w:r>
      <w:proofErr w:type="spellStart"/>
      <w:r>
        <w:rPr>
          <w:rFonts w:ascii="Times New Roman" w:eastAsia="Times New Roman" w:hAnsi="Times New Roman" w:cs="Times New Roman"/>
        </w:rPr>
        <w:t>centre</w:t>
      </w:r>
      <w:proofErr w:type="spellEnd"/>
      <w:r>
        <w:rPr>
          <w:rFonts w:ascii="Times New Roman" w:eastAsia="Times New Roman" w:hAnsi="Times New Roman" w:cs="Times New Roman"/>
        </w:rPr>
        <w:t xml:space="preserve"> lateral ('east–west') traffic complicates detection because attacks can blend into service-to-service patterns; graph-based methods are considered more robust in this setting (Hsieh et al., 2024). Finally, </w:t>
      </w:r>
      <w:r>
        <w:rPr>
          <w:rFonts w:ascii="Times New Roman" w:eastAsia="Times New Roman" w:hAnsi="Times New Roman" w:cs="Times New Roman"/>
        </w:rPr>
        <w:lastRenderedPageBreak/>
        <w:t>unsupervised anomaly detection reveals that deployment must accommodate core servers as well as constrained gateways (Mirsky et al., 2018).</w:t>
      </w:r>
    </w:p>
    <w:p w14:paraId="3204909C" w14:textId="77777777" w:rsidR="00A52FFC" w:rsidRDefault="00BA4244">
      <w:pPr>
        <w:jc w:val="both"/>
        <w:rPr>
          <w:rFonts w:ascii="Times New Roman" w:eastAsia="Times New Roman" w:hAnsi="Times New Roman" w:cs="Times New Roman"/>
          <w:b/>
          <w:bCs/>
        </w:rPr>
      </w:pPr>
      <w:r>
        <w:rPr>
          <w:rFonts w:ascii="Times New Roman" w:eastAsia="Times New Roman" w:hAnsi="Times New Roman" w:cs="Times New Roman"/>
          <w:b/>
          <w:bCs/>
        </w:rPr>
        <w:t>Theme 3: Resilience-by-design—safe automation, containment, and cascade mitigation</w:t>
      </w:r>
    </w:p>
    <w:p w14:paraId="742C7C59" w14:textId="77777777" w:rsidR="00A52FFC" w:rsidRDefault="00BA4244">
      <w:pPr>
        <w:jc w:val="both"/>
        <w:rPr>
          <w:rFonts w:ascii="Times New Roman" w:eastAsia="Times New Roman" w:hAnsi="Times New Roman" w:cs="Times New Roman"/>
        </w:rPr>
        <w:sectPr w:rsidR="00A52FFC">
          <w:headerReference w:type="even" r:id="rId9"/>
          <w:headerReference w:type="default" r:id="rId10"/>
          <w:footerReference w:type="even" r:id="rId11"/>
          <w:footerReference w:type="default" r:id="rId12"/>
          <w:headerReference w:type="first" r:id="rId13"/>
          <w:footerReference w:type="first" r:id="rId14"/>
          <w:pgSz w:w="11906" w:h="16838"/>
          <w:pgMar w:top="720" w:right="720" w:bottom="720" w:left="720" w:header="720" w:footer="720" w:gutter="0"/>
          <w:pgNumType w:start="1"/>
          <w:cols w:space="720"/>
        </w:sectPr>
      </w:pPr>
      <w:r>
        <w:rPr>
          <w:rFonts w:ascii="Times New Roman" w:eastAsia="Times New Roman" w:hAnsi="Times New Roman" w:cs="Times New Roman"/>
        </w:rPr>
        <w:t xml:space="preserve">In AI-driven network infrastructure, resilience emerges as engineered guardrails around automation, aiming to prevent local errors from becoming systemic cascades. In cloud operations, rollout risk is managed through analytics that correlate fault signals with ongoing deployments, reducing the blast radius when changes introduce instability and supporting stop/go decisions (Li et al., 2020). Rather than a one-time pre-deployment test, this operational approach treats reliability as an ongoing process of validation. In open RAN, disaggregation increases the need for fault handling that can be explained; identification pipelines and anomaly detection provide KPI-level attribution, enabling operators to act before control loops amplify degradation (Sun et al., 2024). Pre-deployment evaluation is also a part of resilience: a programmable O-RAN framework enables the stress-testing and training of DRL </w:t>
      </w:r>
      <w:proofErr w:type="spellStart"/>
      <w:r>
        <w:rPr>
          <w:rFonts w:ascii="Times New Roman" w:eastAsia="Times New Roman" w:hAnsi="Times New Roman" w:cs="Times New Roman"/>
        </w:rPr>
        <w:t>xApps</w:t>
      </w:r>
      <w:proofErr w:type="spellEnd"/>
      <w:r>
        <w:rPr>
          <w:rFonts w:ascii="Times New Roman" w:eastAsia="Times New Roman" w:hAnsi="Times New Roman" w:cs="Times New Roman"/>
        </w:rPr>
        <w:t xml:space="preserve"> on a large scale, thereby exposing failure modes and safety trade-offs prior to field deployment (</w:t>
      </w:r>
      <w:proofErr w:type="spellStart"/>
      <w:r>
        <w:rPr>
          <w:rFonts w:ascii="Times New Roman" w:eastAsia="Times New Roman" w:hAnsi="Times New Roman" w:cs="Times New Roman"/>
        </w:rPr>
        <w:t>Polese</w:t>
      </w:r>
      <w:proofErr w:type="spellEnd"/>
      <w:r>
        <w:rPr>
          <w:rFonts w:ascii="Times New Roman" w:eastAsia="Times New Roman" w:hAnsi="Times New Roman" w:cs="Times New Roman"/>
        </w:rPr>
        <w:t xml:space="preserve"> et al., 2022). Containment mechanisms resemble fault isolation when failures are adversarial. SDN </w:t>
      </w:r>
      <w:proofErr w:type="spellStart"/>
      <w:r>
        <w:rPr>
          <w:rFonts w:ascii="Times New Roman" w:eastAsia="Times New Roman" w:hAnsi="Times New Roman" w:cs="Times New Roman"/>
        </w:rPr>
        <w:t>defences</w:t>
      </w:r>
      <w:proofErr w:type="spellEnd"/>
      <w:r>
        <w:rPr>
          <w:rFonts w:ascii="Times New Roman" w:eastAsia="Times New Roman" w:hAnsi="Times New Roman" w:cs="Times New Roman"/>
        </w:rPr>
        <w:t xml:space="preserve"> segment the quarantine suspicious nodes and the network, enabling non-compromised paths to continue operating (</w:t>
      </w:r>
      <w:proofErr w:type="spellStart"/>
      <w:r>
        <w:rPr>
          <w:rFonts w:ascii="Times New Roman" w:eastAsia="Times New Roman" w:hAnsi="Times New Roman" w:cs="Times New Roman"/>
        </w:rPr>
        <w:t>Phu</w:t>
      </w:r>
      <w:proofErr w:type="spellEnd"/>
      <w:r>
        <w:rPr>
          <w:rFonts w:ascii="Times New Roman" w:eastAsia="Times New Roman" w:hAnsi="Times New Roman" w:cs="Times New Roman"/>
        </w:rPr>
        <w:t xml:space="preserve"> et al., 2023). Federated-control </w:t>
      </w:r>
      <w:proofErr w:type="spellStart"/>
      <w:r>
        <w:rPr>
          <w:rFonts w:ascii="Times New Roman" w:eastAsia="Times New Roman" w:hAnsi="Times New Roman" w:cs="Times New Roman"/>
        </w:rPr>
        <w:t>defences</w:t>
      </w:r>
      <w:proofErr w:type="spellEnd"/>
      <w:r>
        <w:rPr>
          <w:rFonts w:ascii="Times New Roman" w:eastAsia="Times New Roman" w:hAnsi="Times New Roman" w:cs="Times New Roman"/>
        </w:rPr>
        <w:t xml:space="preserve"> filter abnormal model updates to preserve prediction accuracy under poisoning, thereby supporting more reliable proactive management (Zhang et al., 2024). Zero-touch B5G work adds governance by selecting trusted participants prior to aggregation, thereby reducing insider influence on shared models (Ben Saad et al., 2023). At the edge, lightweight anomaly detection shows that resilience controls can be deployed on limited gateways, enabling detection close to the source (Mirsky et al., 2018). Across settings, the pattern is layered </w:t>
      </w:r>
      <w:proofErr w:type="spellStart"/>
      <w:r>
        <w:rPr>
          <w:rFonts w:ascii="Times New Roman" w:eastAsia="Times New Roman" w:hAnsi="Times New Roman" w:cs="Times New Roman"/>
        </w:rPr>
        <w:t>defence</w:t>
      </w:r>
      <w:proofErr w:type="spellEnd"/>
      <w:r>
        <w:rPr>
          <w:rFonts w:ascii="Times New Roman" w:eastAsia="Times New Roman" w:hAnsi="Times New Roman" w:cs="Times New Roman"/>
        </w:rPr>
        <w:t xml:space="preserve"> involving monitoring, containment, safe fallback and attribution. However, empirical evidence still varies from testbeds to production, which limits confidence in cross-domain portability.</w:t>
      </w:r>
    </w:p>
    <w:p w14:paraId="3714F937" w14:textId="77777777" w:rsidR="00A52FFC" w:rsidRDefault="00BA4244" w:rsidP="00D0619C">
      <w:pPr>
        <w:jc w:val="center"/>
        <w:rPr>
          <w:rFonts w:ascii="Times New Roman" w:eastAsia="Times New Roman" w:hAnsi="Times New Roman" w:cs="Times New Roman"/>
        </w:rPr>
      </w:pPr>
      <w:r>
        <w:rPr>
          <w:rFonts w:ascii="Times New Roman" w:eastAsia="Times New Roman" w:hAnsi="Times New Roman" w:cs="Times New Roman"/>
          <w:b/>
          <w:bCs/>
        </w:rPr>
        <w:lastRenderedPageBreak/>
        <w:t>Table 3: Data Extraction for included studies</w:t>
      </w:r>
    </w:p>
    <w:tbl>
      <w:tblPr>
        <w:tblStyle w:val="a1"/>
        <w:tblW w:w="1540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12"/>
        <w:gridCol w:w="1656"/>
        <w:gridCol w:w="1512"/>
        <w:gridCol w:w="1944"/>
        <w:gridCol w:w="1800"/>
        <w:gridCol w:w="1800"/>
        <w:gridCol w:w="1656"/>
        <w:gridCol w:w="3528"/>
      </w:tblGrid>
      <w:tr w:rsidR="00A52FFC" w14:paraId="49ECBB17" w14:textId="77777777">
        <w:trPr>
          <w:jc w:val="center"/>
        </w:trPr>
        <w:tc>
          <w:tcPr>
            <w:tcW w:w="1512" w:type="dxa"/>
          </w:tcPr>
          <w:p w14:paraId="3AA98F98" w14:textId="77777777" w:rsidR="00A52FFC" w:rsidRDefault="00BA4244">
            <w:pPr>
              <w:rPr>
                <w:rFonts w:ascii="Times New Roman" w:eastAsia="Times New Roman" w:hAnsi="Times New Roman" w:cs="Times New Roman"/>
              </w:rPr>
            </w:pPr>
            <w:r>
              <w:rPr>
                <w:rFonts w:ascii="Times New Roman" w:eastAsia="Times New Roman" w:hAnsi="Times New Roman" w:cs="Times New Roman"/>
                <w:b/>
                <w:bCs/>
              </w:rPr>
              <w:t>Included study</w:t>
            </w:r>
          </w:p>
        </w:tc>
        <w:tc>
          <w:tcPr>
            <w:tcW w:w="1656" w:type="dxa"/>
          </w:tcPr>
          <w:p w14:paraId="15F6812E" w14:textId="77777777" w:rsidR="00A52FFC" w:rsidRDefault="00BA4244">
            <w:pPr>
              <w:rPr>
                <w:rFonts w:ascii="Times New Roman" w:eastAsia="Times New Roman" w:hAnsi="Times New Roman" w:cs="Times New Roman"/>
              </w:rPr>
            </w:pPr>
            <w:r>
              <w:rPr>
                <w:rFonts w:ascii="Times New Roman" w:eastAsia="Times New Roman" w:hAnsi="Times New Roman" w:cs="Times New Roman"/>
                <w:b/>
                <w:bCs/>
              </w:rPr>
              <w:t>Infrastructure/context</w:t>
            </w:r>
          </w:p>
        </w:tc>
        <w:tc>
          <w:tcPr>
            <w:tcW w:w="1512" w:type="dxa"/>
          </w:tcPr>
          <w:p w14:paraId="2CC675B6" w14:textId="77777777" w:rsidR="00A52FFC" w:rsidRDefault="00BA4244">
            <w:pPr>
              <w:rPr>
                <w:rFonts w:ascii="Times New Roman" w:eastAsia="Times New Roman" w:hAnsi="Times New Roman" w:cs="Times New Roman"/>
              </w:rPr>
            </w:pPr>
            <w:r>
              <w:rPr>
                <w:rFonts w:ascii="Times New Roman" w:eastAsia="Times New Roman" w:hAnsi="Times New Roman" w:cs="Times New Roman"/>
                <w:b/>
                <w:bCs/>
              </w:rPr>
              <w:t>AI technique(s)</w:t>
            </w:r>
          </w:p>
        </w:tc>
        <w:tc>
          <w:tcPr>
            <w:tcW w:w="1944" w:type="dxa"/>
          </w:tcPr>
          <w:p w14:paraId="549EA334" w14:textId="77777777" w:rsidR="00A52FFC" w:rsidRDefault="00BA4244">
            <w:pPr>
              <w:rPr>
                <w:rFonts w:ascii="Times New Roman" w:eastAsia="Times New Roman" w:hAnsi="Times New Roman" w:cs="Times New Roman"/>
              </w:rPr>
            </w:pPr>
            <w:r>
              <w:rPr>
                <w:rFonts w:ascii="Times New Roman" w:eastAsia="Times New Roman" w:hAnsi="Times New Roman" w:cs="Times New Roman"/>
                <w:b/>
                <w:bCs/>
              </w:rPr>
              <w:t>Primary function/objective</w:t>
            </w:r>
          </w:p>
        </w:tc>
        <w:tc>
          <w:tcPr>
            <w:tcW w:w="1800" w:type="dxa"/>
          </w:tcPr>
          <w:p w14:paraId="64E7E4CB" w14:textId="77777777" w:rsidR="00A52FFC" w:rsidRDefault="00BA4244">
            <w:pPr>
              <w:rPr>
                <w:rFonts w:ascii="Times New Roman" w:eastAsia="Times New Roman" w:hAnsi="Times New Roman" w:cs="Times New Roman"/>
              </w:rPr>
            </w:pPr>
            <w:r>
              <w:rPr>
                <w:rFonts w:ascii="Times New Roman" w:eastAsia="Times New Roman" w:hAnsi="Times New Roman" w:cs="Times New Roman"/>
                <w:b/>
                <w:bCs/>
              </w:rPr>
              <w:t>Deployment/architecture</w:t>
            </w:r>
          </w:p>
        </w:tc>
        <w:tc>
          <w:tcPr>
            <w:tcW w:w="1800" w:type="dxa"/>
          </w:tcPr>
          <w:p w14:paraId="2F4136F5" w14:textId="77777777" w:rsidR="00A52FFC" w:rsidRDefault="00BA4244">
            <w:pPr>
              <w:rPr>
                <w:rFonts w:ascii="Times New Roman" w:eastAsia="Times New Roman" w:hAnsi="Times New Roman" w:cs="Times New Roman"/>
              </w:rPr>
            </w:pPr>
            <w:r>
              <w:rPr>
                <w:rFonts w:ascii="Times New Roman" w:eastAsia="Times New Roman" w:hAnsi="Times New Roman" w:cs="Times New Roman"/>
                <w:b/>
                <w:bCs/>
              </w:rPr>
              <w:t>Threat/failure mode targeted</w:t>
            </w:r>
          </w:p>
        </w:tc>
        <w:tc>
          <w:tcPr>
            <w:tcW w:w="1656" w:type="dxa"/>
          </w:tcPr>
          <w:p w14:paraId="73E62E77" w14:textId="77777777" w:rsidR="00A52FFC" w:rsidRDefault="00BA4244">
            <w:pPr>
              <w:rPr>
                <w:rFonts w:ascii="Times New Roman" w:eastAsia="Times New Roman" w:hAnsi="Times New Roman" w:cs="Times New Roman"/>
              </w:rPr>
            </w:pPr>
            <w:r>
              <w:rPr>
                <w:rFonts w:ascii="Times New Roman" w:eastAsia="Times New Roman" w:hAnsi="Times New Roman" w:cs="Times New Roman"/>
                <w:b/>
                <w:bCs/>
              </w:rPr>
              <w:t>Evidence setting/scale</w:t>
            </w:r>
          </w:p>
        </w:tc>
        <w:tc>
          <w:tcPr>
            <w:tcW w:w="3528" w:type="dxa"/>
          </w:tcPr>
          <w:p w14:paraId="609186C9" w14:textId="77777777" w:rsidR="00A52FFC" w:rsidRDefault="00BA4244">
            <w:pPr>
              <w:rPr>
                <w:rFonts w:ascii="Times New Roman" w:eastAsia="Times New Roman" w:hAnsi="Times New Roman" w:cs="Times New Roman"/>
              </w:rPr>
            </w:pPr>
            <w:r>
              <w:rPr>
                <w:rFonts w:ascii="Times New Roman" w:eastAsia="Times New Roman" w:hAnsi="Times New Roman" w:cs="Times New Roman"/>
                <w:b/>
                <w:bCs/>
              </w:rPr>
              <w:t>Reported impact (key outcomes)</w:t>
            </w:r>
          </w:p>
        </w:tc>
      </w:tr>
      <w:tr w:rsidR="00A52FFC" w14:paraId="6EA7CDB2" w14:textId="77777777">
        <w:trPr>
          <w:cantSplit/>
          <w:jc w:val="center"/>
        </w:trPr>
        <w:tc>
          <w:tcPr>
            <w:tcW w:w="1512" w:type="dxa"/>
          </w:tcPr>
          <w:p w14:paraId="19D234AE" w14:textId="77777777" w:rsidR="00A52FFC" w:rsidRDefault="00BA4244">
            <w:pPr>
              <w:rPr>
                <w:rFonts w:ascii="Times New Roman" w:eastAsia="Times New Roman" w:hAnsi="Times New Roman" w:cs="Times New Roman"/>
              </w:rPr>
            </w:pPr>
            <w:r>
              <w:rPr>
                <w:rFonts w:ascii="Times New Roman" w:eastAsia="Times New Roman" w:hAnsi="Times New Roman" w:cs="Times New Roman"/>
              </w:rPr>
              <w:t xml:space="preserve"> </w:t>
            </w:r>
            <w:proofErr w:type="spellStart"/>
            <w:r>
              <w:rPr>
                <w:rFonts w:ascii="Times New Roman" w:eastAsia="Times New Roman" w:hAnsi="Times New Roman" w:cs="Times New Roman"/>
              </w:rPr>
              <w:t>Almasan</w:t>
            </w:r>
            <w:proofErr w:type="spellEnd"/>
            <w:r>
              <w:rPr>
                <w:rFonts w:ascii="Times New Roman" w:eastAsia="Times New Roman" w:hAnsi="Times New Roman" w:cs="Times New Roman"/>
              </w:rPr>
              <w:t xml:space="preserve"> et al., 2022 (ENERO)</w:t>
            </w:r>
          </w:p>
        </w:tc>
        <w:tc>
          <w:tcPr>
            <w:tcW w:w="1656" w:type="dxa"/>
          </w:tcPr>
          <w:p w14:paraId="303BAA17" w14:textId="77777777" w:rsidR="00A52FFC" w:rsidRDefault="00BA4244">
            <w:pPr>
              <w:rPr>
                <w:rFonts w:ascii="Times New Roman" w:eastAsia="Times New Roman" w:hAnsi="Times New Roman" w:cs="Times New Roman"/>
              </w:rPr>
            </w:pPr>
            <w:r>
              <w:rPr>
                <w:rFonts w:ascii="Times New Roman" w:eastAsia="Times New Roman" w:hAnsi="Times New Roman" w:cs="Times New Roman"/>
              </w:rPr>
              <w:t>WAN traffic engineering</w:t>
            </w:r>
          </w:p>
        </w:tc>
        <w:tc>
          <w:tcPr>
            <w:tcW w:w="1512" w:type="dxa"/>
          </w:tcPr>
          <w:p w14:paraId="7BF8F4A4" w14:textId="77777777" w:rsidR="00A52FFC" w:rsidRDefault="00BA4244">
            <w:pPr>
              <w:rPr>
                <w:rFonts w:ascii="Times New Roman" w:eastAsia="Times New Roman" w:hAnsi="Times New Roman" w:cs="Times New Roman"/>
              </w:rPr>
            </w:pPr>
            <w:r>
              <w:rPr>
                <w:rFonts w:ascii="Times New Roman" w:eastAsia="Times New Roman" w:hAnsi="Times New Roman" w:cs="Times New Roman"/>
              </w:rPr>
              <w:t>DRL + GNN + local search</w:t>
            </w:r>
          </w:p>
        </w:tc>
        <w:tc>
          <w:tcPr>
            <w:tcW w:w="1944" w:type="dxa"/>
          </w:tcPr>
          <w:p w14:paraId="18CE31F0" w14:textId="77777777" w:rsidR="00A52FFC" w:rsidRDefault="00BA4244">
            <w:pPr>
              <w:rPr>
                <w:rFonts w:ascii="Times New Roman" w:eastAsia="Times New Roman" w:hAnsi="Times New Roman" w:cs="Times New Roman"/>
              </w:rPr>
            </w:pPr>
            <w:r>
              <w:rPr>
                <w:rFonts w:ascii="Times New Roman" w:eastAsia="Times New Roman" w:hAnsi="Times New Roman" w:cs="Times New Roman"/>
              </w:rPr>
              <w:t>Real-time traffic engineering under dynamic traffic/link failures</w:t>
            </w:r>
          </w:p>
        </w:tc>
        <w:tc>
          <w:tcPr>
            <w:tcW w:w="1800" w:type="dxa"/>
          </w:tcPr>
          <w:p w14:paraId="395E8F7E" w14:textId="77777777" w:rsidR="00A52FFC" w:rsidRDefault="00BA4244">
            <w:pPr>
              <w:rPr>
                <w:rFonts w:ascii="Times New Roman" w:eastAsia="Times New Roman" w:hAnsi="Times New Roman" w:cs="Times New Roman"/>
              </w:rPr>
            </w:pPr>
            <w:r>
              <w:rPr>
                <w:rFonts w:ascii="Times New Roman" w:eastAsia="Times New Roman" w:hAnsi="Times New Roman" w:cs="Times New Roman"/>
              </w:rPr>
              <w:t>Two-stage: DRL long-term TE + local search refinement</w:t>
            </w:r>
          </w:p>
        </w:tc>
        <w:tc>
          <w:tcPr>
            <w:tcW w:w="1800" w:type="dxa"/>
          </w:tcPr>
          <w:p w14:paraId="7BB39D4D" w14:textId="77777777" w:rsidR="00A52FFC" w:rsidRDefault="00BA4244">
            <w:pPr>
              <w:rPr>
                <w:rFonts w:ascii="Times New Roman" w:eastAsia="Times New Roman" w:hAnsi="Times New Roman" w:cs="Times New Roman"/>
              </w:rPr>
            </w:pPr>
            <w:r>
              <w:rPr>
                <w:rFonts w:ascii="Times New Roman" w:eastAsia="Times New Roman" w:hAnsi="Times New Roman" w:cs="Times New Roman"/>
              </w:rPr>
              <w:t>Dynamic scenarios include link failures</w:t>
            </w:r>
          </w:p>
        </w:tc>
        <w:tc>
          <w:tcPr>
            <w:tcW w:w="1656" w:type="dxa"/>
          </w:tcPr>
          <w:p w14:paraId="34A68C95" w14:textId="77777777" w:rsidR="00A52FFC" w:rsidRDefault="00BA4244">
            <w:pPr>
              <w:rPr>
                <w:rFonts w:ascii="Times New Roman" w:eastAsia="Times New Roman" w:hAnsi="Times New Roman" w:cs="Times New Roman"/>
              </w:rPr>
            </w:pPr>
            <w:r>
              <w:rPr>
                <w:rFonts w:ascii="Times New Roman" w:eastAsia="Times New Roman" w:hAnsi="Times New Roman" w:cs="Times New Roman"/>
              </w:rPr>
              <w:t>Dynamic topologies; up to 100 links</w:t>
            </w:r>
          </w:p>
        </w:tc>
        <w:tc>
          <w:tcPr>
            <w:tcW w:w="3528" w:type="dxa"/>
          </w:tcPr>
          <w:p w14:paraId="746C0279" w14:textId="77777777" w:rsidR="00A52FFC" w:rsidRDefault="00BA4244">
            <w:pPr>
              <w:rPr>
                <w:rFonts w:ascii="Times New Roman" w:eastAsia="Times New Roman" w:hAnsi="Times New Roman" w:cs="Times New Roman"/>
              </w:rPr>
            </w:pPr>
            <w:r>
              <w:rPr>
                <w:rFonts w:ascii="Times New Roman" w:eastAsia="Times New Roman" w:hAnsi="Times New Roman" w:cs="Times New Roman"/>
              </w:rPr>
              <w:t>Computes routes in ~4.5 s average (topologies up to 100 links)</w:t>
            </w:r>
          </w:p>
        </w:tc>
      </w:tr>
      <w:tr w:rsidR="00A52FFC" w14:paraId="09647D77" w14:textId="77777777">
        <w:trPr>
          <w:cantSplit/>
          <w:jc w:val="center"/>
        </w:trPr>
        <w:tc>
          <w:tcPr>
            <w:tcW w:w="1512" w:type="dxa"/>
          </w:tcPr>
          <w:p w14:paraId="368B1BAD" w14:textId="77777777" w:rsidR="00A52FFC" w:rsidRDefault="00BA4244">
            <w:pPr>
              <w:rPr>
                <w:rFonts w:ascii="Times New Roman" w:eastAsia="Times New Roman" w:hAnsi="Times New Roman" w:cs="Times New Roman"/>
              </w:rPr>
            </w:pPr>
            <w:r>
              <w:rPr>
                <w:rFonts w:ascii="Times New Roman" w:eastAsia="Times New Roman" w:hAnsi="Times New Roman" w:cs="Times New Roman"/>
              </w:rPr>
              <w:t>Chen et al., 2018 (</w:t>
            </w:r>
            <w:proofErr w:type="spellStart"/>
            <w:r>
              <w:rPr>
                <w:rFonts w:ascii="Times New Roman" w:eastAsia="Times New Roman" w:hAnsi="Times New Roman" w:cs="Times New Roman"/>
              </w:rPr>
              <w:t>AuTO</w:t>
            </w:r>
            <w:proofErr w:type="spellEnd"/>
            <w:r>
              <w:rPr>
                <w:rFonts w:ascii="Times New Roman" w:eastAsia="Times New Roman" w:hAnsi="Times New Roman" w:cs="Times New Roman"/>
              </w:rPr>
              <w:t>)</w:t>
            </w:r>
          </w:p>
        </w:tc>
        <w:tc>
          <w:tcPr>
            <w:tcW w:w="1656" w:type="dxa"/>
          </w:tcPr>
          <w:p w14:paraId="11B198FD" w14:textId="77777777" w:rsidR="00A52FFC" w:rsidRDefault="00BA4244">
            <w:pPr>
              <w:rPr>
                <w:rFonts w:ascii="Times New Roman" w:eastAsia="Times New Roman" w:hAnsi="Times New Roman" w:cs="Times New Roman"/>
              </w:rPr>
            </w:pPr>
            <w:r>
              <w:rPr>
                <w:rFonts w:ascii="Times New Roman" w:eastAsia="Times New Roman" w:hAnsi="Times New Roman" w:cs="Times New Roman"/>
              </w:rPr>
              <w:t>Datacenter traffic optimization</w:t>
            </w:r>
          </w:p>
        </w:tc>
        <w:tc>
          <w:tcPr>
            <w:tcW w:w="1512" w:type="dxa"/>
          </w:tcPr>
          <w:p w14:paraId="6546CCEB" w14:textId="77777777" w:rsidR="00A52FFC" w:rsidRDefault="00BA4244">
            <w:pPr>
              <w:rPr>
                <w:rFonts w:ascii="Times New Roman" w:eastAsia="Times New Roman" w:hAnsi="Times New Roman" w:cs="Times New Roman"/>
              </w:rPr>
            </w:pPr>
            <w:r>
              <w:rPr>
                <w:rFonts w:ascii="Times New Roman" w:eastAsia="Times New Roman" w:hAnsi="Times New Roman" w:cs="Times New Roman"/>
              </w:rPr>
              <w:t>Two-level DRL (central + peripheral)</w:t>
            </w:r>
          </w:p>
        </w:tc>
        <w:tc>
          <w:tcPr>
            <w:tcW w:w="1944" w:type="dxa"/>
          </w:tcPr>
          <w:p w14:paraId="68303740" w14:textId="77777777" w:rsidR="00A52FFC" w:rsidRDefault="00BA4244">
            <w:pPr>
              <w:rPr>
                <w:rFonts w:ascii="Times New Roman" w:eastAsia="Times New Roman" w:hAnsi="Times New Roman" w:cs="Times New Roman"/>
              </w:rPr>
            </w:pPr>
            <w:r>
              <w:rPr>
                <w:rFonts w:ascii="Times New Roman" w:eastAsia="Times New Roman" w:hAnsi="Times New Roman" w:cs="Times New Roman"/>
              </w:rPr>
              <w:t>Automatic traffic optimization (flow scheduling/load balancing)</w:t>
            </w:r>
          </w:p>
        </w:tc>
        <w:tc>
          <w:tcPr>
            <w:tcW w:w="1800" w:type="dxa"/>
          </w:tcPr>
          <w:p w14:paraId="1CC470F6" w14:textId="77777777" w:rsidR="00A52FFC" w:rsidRDefault="00BA4244">
            <w:pPr>
              <w:rPr>
                <w:rFonts w:ascii="Times New Roman" w:eastAsia="Times New Roman" w:hAnsi="Times New Roman" w:cs="Times New Roman"/>
              </w:rPr>
            </w:pPr>
            <w:r>
              <w:rPr>
                <w:rFonts w:ascii="Times New Roman" w:eastAsia="Times New Roman" w:hAnsi="Times New Roman" w:cs="Times New Roman"/>
              </w:rPr>
              <w:t>Peripheral System on hosts + Central System with global aggregation</w:t>
            </w:r>
          </w:p>
        </w:tc>
        <w:tc>
          <w:tcPr>
            <w:tcW w:w="1800" w:type="dxa"/>
          </w:tcPr>
          <w:p w14:paraId="372E579F" w14:textId="77777777" w:rsidR="00A52FFC" w:rsidRDefault="00BA4244">
            <w:pPr>
              <w:rPr>
                <w:rFonts w:ascii="Times New Roman" w:eastAsia="Times New Roman" w:hAnsi="Times New Roman" w:cs="Times New Roman"/>
              </w:rPr>
            </w:pPr>
            <w:r>
              <w:rPr>
                <w:rFonts w:ascii="Times New Roman" w:eastAsia="Times New Roman" w:hAnsi="Times New Roman" w:cs="Times New Roman"/>
              </w:rPr>
              <w:t>Scalability/latency limits of DRL for short flows</w:t>
            </w:r>
          </w:p>
        </w:tc>
        <w:tc>
          <w:tcPr>
            <w:tcW w:w="1656" w:type="dxa"/>
          </w:tcPr>
          <w:p w14:paraId="07E448D4" w14:textId="77777777" w:rsidR="00A52FFC" w:rsidRDefault="00BA4244">
            <w:pPr>
              <w:rPr>
                <w:rFonts w:ascii="Times New Roman" w:eastAsia="Times New Roman" w:hAnsi="Times New Roman" w:cs="Times New Roman"/>
              </w:rPr>
            </w:pPr>
            <w:r>
              <w:rPr>
                <w:rFonts w:ascii="Times New Roman" w:eastAsia="Times New Roman" w:hAnsi="Times New Roman" w:cs="Times New Roman"/>
              </w:rPr>
              <w:t>Commodity servers; 32-server testbed</w:t>
            </w:r>
          </w:p>
        </w:tc>
        <w:tc>
          <w:tcPr>
            <w:tcW w:w="3528" w:type="dxa"/>
          </w:tcPr>
          <w:p w14:paraId="5BCAAD3A" w14:textId="77777777" w:rsidR="00A52FFC" w:rsidRDefault="00BA4244">
            <w:pPr>
              <w:rPr>
                <w:rFonts w:ascii="Times New Roman" w:eastAsia="Times New Roman" w:hAnsi="Times New Roman" w:cs="Times New Roman"/>
              </w:rPr>
            </w:pPr>
            <w:r>
              <w:rPr>
                <w:rFonts w:ascii="Times New Roman" w:eastAsia="Times New Roman" w:hAnsi="Times New Roman" w:cs="Times New Roman"/>
              </w:rPr>
              <w:t xml:space="preserve">Optimization turnaround ~100 </w:t>
            </w:r>
            <w:proofErr w:type="spellStart"/>
            <w:r>
              <w:rPr>
                <w:rFonts w:ascii="Times New Roman" w:eastAsia="Times New Roman" w:hAnsi="Times New Roman" w:cs="Times New Roman"/>
              </w:rPr>
              <w:t>ms</w:t>
            </w:r>
            <w:proofErr w:type="spellEnd"/>
            <w:r>
              <w:rPr>
                <w:rFonts w:ascii="Times New Roman" w:eastAsia="Times New Roman" w:hAnsi="Times New Roman" w:cs="Times New Roman"/>
              </w:rPr>
              <w:t>; up to 48.14% reduction in average flow completion time</w:t>
            </w:r>
          </w:p>
        </w:tc>
      </w:tr>
      <w:tr w:rsidR="00A52FFC" w14:paraId="342953DF" w14:textId="77777777">
        <w:trPr>
          <w:cantSplit/>
          <w:jc w:val="center"/>
        </w:trPr>
        <w:tc>
          <w:tcPr>
            <w:tcW w:w="1512" w:type="dxa"/>
          </w:tcPr>
          <w:p w14:paraId="6F2DE737" w14:textId="77777777" w:rsidR="00A52FFC" w:rsidRDefault="00BA4244">
            <w:pPr>
              <w:rPr>
                <w:rFonts w:ascii="Times New Roman" w:eastAsia="Times New Roman" w:hAnsi="Times New Roman" w:cs="Times New Roman"/>
              </w:rPr>
            </w:pPr>
            <w:r>
              <w:rPr>
                <w:rFonts w:ascii="Times New Roman" w:eastAsia="Times New Roman" w:hAnsi="Times New Roman" w:cs="Times New Roman"/>
              </w:rPr>
              <w:t>Ngo et al., 2024 (RIC real-world validation)</w:t>
            </w:r>
          </w:p>
        </w:tc>
        <w:tc>
          <w:tcPr>
            <w:tcW w:w="1656" w:type="dxa"/>
          </w:tcPr>
          <w:p w14:paraId="4F0C1088" w14:textId="77777777" w:rsidR="00A52FFC" w:rsidRDefault="00BA4244">
            <w:pPr>
              <w:rPr>
                <w:rFonts w:ascii="Times New Roman" w:eastAsia="Times New Roman" w:hAnsi="Times New Roman" w:cs="Times New Roman"/>
              </w:rPr>
            </w:pPr>
            <w:r>
              <w:rPr>
                <w:rFonts w:ascii="Times New Roman" w:eastAsia="Times New Roman" w:hAnsi="Times New Roman" w:cs="Times New Roman"/>
              </w:rPr>
              <w:t>O-RAN / 5G campus network</w:t>
            </w:r>
          </w:p>
        </w:tc>
        <w:tc>
          <w:tcPr>
            <w:tcW w:w="1512" w:type="dxa"/>
          </w:tcPr>
          <w:p w14:paraId="1CE30C72" w14:textId="77777777" w:rsidR="00A52FFC" w:rsidRDefault="00BA4244">
            <w:pPr>
              <w:rPr>
                <w:rFonts w:ascii="Times New Roman" w:eastAsia="Times New Roman" w:hAnsi="Times New Roman" w:cs="Times New Roman"/>
              </w:rPr>
            </w:pPr>
            <w:r>
              <w:rPr>
                <w:rFonts w:ascii="Times New Roman" w:eastAsia="Times New Roman" w:hAnsi="Times New Roman" w:cs="Times New Roman"/>
              </w:rPr>
              <w:t>ML-based RAN control apps</w:t>
            </w:r>
          </w:p>
        </w:tc>
        <w:tc>
          <w:tcPr>
            <w:tcW w:w="1944" w:type="dxa"/>
          </w:tcPr>
          <w:p w14:paraId="4D613F7D" w14:textId="77777777" w:rsidR="00A52FFC" w:rsidRDefault="00BA4244">
            <w:pPr>
              <w:rPr>
                <w:rFonts w:ascii="Times New Roman" w:eastAsia="Times New Roman" w:hAnsi="Times New Roman" w:cs="Times New Roman"/>
              </w:rPr>
            </w:pPr>
            <w:r>
              <w:rPr>
                <w:rFonts w:ascii="Times New Roman" w:eastAsia="Times New Roman" w:hAnsi="Times New Roman" w:cs="Times New Roman"/>
              </w:rPr>
              <w:t>Energy efficiency, interference management, predictive maintenance via RIC apps</w:t>
            </w:r>
          </w:p>
        </w:tc>
        <w:tc>
          <w:tcPr>
            <w:tcW w:w="1800" w:type="dxa"/>
          </w:tcPr>
          <w:p w14:paraId="26CD8297" w14:textId="77777777" w:rsidR="00A52FFC" w:rsidRDefault="00BA4244">
            <w:pPr>
              <w:rPr>
                <w:rFonts w:ascii="Times New Roman" w:eastAsia="Times New Roman" w:hAnsi="Times New Roman" w:cs="Times New Roman"/>
              </w:rPr>
            </w:pPr>
            <w:r>
              <w:rPr>
                <w:rFonts w:ascii="Times New Roman" w:eastAsia="Times New Roman" w:hAnsi="Times New Roman" w:cs="Times New Roman"/>
              </w:rPr>
              <w:t>Open-source RIC interfaced with commercial-grade RAN; multiple control apps</w:t>
            </w:r>
          </w:p>
        </w:tc>
        <w:tc>
          <w:tcPr>
            <w:tcW w:w="1800" w:type="dxa"/>
          </w:tcPr>
          <w:p w14:paraId="3517AF13" w14:textId="77777777" w:rsidR="00A52FFC" w:rsidRDefault="00BA4244">
            <w:pPr>
              <w:rPr>
                <w:rFonts w:ascii="Times New Roman" w:eastAsia="Times New Roman" w:hAnsi="Times New Roman" w:cs="Times New Roman"/>
              </w:rPr>
            </w:pPr>
            <w:r>
              <w:rPr>
                <w:rFonts w:ascii="Times New Roman" w:eastAsia="Times New Roman" w:hAnsi="Times New Roman" w:cs="Times New Roman"/>
              </w:rPr>
              <w:t>Operational reliability/maintenance; energy constraints</w:t>
            </w:r>
          </w:p>
        </w:tc>
        <w:tc>
          <w:tcPr>
            <w:tcW w:w="1656" w:type="dxa"/>
          </w:tcPr>
          <w:p w14:paraId="68A44C08" w14:textId="77777777" w:rsidR="00A52FFC" w:rsidRDefault="00BA4244">
            <w:pPr>
              <w:rPr>
                <w:rFonts w:ascii="Times New Roman" w:eastAsia="Times New Roman" w:hAnsi="Times New Roman" w:cs="Times New Roman"/>
              </w:rPr>
            </w:pPr>
            <w:r>
              <w:rPr>
                <w:rFonts w:ascii="Times New Roman" w:eastAsia="Times New Roman" w:hAnsi="Times New Roman" w:cs="Times New Roman"/>
              </w:rPr>
              <w:t>Commercial-grade campus 5G; real data published</w:t>
            </w:r>
          </w:p>
        </w:tc>
        <w:tc>
          <w:tcPr>
            <w:tcW w:w="3528" w:type="dxa"/>
          </w:tcPr>
          <w:p w14:paraId="0205D0D6" w14:textId="77777777" w:rsidR="00A52FFC" w:rsidRDefault="00BA4244">
            <w:pPr>
              <w:rPr>
                <w:rFonts w:ascii="Times New Roman" w:eastAsia="Times New Roman" w:hAnsi="Times New Roman" w:cs="Times New Roman"/>
              </w:rPr>
            </w:pPr>
            <w:r>
              <w:rPr>
                <w:rFonts w:ascii="Times New Roman" w:eastAsia="Times New Roman" w:hAnsi="Times New Roman" w:cs="Times New Roman"/>
              </w:rPr>
              <w:t>&gt;90% accuracy for each task; energy-saving app reports ~65% energy reduction (simulated year)</w:t>
            </w:r>
          </w:p>
        </w:tc>
      </w:tr>
      <w:tr w:rsidR="00A52FFC" w14:paraId="3AA62FDC" w14:textId="77777777">
        <w:trPr>
          <w:cantSplit/>
          <w:jc w:val="center"/>
        </w:trPr>
        <w:tc>
          <w:tcPr>
            <w:tcW w:w="1512" w:type="dxa"/>
          </w:tcPr>
          <w:p w14:paraId="30835959" w14:textId="77777777" w:rsidR="00A52FFC" w:rsidRDefault="00BA4244">
            <w:pPr>
              <w:rPr>
                <w:rFonts w:ascii="Times New Roman" w:eastAsia="Times New Roman" w:hAnsi="Times New Roman" w:cs="Times New Roman"/>
              </w:rPr>
            </w:pPr>
            <w:proofErr w:type="spellStart"/>
            <w:r>
              <w:rPr>
                <w:rFonts w:ascii="Times New Roman" w:eastAsia="Times New Roman" w:hAnsi="Times New Roman" w:cs="Times New Roman"/>
              </w:rPr>
              <w:t>Polese</w:t>
            </w:r>
            <w:proofErr w:type="spellEnd"/>
            <w:r>
              <w:rPr>
                <w:rFonts w:ascii="Times New Roman" w:eastAsia="Times New Roman" w:hAnsi="Times New Roman" w:cs="Times New Roman"/>
              </w:rPr>
              <w:t xml:space="preserve"> et al., 2022 (</w:t>
            </w:r>
            <w:proofErr w:type="spellStart"/>
            <w:r>
              <w:rPr>
                <w:rFonts w:ascii="Times New Roman" w:eastAsia="Times New Roman" w:hAnsi="Times New Roman" w:cs="Times New Roman"/>
              </w:rPr>
              <w:t>ColO</w:t>
            </w:r>
            <w:proofErr w:type="spellEnd"/>
            <w:r>
              <w:rPr>
                <w:rFonts w:ascii="Times New Roman" w:eastAsia="Times New Roman" w:hAnsi="Times New Roman" w:cs="Times New Roman"/>
              </w:rPr>
              <w:t>-RAN)</w:t>
            </w:r>
          </w:p>
        </w:tc>
        <w:tc>
          <w:tcPr>
            <w:tcW w:w="1656" w:type="dxa"/>
          </w:tcPr>
          <w:p w14:paraId="3A0772D0" w14:textId="77777777" w:rsidR="00A52FFC" w:rsidRDefault="00BA4244">
            <w:pPr>
              <w:rPr>
                <w:rFonts w:ascii="Times New Roman" w:eastAsia="Times New Roman" w:hAnsi="Times New Roman" w:cs="Times New Roman"/>
              </w:rPr>
            </w:pPr>
            <w:r>
              <w:rPr>
                <w:rFonts w:ascii="Times New Roman" w:eastAsia="Times New Roman" w:hAnsi="Times New Roman" w:cs="Times New Roman"/>
              </w:rPr>
              <w:t>O-RAN closed-loop control experimental platform</w:t>
            </w:r>
          </w:p>
        </w:tc>
        <w:tc>
          <w:tcPr>
            <w:tcW w:w="1512" w:type="dxa"/>
          </w:tcPr>
          <w:p w14:paraId="4ACC7A57" w14:textId="77777777" w:rsidR="00A52FFC" w:rsidRDefault="00BA4244">
            <w:pPr>
              <w:rPr>
                <w:rFonts w:ascii="Times New Roman" w:eastAsia="Times New Roman" w:hAnsi="Times New Roman" w:cs="Times New Roman"/>
              </w:rPr>
            </w:pPr>
            <w:r>
              <w:rPr>
                <w:rFonts w:ascii="Times New Roman" w:eastAsia="Times New Roman" w:hAnsi="Times New Roman" w:cs="Times New Roman"/>
              </w:rPr>
              <w:t xml:space="preserve">DRL </w:t>
            </w:r>
            <w:proofErr w:type="spellStart"/>
            <w:r>
              <w:rPr>
                <w:rFonts w:ascii="Times New Roman" w:eastAsia="Times New Roman" w:hAnsi="Times New Roman" w:cs="Times New Roman"/>
              </w:rPr>
              <w:t>xApps</w:t>
            </w:r>
            <w:proofErr w:type="spellEnd"/>
          </w:p>
        </w:tc>
        <w:tc>
          <w:tcPr>
            <w:tcW w:w="1944" w:type="dxa"/>
          </w:tcPr>
          <w:p w14:paraId="217E4136" w14:textId="77777777" w:rsidR="00A52FFC" w:rsidRDefault="00BA4244">
            <w:pPr>
              <w:rPr>
                <w:rFonts w:ascii="Times New Roman" w:eastAsia="Times New Roman" w:hAnsi="Times New Roman" w:cs="Times New Roman"/>
              </w:rPr>
            </w:pPr>
            <w:r>
              <w:rPr>
                <w:rFonts w:ascii="Times New Roman" w:eastAsia="Times New Roman" w:hAnsi="Times New Roman" w:cs="Times New Roman"/>
              </w:rPr>
              <w:t>Develop and evaluate DRL-based RAN closed-loop control</w:t>
            </w:r>
          </w:p>
        </w:tc>
        <w:tc>
          <w:tcPr>
            <w:tcW w:w="1800" w:type="dxa"/>
          </w:tcPr>
          <w:p w14:paraId="039873C9" w14:textId="77777777" w:rsidR="00A52FFC" w:rsidRDefault="00BA4244">
            <w:pPr>
              <w:rPr>
                <w:rFonts w:ascii="Times New Roman" w:eastAsia="Times New Roman" w:hAnsi="Times New Roman" w:cs="Times New Roman"/>
              </w:rPr>
            </w:pPr>
            <w:proofErr w:type="spellStart"/>
            <w:r>
              <w:rPr>
                <w:rFonts w:ascii="Times New Roman" w:eastAsia="Times New Roman" w:hAnsi="Times New Roman" w:cs="Times New Roman"/>
              </w:rPr>
              <w:t>ColO</w:t>
            </w:r>
            <w:proofErr w:type="spellEnd"/>
            <w:r>
              <w:rPr>
                <w:rFonts w:ascii="Times New Roman" w:eastAsia="Times New Roman" w:hAnsi="Times New Roman" w:cs="Times New Roman"/>
              </w:rPr>
              <w:t>-RAN framework (SDR-in-the-loop); portable to other testbeds</w:t>
            </w:r>
          </w:p>
        </w:tc>
        <w:tc>
          <w:tcPr>
            <w:tcW w:w="1800" w:type="dxa"/>
          </w:tcPr>
          <w:p w14:paraId="0A9E9E38" w14:textId="77777777" w:rsidR="00A52FFC" w:rsidRDefault="00BA4244">
            <w:pPr>
              <w:rPr>
                <w:rFonts w:ascii="Times New Roman" w:eastAsia="Times New Roman" w:hAnsi="Times New Roman" w:cs="Times New Roman"/>
              </w:rPr>
            </w:pPr>
            <w:r>
              <w:rPr>
                <w:rFonts w:ascii="Times New Roman" w:eastAsia="Times New Roman" w:hAnsi="Times New Roman" w:cs="Times New Roman"/>
              </w:rPr>
              <w:t>Barriers to DRL adoption due to data/test infrastructure</w:t>
            </w:r>
          </w:p>
        </w:tc>
        <w:tc>
          <w:tcPr>
            <w:tcW w:w="1656" w:type="dxa"/>
          </w:tcPr>
          <w:p w14:paraId="022886AA" w14:textId="77777777" w:rsidR="00A52FFC" w:rsidRDefault="00BA4244">
            <w:pPr>
              <w:rPr>
                <w:rFonts w:ascii="Times New Roman" w:eastAsia="Times New Roman" w:hAnsi="Times New Roman" w:cs="Times New Roman"/>
              </w:rPr>
            </w:pPr>
            <w:r>
              <w:rPr>
                <w:rFonts w:ascii="Times New Roman" w:eastAsia="Times New Roman" w:hAnsi="Times New Roman" w:cs="Times New Roman"/>
              </w:rPr>
              <w:t>7 base stations, 42 users; Colosseum + portability to Arena</w:t>
            </w:r>
          </w:p>
        </w:tc>
        <w:tc>
          <w:tcPr>
            <w:tcW w:w="3528" w:type="dxa"/>
          </w:tcPr>
          <w:p w14:paraId="67C2E3B3" w14:textId="77777777" w:rsidR="00A52FFC" w:rsidRDefault="00BA4244">
            <w:pPr>
              <w:rPr>
                <w:rFonts w:ascii="Times New Roman" w:eastAsia="Times New Roman" w:hAnsi="Times New Roman" w:cs="Times New Roman"/>
              </w:rPr>
            </w:pPr>
            <w:r>
              <w:rPr>
                <w:rFonts w:ascii="Times New Roman" w:eastAsia="Times New Roman" w:hAnsi="Times New Roman" w:cs="Times New Roman"/>
              </w:rPr>
              <w:t>Demonstrates large-scale DRL closed-loop evaluation; documents practical training/deployment tradeoffs</w:t>
            </w:r>
          </w:p>
        </w:tc>
      </w:tr>
      <w:tr w:rsidR="00A52FFC" w14:paraId="765B0838" w14:textId="77777777">
        <w:trPr>
          <w:cantSplit/>
          <w:jc w:val="center"/>
        </w:trPr>
        <w:tc>
          <w:tcPr>
            <w:tcW w:w="1512" w:type="dxa"/>
          </w:tcPr>
          <w:p w14:paraId="1486CFA2" w14:textId="77777777" w:rsidR="00A52FFC" w:rsidRDefault="00BA4244">
            <w:pPr>
              <w:rPr>
                <w:rFonts w:ascii="Times New Roman" w:eastAsia="Times New Roman" w:hAnsi="Times New Roman" w:cs="Times New Roman"/>
              </w:rPr>
            </w:pPr>
            <w:proofErr w:type="spellStart"/>
            <w:r>
              <w:rPr>
                <w:rFonts w:ascii="Times New Roman" w:eastAsia="Times New Roman" w:hAnsi="Times New Roman" w:cs="Times New Roman"/>
              </w:rPr>
              <w:t>Qazzaz</w:t>
            </w:r>
            <w:proofErr w:type="spellEnd"/>
            <w:r>
              <w:rPr>
                <w:rFonts w:ascii="Times New Roman" w:eastAsia="Times New Roman" w:hAnsi="Times New Roman" w:cs="Times New Roman"/>
              </w:rPr>
              <w:t xml:space="preserve"> et al., 2024 (O-RAN </w:t>
            </w:r>
            <w:proofErr w:type="spellStart"/>
            <w:r>
              <w:rPr>
                <w:rFonts w:ascii="Times New Roman" w:eastAsia="Times New Roman" w:hAnsi="Times New Roman" w:cs="Times New Roman"/>
              </w:rPr>
              <w:t>xApp</w:t>
            </w:r>
            <w:proofErr w:type="spellEnd"/>
            <w:r>
              <w:rPr>
                <w:rFonts w:ascii="Times New Roman" w:eastAsia="Times New Roman" w:hAnsi="Times New Roman" w:cs="Times New Roman"/>
              </w:rPr>
              <w:t xml:space="preserve"> dynamic resource allocation)</w:t>
            </w:r>
          </w:p>
        </w:tc>
        <w:tc>
          <w:tcPr>
            <w:tcW w:w="1656" w:type="dxa"/>
          </w:tcPr>
          <w:p w14:paraId="12D842FC" w14:textId="77777777" w:rsidR="00A52FFC" w:rsidRDefault="00BA4244">
            <w:pPr>
              <w:rPr>
                <w:rFonts w:ascii="Times New Roman" w:eastAsia="Times New Roman" w:hAnsi="Times New Roman" w:cs="Times New Roman"/>
              </w:rPr>
            </w:pPr>
            <w:r>
              <w:rPr>
                <w:rFonts w:ascii="Times New Roman" w:eastAsia="Times New Roman" w:hAnsi="Times New Roman" w:cs="Times New Roman"/>
              </w:rPr>
              <w:t>O-RAN distributed/virtualized RAN</w:t>
            </w:r>
          </w:p>
        </w:tc>
        <w:tc>
          <w:tcPr>
            <w:tcW w:w="1512" w:type="dxa"/>
          </w:tcPr>
          <w:p w14:paraId="0D8E7BD1" w14:textId="77777777" w:rsidR="00A52FFC" w:rsidRDefault="00BA4244">
            <w:pPr>
              <w:rPr>
                <w:rFonts w:ascii="Times New Roman" w:eastAsia="Times New Roman" w:hAnsi="Times New Roman" w:cs="Times New Roman"/>
              </w:rPr>
            </w:pPr>
            <w:r>
              <w:rPr>
                <w:rFonts w:ascii="Times New Roman" w:eastAsia="Times New Roman" w:hAnsi="Times New Roman" w:cs="Times New Roman"/>
              </w:rPr>
              <w:t>Random Forest classifier</w:t>
            </w:r>
          </w:p>
        </w:tc>
        <w:tc>
          <w:tcPr>
            <w:tcW w:w="1944" w:type="dxa"/>
          </w:tcPr>
          <w:p w14:paraId="2E30B23B" w14:textId="77777777" w:rsidR="00A52FFC" w:rsidRDefault="00BA4244">
            <w:pPr>
              <w:rPr>
                <w:rFonts w:ascii="Times New Roman" w:eastAsia="Times New Roman" w:hAnsi="Times New Roman" w:cs="Times New Roman"/>
              </w:rPr>
            </w:pPr>
            <w:r>
              <w:rPr>
                <w:rFonts w:ascii="Times New Roman" w:eastAsia="Times New Roman" w:hAnsi="Times New Roman" w:cs="Times New Roman"/>
              </w:rPr>
              <w:t>Dynamic PRB allocation to meet service-level/quality of service targets</w:t>
            </w:r>
          </w:p>
        </w:tc>
        <w:tc>
          <w:tcPr>
            <w:tcW w:w="1800" w:type="dxa"/>
          </w:tcPr>
          <w:p w14:paraId="1D3248D8" w14:textId="77777777" w:rsidR="00A52FFC" w:rsidRDefault="00BA4244">
            <w:pPr>
              <w:rPr>
                <w:rFonts w:ascii="Times New Roman" w:eastAsia="Times New Roman" w:hAnsi="Times New Roman" w:cs="Times New Roman"/>
              </w:rPr>
            </w:pPr>
            <w:proofErr w:type="spellStart"/>
            <w:r>
              <w:rPr>
                <w:rFonts w:ascii="Times New Roman" w:eastAsia="Times New Roman" w:hAnsi="Times New Roman" w:cs="Times New Roman"/>
              </w:rPr>
              <w:t>xApp</w:t>
            </w:r>
            <w:proofErr w:type="spellEnd"/>
            <w:r>
              <w:rPr>
                <w:rFonts w:ascii="Times New Roman" w:eastAsia="Times New Roman" w:hAnsi="Times New Roman" w:cs="Times New Roman"/>
              </w:rPr>
              <w:t xml:space="preserve"> integrated with O-DU scheduler</w:t>
            </w:r>
          </w:p>
        </w:tc>
        <w:tc>
          <w:tcPr>
            <w:tcW w:w="1800" w:type="dxa"/>
          </w:tcPr>
          <w:p w14:paraId="2D213DEB" w14:textId="77777777" w:rsidR="00A52FFC" w:rsidRDefault="00BA4244">
            <w:pPr>
              <w:rPr>
                <w:rFonts w:ascii="Times New Roman" w:eastAsia="Times New Roman" w:hAnsi="Times New Roman" w:cs="Times New Roman"/>
              </w:rPr>
            </w:pPr>
            <w:r>
              <w:rPr>
                <w:rFonts w:ascii="Times New Roman" w:eastAsia="Times New Roman" w:hAnsi="Times New Roman" w:cs="Times New Roman"/>
              </w:rPr>
              <w:t>Demand variability and quality of service constraint violations</w:t>
            </w:r>
          </w:p>
        </w:tc>
        <w:tc>
          <w:tcPr>
            <w:tcW w:w="1656" w:type="dxa"/>
          </w:tcPr>
          <w:p w14:paraId="6F5123BB" w14:textId="77777777" w:rsidR="00A52FFC" w:rsidRDefault="00BA4244">
            <w:pPr>
              <w:rPr>
                <w:rFonts w:ascii="Times New Roman" w:eastAsia="Times New Roman" w:hAnsi="Times New Roman" w:cs="Times New Roman"/>
              </w:rPr>
            </w:pPr>
            <w:r>
              <w:rPr>
                <w:rFonts w:ascii="Times New Roman" w:eastAsia="Times New Roman" w:hAnsi="Times New Roman" w:cs="Times New Roman"/>
              </w:rPr>
              <w:t>O-RAN state inputs; short training duration</w:t>
            </w:r>
          </w:p>
        </w:tc>
        <w:tc>
          <w:tcPr>
            <w:tcW w:w="3528" w:type="dxa"/>
          </w:tcPr>
          <w:p w14:paraId="16D4A217" w14:textId="77777777" w:rsidR="00A52FFC" w:rsidRDefault="00BA4244">
            <w:pPr>
              <w:rPr>
                <w:rFonts w:ascii="Times New Roman" w:eastAsia="Times New Roman" w:hAnsi="Times New Roman" w:cs="Times New Roman"/>
              </w:rPr>
            </w:pPr>
            <w:r>
              <w:rPr>
                <w:rFonts w:ascii="Times New Roman" w:eastAsia="Times New Roman" w:hAnsi="Times New Roman" w:cs="Times New Roman"/>
              </w:rPr>
              <w:t>~85% accuracy for selecting the optimal allocation policy</w:t>
            </w:r>
          </w:p>
        </w:tc>
      </w:tr>
      <w:tr w:rsidR="00A52FFC" w14:paraId="7FE9F0A9" w14:textId="77777777">
        <w:trPr>
          <w:cantSplit/>
          <w:jc w:val="center"/>
        </w:trPr>
        <w:tc>
          <w:tcPr>
            <w:tcW w:w="1512" w:type="dxa"/>
          </w:tcPr>
          <w:p w14:paraId="1D575192" w14:textId="77777777" w:rsidR="00A52FFC" w:rsidRDefault="00BA4244">
            <w:pPr>
              <w:rPr>
                <w:rFonts w:ascii="Times New Roman" w:eastAsia="Times New Roman" w:hAnsi="Times New Roman" w:cs="Times New Roman"/>
              </w:rPr>
            </w:pPr>
            <w:r>
              <w:rPr>
                <w:rFonts w:ascii="Times New Roman" w:eastAsia="Times New Roman" w:hAnsi="Times New Roman" w:cs="Times New Roman"/>
              </w:rPr>
              <w:t>Tian et al., 2020 (WA-SRTE)</w:t>
            </w:r>
          </w:p>
        </w:tc>
        <w:tc>
          <w:tcPr>
            <w:tcW w:w="1656" w:type="dxa"/>
          </w:tcPr>
          <w:p w14:paraId="39E10004" w14:textId="77777777" w:rsidR="00A52FFC" w:rsidRDefault="00BA4244">
            <w:pPr>
              <w:rPr>
                <w:rFonts w:ascii="Times New Roman" w:eastAsia="Times New Roman" w:hAnsi="Times New Roman" w:cs="Times New Roman"/>
              </w:rPr>
            </w:pPr>
            <w:r>
              <w:rPr>
                <w:rFonts w:ascii="Times New Roman" w:eastAsia="Times New Roman" w:hAnsi="Times New Roman" w:cs="Times New Roman"/>
              </w:rPr>
              <w:t>SRv6 traffic engineering in partially deployed IPv6 networks</w:t>
            </w:r>
          </w:p>
        </w:tc>
        <w:tc>
          <w:tcPr>
            <w:tcW w:w="1512" w:type="dxa"/>
          </w:tcPr>
          <w:p w14:paraId="07CA7937" w14:textId="77777777" w:rsidR="00A52FFC" w:rsidRDefault="00BA4244">
            <w:pPr>
              <w:rPr>
                <w:rFonts w:ascii="Times New Roman" w:eastAsia="Times New Roman" w:hAnsi="Times New Roman" w:cs="Times New Roman"/>
              </w:rPr>
            </w:pPr>
            <w:r>
              <w:rPr>
                <w:rFonts w:ascii="Times New Roman" w:eastAsia="Times New Roman" w:hAnsi="Times New Roman" w:cs="Times New Roman"/>
              </w:rPr>
              <w:t>DRL for TE</w:t>
            </w:r>
          </w:p>
        </w:tc>
        <w:tc>
          <w:tcPr>
            <w:tcW w:w="1944" w:type="dxa"/>
          </w:tcPr>
          <w:p w14:paraId="7D98EBB3" w14:textId="77777777" w:rsidR="00A52FFC" w:rsidRDefault="00BA4244">
            <w:pPr>
              <w:rPr>
                <w:rFonts w:ascii="Times New Roman" w:eastAsia="Times New Roman" w:hAnsi="Times New Roman" w:cs="Times New Roman"/>
              </w:rPr>
            </w:pPr>
            <w:r>
              <w:rPr>
                <w:rFonts w:ascii="Times New Roman" w:eastAsia="Times New Roman" w:hAnsi="Times New Roman" w:cs="Times New Roman"/>
              </w:rPr>
              <w:t>Minimize maximum link utilization; co-optimize OSPF weights + SRv6 placement + paths</w:t>
            </w:r>
          </w:p>
        </w:tc>
        <w:tc>
          <w:tcPr>
            <w:tcW w:w="1800" w:type="dxa"/>
          </w:tcPr>
          <w:p w14:paraId="6E971F1F" w14:textId="77777777" w:rsidR="00A52FFC" w:rsidRDefault="00BA4244">
            <w:pPr>
              <w:rPr>
                <w:rFonts w:ascii="Times New Roman" w:eastAsia="Times New Roman" w:hAnsi="Times New Roman" w:cs="Times New Roman"/>
              </w:rPr>
            </w:pPr>
            <w:r>
              <w:rPr>
                <w:rFonts w:ascii="Times New Roman" w:eastAsia="Times New Roman" w:hAnsi="Times New Roman" w:cs="Times New Roman"/>
              </w:rPr>
              <w:t>Designed for dispersed SRv6 node deployment; uses representative traffic matrix</w:t>
            </w:r>
          </w:p>
        </w:tc>
        <w:tc>
          <w:tcPr>
            <w:tcW w:w="1800" w:type="dxa"/>
          </w:tcPr>
          <w:p w14:paraId="3691D416" w14:textId="77777777" w:rsidR="00A52FFC" w:rsidRDefault="00BA4244">
            <w:pPr>
              <w:rPr>
                <w:rFonts w:ascii="Times New Roman" w:eastAsia="Times New Roman" w:hAnsi="Times New Roman" w:cs="Times New Roman"/>
              </w:rPr>
            </w:pPr>
            <w:r>
              <w:rPr>
                <w:rFonts w:ascii="Times New Roman" w:eastAsia="Times New Roman" w:hAnsi="Times New Roman" w:cs="Times New Roman"/>
              </w:rPr>
              <w:t>Partial-deployment constraints and traffic variation</w:t>
            </w:r>
          </w:p>
        </w:tc>
        <w:tc>
          <w:tcPr>
            <w:tcW w:w="1656" w:type="dxa"/>
          </w:tcPr>
          <w:p w14:paraId="13821228" w14:textId="77777777" w:rsidR="00A52FFC" w:rsidRDefault="00BA4244">
            <w:pPr>
              <w:rPr>
                <w:rFonts w:ascii="Times New Roman" w:eastAsia="Times New Roman" w:hAnsi="Times New Roman" w:cs="Times New Roman"/>
              </w:rPr>
            </w:pPr>
            <w:r>
              <w:rPr>
                <w:rFonts w:ascii="Times New Roman" w:eastAsia="Times New Roman" w:hAnsi="Times New Roman" w:cs="Times New Roman"/>
              </w:rPr>
              <w:t>20-40% SRv6 nodes deployed</w:t>
            </w:r>
          </w:p>
        </w:tc>
        <w:tc>
          <w:tcPr>
            <w:tcW w:w="3528" w:type="dxa"/>
          </w:tcPr>
          <w:p w14:paraId="7FFF4AEA" w14:textId="77777777" w:rsidR="00A52FFC" w:rsidRDefault="00BA4244">
            <w:pPr>
              <w:rPr>
                <w:rFonts w:ascii="Times New Roman" w:eastAsia="Times New Roman" w:hAnsi="Times New Roman" w:cs="Times New Roman"/>
              </w:rPr>
            </w:pPr>
            <w:r>
              <w:rPr>
                <w:rFonts w:ascii="Times New Roman" w:eastAsia="Times New Roman" w:hAnsi="Times New Roman" w:cs="Times New Roman"/>
              </w:rPr>
              <w:t>Comparable to full SR network at 20-40% deployment; near-optimal under changing traffic</w:t>
            </w:r>
          </w:p>
        </w:tc>
      </w:tr>
      <w:tr w:rsidR="00A52FFC" w14:paraId="0DCF909A" w14:textId="77777777">
        <w:trPr>
          <w:cantSplit/>
          <w:jc w:val="center"/>
        </w:trPr>
        <w:tc>
          <w:tcPr>
            <w:tcW w:w="1512" w:type="dxa"/>
          </w:tcPr>
          <w:p w14:paraId="4CC274C3" w14:textId="77777777" w:rsidR="00A52FFC" w:rsidRDefault="00BA4244">
            <w:pPr>
              <w:rPr>
                <w:rFonts w:ascii="Times New Roman" w:eastAsia="Times New Roman" w:hAnsi="Times New Roman" w:cs="Times New Roman"/>
              </w:rPr>
            </w:pPr>
            <w:r>
              <w:rPr>
                <w:rFonts w:ascii="Times New Roman" w:eastAsia="Times New Roman" w:hAnsi="Times New Roman" w:cs="Times New Roman"/>
              </w:rPr>
              <w:lastRenderedPageBreak/>
              <w:t xml:space="preserve"> Tessler et al., 2022 (RL congestion control)</w:t>
            </w:r>
          </w:p>
        </w:tc>
        <w:tc>
          <w:tcPr>
            <w:tcW w:w="1656" w:type="dxa"/>
          </w:tcPr>
          <w:p w14:paraId="5B062FEF" w14:textId="77777777" w:rsidR="00A52FFC" w:rsidRDefault="00BA4244">
            <w:pPr>
              <w:rPr>
                <w:rFonts w:ascii="Times New Roman" w:eastAsia="Times New Roman" w:hAnsi="Times New Roman" w:cs="Times New Roman"/>
              </w:rPr>
            </w:pPr>
            <w:r>
              <w:rPr>
                <w:rFonts w:ascii="Times New Roman" w:eastAsia="Times New Roman" w:hAnsi="Times New Roman" w:cs="Times New Roman"/>
              </w:rPr>
              <w:t>Datacenter congestion control</w:t>
            </w:r>
          </w:p>
        </w:tc>
        <w:tc>
          <w:tcPr>
            <w:tcW w:w="1512" w:type="dxa"/>
          </w:tcPr>
          <w:p w14:paraId="1769CE86" w14:textId="77777777" w:rsidR="00A52FFC" w:rsidRDefault="00BA4244">
            <w:pPr>
              <w:rPr>
                <w:rFonts w:ascii="Times New Roman" w:eastAsia="Times New Roman" w:hAnsi="Times New Roman" w:cs="Times New Roman"/>
              </w:rPr>
            </w:pPr>
            <w:r>
              <w:rPr>
                <w:rFonts w:ascii="Times New Roman" w:eastAsia="Times New Roman" w:hAnsi="Times New Roman" w:cs="Times New Roman"/>
              </w:rPr>
              <w:t>RL (policy-gradient)</w:t>
            </w:r>
          </w:p>
        </w:tc>
        <w:tc>
          <w:tcPr>
            <w:tcW w:w="1944" w:type="dxa"/>
          </w:tcPr>
          <w:p w14:paraId="5124B755" w14:textId="77777777" w:rsidR="00A52FFC" w:rsidRDefault="00BA4244">
            <w:pPr>
              <w:rPr>
                <w:rFonts w:ascii="Times New Roman" w:eastAsia="Times New Roman" w:hAnsi="Times New Roman" w:cs="Times New Roman"/>
              </w:rPr>
            </w:pPr>
            <w:r>
              <w:rPr>
                <w:rFonts w:ascii="Times New Roman" w:eastAsia="Times New Roman" w:hAnsi="Times New Roman" w:cs="Times New Roman"/>
              </w:rPr>
              <w:t>Improve latency/throughput; generalize beyond fixed benchmarks</w:t>
            </w:r>
          </w:p>
        </w:tc>
        <w:tc>
          <w:tcPr>
            <w:tcW w:w="1800" w:type="dxa"/>
          </w:tcPr>
          <w:p w14:paraId="089A0AC1" w14:textId="77777777" w:rsidR="00A52FFC" w:rsidRDefault="00BA4244">
            <w:pPr>
              <w:rPr>
                <w:rFonts w:ascii="Times New Roman" w:eastAsia="Times New Roman" w:hAnsi="Times New Roman" w:cs="Times New Roman"/>
              </w:rPr>
            </w:pPr>
            <w:r>
              <w:rPr>
                <w:rFonts w:ascii="Times New Roman" w:eastAsia="Times New Roman" w:hAnsi="Times New Roman" w:cs="Times New Roman"/>
              </w:rPr>
              <w:t>Learning-based congestion-control policy (intended to replace heuristics)</w:t>
            </w:r>
          </w:p>
        </w:tc>
        <w:tc>
          <w:tcPr>
            <w:tcW w:w="1800" w:type="dxa"/>
          </w:tcPr>
          <w:p w14:paraId="189B3D8C" w14:textId="77777777" w:rsidR="00A52FFC" w:rsidRDefault="00BA4244">
            <w:pPr>
              <w:rPr>
                <w:rFonts w:ascii="Times New Roman" w:eastAsia="Times New Roman" w:hAnsi="Times New Roman" w:cs="Times New Roman"/>
              </w:rPr>
            </w:pPr>
            <w:r>
              <w:rPr>
                <w:rFonts w:ascii="Times New Roman" w:eastAsia="Times New Roman" w:hAnsi="Times New Roman" w:cs="Times New Roman"/>
              </w:rPr>
              <w:t>Non-stationarity and partial observability in DC networks</w:t>
            </w:r>
          </w:p>
        </w:tc>
        <w:tc>
          <w:tcPr>
            <w:tcW w:w="1656" w:type="dxa"/>
          </w:tcPr>
          <w:p w14:paraId="1694D684" w14:textId="77777777" w:rsidR="00A52FFC" w:rsidRDefault="00BA4244">
            <w:pPr>
              <w:rPr>
                <w:rFonts w:ascii="Times New Roman" w:eastAsia="Times New Roman" w:hAnsi="Times New Roman" w:cs="Times New Roman"/>
              </w:rPr>
            </w:pPr>
            <w:r>
              <w:rPr>
                <w:rFonts w:ascii="Times New Roman" w:eastAsia="Times New Roman" w:hAnsi="Times New Roman" w:cs="Times New Roman"/>
              </w:rPr>
              <w:t>Evaluated in a realistic simulator; productization noted</w:t>
            </w:r>
          </w:p>
        </w:tc>
        <w:tc>
          <w:tcPr>
            <w:tcW w:w="3528" w:type="dxa"/>
          </w:tcPr>
          <w:p w14:paraId="66F63156" w14:textId="77777777" w:rsidR="00A52FFC" w:rsidRDefault="00BA4244">
            <w:pPr>
              <w:rPr>
                <w:rFonts w:ascii="Times New Roman" w:eastAsia="Times New Roman" w:hAnsi="Times New Roman" w:cs="Times New Roman"/>
              </w:rPr>
            </w:pPr>
            <w:r>
              <w:rPr>
                <w:rFonts w:ascii="Times New Roman" w:eastAsia="Times New Roman" w:hAnsi="Times New Roman" w:cs="Times New Roman"/>
              </w:rPr>
              <w:t>Reports improved performance vs deployed algorithms across multiple metrics; noted as being productized</w:t>
            </w:r>
          </w:p>
        </w:tc>
      </w:tr>
      <w:tr w:rsidR="00A52FFC" w14:paraId="05170692" w14:textId="77777777">
        <w:trPr>
          <w:cantSplit/>
          <w:jc w:val="center"/>
        </w:trPr>
        <w:tc>
          <w:tcPr>
            <w:tcW w:w="1512" w:type="dxa"/>
          </w:tcPr>
          <w:p w14:paraId="6EEB2E0C" w14:textId="77777777" w:rsidR="00A52FFC" w:rsidRDefault="00BA4244">
            <w:pPr>
              <w:rPr>
                <w:rFonts w:ascii="Times New Roman" w:eastAsia="Times New Roman" w:hAnsi="Times New Roman" w:cs="Times New Roman"/>
              </w:rPr>
            </w:pPr>
            <w:proofErr w:type="spellStart"/>
            <w:r>
              <w:rPr>
                <w:rFonts w:ascii="Times New Roman" w:eastAsia="Times New Roman" w:hAnsi="Times New Roman" w:cs="Times New Roman"/>
              </w:rPr>
              <w:t>Wiebusch</w:t>
            </w:r>
            <w:proofErr w:type="spellEnd"/>
            <w:r>
              <w:rPr>
                <w:rFonts w:ascii="Times New Roman" w:eastAsia="Times New Roman" w:hAnsi="Times New Roman" w:cs="Times New Roman"/>
              </w:rPr>
              <w:t xml:space="preserve"> et al., 2023 (Open-6G predictive uplink slicing)</w:t>
            </w:r>
          </w:p>
        </w:tc>
        <w:tc>
          <w:tcPr>
            <w:tcW w:w="1656" w:type="dxa"/>
          </w:tcPr>
          <w:p w14:paraId="4F5274D9" w14:textId="77777777" w:rsidR="00A52FFC" w:rsidRDefault="00BA4244">
            <w:pPr>
              <w:rPr>
                <w:rFonts w:ascii="Times New Roman" w:eastAsia="Times New Roman" w:hAnsi="Times New Roman" w:cs="Times New Roman"/>
              </w:rPr>
            </w:pPr>
            <w:r>
              <w:rPr>
                <w:rFonts w:ascii="Times New Roman" w:eastAsia="Times New Roman" w:hAnsi="Times New Roman" w:cs="Times New Roman"/>
              </w:rPr>
              <w:t xml:space="preserve">O-RAN predictive slicing (URLLC + </w:t>
            </w:r>
            <w:proofErr w:type="spellStart"/>
            <w:r>
              <w:rPr>
                <w:rFonts w:ascii="Times New Roman" w:eastAsia="Times New Roman" w:hAnsi="Times New Roman" w:cs="Times New Roman"/>
              </w:rPr>
              <w:t>eMBB</w:t>
            </w:r>
            <w:proofErr w:type="spellEnd"/>
            <w:r>
              <w:rPr>
                <w:rFonts w:ascii="Times New Roman" w:eastAsia="Times New Roman" w:hAnsi="Times New Roman" w:cs="Times New Roman"/>
              </w:rPr>
              <w:t>)</w:t>
            </w:r>
          </w:p>
        </w:tc>
        <w:tc>
          <w:tcPr>
            <w:tcW w:w="1512" w:type="dxa"/>
          </w:tcPr>
          <w:p w14:paraId="295997A7" w14:textId="77777777" w:rsidR="00A52FFC" w:rsidRDefault="00BA4244">
            <w:pPr>
              <w:rPr>
                <w:rFonts w:ascii="Times New Roman" w:eastAsia="Times New Roman" w:hAnsi="Times New Roman" w:cs="Times New Roman"/>
              </w:rPr>
            </w:pPr>
            <w:r>
              <w:rPr>
                <w:rFonts w:ascii="Times New Roman" w:eastAsia="Times New Roman" w:hAnsi="Times New Roman" w:cs="Times New Roman"/>
              </w:rPr>
              <w:t>Deep learning</w:t>
            </w:r>
          </w:p>
        </w:tc>
        <w:tc>
          <w:tcPr>
            <w:tcW w:w="1944" w:type="dxa"/>
          </w:tcPr>
          <w:p w14:paraId="6D1BADF1" w14:textId="77777777" w:rsidR="00A52FFC" w:rsidRDefault="00BA4244">
            <w:pPr>
              <w:rPr>
                <w:rFonts w:ascii="Times New Roman" w:eastAsia="Times New Roman" w:hAnsi="Times New Roman" w:cs="Times New Roman"/>
              </w:rPr>
            </w:pPr>
            <w:r>
              <w:rPr>
                <w:rFonts w:ascii="Times New Roman" w:eastAsia="Times New Roman" w:hAnsi="Times New Roman" w:cs="Times New Roman"/>
              </w:rPr>
              <w:t>Predictive uplink slicing via dynamic scheduling reconfiguration</w:t>
            </w:r>
          </w:p>
        </w:tc>
        <w:tc>
          <w:tcPr>
            <w:tcW w:w="1800" w:type="dxa"/>
          </w:tcPr>
          <w:p w14:paraId="59ECF34E" w14:textId="77777777" w:rsidR="00A52FFC" w:rsidRDefault="00BA4244">
            <w:pPr>
              <w:rPr>
                <w:rFonts w:ascii="Times New Roman" w:eastAsia="Times New Roman" w:hAnsi="Times New Roman" w:cs="Times New Roman"/>
              </w:rPr>
            </w:pPr>
            <w:proofErr w:type="spellStart"/>
            <w:r>
              <w:rPr>
                <w:rFonts w:ascii="Times New Roman" w:eastAsia="Times New Roman" w:hAnsi="Times New Roman" w:cs="Times New Roman"/>
              </w:rPr>
              <w:t>xApp</w:t>
            </w:r>
            <w:proofErr w:type="spellEnd"/>
            <w:r>
              <w:rPr>
                <w:rFonts w:ascii="Times New Roman" w:eastAsia="Times New Roman" w:hAnsi="Times New Roman" w:cs="Times New Roman"/>
              </w:rPr>
              <w:t xml:space="preserve"> via near-RT RIC (E2 interface)</w:t>
            </w:r>
          </w:p>
        </w:tc>
        <w:tc>
          <w:tcPr>
            <w:tcW w:w="1800" w:type="dxa"/>
          </w:tcPr>
          <w:p w14:paraId="723EE1CE" w14:textId="77777777" w:rsidR="00A52FFC" w:rsidRDefault="00BA4244">
            <w:pPr>
              <w:rPr>
                <w:rFonts w:ascii="Times New Roman" w:eastAsia="Times New Roman" w:hAnsi="Times New Roman" w:cs="Times New Roman"/>
              </w:rPr>
            </w:pPr>
            <w:r>
              <w:rPr>
                <w:rFonts w:ascii="Times New Roman" w:eastAsia="Times New Roman" w:hAnsi="Times New Roman" w:cs="Times New Roman"/>
              </w:rPr>
              <w:t>Latency/resource efficiency under mixed URLLC/</w:t>
            </w:r>
            <w:proofErr w:type="spellStart"/>
            <w:r>
              <w:rPr>
                <w:rFonts w:ascii="Times New Roman" w:eastAsia="Times New Roman" w:hAnsi="Times New Roman" w:cs="Times New Roman"/>
              </w:rPr>
              <w:t>eMBB</w:t>
            </w:r>
            <w:proofErr w:type="spellEnd"/>
            <w:r>
              <w:rPr>
                <w:rFonts w:ascii="Times New Roman" w:eastAsia="Times New Roman" w:hAnsi="Times New Roman" w:cs="Times New Roman"/>
              </w:rPr>
              <w:t xml:space="preserve"> traffic</w:t>
            </w:r>
          </w:p>
        </w:tc>
        <w:tc>
          <w:tcPr>
            <w:tcW w:w="1656" w:type="dxa"/>
          </w:tcPr>
          <w:p w14:paraId="7169A04E" w14:textId="77777777" w:rsidR="00A52FFC" w:rsidRDefault="00BA4244">
            <w:pPr>
              <w:rPr>
                <w:rFonts w:ascii="Times New Roman" w:eastAsia="Times New Roman" w:hAnsi="Times New Roman" w:cs="Times New Roman"/>
              </w:rPr>
            </w:pPr>
            <w:r>
              <w:rPr>
                <w:rFonts w:ascii="Times New Roman" w:eastAsia="Times New Roman" w:hAnsi="Times New Roman" w:cs="Times New Roman"/>
              </w:rPr>
              <w:t>Experimental lab setup; smart-grid URLLC example</w:t>
            </w:r>
          </w:p>
        </w:tc>
        <w:tc>
          <w:tcPr>
            <w:tcW w:w="3528" w:type="dxa"/>
          </w:tcPr>
          <w:p w14:paraId="7C37D5EE" w14:textId="77777777" w:rsidR="00A52FFC" w:rsidRDefault="00BA4244">
            <w:pPr>
              <w:rPr>
                <w:rFonts w:ascii="Times New Roman" w:eastAsia="Times New Roman" w:hAnsi="Times New Roman" w:cs="Times New Roman"/>
              </w:rPr>
            </w:pPr>
            <w:r>
              <w:rPr>
                <w:rFonts w:ascii="Times New Roman" w:eastAsia="Times New Roman" w:hAnsi="Times New Roman" w:cs="Times New Roman"/>
              </w:rPr>
              <w:t xml:space="preserve">Reports performance on par with proprietary; latencies down to ~5 </w:t>
            </w:r>
            <w:proofErr w:type="spellStart"/>
            <w:r>
              <w:rPr>
                <w:rFonts w:ascii="Times New Roman" w:eastAsia="Times New Roman" w:hAnsi="Times New Roman" w:cs="Times New Roman"/>
              </w:rPr>
              <w:t>ms</w:t>
            </w:r>
            <w:proofErr w:type="spellEnd"/>
          </w:p>
        </w:tc>
      </w:tr>
      <w:tr w:rsidR="00A52FFC" w14:paraId="0514A33C" w14:textId="77777777">
        <w:trPr>
          <w:cantSplit/>
          <w:jc w:val="center"/>
        </w:trPr>
        <w:tc>
          <w:tcPr>
            <w:tcW w:w="1512" w:type="dxa"/>
          </w:tcPr>
          <w:p w14:paraId="5F63D34C" w14:textId="77777777" w:rsidR="00A52FFC" w:rsidRDefault="00BA4244">
            <w:pPr>
              <w:rPr>
                <w:rFonts w:ascii="Times New Roman" w:eastAsia="Times New Roman" w:hAnsi="Times New Roman" w:cs="Times New Roman"/>
              </w:rPr>
            </w:pPr>
            <w:proofErr w:type="spellStart"/>
            <w:r>
              <w:rPr>
                <w:rFonts w:ascii="Times New Roman" w:eastAsia="Times New Roman" w:hAnsi="Times New Roman" w:cs="Times New Roman"/>
              </w:rPr>
              <w:t>Tsourdinis</w:t>
            </w:r>
            <w:proofErr w:type="spellEnd"/>
            <w:r>
              <w:rPr>
                <w:rFonts w:ascii="Times New Roman" w:eastAsia="Times New Roman" w:hAnsi="Times New Roman" w:cs="Times New Roman"/>
              </w:rPr>
              <w:t xml:space="preserve"> et al., 2024 (O-RAN ATD: NIDS + resource allocation)</w:t>
            </w:r>
          </w:p>
        </w:tc>
        <w:tc>
          <w:tcPr>
            <w:tcW w:w="1656" w:type="dxa"/>
          </w:tcPr>
          <w:p w14:paraId="13ADF6A9" w14:textId="77777777" w:rsidR="00A52FFC" w:rsidRDefault="00BA4244">
            <w:pPr>
              <w:rPr>
                <w:rFonts w:ascii="Times New Roman" w:eastAsia="Times New Roman" w:hAnsi="Times New Roman" w:cs="Times New Roman"/>
              </w:rPr>
            </w:pPr>
            <w:r>
              <w:rPr>
                <w:rFonts w:ascii="Times New Roman" w:eastAsia="Times New Roman" w:hAnsi="Times New Roman" w:cs="Times New Roman"/>
              </w:rPr>
              <w:t>Real-world O-RAN 5G security + resource management</w:t>
            </w:r>
          </w:p>
        </w:tc>
        <w:tc>
          <w:tcPr>
            <w:tcW w:w="1512" w:type="dxa"/>
          </w:tcPr>
          <w:p w14:paraId="13DC6207" w14:textId="77777777" w:rsidR="00A52FFC" w:rsidRDefault="00BA4244">
            <w:pPr>
              <w:rPr>
                <w:rFonts w:ascii="Times New Roman" w:eastAsia="Times New Roman" w:hAnsi="Times New Roman" w:cs="Times New Roman"/>
              </w:rPr>
            </w:pPr>
            <w:r>
              <w:rPr>
                <w:rFonts w:ascii="Times New Roman" w:eastAsia="Times New Roman" w:hAnsi="Times New Roman" w:cs="Times New Roman"/>
              </w:rPr>
              <w:t>ML traffic classification (NIDS)</w:t>
            </w:r>
          </w:p>
        </w:tc>
        <w:tc>
          <w:tcPr>
            <w:tcW w:w="1944" w:type="dxa"/>
          </w:tcPr>
          <w:p w14:paraId="08A9559A" w14:textId="77777777" w:rsidR="00A52FFC" w:rsidRDefault="00BA4244">
            <w:pPr>
              <w:rPr>
                <w:rFonts w:ascii="Times New Roman" w:eastAsia="Times New Roman" w:hAnsi="Times New Roman" w:cs="Times New Roman"/>
              </w:rPr>
            </w:pPr>
            <w:r>
              <w:rPr>
                <w:rFonts w:ascii="Times New Roman" w:eastAsia="Times New Roman" w:hAnsi="Times New Roman" w:cs="Times New Roman"/>
              </w:rPr>
              <w:t>Intrusion detection + dynamic resource allocation / user management under attack</w:t>
            </w:r>
          </w:p>
        </w:tc>
        <w:tc>
          <w:tcPr>
            <w:tcW w:w="1800" w:type="dxa"/>
          </w:tcPr>
          <w:p w14:paraId="6345AB1E" w14:textId="77777777" w:rsidR="00A52FFC" w:rsidRDefault="00BA4244">
            <w:pPr>
              <w:rPr>
                <w:rFonts w:ascii="Times New Roman" w:eastAsia="Times New Roman" w:hAnsi="Times New Roman" w:cs="Times New Roman"/>
              </w:rPr>
            </w:pPr>
            <w:proofErr w:type="spellStart"/>
            <w:r>
              <w:rPr>
                <w:rFonts w:ascii="Times New Roman" w:eastAsia="Times New Roman" w:hAnsi="Times New Roman" w:cs="Times New Roman"/>
              </w:rPr>
              <w:t>xApp</w:t>
            </w:r>
            <w:proofErr w:type="spellEnd"/>
            <w:r>
              <w:rPr>
                <w:rFonts w:ascii="Times New Roman" w:eastAsia="Times New Roman" w:hAnsi="Times New Roman" w:cs="Times New Roman"/>
              </w:rPr>
              <w:t xml:space="preserve"> (ATD) using </w:t>
            </w:r>
            <w:proofErr w:type="spellStart"/>
            <w:r>
              <w:rPr>
                <w:rFonts w:ascii="Times New Roman" w:eastAsia="Times New Roman" w:hAnsi="Times New Roman" w:cs="Times New Roman"/>
              </w:rPr>
              <w:t>OpenAirInterface</w:t>
            </w:r>
            <w:proofErr w:type="spellEnd"/>
            <w:r>
              <w:rPr>
                <w:rFonts w:ascii="Times New Roman" w:eastAsia="Times New Roman" w:hAnsi="Times New Roman" w:cs="Times New Roman"/>
              </w:rPr>
              <w:t xml:space="preserve"> + </w:t>
            </w:r>
            <w:proofErr w:type="spellStart"/>
            <w:r>
              <w:rPr>
                <w:rFonts w:ascii="Times New Roman" w:eastAsia="Times New Roman" w:hAnsi="Times New Roman" w:cs="Times New Roman"/>
              </w:rPr>
              <w:t>FlexRIC</w:t>
            </w:r>
            <w:proofErr w:type="spellEnd"/>
          </w:p>
        </w:tc>
        <w:tc>
          <w:tcPr>
            <w:tcW w:w="1800" w:type="dxa"/>
          </w:tcPr>
          <w:p w14:paraId="02C28441" w14:textId="77777777" w:rsidR="00A52FFC" w:rsidRDefault="00BA4244">
            <w:pPr>
              <w:rPr>
                <w:rFonts w:ascii="Times New Roman" w:eastAsia="Times New Roman" w:hAnsi="Times New Roman" w:cs="Times New Roman"/>
              </w:rPr>
            </w:pPr>
            <w:r>
              <w:rPr>
                <w:rFonts w:ascii="Times New Roman" w:eastAsia="Times New Roman" w:hAnsi="Times New Roman" w:cs="Times New Roman"/>
              </w:rPr>
              <w:t>DoS/anomalous traffic degrading performance</w:t>
            </w:r>
          </w:p>
        </w:tc>
        <w:tc>
          <w:tcPr>
            <w:tcW w:w="1656" w:type="dxa"/>
          </w:tcPr>
          <w:p w14:paraId="7B5869BB" w14:textId="77777777" w:rsidR="00A52FFC" w:rsidRDefault="00BA4244">
            <w:pPr>
              <w:rPr>
                <w:rFonts w:ascii="Times New Roman" w:eastAsia="Times New Roman" w:hAnsi="Times New Roman" w:cs="Times New Roman"/>
              </w:rPr>
            </w:pPr>
            <w:r>
              <w:rPr>
                <w:rFonts w:ascii="Times New Roman" w:eastAsia="Times New Roman" w:hAnsi="Times New Roman" w:cs="Times New Roman"/>
              </w:rPr>
              <w:t>Real-world testbed environment</w:t>
            </w:r>
          </w:p>
        </w:tc>
        <w:tc>
          <w:tcPr>
            <w:tcW w:w="3528" w:type="dxa"/>
          </w:tcPr>
          <w:p w14:paraId="09DD2D04" w14:textId="77777777" w:rsidR="00A52FFC" w:rsidRDefault="00BA4244">
            <w:pPr>
              <w:rPr>
                <w:rFonts w:ascii="Times New Roman" w:eastAsia="Times New Roman" w:hAnsi="Times New Roman" w:cs="Times New Roman"/>
              </w:rPr>
            </w:pPr>
            <w:r>
              <w:rPr>
                <w:rFonts w:ascii="Times New Roman" w:eastAsia="Times New Roman" w:hAnsi="Times New Roman" w:cs="Times New Roman"/>
              </w:rPr>
              <w:t>Maintains low latency under attack; nearly doubles throughput for legitimate users; ~15% CPU reduction</w:t>
            </w:r>
          </w:p>
        </w:tc>
      </w:tr>
      <w:tr w:rsidR="00A52FFC" w14:paraId="0C24EA1C" w14:textId="77777777">
        <w:trPr>
          <w:cantSplit/>
          <w:jc w:val="center"/>
        </w:trPr>
        <w:tc>
          <w:tcPr>
            <w:tcW w:w="1512" w:type="dxa"/>
          </w:tcPr>
          <w:p w14:paraId="03C6F1CB" w14:textId="77777777" w:rsidR="00A52FFC" w:rsidRDefault="00BA4244">
            <w:pPr>
              <w:rPr>
                <w:rFonts w:ascii="Times New Roman" w:eastAsia="Times New Roman" w:hAnsi="Times New Roman" w:cs="Times New Roman"/>
              </w:rPr>
            </w:pPr>
            <w:r>
              <w:rPr>
                <w:rFonts w:ascii="Times New Roman" w:eastAsia="Times New Roman" w:hAnsi="Times New Roman" w:cs="Times New Roman"/>
              </w:rPr>
              <w:t>Sun et al., 2024 (</w:t>
            </w:r>
            <w:proofErr w:type="spellStart"/>
            <w:r>
              <w:rPr>
                <w:rFonts w:ascii="Times New Roman" w:eastAsia="Times New Roman" w:hAnsi="Times New Roman" w:cs="Times New Roman"/>
              </w:rPr>
              <w:t>SpotLight</w:t>
            </w:r>
            <w:proofErr w:type="spellEnd"/>
            <w:r>
              <w:rPr>
                <w:rFonts w:ascii="Times New Roman" w:eastAsia="Times New Roman" w:hAnsi="Times New Roman" w:cs="Times New Roman"/>
              </w:rPr>
              <w:t>)</w:t>
            </w:r>
          </w:p>
        </w:tc>
        <w:tc>
          <w:tcPr>
            <w:tcW w:w="1656" w:type="dxa"/>
          </w:tcPr>
          <w:p w14:paraId="0236A6AE" w14:textId="77777777" w:rsidR="00A52FFC" w:rsidRDefault="00BA4244">
            <w:pPr>
              <w:rPr>
                <w:rFonts w:ascii="Times New Roman" w:eastAsia="Times New Roman" w:hAnsi="Times New Roman" w:cs="Times New Roman"/>
              </w:rPr>
            </w:pPr>
            <w:r>
              <w:rPr>
                <w:rFonts w:ascii="Times New Roman" w:eastAsia="Times New Roman" w:hAnsi="Times New Roman" w:cs="Times New Roman"/>
              </w:rPr>
              <w:t>Open RAN troubleshooting / anomaly identification</w:t>
            </w:r>
          </w:p>
        </w:tc>
        <w:tc>
          <w:tcPr>
            <w:tcW w:w="1512" w:type="dxa"/>
          </w:tcPr>
          <w:p w14:paraId="05A521F4" w14:textId="77777777" w:rsidR="00A52FFC" w:rsidRDefault="00BA4244">
            <w:pPr>
              <w:rPr>
                <w:rFonts w:ascii="Times New Roman" w:eastAsia="Times New Roman" w:hAnsi="Times New Roman" w:cs="Times New Roman"/>
              </w:rPr>
            </w:pPr>
            <w:r>
              <w:rPr>
                <w:rFonts w:ascii="Times New Roman" w:eastAsia="Times New Roman" w:hAnsi="Times New Roman" w:cs="Times New Roman"/>
              </w:rPr>
              <w:t>Distributed deep learning + multi-stage generative model</w:t>
            </w:r>
          </w:p>
        </w:tc>
        <w:tc>
          <w:tcPr>
            <w:tcW w:w="1944" w:type="dxa"/>
          </w:tcPr>
          <w:p w14:paraId="2B143EB9" w14:textId="77777777" w:rsidR="00A52FFC" w:rsidRDefault="00BA4244">
            <w:pPr>
              <w:rPr>
                <w:rFonts w:ascii="Times New Roman" w:eastAsia="Times New Roman" w:hAnsi="Times New Roman" w:cs="Times New Roman"/>
              </w:rPr>
            </w:pPr>
            <w:r>
              <w:rPr>
                <w:rFonts w:ascii="Times New Roman" w:eastAsia="Times New Roman" w:hAnsi="Times New Roman" w:cs="Times New Roman"/>
              </w:rPr>
              <w:t xml:space="preserve">Continuous anomaly detection, localization, and </w:t>
            </w:r>
            <w:proofErr w:type="spellStart"/>
            <w:r>
              <w:rPr>
                <w:rFonts w:ascii="Times New Roman" w:eastAsia="Times New Roman" w:hAnsi="Times New Roman" w:cs="Times New Roman"/>
              </w:rPr>
              <w:t>explainability</w:t>
            </w:r>
            <w:proofErr w:type="spellEnd"/>
            <w:r>
              <w:rPr>
                <w:rFonts w:ascii="Times New Roman" w:eastAsia="Times New Roman" w:hAnsi="Times New Roman" w:cs="Times New Roman"/>
              </w:rPr>
              <w:t xml:space="preserve"> with minimal KPIs</w:t>
            </w:r>
          </w:p>
        </w:tc>
        <w:tc>
          <w:tcPr>
            <w:tcW w:w="1800" w:type="dxa"/>
          </w:tcPr>
          <w:p w14:paraId="42B708B4" w14:textId="77777777" w:rsidR="00A52FFC" w:rsidRDefault="00BA4244">
            <w:pPr>
              <w:rPr>
                <w:rFonts w:ascii="Times New Roman" w:eastAsia="Times New Roman" w:hAnsi="Times New Roman" w:cs="Times New Roman"/>
              </w:rPr>
            </w:pPr>
            <w:r>
              <w:rPr>
                <w:rFonts w:ascii="Times New Roman" w:eastAsia="Times New Roman" w:hAnsi="Times New Roman" w:cs="Times New Roman"/>
              </w:rPr>
              <w:t>Edge lightweight detection + cloud confirmation/</w:t>
            </w:r>
            <w:proofErr w:type="spellStart"/>
            <w:r>
              <w:rPr>
                <w:rFonts w:ascii="Times New Roman" w:eastAsia="Times New Roman" w:hAnsi="Times New Roman" w:cs="Times New Roman"/>
              </w:rPr>
              <w:t>explainability</w:t>
            </w:r>
            <w:proofErr w:type="spellEnd"/>
          </w:p>
        </w:tc>
        <w:tc>
          <w:tcPr>
            <w:tcW w:w="1800" w:type="dxa"/>
          </w:tcPr>
          <w:p w14:paraId="02D5B341" w14:textId="77777777" w:rsidR="00A52FFC" w:rsidRDefault="00BA4244">
            <w:pPr>
              <w:rPr>
                <w:rFonts w:ascii="Times New Roman" w:eastAsia="Times New Roman" w:hAnsi="Times New Roman" w:cs="Times New Roman"/>
              </w:rPr>
            </w:pPr>
            <w:r>
              <w:rPr>
                <w:rFonts w:ascii="Times New Roman" w:eastAsia="Times New Roman" w:hAnsi="Times New Roman" w:cs="Times New Roman"/>
              </w:rPr>
              <w:t>Operational anomalies/failures; troubleshooting complexity</w:t>
            </w:r>
          </w:p>
        </w:tc>
        <w:tc>
          <w:tcPr>
            <w:tcW w:w="1656" w:type="dxa"/>
          </w:tcPr>
          <w:p w14:paraId="5B4A75EA" w14:textId="77777777" w:rsidR="00A52FFC" w:rsidRDefault="00BA4244">
            <w:pPr>
              <w:rPr>
                <w:rFonts w:ascii="Times New Roman" w:eastAsia="Times New Roman" w:hAnsi="Times New Roman" w:cs="Times New Roman"/>
              </w:rPr>
            </w:pPr>
            <w:r>
              <w:rPr>
                <w:rFonts w:ascii="Times New Roman" w:eastAsia="Times New Roman" w:hAnsi="Times New Roman" w:cs="Times New Roman"/>
              </w:rPr>
              <w:t>Carrier-grade indoor Open RAN testbed; anomaly generation and replay</w:t>
            </w:r>
          </w:p>
        </w:tc>
        <w:tc>
          <w:tcPr>
            <w:tcW w:w="3528" w:type="dxa"/>
          </w:tcPr>
          <w:p w14:paraId="529A7FC7" w14:textId="77777777" w:rsidR="00A52FFC" w:rsidRDefault="00BA4244">
            <w:pPr>
              <w:rPr>
                <w:rFonts w:ascii="Times New Roman" w:eastAsia="Times New Roman" w:hAnsi="Times New Roman" w:cs="Times New Roman"/>
              </w:rPr>
            </w:pPr>
            <w:r>
              <w:rPr>
                <w:rFonts w:ascii="Times New Roman" w:eastAsia="Times New Roman" w:hAnsi="Times New Roman" w:cs="Times New Roman"/>
              </w:rPr>
              <w:t>Demonstrates explainable online anomaly detection and identification in experimental setting</w:t>
            </w:r>
          </w:p>
        </w:tc>
      </w:tr>
      <w:tr w:rsidR="00A52FFC" w14:paraId="3135F395" w14:textId="77777777">
        <w:trPr>
          <w:cantSplit/>
          <w:jc w:val="center"/>
        </w:trPr>
        <w:tc>
          <w:tcPr>
            <w:tcW w:w="1512" w:type="dxa"/>
          </w:tcPr>
          <w:p w14:paraId="7F35EE76" w14:textId="77777777" w:rsidR="00A52FFC" w:rsidRDefault="00BA4244">
            <w:pPr>
              <w:rPr>
                <w:rFonts w:ascii="Times New Roman" w:eastAsia="Times New Roman" w:hAnsi="Times New Roman" w:cs="Times New Roman"/>
              </w:rPr>
            </w:pPr>
            <w:r>
              <w:rPr>
                <w:rFonts w:ascii="Times New Roman" w:eastAsia="Times New Roman" w:hAnsi="Times New Roman" w:cs="Times New Roman"/>
              </w:rPr>
              <w:t xml:space="preserve"> </w:t>
            </w:r>
            <w:proofErr w:type="spellStart"/>
            <w:r>
              <w:rPr>
                <w:rFonts w:ascii="Times New Roman" w:eastAsia="Times New Roman" w:hAnsi="Times New Roman" w:cs="Times New Roman"/>
              </w:rPr>
              <w:t>Phu</w:t>
            </w:r>
            <w:proofErr w:type="spellEnd"/>
            <w:r>
              <w:rPr>
                <w:rFonts w:ascii="Times New Roman" w:eastAsia="Times New Roman" w:hAnsi="Times New Roman" w:cs="Times New Roman"/>
              </w:rPr>
              <w:t xml:space="preserve"> et al., 2023 (SDN defense)</w:t>
            </w:r>
          </w:p>
        </w:tc>
        <w:tc>
          <w:tcPr>
            <w:tcW w:w="1656" w:type="dxa"/>
          </w:tcPr>
          <w:p w14:paraId="530A3135" w14:textId="77777777" w:rsidR="00A52FFC" w:rsidRDefault="00BA4244">
            <w:pPr>
              <w:rPr>
                <w:rFonts w:ascii="Times New Roman" w:eastAsia="Times New Roman" w:hAnsi="Times New Roman" w:cs="Times New Roman"/>
              </w:rPr>
            </w:pPr>
            <w:r>
              <w:rPr>
                <w:rFonts w:ascii="Times New Roman" w:eastAsia="Times New Roman" w:hAnsi="Times New Roman" w:cs="Times New Roman"/>
              </w:rPr>
              <w:t>Software-defined networking (SDN)</w:t>
            </w:r>
          </w:p>
        </w:tc>
        <w:tc>
          <w:tcPr>
            <w:tcW w:w="1512" w:type="dxa"/>
          </w:tcPr>
          <w:p w14:paraId="490EA056" w14:textId="77777777" w:rsidR="00A52FFC" w:rsidRDefault="00BA4244">
            <w:pPr>
              <w:rPr>
                <w:rFonts w:ascii="Times New Roman" w:eastAsia="Times New Roman" w:hAnsi="Times New Roman" w:cs="Times New Roman"/>
              </w:rPr>
            </w:pPr>
            <w:r>
              <w:rPr>
                <w:rFonts w:ascii="Times New Roman" w:eastAsia="Times New Roman" w:hAnsi="Times New Roman" w:cs="Times New Roman"/>
              </w:rPr>
              <w:t>Graph convolutional neural network (GCNN)</w:t>
            </w:r>
          </w:p>
        </w:tc>
        <w:tc>
          <w:tcPr>
            <w:tcW w:w="1944" w:type="dxa"/>
          </w:tcPr>
          <w:p w14:paraId="5129D42A" w14:textId="77777777" w:rsidR="00A52FFC" w:rsidRDefault="00BA4244">
            <w:pPr>
              <w:rPr>
                <w:rFonts w:ascii="Times New Roman" w:eastAsia="Times New Roman" w:hAnsi="Times New Roman" w:cs="Times New Roman"/>
              </w:rPr>
            </w:pPr>
            <w:r>
              <w:rPr>
                <w:rFonts w:ascii="Times New Roman" w:eastAsia="Times New Roman" w:hAnsi="Times New Roman" w:cs="Times New Roman"/>
              </w:rPr>
              <w:t>Detect packet injection and segment network into security classes/policies</w:t>
            </w:r>
          </w:p>
        </w:tc>
        <w:tc>
          <w:tcPr>
            <w:tcW w:w="1800" w:type="dxa"/>
          </w:tcPr>
          <w:p w14:paraId="4CBD2FB1" w14:textId="77777777" w:rsidR="00A52FFC" w:rsidRDefault="00BA4244">
            <w:pPr>
              <w:rPr>
                <w:rFonts w:ascii="Times New Roman" w:eastAsia="Times New Roman" w:hAnsi="Times New Roman" w:cs="Times New Roman"/>
              </w:rPr>
            </w:pPr>
            <w:r>
              <w:rPr>
                <w:rFonts w:ascii="Times New Roman" w:eastAsia="Times New Roman" w:hAnsi="Times New Roman" w:cs="Times New Roman"/>
              </w:rPr>
              <w:t>Distributed Ryu controllers; isolate suspicious nodes</w:t>
            </w:r>
          </w:p>
        </w:tc>
        <w:tc>
          <w:tcPr>
            <w:tcW w:w="1800" w:type="dxa"/>
          </w:tcPr>
          <w:p w14:paraId="10DB6A60" w14:textId="77777777" w:rsidR="00A52FFC" w:rsidRDefault="00BA4244">
            <w:pPr>
              <w:rPr>
                <w:rFonts w:ascii="Times New Roman" w:eastAsia="Times New Roman" w:hAnsi="Times New Roman" w:cs="Times New Roman"/>
              </w:rPr>
            </w:pPr>
            <w:r>
              <w:rPr>
                <w:rFonts w:ascii="Times New Roman" w:eastAsia="Times New Roman" w:hAnsi="Times New Roman" w:cs="Times New Roman"/>
              </w:rPr>
              <w:t>Packet injection attacks causing controller/switch overload and breakdown</w:t>
            </w:r>
          </w:p>
        </w:tc>
        <w:tc>
          <w:tcPr>
            <w:tcW w:w="1656" w:type="dxa"/>
          </w:tcPr>
          <w:p w14:paraId="4C8CACE1" w14:textId="77777777" w:rsidR="00A52FFC" w:rsidRDefault="00BA4244">
            <w:pPr>
              <w:rPr>
                <w:rFonts w:ascii="Times New Roman" w:eastAsia="Times New Roman" w:hAnsi="Times New Roman" w:cs="Times New Roman"/>
              </w:rPr>
            </w:pPr>
            <w:r>
              <w:rPr>
                <w:rFonts w:ascii="Times New Roman" w:eastAsia="Times New Roman" w:hAnsi="Times New Roman" w:cs="Times New Roman"/>
              </w:rPr>
              <w:t>Emulated SDN experiments</w:t>
            </w:r>
          </w:p>
        </w:tc>
        <w:tc>
          <w:tcPr>
            <w:tcW w:w="3528" w:type="dxa"/>
          </w:tcPr>
          <w:p w14:paraId="4BD122EE" w14:textId="77777777" w:rsidR="00A52FFC" w:rsidRDefault="00BA4244">
            <w:pPr>
              <w:rPr>
                <w:rFonts w:ascii="Times New Roman" w:eastAsia="Times New Roman" w:hAnsi="Times New Roman" w:cs="Times New Roman"/>
              </w:rPr>
            </w:pPr>
            <w:r>
              <w:rPr>
                <w:rFonts w:ascii="Times New Roman" w:eastAsia="Times New Roman" w:hAnsi="Times New Roman" w:cs="Times New Roman"/>
              </w:rPr>
              <w:t>&gt;99% detection accuracy; mitigation keeps non-compromised nodes functioning while isolating attackers</w:t>
            </w:r>
          </w:p>
        </w:tc>
      </w:tr>
      <w:tr w:rsidR="00A52FFC" w14:paraId="28CA725A" w14:textId="77777777">
        <w:trPr>
          <w:cantSplit/>
          <w:jc w:val="center"/>
        </w:trPr>
        <w:tc>
          <w:tcPr>
            <w:tcW w:w="1512" w:type="dxa"/>
          </w:tcPr>
          <w:p w14:paraId="7DCE5CEA" w14:textId="77777777" w:rsidR="00A52FFC" w:rsidRDefault="00BA4244">
            <w:pPr>
              <w:rPr>
                <w:rFonts w:ascii="Times New Roman" w:eastAsia="Times New Roman" w:hAnsi="Times New Roman" w:cs="Times New Roman"/>
              </w:rPr>
            </w:pPr>
            <w:r>
              <w:rPr>
                <w:rFonts w:ascii="Times New Roman" w:eastAsia="Times New Roman" w:hAnsi="Times New Roman" w:cs="Times New Roman"/>
              </w:rPr>
              <w:t>Zhang et al., 2024 (FL wireless traffic prediction poisoning + defense)</w:t>
            </w:r>
          </w:p>
        </w:tc>
        <w:tc>
          <w:tcPr>
            <w:tcW w:w="1656" w:type="dxa"/>
          </w:tcPr>
          <w:p w14:paraId="70CF6947" w14:textId="77777777" w:rsidR="00A52FFC" w:rsidRDefault="00BA4244">
            <w:pPr>
              <w:rPr>
                <w:rFonts w:ascii="Times New Roman" w:eastAsia="Times New Roman" w:hAnsi="Times New Roman" w:cs="Times New Roman"/>
              </w:rPr>
            </w:pPr>
            <w:r>
              <w:rPr>
                <w:rFonts w:ascii="Times New Roman" w:eastAsia="Times New Roman" w:hAnsi="Times New Roman" w:cs="Times New Roman"/>
              </w:rPr>
              <w:t>Federated learning for wireless traffic prediction</w:t>
            </w:r>
          </w:p>
        </w:tc>
        <w:tc>
          <w:tcPr>
            <w:tcW w:w="1512" w:type="dxa"/>
          </w:tcPr>
          <w:p w14:paraId="6006B4C3" w14:textId="77777777" w:rsidR="00A52FFC" w:rsidRDefault="00BA4244">
            <w:pPr>
              <w:rPr>
                <w:rFonts w:ascii="Times New Roman" w:eastAsia="Times New Roman" w:hAnsi="Times New Roman" w:cs="Times New Roman"/>
              </w:rPr>
            </w:pPr>
            <w:r>
              <w:rPr>
                <w:rFonts w:ascii="Times New Roman" w:eastAsia="Times New Roman" w:hAnsi="Times New Roman" w:cs="Times New Roman"/>
              </w:rPr>
              <w:t>Statistical inconsistency detection (GLID)</w:t>
            </w:r>
          </w:p>
        </w:tc>
        <w:tc>
          <w:tcPr>
            <w:tcW w:w="1944" w:type="dxa"/>
          </w:tcPr>
          <w:p w14:paraId="7C51934C" w14:textId="77777777" w:rsidR="00A52FFC" w:rsidRDefault="00BA4244">
            <w:pPr>
              <w:rPr>
                <w:rFonts w:ascii="Times New Roman" w:eastAsia="Times New Roman" w:hAnsi="Times New Roman" w:cs="Times New Roman"/>
              </w:rPr>
            </w:pPr>
            <w:r>
              <w:rPr>
                <w:rFonts w:ascii="Times New Roman" w:eastAsia="Times New Roman" w:hAnsi="Times New Roman" w:cs="Times New Roman"/>
              </w:rPr>
              <w:t>Demonstrate fake traffic injection poisoning; defend by removing abnormal parameters</w:t>
            </w:r>
          </w:p>
        </w:tc>
        <w:tc>
          <w:tcPr>
            <w:tcW w:w="1800" w:type="dxa"/>
          </w:tcPr>
          <w:p w14:paraId="608CD17B" w14:textId="77777777" w:rsidR="00A52FFC" w:rsidRDefault="00BA4244">
            <w:pPr>
              <w:rPr>
                <w:rFonts w:ascii="Times New Roman" w:eastAsia="Times New Roman" w:hAnsi="Times New Roman" w:cs="Times New Roman"/>
              </w:rPr>
            </w:pPr>
            <w:r>
              <w:rPr>
                <w:rFonts w:ascii="Times New Roman" w:eastAsia="Times New Roman" w:hAnsi="Times New Roman" w:cs="Times New Roman"/>
              </w:rPr>
              <w:t>FL across base stations; defense filters model updates</w:t>
            </w:r>
          </w:p>
        </w:tc>
        <w:tc>
          <w:tcPr>
            <w:tcW w:w="1800" w:type="dxa"/>
          </w:tcPr>
          <w:p w14:paraId="154D33BA" w14:textId="77777777" w:rsidR="00A52FFC" w:rsidRDefault="00BA4244">
            <w:pPr>
              <w:rPr>
                <w:rFonts w:ascii="Times New Roman" w:eastAsia="Times New Roman" w:hAnsi="Times New Roman" w:cs="Times New Roman"/>
              </w:rPr>
            </w:pPr>
            <w:r>
              <w:rPr>
                <w:rFonts w:ascii="Times New Roman" w:eastAsia="Times New Roman" w:hAnsi="Times New Roman" w:cs="Times New Roman"/>
              </w:rPr>
              <w:t>Fake traffic injection (poisoning) undermining traffic prediction/control</w:t>
            </w:r>
          </w:p>
        </w:tc>
        <w:tc>
          <w:tcPr>
            <w:tcW w:w="1656" w:type="dxa"/>
          </w:tcPr>
          <w:p w14:paraId="4DC62A74" w14:textId="77777777" w:rsidR="00A52FFC" w:rsidRDefault="00BA4244">
            <w:pPr>
              <w:rPr>
                <w:rFonts w:ascii="Times New Roman" w:eastAsia="Times New Roman" w:hAnsi="Times New Roman" w:cs="Times New Roman"/>
              </w:rPr>
            </w:pPr>
            <w:r>
              <w:rPr>
                <w:rFonts w:ascii="Times New Roman" w:eastAsia="Times New Roman" w:hAnsi="Times New Roman" w:cs="Times New Roman"/>
              </w:rPr>
              <w:t>Evaluated on real-world wireless traffic datasets</w:t>
            </w:r>
          </w:p>
        </w:tc>
        <w:tc>
          <w:tcPr>
            <w:tcW w:w="3528" w:type="dxa"/>
          </w:tcPr>
          <w:p w14:paraId="465793B5" w14:textId="77777777" w:rsidR="00A52FFC" w:rsidRDefault="00BA4244">
            <w:pPr>
              <w:rPr>
                <w:rFonts w:ascii="Times New Roman" w:eastAsia="Times New Roman" w:hAnsi="Times New Roman" w:cs="Times New Roman"/>
              </w:rPr>
            </w:pPr>
            <w:r>
              <w:rPr>
                <w:rFonts w:ascii="Times New Roman" w:eastAsia="Times New Roman" w:hAnsi="Times New Roman" w:cs="Times New Roman"/>
              </w:rPr>
              <w:t>Defense identifies and removes abnormal parameters; improves robustness vs baselines (as reported)</w:t>
            </w:r>
          </w:p>
        </w:tc>
      </w:tr>
      <w:tr w:rsidR="00A52FFC" w14:paraId="5B778BE0" w14:textId="77777777">
        <w:trPr>
          <w:cantSplit/>
          <w:jc w:val="center"/>
        </w:trPr>
        <w:tc>
          <w:tcPr>
            <w:tcW w:w="1512" w:type="dxa"/>
          </w:tcPr>
          <w:p w14:paraId="7991BA3D" w14:textId="77777777" w:rsidR="00A52FFC" w:rsidRDefault="00BA4244">
            <w:pPr>
              <w:rPr>
                <w:rFonts w:ascii="Times New Roman" w:eastAsia="Times New Roman" w:hAnsi="Times New Roman" w:cs="Times New Roman"/>
              </w:rPr>
            </w:pPr>
            <w:r>
              <w:rPr>
                <w:rFonts w:ascii="Times New Roman" w:eastAsia="Times New Roman" w:hAnsi="Times New Roman" w:cs="Times New Roman"/>
              </w:rPr>
              <w:lastRenderedPageBreak/>
              <w:t>Ben Saad et al., 2023 (Securing FL in zero-touch B5G)</w:t>
            </w:r>
          </w:p>
        </w:tc>
        <w:tc>
          <w:tcPr>
            <w:tcW w:w="1656" w:type="dxa"/>
          </w:tcPr>
          <w:p w14:paraId="66A2A44D" w14:textId="77777777" w:rsidR="00A52FFC" w:rsidRDefault="00BA4244">
            <w:pPr>
              <w:rPr>
                <w:rFonts w:ascii="Times New Roman" w:eastAsia="Times New Roman" w:hAnsi="Times New Roman" w:cs="Times New Roman"/>
              </w:rPr>
            </w:pPr>
            <w:r>
              <w:rPr>
                <w:rFonts w:ascii="Times New Roman" w:eastAsia="Times New Roman" w:hAnsi="Times New Roman" w:cs="Times New Roman"/>
              </w:rPr>
              <w:t>Zero-touch management / B5G slices using federated learning</w:t>
            </w:r>
          </w:p>
        </w:tc>
        <w:tc>
          <w:tcPr>
            <w:tcW w:w="1512" w:type="dxa"/>
          </w:tcPr>
          <w:p w14:paraId="08861EC7" w14:textId="77777777" w:rsidR="00A52FFC" w:rsidRDefault="00BA4244">
            <w:pPr>
              <w:rPr>
                <w:rFonts w:ascii="Times New Roman" w:eastAsia="Times New Roman" w:hAnsi="Times New Roman" w:cs="Times New Roman"/>
              </w:rPr>
            </w:pPr>
            <w:r>
              <w:rPr>
                <w:rFonts w:ascii="Times New Roman" w:eastAsia="Times New Roman" w:hAnsi="Times New Roman" w:cs="Times New Roman"/>
              </w:rPr>
              <w:t>DRL-based trusted participant selection + unsupervised ML</w:t>
            </w:r>
          </w:p>
        </w:tc>
        <w:tc>
          <w:tcPr>
            <w:tcW w:w="1944" w:type="dxa"/>
          </w:tcPr>
          <w:p w14:paraId="1C5774FD" w14:textId="77777777" w:rsidR="00A52FFC" w:rsidRDefault="00BA4244">
            <w:pPr>
              <w:rPr>
                <w:rFonts w:ascii="Times New Roman" w:eastAsia="Times New Roman" w:hAnsi="Times New Roman" w:cs="Times New Roman"/>
              </w:rPr>
            </w:pPr>
            <w:r>
              <w:rPr>
                <w:rFonts w:ascii="Times New Roman" w:eastAsia="Times New Roman" w:hAnsi="Times New Roman" w:cs="Times New Roman"/>
              </w:rPr>
              <w:t>Detect malicious participants and poisoning updates</w:t>
            </w:r>
          </w:p>
        </w:tc>
        <w:tc>
          <w:tcPr>
            <w:tcW w:w="1800" w:type="dxa"/>
          </w:tcPr>
          <w:p w14:paraId="622FC654" w14:textId="77777777" w:rsidR="00A52FFC" w:rsidRDefault="00BA4244">
            <w:pPr>
              <w:rPr>
                <w:rFonts w:ascii="Times New Roman" w:eastAsia="Times New Roman" w:hAnsi="Times New Roman" w:cs="Times New Roman"/>
              </w:rPr>
            </w:pPr>
            <w:r>
              <w:rPr>
                <w:rFonts w:ascii="Times New Roman" w:eastAsia="Times New Roman" w:hAnsi="Times New Roman" w:cs="Times New Roman"/>
              </w:rPr>
              <w:t>Reputation/trust selection + poisoning-update identification</w:t>
            </w:r>
          </w:p>
        </w:tc>
        <w:tc>
          <w:tcPr>
            <w:tcW w:w="1800" w:type="dxa"/>
          </w:tcPr>
          <w:p w14:paraId="5DD87C1A" w14:textId="77777777" w:rsidR="00A52FFC" w:rsidRDefault="00BA4244">
            <w:pPr>
              <w:rPr>
                <w:rFonts w:ascii="Times New Roman" w:eastAsia="Times New Roman" w:hAnsi="Times New Roman" w:cs="Times New Roman"/>
              </w:rPr>
            </w:pPr>
            <w:r>
              <w:rPr>
                <w:rFonts w:ascii="Times New Roman" w:eastAsia="Times New Roman" w:hAnsi="Times New Roman" w:cs="Times New Roman"/>
              </w:rPr>
              <w:t>Insider poisoning updates harming global FL model</w:t>
            </w:r>
          </w:p>
        </w:tc>
        <w:tc>
          <w:tcPr>
            <w:tcW w:w="1656" w:type="dxa"/>
          </w:tcPr>
          <w:p w14:paraId="551DC763" w14:textId="77777777" w:rsidR="00A52FFC" w:rsidRDefault="00BA4244">
            <w:pPr>
              <w:rPr>
                <w:rFonts w:ascii="Times New Roman" w:eastAsia="Times New Roman" w:hAnsi="Times New Roman" w:cs="Times New Roman"/>
              </w:rPr>
            </w:pPr>
            <w:r>
              <w:rPr>
                <w:rFonts w:ascii="Times New Roman" w:eastAsia="Times New Roman" w:hAnsi="Times New Roman" w:cs="Times New Roman"/>
              </w:rPr>
              <w:t xml:space="preserve">Dataset generated using 5G </w:t>
            </w:r>
            <w:proofErr w:type="spellStart"/>
            <w:r>
              <w:rPr>
                <w:rFonts w:ascii="Times New Roman" w:eastAsia="Times New Roman" w:hAnsi="Times New Roman" w:cs="Times New Roman"/>
              </w:rPr>
              <w:t>OpenAirInterface</w:t>
            </w:r>
            <w:proofErr w:type="spellEnd"/>
          </w:p>
        </w:tc>
        <w:tc>
          <w:tcPr>
            <w:tcW w:w="3528" w:type="dxa"/>
          </w:tcPr>
          <w:p w14:paraId="727707EA" w14:textId="77777777" w:rsidR="00A52FFC" w:rsidRDefault="00BA4244">
            <w:pPr>
              <w:rPr>
                <w:rFonts w:ascii="Times New Roman" w:eastAsia="Times New Roman" w:hAnsi="Times New Roman" w:cs="Times New Roman"/>
              </w:rPr>
            </w:pPr>
            <w:r>
              <w:rPr>
                <w:rFonts w:ascii="Times New Roman" w:eastAsia="Times New Roman" w:hAnsi="Times New Roman" w:cs="Times New Roman"/>
              </w:rPr>
              <w:t>Reported effective even with several malicious participants (as evaluated)</w:t>
            </w:r>
          </w:p>
        </w:tc>
      </w:tr>
      <w:tr w:rsidR="00A52FFC" w14:paraId="60DC2FF5" w14:textId="77777777">
        <w:trPr>
          <w:cantSplit/>
          <w:jc w:val="center"/>
        </w:trPr>
        <w:tc>
          <w:tcPr>
            <w:tcW w:w="1512" w:type="dxa"/>
          </w:tcPr>
          <w:p w14:paraId="143DF18F" w14:textId="77777777" w:rsidR="00A52FFC" w:rsidRDefault="00BA4244">
            <w:pPr>
              <w:rPr>
                <w:rFonts w:ascii="Times New Roman" w:eastAsia="Times New Roman" w:hAnsi="Times New Roman" w:cs="Times New Roman"/>
              </w:rPr>
            </w:pPr>
            <w:r>
              <w:rPr>
                <w:rFonts w:ascii="Times New Roman" w:eastAsia="Times New Roman" w:hAnsi="Times New Roman" w:cs="Times New Roman"/>
              </w:rPr>
              <w:t>Li et al., 2020 (Gandalf)</w:t>
            </w:r>
          </w:p>
        </w:tc>
        <w:tc>
          <w:tcPr>
            <w:tcW w:w="1656" w:type="dxa"/>
          </w:tcPr>
          <w:p w14:paraId="2768C4FB" w14:textId="77777777" w:rsidR="00A52FFC" w:rsidRDefault="00BA4244">
            <w:pPr>
              <w:rPr>
                <w:rFonts w:ascii="Times New Roman" w:eastAsia="Times New Roman" w:hAnsi="Times New Roman" w:cs="Times New Roman"/>
              </w:rPr>
            </w:pPr>
            <w:r>
              <w:rPr>
                <w:rFonts w:ascii="Times New Roman" w:eastAsia="Times New Roman" w:hAnsi="Times New Roman" w:cs="Times New Roman"/>
              </w:rPr>
              <w:t>Large-scale cloud infrastructure deployments</w:t>
            </w:r>
          </w:p>
        </w:tc>
        <w:tc>
          <w:tcPr>
            <w:tcW w:w="1512" w:type="dxa"/>
          </w:tcPr>
          <w:p w14:paraId="79599657" w14:textId="77777777" w:rsidR="00A52FFC" w:rsidRDefault="00BA4244">
            <w:pPr>
              <w:rPr>
                <w:rFonts w:ascii="Times New Roman" w:eastAsia="Times New Roman" w:hAnsi="Times New Roman" w:cs="Times New Roman"/>
              </w:rPr>
            </w:pPr>
            <w:r>
              <w:rPr>
                <w:rFonts w:ascii="Times New Roman" w:eastAsia="Times New Roman" w:hAnsi="Times New Roman" w:cs="Times New Roman"/>
              </w:rPr>
              <w:t>Ensemble ranking + binary classifier</w:t>
            </w:r>
          </w:p>
        </w:tc>
        <w:tc>
          <w:tcPr>
            <w:tcW w:w="1944" w:type="dxa"/>
          </w:tcPr>
          <w:p w14:paraId="7CE97A8B" w14:textId="77777777" w:rsidR="00A52FFC" w:rsidRDefault="00BA4244">
            <w:pPr>
              <w:rPr>
                <w:rFonts w:ascii="Times New Roman" w:eastAsia="Times New Roman" w:hAnsi="Times New Roman" w:cs="Times New Roman"/>
              </w:rPr>
            </w:pPr>
            <w:r>
              <w:rPr>
                <w:rFonts w:ascii="Times New Roman" w:eastAsia="Times New Roman" w:hAnsi="Times New Roman" w:cs="Times New Roman"/>
              </w:rPr>
              <w:t>Safe rollout impact assessment; stop bad rollouts early</w:t>
            </w:r>
          </w:p>
        </w:tc>
        <w:tc>
          <w:tcPr>
            <w:tcW w:w="1800" w:type="dxa"/>
          </w:tcPr>
          <w:p w14:paraId="240F18EA" w14:textId="77777777" w:rsidR="00A52FFC" w:rsidRDefault="00BA4244">
            <w:pPr>
              <w:rPr>
                <w:rFonts w:ascii="Times New Roman" w:eastAsia="Times New Roman" w:hAnsi="Times New Roman" w:cs="Times New Roman"/>
              </w:rPr>
            </w:pPr>
            <w:r>
              <w:rPr>
                <w:rFonts w:ascii="Times New Roman" w:eastAsia="Times New Roman" w:hAnsi="Times New Roman" w:cs="Times New Roman"/>
              </w:rPr>
              <w:t>End-to-end analytics correlating fault signals with rollouts</w:t>
            </w:r>
          </w:p>
        </w:tc>
        <w:tc>
          <w:tcPr>
            <w:tcW w:w="1800" w:type="dxa"/>
          </w:tcPr>
          <w:p w14:paraId="723B8A91" w14:textId="77777777" w:rsidR="00A52FFC" w:rsidRDefault="00BA4244">
            <w:pPr>
              <w:rPr>
                <w:rFonts w:ascii="Times New Roman" w:eastAsia="Times New Roman" w:hAnsi="Times New Roman" w:cs="Times New Roman"/>
              </w:rPr>
            </w:pPr>
            <w:r>
              <w:rPr>
                <w:rFonts w:ascii="Times New Roman" w:eastAsia="Times New Roman" w:hAnsi="Times New Roman" w:cs="Times New Roman"/>
              </w:rPr>
              <w:t>Cascading outages from unsafe rollouts</w:t>
            </w:r>
          </w:p>
        </w:tc>
        <w:tc>
          <w:tcPr>
            <w:tcW w:w="1656" w:type="dxa"/>
          </w:tcPr>
          <w:p w14:paraId="713FDA67" w14:textId="77777777" w:rsidR="00A52FFC" w:rsidRDefault="00BA4244">
            <w:pPr>
              <w:rPr>
                <w:rFonts w:ascii="Times New Roman" w:eastAsia="Times New Roman" w:hAnsi="Times New Roman" w:cs="Times New Roman"/>
              </w:rPr>
            </w:pPr>
            <w:r>
              <w:rPr>
                <w:rFonts w:ascii="Times New Roman" w:eastAsia="Times New Roman" w:hAnsi="Times New Roman" w:cs="Times New Roman"/>
              </w:rPr>
              <w:t>Large-scale system infrastructure</w:t>
            </w:r>
          </w:p>
        </w:tc>
        <w:tc>
          <w:tcPr>
            <w:tcW w:w="3528" w:type="dxa"/>
          </w:tcPr>
          <w:p w14:paraId="39AA99D4" w14:textId="77777777" w:rsidR="00A52FFC" w:rsidRDefault="00BA4244">
            <w:pPr>
              <w:rPr>
                <w:rFonts w:ascii="Times New Roman" w:eastAsia="Times New Roman" w:hAnsi="Times New Roman" w:cs="Times New Roman"/>
              </w:rPr>
            </w:pPr>
            <w:r>
              <w:rPr>
                <w:rFonts w:ascii="Times New Roman" w:eastAsia="Times New Roman" w:hAnsi="Times New Roman" w:cs="Times New Roman"/>
              </w:rPr>
              <w:t>Supports stop/go decisions for rollouts based on inferred impact risk</w:t>
            </w:r>
          </w:p>
        </w:tc>
      </w:tr>
      <w:tr w:rsidR="00A52FFC" w14:paraId="4C85FD09" w14:textId="77777777">
        <w:trPr>
          <w:cantSplit/>
          <w:jc w:val="center"/>
        </w:trPr>
        <w:tc>
          <w:tcPr>
            <w:tcW w:w="1512" w:type="dxa"/>
          </w:tcPr>
          <w:p w14:paraId="7A28B0F4" w14:textId="77777777" w:rsidR="00A52FFC" w:rsidRDefault="00BA4244">
            <w:pPr>
              <w:rPr>
                <w:rFonts w:ascii="Times New Roman" w:eastAsia="Times New Roman" w:hAnsi="Times New Roman" w:cs="Times New Roman"/>
              </w:rPr>
            </w:pPr>
            <w:r>
              <w:rPr>
                <w:rFonts w:ascii="Times New Roman" w:eastAsia="Times New Roman" w:hAnsi="Times New Roman" w:cs="Times New Roman"/>
              </w:rPr>
              <w:t>Hsieh et al., 2024 (</w:t>
            </w:r>
            <w:proofErr w:type="spellStart"/>
            <w:r>
              <w:rPr>
                <w:rFonts w:ascii="Times New Roman" w:eastAsia="Times New Roman" w:hAnsi="Times New Roman" w:cs="Times New Roman"/>
              </w:rPr>
              <w:t>NetVigil</w:t>
            </w:r>
            <w:proofErr w:type="spellEnd"/>
            <w:r>
              <w:rPr>
                <w:rFonts w:ascii="Times New Roman" w:eastAsia="Times New Roman" w:hAnsi="Times New Roman" w:cs="Times New Roman"/>
              </w:rPr>
              <w:t>)</w:t>
            </w:r>
          </w:p>
        </w:tc>
        <w:tc>
          <w:tcPr>
            <w:tcW w:w="1656" w:type="dxa"/>
          </w:tcPr>
          <w:p w14:paraId="06197083" w14:textId="77777777" w:rsidR="00A52FFC" w:rsidRDefault="00BA4244">
            <w:pPr>
              <w:rPr>
                <w:rFonts w:ascii="Times New Roman" w:eastAsia="Times New Roman" w:hAnsi="Times New Roman" w:cs="Times New Roman"/>
              </w:rPr>
            </w:pPr>
            <w:r>
              <w:rPr>
                <w:rFonts w:ascii="Times New Roman" w:eastAsia="Times New Roman" w:hAnsi="Times New Roman" w:cs="Times New Roman"/>
              </w:rPr>
              <w:t>East-west data center security</w:t>
            </w:r>
          </w:p>
        </w:tc>
        <w:tc>
          <w:tcPr>
            <w:tcW w:w="1512" w:type="dxa"/>
          </w:tcPr>
          <w:p w14:paraId="18FE0C69" w14:textId="77777777" w:rsidR="00A52FFC" w:rsidRDefault="00BA4244">
            <w:pPr>
              <w:rPr>
                <w:rFonts w:ascii="Times New Roman" w:eastAsia="Times New Roman" w:hAnsi="Times New Roman" w:cs="Times New Roman"/>
              </w:rPr>
            </w:pPr>
            <w:r>
              <w:rPr>
                <w:rFonts w:ascii="Times New Roman" w:eastAsia="Times New Roman" w:hAnsi="Times New Roman" w:cs="Times New Roman"/>
              </w:rPr>
              <w:t>GNNs + contrastive learning</w:t>
            </w:r>
          </w:p>
        </w:tc>
        <w:tc>
          <w:tcPr>
            <w:tcW w:w="1944" w:type="dxa"/>
          </w:tcPr>
          <w:p w14:paraId="652EE22C" w14:textId="77777777" w:rsidR="00A52FFC" w:rsidRDefault="00BA4244">
            <w:pPr>
              <w:rPr>
                <w:rFonts w:ascii="Times New Roman" w:eastAsia="Times New Roman" w:hAnsi="Times New Roman" w:cs="Times New Roman"/>
              </w:rPr>
            </w:pPr>
            <w:r>
              <w:rPr>
                <w:rFonts w:ascii="Times New Roman" w:eastAsia="Times New Roman" w:hAnsi="Times New Roman" w:cs="Times New Roman"/>
              </w:rPr>
              <w:t>Robust, low-cost anomaly detection for lateral (east-west) traffic</w:t>
            </w:r>
          </w:p>
        </w:tc>
        <w:tc>
          <w:tcPr>
            <w:tcW w:w="1800" w:type="dxa"/>
          </w:tcPr>
          <w:p w14:paraId="52A79D81" w14:textId="77777777" w:rsidR="00A52FFC" w:rsidRDefault="00BA4244">
            <w:pPr>
              <w:rPr>
                <w:rFonts w:ascii="Times New Roman" w:eastAsia="Times New Roman" w:hAnsi="Times New Roman" w:cs="Times New Roman"/>
              </w:rPr>
            </w:pPr>
            <w:r>
              <w:rPr>
                <w:rFonts w:ascii="Times New Roman" w:eastAsia="Times New Roman" w:hAnsi="Times New Roman" w:cs="Times New Roman"/>
              </w:rPr>
              <w:t>Uses flow logs; designed to resist normal variation and adversarial evasion</w:t>
            </w:r>
          </w:p>
        </w:tc>
        <w:tc>
          <w:tcPr>
            <w:tcW w:w="1800" w:type="dxa"/>
          </w:tcPr>
          <w:p w14:paraId="035250CF" w14:textId="77777777" w:rsidR="00A52FFC" w:rsidRDefault="00BA4244">
            <w:pPr>
              <w:rPr>
                <w:rFonts w:ascii="Times New Roman" w:eastAsia="Times New Roman" w:hAnsi="Times New Roman" w:cs="Times New Roman"/>
              </w:rPr>
            </w:pPr>
            <w:r>
              <w:rPr>
                <w:rFonts w:ascii="Times New Roman" w:eastAsia="Times New Roman" w:hAnsi="Times New Roman" w:cs="Times New Roman"/>
              </w:rPr>
              <w:t>Breaches/attacks in east-west traffic; adversarial evasion</w:t>
            </w:r>
          </w:p>
        </w:tc>
        <w:tc>
          <w:tcPr>
            <w:tcW w:w="1656" w:type="dxa"/>
          </w:tcPr>
          <w:p w14:paraId="07F2BABE" w14:textId="77777777" w:rsidR="00A52FFC" w:rsidRDefault="00BA4244">
            <w:pPr>
              <w:rPr>
                <w:rFonts w:ascii="Times New Roman" w:eastAsia="Times New Roman" w:hAnsi="Times New Roman" w:cs="Times New Roman"/>
              </w:rPr>
            </w:pPr>
            <w:r>
              <w:rPr>
                <w:rFonts w:ascii="Times New Roman" w:eastAsia="Times New Roman" w:hAnsi="Times New Roman" w:cs="Times New Roman"/>
              </w:rPr>
              <w:t>Attack scenarios + real production-cluster traces</w:t>
            </w:r>
          </w:p>
        </w:tc>
        <w:tc>
          <w:tcPr>
            <w:tcW w:w="3528" w:type="dxa"/>
          </w:tcPr>
          <w:p w14:paraId="05F2BE95" w14:textId="77777777" w:rsidR="00A52FFC" w:rsidRDefault="00BA4244">
            <w:pPr>
              <w:rPr>
                <w:rFonts w:ascii="Times New Roman" w:eastAsia="Times New Roman" w:hAnsi="Times New Roman" w:cs="Times New Roman"/>
              </w:rPr>
            </w:pPr>
            <w:r>
              <w:rPr>
                <w:rFonts w:ascii="Times New Roman" w:eastAsia="Times New Roman" w:hAnsi="Times New Roman" w:cs="Times New Roman"/>
              </w:rPr>
              <w:t>Improves accuracy, cost, and detection latency vs prior methods (as reported)</w:t>
            </w:r>
          </w:p>
        </w:tc>
      </w:tr>
      <w:tr w:rsidR="00A52FFC" w14:paraId="00BCB819" w14:textId="77777777">
        <w:trPr>
          <w:cantSplit/>
          <w:jc w:val="center"/>
        </w:trPr>
        <w:tc>
          <w:tcPr>
            <w:tcW w:w="1512" w:type="dxa"/>
          </w:tcPr>
          <w:p w14:paraId="4B492594" w14:textId="77777777" w:rsidR="00A52FFC" w:rsidRDefault="00BA4244">
            <w:pPr>
              <w:rPr>
                <w:rFonts w:ascii="Times New Roman" w:eastAsia="Times New Roman" w:hAnsi="Times New Roman" w:cs="Times New Roman"/>
              </w:rPr>
            </w:pPr>
            <w:r>
              <w:rPr>
                <w:rFonts w:ascii="Times New Roman" w:eastAsia="Times New Roman" w:hAnsi="Times New Roman" w:cs="Times New Roman"/>
              </w:rPr>
              <w:t>Kurtz et al., 2022 (Predictive 5G slicing for smart-energy contracts)</w:t>
            </w:r>
          </w:p>
        </w:tc>
        <w:tc>
          <w:tcPr>
            <w:tcW w:w="1656" w:type="dxa"/>
          </w:tcPr>
          <w:p w14:paraId="50337382" w14:textId="77777777" w:rsidR="00A52FFC" w:rsidRDefault="00BA4244">
            <w:pPr>
              <w:rPr>
                <w:rFonts w:ascii="Times New Roman" w:eastAsia="Times New Roman" w:hAnsi="Times New Roman" w:cs="Times New Roman"/>
              </w:rPr>
            </w:pPr>
            <w:r>
              <w:rPr>
                <w:rFonts w:ascii="Times New Roman" w:eastAsia="Times New Roman" w:hAnsi="Times New Roman" w:cs="Times New Roman"/>
              </w:rPr>
              <w:t>5G uplink slicing for blockchain-driven smart grids</w:t>
            </w:r>
          </w:p>
        </w:tc>
        <w:tc>
          <w:tcPr>
            <w:tcW w:w="1512" w:type="dxa"/>
          </w:tcPr>
          <w:p w14:paraId="60E32CC6" w14:textId="77777777" w:rsidR="00A52FFC" w:rsidRDefault="00BA4244">
            <w:pPr>
              <w:rPr>
                <w:rFonts w:ascii="Times New Roman" w:eastAsia="Times New Roman" w:hAnsi="Times New Roman" w:cs="Times New Roman"/>
              </w:rPr>
            </w:pPr>
            <w:r>
              <w:rPr>
                <w:rFonts w:ascii="Times New Roman" w:eastAsia="Times New Roman" w:hAnsi="Times New Roman" w:cs="Times New Roman"/>
              </w:rPr>
              <w:t>Predictive ML-driven RB scheduling (Configured Grant)</w:t>
            </w:r>
          </w:p>
        </w:tc>
        <w:tc>
          <w:tcPr>
            <w:tcW w:w="1944" w:type="dxa"/>
          </w:tcPr>
          <w:p w14:paraId="06398D03" w14:textId="77777777" w:rsidR="00A52FFC" w:rsidRDefault="00BA4244">
            <w:pPr>
              <w:rPr>
                <w:rFonts w:ascii="Times New Roman" w:eastAsia="Times New Roman" w:hAnsi="Times New Roman" w:cs="Times New Roman"/>
              </w:rPr>
            </w:pPr>
            <w:r>
              <w:rPr>
                <w:rFonts w:ascii="Times New Roman" w:eastAsia="Times New Roman" w:hAnsi="Times New Roman" w:cs="Times New Roman"/>
              </w:rPr>
              <w:t>Reduce latency and improve spectrum efficiency for mission-critical traffic</w:t>
            </w:r>
          </w:p>
        </w:tc>
        <w:tc>
          <w:tcPr>
            <w:tcW w:w="1800" w:type="dxa"/>
          </w:tcPr>
          <w:p w14:paraId="68E360D6" w14:textId="77777777" w:rsidR="00A52FFC" w:rsidRDefault="00BA4244">
            <w:pPr>
              <w:rPr>
                <w:rFonts w:ascii="Times New Roman" w:eastAsia="Times New Roman" w:hAnsi="Times New Roman" w:cs="Times New Roman"/>
              </w:rPr>
            </w:pPr>
            <w:r>
              <w:rPr>
                <w:rFonts w:ascii="Times New Roman" w:eastAsia="Times New Roman" w:hAnsi="Times New Roman" w:cs="Times New Roman"/>
              </w:rPr>
              <w:t>Predictive scheduling in 5G uplink</w:t>
            </w:r>
          </w:p>
        </w:tc>
        <w:tc>
          <w:tcPr>
            <w:tcW w:w="1800" w:type="dxa"/>
          </w:tcPr>
          <w:p w14:paraId="7606ED25" w14:textId="77777777" w:rsidR="00A52FFC" w:rsidRDefault="00BA4244">
            <w:pPr>
              <w:rPr>
                <w:rFonts w:ascii="Times New Roman" w:eastAsia="Times New Roman" w:hAnsi="Times New Roman" w:cs="Times New Roman"/>
              </w:rPr>
            </w:pPr>
            <w:r>
              <w:rPr>
                <w:rFonts w:ascii="Times New Roman" w:eastAsia="Times New Roman" w:hAnsi="Times New Roman" w:cs="Times New Roman"/>
              </w:rPr>
              <w:t>Latency/resource inefficiency of static slicing</w:t>
            </w:r>
          </w:p>
        </w:tc>
        <w:tc>
          <w:tcPr>
            <w:tcW w:w="1656" w:type="dxa"/>
          </w:tcPr>
          <w:p w14:paraId="02C4AADE" w14:textId="77777777" w:rsidR="00A52FFC" w:rsidRDefault="00BA4244">
            <w:pPr>
              <w:rPr>
                <w:rFonts w:ascii="Times New Roman" w:eastAsia="Times New Roman" w:hAnsi="Times New Roman" w:cs="Times New Roman"/>
              </w:rPr>
            </w:pPr>
            <w:r>
              <w:rPr>
                <w:rFonts w:ascii="Times New Roman" w:eastAsia="Times New Roman" w:hAnsi="Times New Roman" w:cs="Times New Roman"/>
              </w:rPr>
              <w:t>Energy model derived from real-world setup; generated smart-contract communications traffic</w:t>
            </w:r>
          </w:p>
        </w:tc>
        <w:tc>
          <w:tcPr>
            <w:tcW w:w="3528" w:type="dxa"/>
          </w:tcPr>
          <w:p w14:paraId="4DDBB507" w14:textId="77777777" w:rsidR="00A52FFC" w:rsidRDefault="00BA4244">
            <w:pPr>
              <w:rPr>
                <w:rFonts w:ascii="Times New Roman" w:eastAsia="Times New Roman" w:hAnsi="Times New Roman" w:cs="Times New Roman"/>
              </w:rPr>
            </w:pPr>
            <w:r>
              <w:rPr>
                <w:rFonts w:ascii="Times New Roman" w:eastAsia="Times New Roman" w:hAnsi="Times New Roman" w:cs="Times New Roman"/>
              </w:rPr>
              <w:t>Reports significant improvements in latency and spectrum efficiency</w:t>
            </w:r>
          </w:p>
        </w:tc>
      </w:tr>
      <w:tr w:rsidR="00A52FFC" w14:paraId="1D99C943" w14:textId="77777777">
        <w:trPr>
          <w:cantSplit/>
          <w:jc w:val="center"/>
        </w:trPr>
        <w:tc>
          <w:tcPr>
            <w:tcW w:w="1512" w:type="dxa"/>
          </w:tcPr>
          <w:p w14:paraId="62EF466F" w14:textId="77777777" w:rsidR="00A52FFC" w:rsidRDefault="00BA4244">
            <w:pPr>
              <w:rPr>
                <w:rFonts w:ascii="Times New Roman" w:eastAsia="Times New Roman" w:hAnsi="Times New Roman" w:cs="Times New Roman"/>
              </w:rPr>
            </w:pPr>
            <w:r>
              <w:rPr>
                <w:rFonts w:ascii="Times New Roman" w:eastAsia="Times New Roman" w:hAnsi="Times New Roman" w:cs="Times New Roman"/>
              </w:rPr>
              <w:t xml:space="preserve"> </w:t>
            </w:r>
            <w:proofErr w:type="spellStart"/>
            <w:r>
              <w:rPr>
                <w:rFonts w:ascii="Times New Roman" w:eastAsia="Times New Roman" w:hAnsi="Times New Roman" w:cs="Times New Roman"/>
              </w:rPr>
              <w:t>Pappone</w:t>
            </w:r>
            <w:proofErr w:type="spellEnd"/>
            <w:r>
              <w:rPr>
                <w:rFonts w:ascii="Times New Roman" w:eastAsia="Times New Roman" w:hAnsi="Times New Roman" w:cs="Times New Roman"/>
              </w:rPr>
              <w:t xml:space="preserve"> et al., 2025 (Mutant)</w:t>
            </w:r>
          </w:p>
        </w:tc>
        <w:tc>
          <w:tcPr>
            <w:tcW w:w="1656" w:type="dxa"/>
          </w:tcPr>
          <w:p w14:paraId="106E08BD" w14:textId="77777777" w:rsidR="00A52FFC" w:rsidRDefault="00BA4244">
            <w:pPr>
              <w:rPr>
                <w:rFonts w:ascii="Times New Roman" w:eastAsia="Times New Roman" w:hAnsi="Times New Roman" w:cs="Times New Roman"/>
              </w:rPr>
            </w:pPr>
            <w:r>
              <w:rPr>
                <w:rFonts w:ascii="Times New Roman" w:eastAsia="Times New Roman" w:hAnsi="Times New Roman" w:cs="Times New Roman"/>
              </w:rPr>
              <w:t>Congestion control</w:t>
            </w:r>
          </w:p>
        </w:tc>
        <w:tc>
          <w:tcPr>
            <w:tcW w:w="1512" w:type="dxa"/>
          </w:tcPr>
          <w:p w14:paraId="6851F5A0" w14:textId="77777777" w:rsidR="00A52FFC" w:rsidRDefault="00BA4244">
            <w:pPr>
              <w:rPr>
                <w:rFonts w:ascii="Times New Roman" w:eastAsia="Times New Roman" w:hAnsi="Times New Roman" w:cs="Times New Roman"/>
              </w:rPr>
            </w:pPr>
            <w:r>
              <w:rPr>
                <w:rFonts w:ascii="Times New Roman" w:eastAsia="Times New Roman" w:hAnsi="Times New Roman" w:cs="Times New Roman"/>
              </w:rPr>
              <w:t>Online reinforcement learning</w:t>
            </w:r>
          </w:p>
        </w:tc>
        <w:tc>
          <w:tcPr>
            <w:tcW w:w="1944" w:type="dxa"/>
          </w:tcPr>
          <w:p w14:paraId="2B48F975" w14:textId="77777777" w:rsidR="00A52FFC" w:rsidRDefault="00BA4244">
            <w:pPr>
              <w:rPr>
                <w:rFonts w:ascii="Times New Roman" w:eastAsia="Times New Roman" w:hAnsi="Times New Roman" w:cs="Times New Roman"/>
              </w:rPr>
            </w:pPr>
            <w:r>
              <w:rPr>
                <w:rFonts w:ascii="Times New Roman" w:eastAsia="Times New Roman" w:hAnsi="Times New Roman" w:cs="Times New Roman"/>
              </w:rPr>
              <w:t>Adapt to best-performing protocols; robust across varying conditions</w:t>
            </w:r>
          </w:p>
        </w:tc>
        <w:tc>
          <w:tcPr>
            <w:tcW w:w="1800" w:type="dxa"/>
          </w:tcPr>
          <w:p w14:paraId="2996BA6C" w14:textId="77777777" w:rsidR="00A52FFC" w:rsidRDefault="00BA4244">
            <w:pPr>
              <w:rPr>
                <w:rFonts w:ascii="Times New Roman" w:eastAsia="Times New Roman" w:hAnsi="Times New Roman" w:cs="Times New Roman"/>
              </w:rPr>
            </w:pPr>
            <w:r>
              <w:rPr>
                <w:rFonts w:ascii="Times New Roman" w:eastAsia="Times New Roman" w:hAnsi="Times New Roman" w:cs="Times New Roman"/>
              </w:rPr>
              <w:t>Online RL learns from existing protocols; extensible to future protocols</w:t>
            </w:r>
          </w:p>
        </w:tc>
        <w:tc>
          <w:tcPr>
            <w:tcW w:w="1800" w:type="dxa"/>
          </w:tcPr>
          <w:p w14:paraId="167A8E90" w14:textId="77777777" w:rsidR="00A52FFC" w:rsidRDefault="00BA4244">
            <w:pPr>
              <w:rPr>
                <w:rFonts w:ascii="Times New Roman" w:eastAsia="Times New Roman" w:hAnsi="Times New Roman" w:cs="Times New Roman"/>
              </w:rPr>
            </w:pPr>
            <w:r>
              <w:rPr>
                <w:rFonts w:ascii="Times New Roman" w:eastAsia="Times New Roman" w:hAnsi="Times New Roman" w:cs="Times New Roman"/>
              </w:rPr>
              <w:t>Suboptimal protocol behavior under changing network conditions</w:t>
            </w:r>
          </w:p>
        </w:tc>
        <w:tc>
          <w:tcPr>
            <w:tcW w:w="1656" w:type="dxa"/>
          </w:tcPr>
          <w:p w14:paraId="76BBEF2B" w14:textId="77777777" w:rsidR="00A52FFC" w:rsidRDefault="00BA4244">
            <w:pPr>
              <w:rPr>
                <w:rFonts w:ascii="Times New Roman" w:eastAsia="Times New Roman" w:hAnsi="Times New Roman" w:cs="Times New Roman"/>
              </w:rPr>
            </w:pPr>
            <w:r>
              <w:rPr>
                <w:rFonts w:ascii="Times New Roman" w:eastAsia="Times New Roman" w:hAnsi="Times New Roman" w:cs="Times New Roman"/>
              </w:rPr>
              <w:t>Real-world and emulated scenarios</w:t>
            </w:r>
          </w:p>
        </w:tc>
        <w:tc>
          <w:tcPr>
            <w:tcW w:w="3528" w:type="dxa"/>
          </w:tcPr>
          <w:p w14:paraId="22D3420E" w14:textId="77777777" w:rsidR="00A52FFC" w:rsidRDefault="00BA4244">
            <w:pPr>
              <w:rPr>
                <w:rFonts w:ascii="Times New Roman" w:eastAsia="Times New Roman" w:hAnsi="Times New Roman" w:cs="Times New Roman"/>
              </w:rPr>
            </w:pPr>
            <w:r>
              <w:rPr>
                <w:rFonts w:ascii="Times New Roman" w:eastAsia="Times New Roman" w:hAnsi="Times New Roman" w:cs="Times New Roman"/>
              </w:rPr>
              <w:t>Reports lower delays and higher throughput than prior learning-based schemes; maintains fairness</w:t>
            </w:r>
          </w:p>
        </w:tc>
      </w:tr>
      <w:tr w:rsidR="00A52FFC" w14:paraId="05D3617A" w14:textId="77777777">
        <w:trPr>
          <w:cantSplit/>
          <w:jc w:val="center"/>
        </w:trPr>
        <w:tc>
          <w:tcPr>
            <w:tcW w:w="1512" w:type="dxa"/>
          </w:tcPr>
          <w:p w14:paraId="2FCACF54" w14:textId="77777777" w:rsidR="00A52FFC" w:rsidRDefault="00BA4244">
            <w:pPr>
              <w:rPr>
                <w:rFonts w:ascii="Times New Roman" w:eastAsia="Times New Roman" w:hAnsi="Times New Roman" w:cs="Times New Roman"/>
              </w:rPr>
            </w:pPr>
            <w:r>
              <w:rPr>
                <w:rFonts w:ascii="Times New Roman" w:eastAsia="Times New Roman" w:hAnsi="Times New Roman" w:cs="Times New Roman"/>
              </w:rPr>
              <w:t>Tian et al., 2022 (Spine)</w:t>
            </w:r>
          </w:p>
        </w:tc>
        <w:tc>
          <w:tcPr>
            <w:tcW w:w="1656" w:type="dxa"/>
          </w:tcPr>
          <w:p w14:paraId="1280A801" w14:textId="77777777" w:rsidR="00A52FFC" w:rsidRDefault="00BA4244">
            <w:pPr>
              <w:rPr>
                <w:rFonts w:ascii="Times New Roman" w:eastAsia="Times New Roman" w:hAnsi="Times New Roman" w:cs="Times New Roman"/>
              </w:rPr>
            </w:pPr>
            <w:r>
              <w:rPr>
                <w:rFonts w:ascii="Times New Roman" w:eastAsia="Times New Roman" w:hAnsi="Times New Roman" w:cs="Times New Roman"/>
              </w:rPr>
              <w:t>Datacenter congestion control</w:t>
            </w:r>
          </w:p>
        </w:tc>
        <w:tc>
          <w:tcPr>
            <w:tcW w:w="1512" w:type="dxa"/>
          </w:tcPr>
          <w:p w14:paraId="6CB9E3B6" w14:textId="77777777" w:rsidR="00A52FFC" w:rsidRDefault="00BA4244">
            <w:pPr>
              <w:rPr>
                <w:rFonts w:ascii="Times New Roman" w:eastAsia="Times New Roman" w:hAnsi="Times New Roman" w:cs="Times New Roman"/>
              </w:rPr>
            </w:pPr>
            <w:r>
              <w:rPr>
                <w:rFonts w:ascii="Times New Roman" w:eastAsia="Times New Roman" w:hAnsi="Times New Roman" w:cs="Times New Roman"/>
              </w:rPr>
              <w:t>Hierarchical DRL</w:t>
            </w:r>
          </w:p>
        </w:tc>
        <w:tc>
          <w:tcPr>
            <w:tcW w:w="1944" w:type="dxa"/>
          </w:tcPr>
          <w:p w14:paraId="3261A38C" w14:textId="77777777" w:rsidR="00A52FFC" w:rsidRDefault="00BA4244">
            <w:pPr>
              <w:rPr>
                <w:rFonts w:ascii="Times New Roman" w:eastAsia="Times New Roman" w:hAnsi="Times New Roman" w:cs="Times New Roman"/>
              </w:rPr>
            </w:pPr>
            <w:r>
              <w:rPr>
                <w:rFonts w:ascii="Times New Roman" w:eastAsia="Times New Roman" w:hAnsi="Times New Roman" w:cs="Times New Roman"/>
              </w:rPr>
              <w:t>High performance with ultra-low inference overhead</w:t>
            </w:r>
          </w:p>
        </w:tc>
        <w:tc>
          <w:tcPr>
            <w:tcW w:w="1800" w:type="dxa"/>
          </w:tcPr>
          <w:p w14:paraId="66CBF106" w14:textId="77777777" w:rsidR="00A52FFC" w:rsidRDefault="00BA4244">
            <w:pPr>
              <w:rPr>
                <w:rFonts w:ascii="Times New Roman" w:eastAsia="Times New Roman" w:hAnsi="Times New Roman" w:cs="Times New Roman"/>
              </w:rPr>
            </w:pPr>
            <w:r>
              <w:rPr>
                <w:rFonts w:ascii="Times New Roman" w:eastAsia="Times New Roman" w:hAnsi="Times New Roman" w:cs="Times New Roman"/>
              </w:rPr>
              <w:t>Lightweight executor (fine-grain) + RL agent (coarse-grain sub-policies)</w:t>
            </w:r>
          </w:p>
        </w:tc>
        <w:tc>
          <w:tcPr>
            <w:tcW w:w="1800" w:type="dxa"/>
          </w:tcPr>
          <w:p w14:paraId="38EA51BD" w14:textId="77777777" w:rsidR="00A52FFC" w:rsidRDefault="00BA4244">
            <w:pPr>
              <w:rPr>
                <w:rFonts w:ascii="Times New Roman" w:eastAsia="Times New Roman" w:hAnsi="Times New Roman" w:cs="Times New Roman"/>
              </w:rPr>
            </w:pPr>
            <w:r>
              <w:rPr>
                <w:rFonts w:ascii="Times New Roman" w:eastAsia="Times New Roman" w:hAnsi="Times New Roman" w:cs="Times New Roman"/>
              </w:rPr>
              <w:t xml:space="preserve">DRL inference overhead harming </w:t>
            </w:r>
            <w:proofErr w:type="spellStart"/>
            <w:r>
              <w:rPr>
                <w:rFonts w:ascii="Times New Roman" w:eastAsia="Times New Roman" w:hAnsi="Times New Roman" w:cs="Times New Roman"/>
              </w:rPr>
              <w:t>datapath</w:t>
            </w:r>
            <w:proofErr w:type="spellEnd"/>
          </w:p>
        </w:tc>
        <w:tc>
          <w:tcPr>
            <w:tcW w:w="1656" w:type="dxa"/>
          </w:tcPr>
          <w:p w14:paraId="104EA258" w14:textId="77777777" w:rsidR="00A52FFC" w:rsidRDefault="00BA4244">
            <w:pPr>
              <w:rPr>
                <w:rFonts w:ascii="Times New Roman" w:eastAsia="Times New Roman" w:hAnsi="Times New Roman" w:cs="Times New Roman"/>
              </w:rPr>
            </w:pPr>
            <w:r>
              <w:rPr>
                <w:rFonts w:ascii="Times New Roman" w:eastAsia="Times New Roman" w:hAnsi="Times New Roman" w:cs="Times New Roman"/>
              </w:rPr>
              <w:t>Real-world experiments + emulations</w:t>
            </w:r>
          </w:p>
        </w:tc>
        <w:tc>
          <w:tcPr>
            <w:tcW w:w="3528" w:type="dxa"/>
          </w:tcPr>
          <w:p w14:paraId="33B6C5EA" w14:textId="77777777" w:rsidR="00A52FFC" w:rsidRDefault="00BA4244">
            <w:pPr>
              <w:rPr>
                <w:rFonts w:ascii="Times New Roman" w:eastAsia="Times New Roman" w:hAnsi="Times New Roman" w:cs="Times New Roman"/>
              </w:rPr>
            </w:pPr>
            <w:r>
              <w:rPr>
                <w:rFonts w:ascii="Times New Roman" w:eastAsia="Times New Roman" w:hAnsi="Times New Roman" w:cs="Times New Roman"/>
              </w:rPr>
              <w:t>Inference overhead reduced by &gt;=80% vs DRL counterparts; consistent high performance (as reported)</w:t>
            </w:r>
          </w:p>
        </w:tc>
      </w:tr>
      <w:tr w:rsidR="00A52FFC" w14:paraId="4FC47E4A" w14:textId="77777777">
        <w:trPr>
          <w:cantSplit/>
          <w:jc w:val="center"/>
        </w:trPr>
        <w:tc>
          <w:tcPr>
            <w:tcW w:w="1512" w:type="dxa"/>
          </w:tcPr>
          <w:p w14:paraId="194F3307" w14:textId="77777777" w:rsidR="00A52FFC" w:rsidRDefault="00BA4244">
            <w:pPr>
              <w:rPr>
                <w:rFonts w:ascii="Times New Roman" w:eastAsia="Times New Roman" w:hAnsi="Times New Roman" w:cs="Times New Roman"/>
              </w:rPr>
            </w:pPr>
            <w:r>
              <w:rPr>
                <w:rFonts w:ascii="Times New Roman" w:eastAsia="Times New Roman" w:hAnsi="Times New Roman" w:cs="Times New Roman"/>
              </w:rPr>
              <w:lastRenderedPageBreak/>
              <w:t xml:space="preserve">Mirsky et al., 2018 (Kitsune / </w:t>
            </w:r>
            <w:proofErr w:type="spellStart"/>
            <w:r>
              <w:rPr>
                <w:rFonts w:ascii="Times New Roman" w:eastAsia="Times New Roman" w:hAnsi="Times New Roman" w:cs="Times New Roman"/>
              </w:rPr>
              <w:t>KitNET</w:t>
            </w:r>
            <w:proofErr w:type="spellEnd"/>
            <w:r>
              <w:rPr>
                <w:rFonts w:ascii="Times New Roman" w:eastAsia="Times New Roman" w:hAnsi="Times New Roman" w:cs="Times New Roman"/>
              </w:rPr>
              <w:t>)</w:t>
            </w:r>
          </w:p>
        </w:tc>
        <w:tc>
          <w:tcPr>
            <w:tcW w:w="1656" w:type="dxa"/>
          </w:tcPr>
          <w:p w14:paraId="0E6565BE" w14:textId="77777777" w:rsidR="00A52FFC" w:rsidRDefault="00BA4244">
            <w:pPr>
              <w:rPr>
                <w:rFonts w:ascii="Times New Roman" w:eastAsia="Times New Roman" w:hAnsi="Times New Roman" w:cs="Times New Roman"/>
              </w:rPr>
            </w:pPr>
            <w:r>
              <w:rPr>
                <w:rFonts w:ascii="Times New Roman" w:eastAsia="Times New Roman" w:hAnsi="Times New Roman" w:cs="Times New Roman"/>
              </w:rPr>
              <w:t>Online network intrusion detection (NIDS)</w:t>
            </w:r>
          </w:p>
        </w:tc>
        <w:tc>
          <w:tcPr>
            <w:tcW w:w="1512" w:type="dxa"/>
          </w:tcPr>
          <w:p w14:paraId="62FCE776" w14:textId="77777777" w:rsidR="00A52FFC" w:rsidRDefault="00BA4244">
            <w:pPr>
              <w:rPr>
                <w:rFonts w:ascii="Times New Roman" w:eastAsia="Times New Roman" w:hAnsi="Times New Roman" w:cs="Times New Roman"/>
              </w:rPr>
            </w:pPr>
            <w:r>
              <w:rPr>
                <w:rFonts w:ascii="Times New Roman" w:eastAsia="Times New Roman" w:hAnsi="Times New Roman" w:cs="Times New Roman"/>
              </w:rPr>
              <w:t>Ensemble of autoencoders (unsupervised)</w:t>
            </w:r>
          </w:p>
        </w:tc>
        <w:tc>
          <w:tcPr>
            <w:tcW w:w="1944" w:type="dxa"/>
          </w:tcPr>
          <w:p w14:paraId="1B4897F9" w14:textId="77777777" w:rsidR="00A52FFC" w:rsidRDefault="00BA4244">
            <w:pPr>
              <w:rPr>
                <w:rFonts w:ascii="Times New Roman" w:eastAsia="Times New Roman" w:hAnsi="Times New Roman" w:cs="Times New Roman"/>
              </w:rPr>
            </w:pPr>
            <w:r>
              <w:rPr>
                <w:rFonts w:ascii="Times New Roman" w:eastAsia="Times New Roman" w:hAnsi="Times New Roman" w:cs="Times New Roman"/>
              </w:rPr>
              <w:t>Plug-and-play online anomaly detection at gateways/routers</w:t>
            </w:r>
          </w:p>
        </w:tc>
        <w:tc>
          <w:tcPr>
            <w:tcW w:w="1800" w:type="dxa"/>
          </w:tcPr>
          <w:p w14:paraId="4AFAF9D5" w14:textId="77777777" w:rsidR="00A52FFC" w:rsidRDefault="00BA4244">
            <w:pPr>
              <w:rPr>
                <w:rFonts w:ascii="Times New Roman" w:eastAsia="Times New Roman" w:hAnsi="Times New Roman" w:cs="Times New Roman"/>
              </w:rPr>
            </w:pPr>
            <w:r>
              <w:rPr>
                <w:rFonts w:ascii="Times New Roman" w:eastAsia="Times New Roman" w:hAnsi="Times New Roman" w:cs="Times New Roman"/>
              </w:rPr>
              <w:t xml:space="preserve">Feature extraction + </w:t>
            </w:r>
            <w:proofErr w:type="spellStart"/>
            <w:r>
              <w:rPr>
                <w:rFonts w:ascii="Times New Roman" w:eastAsia="Times New Roman" w:hAnsi="Times New Roman" w:cs="Times New Roman"/>
              </w:rPr>
              <w:t>KitNET</w:t>
            </w:r>
            <w:proofErr w:type="spellEnd"/>
            <w:r>
              <w:rPr>
                <w:rFonts w:ascii="Times New Roman" w:eastAsia="Times New Roman" w:hAnsi="Times New Roman" w:cs="Times New Roman"/>
              </w:rPr>
              <w:t xml:space="preserve"> autoencoder ensemble</w:t>
            </w:r>
          </w:p>
        </w:tc>
        <w:tc>
          <w:tcPr>
            <w:tcW w:w="1800" w:type="dxa"/>
          </w:tcPr>
          <w:p w14:paraId="194F3A12" w14:textId="77777777" w:rsidR="00A52FFC" w:rsidRDefault="00BA4244">
            <w:pPr>
              <w:rPr>
                <w:rFonts w:ascii="Times New Roman" w:eastAsia="Times New Roman" w:hAnsi="Times New Roman" w:cs="Times New Roman"/>
              </w:rPr>
            </w:pPr>
            <w:r>
              <w:rPr>
                <w:rFonts w:ascii="Times New Roman" w:eastAsia="Times New Roman" w:hAnsi="Times New Roman" w:cs="Times New Roman"/>
              </w:rPr>
              <w:t>Resource limits and need for unlabeled/online detection</w:t>
            </w:r>
          </w:p>
        </w:tc>
        <w:tc>
          <w:tcPr>
            <w:tcW w:w="1656" w:type="dxa"/>
          </w:tcPr>
          <w:p w14:paraId="0F738847" w14:textId="77777777" w:rsidR="00A52FFC" w:rsidRDefault="00BA4244">
            <w:pPr>
              <w:rPr>
                <w:rFonts w:ascii="Times New Roman" w:eastAsia="Times New Roman" w:hAnsi="Times New Roman" w:cs="Times New Roman"/>
              </w:rPr>
            </w:pPr>
            <w:r>
              <w:rPr>
                <w:rFonts w:ascii="Times New Roman" w:eastAsia="Times New Roman" w:hAnsi="Times New Roman" w:cs="Times New Roman"/>
              </w:rPr>
              <w:t>Demonstrated feasibility on Raspberry Pi</w:t>
            </w:r>
          </w:p>
        </w:tc>
        <w:tc>
          <w:tcPr>
            <w:tcW w:w="3528" w:type="dxa"/>
          </w:tcPr>
          <w:p w14:paraId="5E3FC70F" w14:textId="77777777" w:rsidR="00A52FFC" w:rsidRDefault="00BA4244">
            <w:pPr>
              <w:rPr>
                <w:rFonts w:ascii="Times New Roman" w:eastAsia="Times New Roman" w:hAnsi="Times New Roman" w:cs="Times New Roman"/>
              </w:rPr>
            </w:pPr>
            <w:r>
              <w:rPr>
                <w:rFonts w:ascii="Times New Roman" w:eastAsia="Times New Roman" w:hAnsi="Times New Roman" w:cs="Times New Roman"/>
              </w:rPr>
              <w:t>Comparable performance to offline anomaly detectors; practical, low-cost NIDS</w:t>
            </w:r>
          </w:p>
        </w:tc>
      </w:tr>
    </w:tbl>
    <w:p w14:paraId="402DAFAE" w14:textId="77777777" w:rsidR="00A52FFC" w:rsidRDefault="00A52FFC">
      <w:pPr>
        <w:rPr>
          <w:rFonts w:ascii="Times New Roman" w:eastAsia="Times New Roman" w:hAnsi="Times New Roman" w:cs="Times New Roman"/>
        </w:rPr>
        <w:sectPr w:rsidR="00A52FFC">
          <w:pgSz w:w="16838" w:h="11906" w:orient="landscape"/>
          <w:pgMar w:top="720" w:right="720" w:bottom="720" w:left="720" w:header="720" w:footer="720" w:gutter="0"/>
          <w:cols w:space="720"/>
        </w:sectPr>
      </w:pPr>
    </w:p>
    <w:p w14:paraId="33B97509" w14:textId="77777777" w:rsidR="00A52FFC" w:rsidRDefault="00BA4244">
      <w:pPr>
        <w:rPr>
          <w:rFonts w:ascii="Times New Roman" w:eastAsia="Times New Roman" w:hAnsi="Times New Roman" w:cs="Times New Roman"/>
          <w:b/>
          <w:bCs/>
        </w:rPr>
      </w:pPr>
      <w:r>
        <w:rPr>
          <w:rFonts w:ascii="Times New Roman" w:eastAsia="Times New Roman" w:hAnsi="Times New Roman" w:cs="Times New Roman"/>
          <w:b/>
          <w:bCs/>
        </w:rPr>
        <w:lastRenderedPageBreak/>
        <w:t>4.0 Discussion</w:t>
      </w:r>
    </w:p>
    <w:p w14:paraId="6CCBB767" w14:textId="77777777" w:rsidR="00A52FFC" w:rsidRDefault="00BA4244">
      <w:pPr>
        <w:rPr>
          <w:rFonts w:ascii="Times New Roman" w:eastAsia="Times New Roman" w:hAnsi="Times New Roman" w:cs="Times New Roman"/>
          <w:b/>
          <w:bCs/>
        </w:rPr>
      </w:pPr>
      <w:r>
        <w:rPr>
          <w:rFonts w:ascii="Times New Roman" w:eastAsia="Times New Roman" w:hAnsi="Times New Roman" w:cs="Times New Roman"/>
          <w:b/>
          <w:bCs/>
        </w:rPr>
        <w:t>4.1Summary of key findings</w:t>
      </w:r>
    </w:p>
    <w:p w14:paraId="5E47E227" w14:textId="77777777" w:rsidR="00A52FFC" w:rsidRDefault="00BA4244">
      <w:pPr>
        <w:rPr>
          <w:rFonts w:ascii="Times New Roman" w:eastAsia="Times New Roman" w:hAnsi="Times New Roman" w:cs="Times New Roman"/>
        </w:rPr>
      </w:pPr>
      <w:r>
        <w:rPr>
          <w:rFonts w:ascii="Times New Roman" w:eastAsia="Times New Roman" w:hAnsi="Times New Roman" w:cs="Times New Roman"/>
        </w:rPr>
        <w:t xml:space="preserve">AI-enabled controllers demonstrate that prediction-driven decisions can enhance network performance when they adhere to strict runtime constraints. In SRv6 and WAN settings, learning-based traffic engineering supports rerouting in response to partial deployment and demand shifts, demonstrating that incremental upgrades can achieve near-optimal utilization. In data </w:t>
      </w:r>
      <w:proofErr w:type="spellStart"/>
      <w:r>
        <w:rPr>
          <w:rFonts w:ascii="Times New Roman" w:eastAsia="Times New Roman" w:hAnsi="Times New Roman" w:cs="Times New Roman"/>
        </w:rPr>
        <w:t>centres</w:t>
      </w:r>
      <w:proofErr w:type="spellEnd"/>
      <w:r>
        <w:rPr>
          <w:rFonts w:ascii="Times New Roman" w:eastAsia="Times New Roman" w:hAnsi="Times New Roman" w:cs="Times New Roman"/>
        </w:rPr>
        <w:t xml:space="preserve">, incorporating learning into distributed or hierarchical control loops reduces flow completion time and enables millisecond-scale optimization. Meanwhile, congestion-control designs target robustness across lower inference overhead and changing conditions. </w:t>
      </w:r>
      <w:proofErr w:type="spellStart"/>
      <w:r>
        <w:rPr>
          <w:rFonts w:ascii="Times New Roman" w:eastAsia="Times New Roman" w:hAnsi="Times New Roman" w:cs="Times New Roman"/>
        </w:rPr>
        <w:t>xApps</w:t>
      </w:r>
      <w:proofErr w:type="spellEnd"/>
      <w:r>
        <w:rPr>
          <w:rFonts w:ascii="Times New Roman" w:eastAsia="Times New Roman" w:hAnsi="Times New Roman" w:cs="Times New Roman"/>
        </w:rPr>
        <w:t xml:space="preserve"> demonstrate pathways for closed-loop slicing and energy-aware control in open RAN; however, outcomes often depend on KPI selection and testbed realism. Evidence from the field of security shows that programmable, virtualized infrastructures expand attack surfaces: federated poisoning, adversarial traffic and packet injection can distort telemetry-to-action loops. Consequently, resilience mechanisms converge on isolation and update filtering, explainable diagnosis, layered monitoring, complemented by rollout gating in cloud operations. However, remaining gaps include limited adaptive-attacker evaluations, inconsistent metrics, and uncertain cross-domain interoperability at scale.</w:t>
      </w:r>
    </w:p>
    <w:p w14:paraId="06BBD633" w14:textId="77777777" w:rsidR="00A52FFC" w:rsidRDefault="00BA4244">
      <w:pPr>
        <w:rPr>
          <w:rFonts w:ascii="Times New Roman" w:eastAsia="Times New Roman" w:hAnsi="Times New Roman" w:cs="Times New Roman"/>
          <w:b/>
          <w:bCs/>
        </w:rPr>
      </w:pPr>
      <w:r>
        <w:rPr>
          <w:rFonts w:ascii="Times New Roman" w:eastAsia="Times New Roman" w:hAnsi="Times New Roman" w:cs="Times New Roman"/>
          <w:b/>
          <w:bCs/>
        </w:rPr>
        <w:t>4.2 Comparison with global literature</w:t>
      </w:r>
    </w:p>
    <w:p w14:paraId="6F1528CF" w14:textId="77777777" w:rsidR="00A52FFC" w:rsidRDefault="00BA4244">
      <w:pPr>
        <w:rPr>
          <w:rFonts w:ascii="Times New Roman" w:eastAsia="Times New Roman" w:hAnsi="Times New Roman" w:cs="Times New Roman"/>
        </w:rPr>
      </w:pPr>
      <w:r>
        <w:rPr>
          <w:rFonts w:ascii="Times New Roman" w:eastAsia="Times New Roman" w:hAnsi="Times New Roman" w:cs="Times New Roman"/>
        </w:rPr>
        <w:t xml:space="preserve">Across the included case studies, AI is positioned as the control substrate for congestion control, traffic engineering, and radio access network (RAN) resource management. However, global evidence indicates that, in practice, latency gains and raw throughput must be balanced with deployment realism and convergence guarantees. Although learning-based congestion control has expanded rapidly, training objectives often omit the stability and fairness properties that dominate the user experience in the event of multi-flow contention. Astraea addresses this issue by using multi-agent deep reinforcement learning to encode stability and convergence-to-fairness within a faithful multi-flow environment. This results in lower throughput deviation and faster convergence than in previous systems (Liao et al., 2024). PCC </w:t>
      </w:r>
      <w:proofErr w:type="spellStart"/>
      <w:r>
        <w:rPr>
          <w:rFonts w:ascii="Times New Roman" w:eastAsia="Times New Roman" w:hAnsi="Times New Roman" w:cs="Times New Roman"/>
        </w:rPr>
        <w:t>Vivace</w:t>
      </w:r>
      <w:proofErr w:type="spellEnd"/>
      <w:r>
        <w:rPr>
          <w:rFonts w:ascii="Times New Roman" w:eastAsia="Times New Roman" w:hAnsi="Times New Roman" w:cs="Times New Roman"/>
        </w:rPr>
        <w:t xml:space="preserve"> demonstrates that online optimization can outperform TCP with sender-only modifications, establishing a practical benchmark for deployment (Dong et al., 2018). </w:t>
      </w:r>
      <w:proofErr w:type="spellStart"/>
      <w:r>
        <w:rPr>
          <w:rFonts w:ascii="Times New Roman" w:eastAsia="Times New Roman" w:hAnsi="Times New Roman" w:cs="Times New Roman"/>
        </w:rPr>
        <w:t>ScaleDeep</w:t>
      </w:r>
      <w:proofErr w:type="spellEnd"/>
      <w:r>
        <w:rPr>
          <w:rFonts w:ascii="Times New Roman" w:eastAsia="Times New Roman" w:hAnsi="Times New Roman" w:cs="Times New Roman"/>
        </w:rPr>
        <w:t xml:space="preserve"> selects critical nodes as drivers, improving robustness to topology changes whilst reducing flow completion time in packet-level simulations (Sun et al., 2021). In SD-RAN, programmability must not exceed near-real-time budgets. </w:t>
      </w:r>
      <w:proofErr w:type="spellStart"/>
      <w:r>
        <w:rPr>
          <w:rFonts w:ascii="Times New Roman" w:eastAsia="Times New Roman" w:hAnsi="Times New Roman" w:cs="Times New Roman"/>
        </w:rPr>
        <w:t>FlexRIC’s</w:t>
      </w:r>
      <w:proofErr w:type="spellEnd"/>
      <w:r>
        <w:rPr>
          <w:rFonts w:ascii="Times New Roman" w:eastAsia="Times New Roman" w:hAnsi="Times New Roman" w:cs="Times New Roman"/>
        </w:rPr>
        <w:t xml:space="preserve"> SDK results demonstrate that modular controllers can reduce round-trip time and CPU usage compared to reference implementations (Schmidt et al., 2021).</w:t>
      </w:r>
    </w:p>
    <w:p w14:paraId="19CB7594" w14:textId="77777777" w:rsidR="00A52FFC" w:rsidRDefault="00BA4244">
      <w:pPr>
        <w:jc w:val="both"/>
        <w:rPr>
          <w:rFonts w:ascii="Times New Roman" w:eastAsia="Times New Roman" w:hAnsi="Times New Roman" w:cs="Times New Roman"/>
        </w:rPr>
      </w:pPr>
      <w:r>
        <w:rPr>
          <w:rFonts w:ascii="Times New Roman" w:eastAsia="Times New Roman" w:hAnsi="Times New Roman" w:cs="Times New Roman"/>
        </w:rPr>
        <w:t xml:space="preserve">The review's synthesis of security and resilience also aligns with the global literature, which clarifies the criteria for what constitutes 'secure' learning in networks. Adversarial examples demonstrate that small, worst-case perturbations can systematically cause misclassification. This implies that telemetry-driven controllers should undergo average-case accuracy </w:t>
      </w:r>
      <w:proofErr w:type="spellStart"/>
      <w:r>
        <w:rPr>
          <w:rFonts w:ascii="Times New Roman" w:eastAsia="Times New Roman" w:hAnsi="Times New Roman" w:cs="Times New Roman"/>
        </w:rPr>
        <w:t>testingas</w:t>
      </w:r>
      <w:proofErr w:type="spellEnd"/>
      <w:r>
        <w:rPr>
          <w:rFonts w:ascii="Times New Roman" w:eastAsia="Times New Roman" w:hAnsi="Times New Roman" w:cs="Times New Roman"/>
        </w:rPr>
        <w:t xml:space="preserve"> well as evasion stress testing (Goodfellow et al., 2014). Although robust training offers stronger guarantees when framed as optimization against bounded attackers, it introduces performance costs that must be explicitly reported when claims focus on efficiency (</w:t>
      </w:r>
      <w:proofErr w:type="spellStart"/>
      <w:r>
        <w:rPr>
          <w:rFonts w:ascii="Times New Roman" w:eastAsia="Times New Roman" w:hAnsi="Times New Roman" w:cs="Times New Roman"/>
        </w:rPr>
        <w:t>Madry</w:t>
      </w:r>
      <w:proofErr w:type="spellEnd"/>
      <w:r>
        <w:rPr>
          <w:rFonts w:ascii="Times New Roman" w:eastAsia="Times New Roman" w:hAnsi="Times New Roman" w:cs="Times New Roman"/>
        </w:rPr>
        <w:t xml:space="preserve"> et al., 2018). Evaluation must also assume adaptive attackers, as strong attack constructions can defeat </w:t>
      </w:r>
      <w:proofErr w:type="spellStart"/>
      <w:r>
        <w:rPr>
          <w:rFonts w:ascii="Times New Roman" w:eastAsia="Times New Roman" w:hAnsi="Times New Roman" w:cs="Times New Roman"/>
        </w:rPr>
        <w:t>defences</w:t>
      </w:r>
      <w:proofErr w:type="spellEnd"/>
      <w:r>
        <w:rPr>
          <w:rFonts w:ascii="Times New Roman" w:eastAsia="Times New Roman" w:hAnsi="Times New Roman" w:cs="Times New Roman"/>
        </w:rPr>
        <w:t xml:space="preserve"> that appear effective under weaker threat models (</w:t>
      </w:r>
      <w:proofErr w:type="spellStart"/>
      <w:r>
        <w:rPr>
          <w:rFonts w:ascii="Times New Roman" w:eastAsia="Times New Roman" w:hAnsi="Times New Roman" w:cs="Times New Roman"/>
        </w:rPr>
        <w:t>Carlini</w:t>
      </w:r>
      <w:proofErr w:type="spellEnd"/>
      <w:r>
        <w:rPr>
          <w:rFonts w:ascii="Times New Roman" w:eastAsia="Times New Roman" w:hAnsi="Times New Roman" w:cs="Times New Roman"/>
        </w:rPr>
        <w:t xml:space="preserve"> &amp; Wagner, 2017). Threat models should not just include digital inputs but also include measurement channels (</w:t>
      </w:r>
      <w:proofErr w:type="spellStart"/>
      <w:r>
        <w:rPr>
          <w:rFonts w:ascii="Times New Roman" w:eastAsia="Times New Roman" w:hAnsi="Times New Roman" w:cs="Times New Roman"/>
        </w:rPr>
        <w:t>Kurakin</w:t>
      </w:r>
      <w:proofErr w:type="spellEnd"/>
      <w:r>
        <w:rPr>
          <w:rFonts w:ascii="Times New Roman" w:eastAsia="Times New Roman" w:hAnsi="Times New Roman" w:cs="Times New Roman"/>
        </w:rPr>
        <w:t xml:space="preserve"> et al., 2018). In NIDS, adversarial examples can be generated in black-box settings against DNN detectors, meaning that without adversarial validation, reported detection rates may be optimistic (Yang et al., 2018). A robustness framework combining </w:t>
      </w:r>
      <w:proofErr w:type="spellStart"/>
      <w:r>
        <w:rPr>
          <w:rFonts w:ascii="Times New Roman" w:eastAsia="Times New Roman" w:hAnsi="Times New Roman" w:cs="Times New Roman"/>
        </w:rPr>
        <w:t>ensembling</w:t>
      </w:r>
      <w:proofErr w:type="spellEnd"/>
      <w:r>
        <w:rPr>
          <w:rFonts w:ascii="Times New Roman" w:eastAsia="Times New Roman" w:hAnsi="Times New Roman" w:cs="Times New Roman"/>
        </w:rPr>
        <w:t>, adversarial training and attack assessment shows how detection can be restored while quantifying evasion ease through time-feature manipulation (Zhang et al., 2022). Grey failures emphasize differential observability at the cloud stage, motivating cross-component consistency checks and challenging single-plane anomaly scoring (Huang et al., 2017). Finally, controller failures remain a core concern for resilience; Matchmaker demonstrates that SD-WAN programmability degrades under multiple controller failures and can be partially restored through adaptive remapping (Dou et al., 2021).</w:t>
      </w:r>
    </w:p>
    <w:p w14:paraId="2D6A634B" w14:textId="77777777" w:rsidR="00A52FFC" w:rsidRDefault="00BA4244">
      <w:pPr>
        <w:jc w:val="both"/>
        <w:rPr>
          <w:rFonts w:ascii="Times New Roman" w:eastAsia="Times New Roman" w:hAnsi="Times New Roman" w:cs="Times New Roman"/>
          <w:b/>
          <w:bCs/>
        </w:rPr>
      </w:pPr>
      <w:r>
        <w:rPr>
          <w:rFonts w:ascii="Times New Roman" w:eastAsia="Times New Roman" w:hAnsi="Times New Roman" w:cs="Times New Roman"/>
          <w:b/>
          <w:bCs/>
        </w:rPr>
        <w:t>4.3 Implications for Policy and Practice</w:t>
      </w:r>
    </w:p>
    <w:p w14:paraId="656FF462" w14:textId="77777777" w:rsidR="00A52FFC" w:rsidRDefault="00BA4244">
      <w:pPr>
        <w:jc w:val="both"/>
        <w:rPr>
          <w:rFonts w:ascii="Times New Roman" w:eastAsia="Times New Roman" w:hAnsi="Times New Roman" w:cs="Times New Roman"/>
        </w:rPr>
      </w:pPr>
      <w:r>
        <w:rPr>
          <w:rFonts w:ascii="Times New Roman" w:eastAsia="Times New Roman" w:hAnsi="Times New Roman" w:cs="Times New Roman"/>
          <w:b/>
          <w:bCs/>
        </w:rPr>
        <w:t>Policy:</w:t>
      </w:r>
      <w:r>
        <w:rPr>
          <w:rFonts w:ascii="Times New Roman" w:eastAsia="Times New Roman" w:hAnsi="Times New Roman" w:cs="Times New Roman"/>
        </w:rPr>
        <w:t xml:space="preserve"> It is proposed that AI-driven network assurance and control be established as a standard operational practice for next-generation infrastructures, including 5G/6G, cloud and data </w:t>
      </w:r>
      <w:proofErr w:type="spellStart"/>
      <w:r>
        <w:rPr>
          <w:rFonts w:ascii="Times New Roman" w:eastAsia="Times New Roman" w:hAnsi="Times New Roman" w:cs="Times New Roman"/>
        </w:rPr>
        <w:t>centre</w:t>
      </w:r>
      <w:proofErr w:type="spellEnd"/>
      <w:r>
        <w:rPr>
          <w:rFonts w:ascii="Times New Roman" w:eastAsia="Times New Roman" w:hAnsi="Times New Roman" w:cs="Times New Roman"/>
        </w:rPr>
        <w:t xml:space="preserve"> fabrics, SDN/NFV, and O-RAN. This would </w:t>
      </w:r>
      <w:r>
        <w:rPr>
          <w:rFonts w:ascii="Times New Roman" w:eastAsia="Times New Roman" w:hAnsi="Times New Roman" w:cs="Times New Roman"/>
        </w:rPr>
        <w:lastRenderedPageBreak/>
        <w:t xml:space="preserve">entail mandating security- and resilience-by-design requirements for any AI controller or </w:t>
      </w:r>
      <w:proofErr w:type="spellStart"/>
      <w:r>
        <w:rPr>
          <w:rFonts w:ascii="Times New Roman" w:eastAsia="Times New Roman" w:hAnsi="Times New Roman" w:cs="Times New Roman"/>
        </w:rPr>
        <w:t>xApp</w:t>
      </w:r>
      <w:proofErr w:type="spellEnd"/>
      <w:r>
        <w:rPr>
          <w:rFonts w:ascii="Times New Roman" w:eastAsia="Times New Roman" w:hAnsi="Times New Roman" w:cs="Times New Roman"/>
        </w:rPr>
        <w:t xml:space="preserve"> prior to deployment. These requirements would include documented, predefined safe fallback </w:t>
      </w:r>
      <w:proofErr w:type="spellStart"/>
      <w:r>
        <w:rPr>
          <w:rFonts w:ascii="Times New Roman" w:eastAsia="Times New Roman" w:hAnsi="Times New Roman" w:cs="Times New Roman"/>
        </w:rPr>
        <w:t>behaviours</w:t>
      </w:r>
      <w:proofErr w:type="spellEnd"/>
      <w:r>
        <w:rPr>
          <w:rFonts w:ascii="Times New Roman" w:eastAsia="Times New Roman" w:hAnsi="Times New Roman" w:cs="Times New Roman"/>
        </w:rPr>
        <w:t>, drift monitoring, threat models, and adversarial testing. Audit-ready model governance covering telemetry integrity controls, dataset provenance, update/rollback procedures and versioned policy management should be required by regulatory and industry bodies to prevent cascading failures. Additionally, procurement frameworks should stipulate portability and interoperability across multi-vendor environments with standardized telemetry schemas, minimum assurance and controller APIs evidence for centralized versus edge AI deployments. A core set of operational quality indicators should be required for audits, such as control-plane overhead, rollback time, policy decision latency, anomaly-to-mitigation time, out-of-distribution detection rate and false-positive burden. In settings with limited resources, lightweight, deployable safeguards must be prioritized, such as constrained action spaces, edge-capable anomaly detection, and rule-based guardrails. These safeguards should be supported by shared benchmarking infrastructure and open testbeds to reduce entry barriers.</w:t>
      </w:r>
    </w:p>
    <w:p w14:paraId="12FF4007" w14:textId="6BDA1A98" w:rsidR="00A52FFC" w:rsidRDefault="00BA4244">
      <w:pPr>
        <w:jc w:val="both"/>
        <w:rPr>
          <w:rFonts w:ascii="Times New Roman" w:eastAsia="Times New Roman" w:hAnsi="Times New Roman" w:cs="Times New Roman"/>
        </w:rPr>
      </w:pPr>
      <w:r>
        <w:rPr>
          <w:rFonts w:ascii="Times New Roman" w:eastAsia="Times New Roman" w:hAnsi="Times New Roman" w:cs="Times New Roman"/>
          <w:b/>
          <w:bCs/>
        </w:rPr>
        <w:t xml:space="preserve">Practice: </w:t>
      </w:r>
      <w:r>
        <w:rPr>
          <w:rFonts w:ascii="Times New Roman" w:eastAsia="Times New Roman" w:hAnsi="Times New Roman" w:cs="Times New Roman"/>
        </w:rPr>
        <w:t xml:space="preserve">Implementing a monitor–predict–decide–verify–mitigate operational model is essential, with targets set for near-real-time control safety, such as stable multi-flow </w:t>
      </w:r>
      <w:proofErr w:type="spellStart"/>
      <w:r>
        <w:rPr>
          <w:rFonts w:ascii="Times New Roman" w:eastAsia="Times New Roman" w:hAnsi="Times New Roman" w:cs="Times New Roman"/>
        </w:rPr>
        <w:t>behaviour</w:t>
      </w:r>
      <w:proofErr w:type="spellEnd"/>
      <w:r>
        <w:rPr>
          <w:rFonts w:ascii="Times New Roman" w:eastAsia="Times New Roman" w:hAnsi="Times New Roman" w:cs="Times New Roman"/>
        </w:rPr>
        <w:t xml:space="preserve">, bounded decision latency, and controlled overhead under peak load. It is also crucial to deploy guardrail AI controllers with policy constraints, automated rollback triggers integrated into orchestration pipelines, and conservative fallback routing/scheduling. To ensure operational reliability, telemetry should be hardened through redundancy, anomaly-aware filtering and validation checks. Model updates should be staged through canary deployments with continuous verification. Conversely, opaque model updates, uncontrolled online exploration, and automation without operator-visible explanations should be avoided. Deployment must be customized according to architecture (centralized versus edge AI), virtualization service and strategy criticality, with stricter constraints for multi-tenant slices and URLLC. Outcomes should be monitored using indicators such as FCT, link </w:t>
      </w:r>
      <w:proofErr w:type="spellStart"/>
      <w:r w:rsidR="00E7643A">
        <w:rPr>
          <w:rFonts w:ascii="Times New Roman" w:eastAsia="Times New Roman" w:hAnsi="Times New Roman" w:cs="Times New Roman"/>
        </w:rPr>
        <w:t>utilisation</w:t>
      </w:r>
      <w:proofErr w:type="spellEnd"/>
      <w:r>
        <w:rPr>
          <w:rFonts w:ascii="Times New Roman" w:eastAsia="Times New Roman" w:hAnsi="Times New Roman" w:cs="Times New Roman"/>
        </w:rPr>
        <w:t xml:space="preserve">, tail latency, detection robustness under attack, energy per bit, and recovery time. Results should be fed into iterative improvement cycles. Training network operations teams in incident playbooks, AI assurance, and model governance is recommended to strengthen uptake, safety and equity across environments. </w:t>
      </w:r>
    </w:p>
    <w:p w14:paraId="6547F9A6" w14:textId="77777777" w:rsidR="00A52FFC" w:rsidRDefault="00BA4244">
      <w:pPr>
        <w:jc w:val="both"/>
        <w:rPr>
          <w:rFonts w:ascii="Times New Roman" w:eastAsia="Times New Roman" w:hAnsi="Times New Roman" w:cs="Times New Roman"/>
          <w:b/>
          <w:bCs/>
        </w:rPr>
      </w:pPr>
      <w:r>
        <w:rPr>
          <w:rFonts w:ascii="Times New Roman" w:eastAsia="Times New Roman" w:hAnsi="Times New Roman" w:cs="Times New Roman"/>
          <w:b/>
          <w:bCs/>
        </w:rPr>
        <w:t>4.4 Limitations of Review</w:t>
      </w:r>
    </w:p>
    <w:p w14:paraId="15413C7C" w14:textId="0A9EA2EB" w:rsidR="00A52FFC" w:rsidRDefault="00BA4244">
      <w:pPr>
        <w:jc w:val="both"/>
        <w:rPr>
          <w:rFonts w:ascii="Times New Roman" w:eastAsia="Times New Roman" w:hAnsi="Times New Roman" w:cs="Times New Roman"/>
        </w:rPr>
      </w:pPr>
      <w:r>
        <w:rPr>
          <w:rFonts w:ascii="Times New Roman" w:eastAsia="Times New Roman" w:hAnsi="Times New Roman" w:cs="Times New Roman"/>
        </w:rPr>
        <w:t xml:space="preserve">This review has limitations, which are outlined below. Firstly, it mapped evidence from 19 peer-reviewed studies and did not conduct a formal risk-of-bias appraisal; therefore, the strength of the evidence varies according to the design and </w:t>
      </w:r>
      <w:r w:rsidR="00E7643A">
        <w:rPr>
          <w:rFonts w:ascii="Times New Roman" w:eastAsia="Times New Roman" w:hAnsi="Times New Roman" w:cs="Times New Roman"/>
        </w:rPr>
        <w:t xml:space="preserve">reporting </w:t>
      </w:r>
      <w:r>
        <w:rPr>
          <w:rFonts w:ascii="Times New Roman" w:eastAsia="Times New Roman" w:hAnsi="Times New Roman" w:cs="Times New Roman"/>
        </w:rPr>
        <w:t xml:space="preserve">quality. Secondly, as many of the evaluations were emulation-, trace-based, or testbed-, the results are limited in their </w:t>
      </w:r>
      <w:proofErr w:type="spellStart"/>
      <w:r>
        <w:rPr>
          <w:rFonts w:ascii="Times New Roman" w:eastAsia="Times New Roman" w:hAnsi="Times New Roman" w:cs="Times New Roman"/>
        </w:rPr>
        <w:t>generalisability</w:t>
      </w:r>
      <w:proofErr w:type="spellEnd"/>
      <w:r>
        <w:rPr>
          <w:rFonts w:ascii="Times New Roman" w:eastAsia="Times New Roman" w:hAnsi="Times New Roman" w:cs="Times New Roman"/>
        </w:rPr>
        <w:t xml:space="preserve"> to heterogeneous production networks. Thirdly, baselines and metrics were inconsistent across domains, which constrained cross-study comparability. Finally, long-term operational impacts and adaptive adversary testing (e.g. drift, rollback performance and lifecycle costs) were reported inconsistently.</w:t>
      </w:r>
    </w:p>
    <w:p w14:paraId="02BA1919" w14:textId="77777777" w:rsidR="00A52FFC" w:rsidRDefault="00BA4244">
      <w:pPr>
        <w:jc w:val="both"/>
        <w:rPr>
          <w:rFonts w:ascii="Times New Roman" w:eastAsia="Times New Roman" w:hAnsi="Times New Roman" w:cs="Times New Roman"/>
          <w:b/>
          <w:bCs/>
        </w:rPr>
      </w:pPr>
      <w:r>
        <w:rPr>
          <w:rFonts w:ascii="Times New Roman" w:eastAsia="Times New Roman" w:hAnsi="Times New Roman" w:cs="Times New Roman"/>
          <w:b/>
          <w:bCs/>
        </w:rPr>
        <w:t>5.0 Conclusion</w:t>
      </w:r>
    </w:p>
    <w:p w14:paraId="71744329" w14:textId="183D6F20" w:rsidR="00D0619C" w:rsidRPr="00D0619C" w:rsidRDefault="00D0619C" w:rsidP="00D0619C">
      <w:pPr>
        <w:jc w:val="both"/>
        <w:rPr>
          <w:rFonts w:ascii="Times New Roman" w:eastAsia="Times New Roman" w:hAnsi="Times New Roman" w:cs="Times New Roman"/>
        </w:rPr>
      </w:pPr>
      <w:r w:rsidRPr="00D0619C">
        <w:rPr>
          <w:rFonts w:ascii="Times New Roman" w:eastAsia="Times New Roman" w:hAnsi="Times New Roman" w:cs="Times New Roman"/>
        </w:rPr>
        <w:t xml:space="preserve">This scoping review </w:t>
      </w:r>
      <w:proofErr w:type="spellStart"/>
      <w:r w:rsidRPr="00D0619C">
        <w:rPr>
          <w:rFonts w:ascii="Times New Roman" w:eastAsia="Times New Roman" w:hAnsi="Times New Roman" w:cs="Times New Roman"/>
        </w:rPr>
        <w:t>synthesised</w:t>
      </w:r>
      <w:proofErr w:type="spellEnd"/>
      <w:r w:rsidRPr="00D0619C">
        <w:rPr>
          <w:rFonts w:ascii="Times New Roman" w:eastAsia="Times New Roman" w:hAnsi="Times New Roman" w:cs="Times New Roman"/>
        </w:rPr>
        <w:t xml:space="preserve"> 19 empirical applications of AI-driven control and resilience mechanisms across next-generation network infrastructures, including SRv6 routing, data </w:t>
      </w:r>
      <w:proofErr w:type="spellStart"/>
      <w:r w:rsidRPr="00D0619C">
        <w:rPr>
          <w:rFonts w:ascii="Times New Roman" w:eastAsia="Times New Roman" w:hAnsi="Times New Roman" w:cs="Times New Roman"/>
        </w:rPr>
        <w:t>centre</w:t>
      </w:r>
      <w:proofErr w:type="spellEnd"/>
      <w:r w:rsidRPr="00D0619C">
        <w:rPr>
          <w:rFonts w:ascii="Times New Roman" w:eastAsia="Times New Roman" w:hAnsi="Times New Roman" w:cs="Times New Roman"/>
        </w:rPr>
        <w:t xml:space="preserve"> fabrics, cloud rollout assurance, WAN traffic engineering, Open RAN/5G deployments and SDN/NFV environments. In performance-oriented systems, learning-based controllers achieved significant improvements, such as reducing average flow completion time by up to 48.14% in a commodity-server data </w:t>
      </w:r>
      <w:proofErr w:type="spellStart"/>
      <w:r w:rsidRPr="00D0619C">
        <w:rPr>
          <w:rFonts w:ascii="Times New Roman" w:eastAsia="Times New Roman" w:hAnsi="Times New Roman" w:cs="Times New Roman"/>
        </w:rPr>
        <w:t>centre</w:t>
      </w:r>
      <w:proofErr w:type="spellEnd"/>
      <w:r w:rsidRPr="00D0619C">
        <w:rPr>
          <w:rFonts w:ascii="Times New Roman" w:eastAsia="Times New Roman" w:hAnsi="Times New Roman" w:cs="Times New Roman"/>
        </w:rPr>
        <w:t xml:space="preserve"> testbed (Chen et al., 2018). Meanwhile, hierarchical DRL congestion control reduced inference overhead by at least 80% while maintaining control effectiveness under workload variation (Tian et al., 2022). In Open RAN, an </w:t>
      </w:r>
      <w:proofErr w:type="spellStart"/>
      <w:r w:rsidRPr="00D0619C">
        <w:rPr>
          <w:rFonts w:ascii="Times New Roman" w:eastAsia="Times New Roman" w:hAnsi="Times New Roman" w:cs="Times New Roman"/>
        </w:rPr>
        <w:t>xApp</w:t>
      </w:r>
      <w:proofErr w:type="spellEnd"/>
      <w:r w:rsidRPr="00D0619C">
        <w:rPr>
          <w:rFonts w:ascii="Times New Roman" w:eastAsia="Times New Roman" w:hAnsi="Times New Roman" w:cs="Times New Roman"/>
        </w:rPr>
        <w:t xml:space="preserve"> that combines intrusion detection with resource management actions can maintain service quality during an attack, while also increasing throughput for legitimate users by almost 100% and reducing CPU </w:t>
      </w:r>
      <w:proofErr w:type="spellStart"/>
      <w:r w:rsidRPr="00D0619C">
        <w:rPr>
          <w:rFonts w:ascii="Times New Roman" w:eastAsia="Times New Roman" w:hAnsi="Times New Roman" w:cs="Times New Roman"/>
        </w:rPr>
        <w:t>utilisation</w:t>
      </w:r>
      <w:proofErr w:type="spellEnd"/>
      <w:r w:rsidRPr="00D0619C">
        <w:rPr>
          <w:rFonts w:ascii="Times New Roman" w:eastAsia="Times New Roman" w:hAnsi="Times New Roman" w:cs="Times New Roman"/>
        </w:rPr>
        <w:t xml:space="preserve"> by ~15% (</w:t>
      </w:r>
      <w:proofErr w:type="spellStart"/>
      <w:r w:rsidRPr="00D0619C">
        <w:rPr>
          <w:rFonts w:ascii="Times New Roman" w:eastAsia="Times New Roman" w:hAnsi="Times New Roman" w:cs="Times New Roman"/>
        </w:rPr>
        <w:t>Tsourdinis</w:t>
      </w:r>
      <w:proofErr w:type="spellEnd"/>
      <w:r w:rsidRPr="00D0619C">
        <w:rPr>
          <w:rFonts w:ascii="Times New Roman" w:eastAsia="Times New Roman" w:hAnsi="Times New Roman" w:cs="Times New Roman"/>
        </w:rPr>
        <w:t xml:space="preserve"> et al., 2024). Security-oriented studies also reported containment performance and strong detection, including &gt;99% packet injection detection in SDN with isolation that preserved the operation of non-compromised nodes (</w:t>
      </w:r>
      <w:proofErr w:type="spellStart"/>
      <w:r w:rsidRPr="00D0619C">
        <w:rPr>
          <w:rFonts w:ascii="Times New Roman" w:eastAsia="Times New Roman" w:hAnsi="Times New Roman" w:cs="Times New Roman"/>
        </w:rPr>
        <w:t>Phu</w:t>
      </w:r>
      <w:proofErr w:type="spellEnd"/>
      <w:r w:rsidRPr="00D0619C">
        <w:rPr>
          <w:rFonts w:ascii="Times New Roman" w:eastAsia="Times New Roman" w:hAnsi="Times New Roman" w:cs="Times New Roman"/>
        </w:rPr>
        <w:t xml:space="preserve"> et al., 2023).</w:t>
      </w:r>
    </w:p>
    <w:p w14:paraId="38618277" w14:textId="0A6322DF" w:rsidR="00A52FFC" w:rsidRDefault="00D0619C" w:rsidP="00D0619C">
      <w:pPr>
        <w:jc w:val="both"/>
        <w:rPr>
          <w:rFonts w:ascii="Times New Roman" w:eastAsia="Times New Roman" w:hAnsi="Times New Roman" w:cs="Times New Roman"/>
        </w:rPr>
      </w:pPr>
      <w:r w:rsidRPr="00D0619C">
        <w:rPr>
          <w:rFonts w:ascii="Times New Roman" w:eastAsia="Times New Roman" w:hAnsi="Times New Roman" w:cs="Times New Roman"/>
        </w:rPr>
        <w:t xml:space="preserve">Despite these improvements, most studies were limited to emulations or small testbeds, simulations, and reporting of rollback </w:t>
      </w:r>
      <w:proofErr w:type="spellStart"/>
      <w:r w:rsidRPr="00D0619C">
        <w:rPr>
          <w:rFonts w:ascii="Times New Roman" w:eastAsia="Times New Roman" w:hAnsi="Times New Roman" w:cs="Times New Roman"/>
        </w:rPr>
        <w:t>behaviour</w:t>
      </w:r>
      <w:proofErr w:type="spellEnd"/>
      <w:r w:rsidRPr="00D0619C">
        <w:rPr>
          <w:rFonts w:ascii="Times New Roman" w:eastAsia="Times New Roman" w:hAnsi="Times New Roman" w:cs="Times New Roman"/>
        </w:rPr>
        <w:t xml:space="preserve">, drift, overhead, and adaptive-attacker robustness was inconsistent. Overall, the evidence suggests that AI can improve network efficiency and resilience when automation is constrained by staged deployment, </w:t>
      </w:r>
      <w:proofErr w:type="spellStart"/>
      <w:r w:rsidRPr="00D0619C">
        <w:rPr>
          <w:rFonts w:ascii="Times New Roman" w:eastAsia="Times New Roman" w:hAnsi="Times New Roman" w:cs="Times New Roman"/>
        </w:rPr>
        <w:t>standardised</w:t>
      </w:r>
      <w:proofErr w:type="spellEnd"/>
      <w:r w:rsidRPr="00D0619C">
        <w:rPr>
          <w:rFonts w:ascii="Times New Roman" w:eastAsia="Times New Roman" w:hAnsi="Times New Roman" w:cs="Times New Roman"/>
        </w:rPr>
        <w:t xml:space="preserve"> assurance metrics and conservative guardrails. Future work should </w:t>
      </w:r>
      <w:proofErr w:type="spellStart"/>
      <w:r w:rsidRPr="00D0619C">
        <w:rPr>
          <w:rFonts w:ascii="Times New Roman" w:eastAsia="Times New Roman" w:hAnsi="Times New Roman" w:cs="Times New Roman"/>
        </w:rPr>
        <w:t>prioritise</w:t>
      </w:r>
      <w:proofErr w:type="spellEnd"/>
      <w:r w:rsidRPr="00D0619C">
        <w:rPr>
          <w:rFonts w:ascii="Times New Roman" w:eastAsia="Times New Roman" w:hAnsi="Times New Roman" w:cs="Times New Roman"/>
        </w:rPr>
        <w:t xml:space="preserve"> reproducible benchmarks, </w:t>
      </w:r>
      <w:r w:rsidRPr="00D0619C">
        <w:rPr>
          <w:rFonts w:ascii="Times New Roman" w:eastAsia="Times New Roman" w:hAnsi="Times New Roman" w:cs="Times New Roman"/>
        </w:rPr>
        <w:lastRenderedPageBreak/>
        <w:t xml:space="preserve">interoperable controller architectures and attacker-aware evaluation that enable </w:t>
      </w:r>
      <w:proofErr w:type="spellStart"/>
      <w:r w:rsidRPr="00D0619C">
        <w:rPr>
          <w:rFonts w:ascii="Times New Roman" w:eastAsia="Times New Roman" w:hAnsi="Times New Roman" w:cs="Times New Roman"/>
        </w:rPr>
        <w:t>explainability</w:t>
      </w:r>
      <w:proofErr w:type="spellEnd"/>
      <w:r w:rsidRPr="00D0619C">
        <w:rPr>
          <w:rFonts w:ascii="Times New Roman" w:eastAsia="Times New Roman" w:hAnsi="Times New Roman" w:cs="Times New Roman"/>
        </w:rPr>
        <w:t xml:space="preserve"> and audit-ready governance.</w:t>
      </w:r>
      <w:r w:rsidR="00BA4244">
        <w:rPr>
          <w:rFonts w:ascii="Times New Roman" w:eastAsia="Times New Roman" w:hAnsi="Times New Roman" w:cs="Times New Roman"/>
        </w:rPr>
        <w:t xml:space="preserve"> </w:t>
      </w:r>
    </w:p>
    <w:p w14:paraId="700AFF86" w14:textId="77777777" w:rsidR="00552684" w:rsidRPr="00FC61CC" w:rsidRDefault="00552684" w:rsidP="00552684">
      <w:pPr>
        <w:keepNext/>
        <w:keepLines/>
        <w:spacing w:before="120" w:after="120" w:line="360" w:lineRule="auto"/>
        <w:jc w:val="both"/>
        <w:outlineLvl w:val="1"/>
        <w:rPr>
          <w:rFonts w:ascii="Times New Roman" w:eastAsia="Times New Roman" w:hAnsi="Times New Roman" w:cs="Times New Roman"/>
          <w:b/>
          <w:bCs/>
          <w:sz w:val="24"/>
          <w:szCs w:val="24"/>
          <w:highlight w:val="yellow"/>
          <w:lang w:val="en-GB" w:eastAsia="en-IN"/>
        </w:rPr>
      </w:pPr>
      <w:bookmarkStart w:id="0" w:name="_Hlk218867759"/>
      <w:r w:rsidRPr="00FC61CC">
        <w:rPr>
          <w:rFonts w:ascii="Times New Roman" w:eastAsia="Times New Roman" w:hAnsi="Times New Roman" w:cs="Times New Roman"/>
          <w:b/>
          <w:bCs/>
          <w:sz w:val="24"/>
          <w:szCs w:val="24"/>
          <w:highlight w:val="yellow"/>
          <w:lang w:val="en-GB" w:eastAsia="en-IN"/>
        </w:rPr>
        <w:t>Disclaimer (Artificial intelligence)</w:t>
      </w:r>
    </w:p>
    <w:p w14:paraId="70F9BCF9" w14:textId="77777777" w:rsidR="00552684" w:rsidRPr="00552684" w:rsidRDefault="00552684" w:rsidP="00552684">
      <w:pPr>
        <w:keepNext/>
        <w:keepLines/>
        <w:spacing w:before="120" w:after="120" w:line="360" w:lineRule="auto"/>
        <w:jc w:val="both"/>
        <w:outlineLvl w:val="1"/>
        <w:rPr>
          <w:rFonts w:ascii="Times New Roman" w:eastAsia="Times New Roman" w:hAnsi="Times New Roman" w:cs="Times New Roman"/>
          <w:bCs/>
          <w:sz w:val="24"/>
          <w:szCs w:val="24"/>
          <w:lang w:val="en-GB" w:eastAsia="en-IN"/>
        </w:rPr>
      </w:pPr>
      <w:r w:rsidRPr="00552684">
        <w:rPr>
          <w:rFonts w:ascii="Times New Roman" w:eastAsia="Times New Roman" w:hAnsi="Times New Roman" w:cs="Times New Roman"/>
          <w:bCs/>
          <w:sz w:val="24"/>
          <w:szCs w:val="24"/>
          <w:highlight w:val="yellow"/>
          <w:lang w:val="en-GB" w:eastAsia="en-IN"/>
        </w:rPr>
        <w:t>Author(s) hereby declare that NO generative AI technologies such as Large Language Models (</w:t>
      </w:r>
      <w:proofErr w:type="spellStart"/>
      <w:r w:rsidRPr="00552684">
        <w:rPr>
          <w:rFonts w:ascii="Times New Roman" w:eastAsia="Times New Roman" w:hAnsi="Times New Roman" w:cs="Times New Roman"/>
          <w:bCs/>
          <w:sz w:val="24"/>
          <w:szCs w:val="24"/>
          <w:highlight w:val="yellow"/>
          <w:lang w:val="en-GB" w:eastAsia="en-IN"/>
        </w:rPr>
        <w:t>ChatGPT</w:t>
      </w:r>
      <w:proofErr w:type="spellEnd"/>
      <w:r w:rsidRPr="00552684">
        <w:rPr>
          <w:rFonts w:ascii="Times New Roman" w:eastAsia="Times New Roman" w:hAnsi="Times New Roman" w:cs="Times New Roman"/>
          <w:bCs/>
          <w:sz w:val="24"/>
          <w:szCs w:val="24"/>
          <w:highlight w:val="yellow"/>
          <w:lang w:val="en-GB" w:eastAsia="en-IN"/>
        </w:rPr>
        <w:t>, COPILOT, etc.) and text-to-image generators have been used during the writing or editing of this manuscript.</w:t>
      </w:r>
      <w:r w:rsidRPr="00552684">
        <w:rPr>
          <w:rFonts w:ascii="Times New Roman" w:eastAsia="Times New Roman" w:hAnsi="Times New Roman" w:cs="Times New Roman"/>
          <w:bCs/>
          <w:sz w:val="24"/>
          <w:szCs w:val="24"/>
          <w:lang w:val="en-GB" w:eastAsia="en-IN"/>
        </w:rPr>
        <w:t xml:space="preserve"> </w:t>
      </w:r>
    </w:p>
    <w:bookmarkEnd w:id="0"/>
    <w:p w14:paraId="14A51B6A" w14:textId="77777777" w:rsidR="00552684" w:rsidRDefault="00552684">
      <w:pPr>
        <w:jc w:val="both"/>
        <w:rPr>
          <w:rFonts w:ascii="Times New Roman" w:eastAsia="Times New Roman" w:hAnsi="Times New Roman" w:cs="Times New Roman"/>
        </w:rPr>
      </w:pPr>
    </w:p>
    <w:p w14:paraId="0FD6D36C" w14:textId="77777777" w:rsidR="00A52FFC" w:rsidRDefault="00BA4244">
      <w:pPr>
        <w:jc w:val="both"/>
        <w:rPr>
          <w:rFonts w:ascii="Times New Roman" w:eastAsia="Times New Roman" w:hAnsi="Times New Roman" w:cs="Times New Roman"/>
          <w:b/>
          <w:bCs/>
        </w:rPr>
      </w:pPr>
      <w:r>
        <w:rPr>
          <w:rFonts w:ascii="Times New Roman" w:eastAsia="Times New Roman" w:hAnsi="Times New Roman" w:cs="Times New Roman"/>
          <w:b/>
          <w:bCs/>
        </w:rPr>
        <w:t>References</w:t>
      </w:r>
    </w:p>
    <w:p w14:paraId="3F798597" w14:textId="77777777" w:rsidR="00A52FFC" w:rsidRDefault="00BA4244">
      <w:pPr>
        <w:numPr>
          <w:ilvl w:val="0"/>
          <w:numId w:val="4"/>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Ahmad, I., </w:t>
      </w:r>
      <w:proofErr w:type="spellStart"/>
      <w:r>
        <w:rPr>
          <w:rFonts w:ascii="Times New Roman" w:eastAsia="Times New Roman" w:hAnsi="Times New Roman" w:cs="Times New Roman"/>
          <w:color w:val="000000"/>
        </w:rPr>
        <w:t>Namal</w:t>
      </w:r>
      <w:proofErr w:type="spellEnd"/>
      <w:r>
        <w:rPr>
          <w:rFonts w:ascii="Times New Roman" w:eastAsia="Times New Roman" w:hAnsi="Times New Roman" w:cs="Times New Roman"/>
          <w:color w:val="000000"/>
        </w:rPr>
        <w:t xml:space="preserve">, S., </w:t>
      </w:r>
      <w:proofErr w:type="spellStart"/>
      <w:r>
        <w:rPr>
          <w:rFonts w:ascii="Times New Roman" w:eastAsia="Times New Roman" w:hAnsi="Times New Roman" w:cs="Times New Roman"/>
          <w:color w:val="000000"/>
        </w:rPr>
        <w:t>Ylianttila</w:t>
      </w:r>
      <w:proofErr w:type="spellEnd"/>
      <w:r>
        <w:rPr>
          <w:rFonts w:ascii="Times New Roman" w:eastAsia="Times New Roman" w:hAnsi="Times New Roman" w:cs="Times New Roman"/>
          <w:color w:val="000000"/>
        </w:rPr>
        <w:t xml:space="preserve">, M., &amp; </w:t>
      </w:r>
      <w:proofErr w:type="spellStart"/>
      <w:r>
        <w:rPr>
          <w:rFonts w:ascii="Times New Roman" w:eastAsia="Times New Roman" w:hAnsi="Times New Roman" w:cs="Times New Roman"/>
          <w:color w:val="000000"/>
        </w:rPr>
        <w:t>Gurtov</w:t>
      </w:r>
      <w:proofErr w:type="spellEnd"/>
      <w:r>
        <w:rPr>
          <w:rFonts w:ascii="Times New Roman" w:eastAsia="Times New Roman" w:hAnsi="Times New Roman" w:cs="Times New Roman"/>
          <w:color w:val="000000"/>
        </w:rPr>
        <w:t xml:space="preserve">, A. (2015). Security in software defined networks: A survey. IEEE Communications Surveys &amp; Tutorials, 17(4), 2317-2346. </w:t>
      </w:r>
      <w:hyperlink r:id="rId15">
        <w:r>
          <w:rPr>
            <w:rFonts w:ascii="Times New Roman" w:eastAsia="Times New Roman" w:hAnsi="Times New Roman" w:cs="Times New Roman"/>
            <w:color w:val="0000FF"/>
            <w:u w:val="single"/>
          </w:rPr>
          <w:t>https://doi.org/10.1109/COMST.2015.2474118</w:t>
        </w:r>
      </w:hyperlink>
    </w:p>
    <w:p w14:paraId="3406C3E7" w14:textId="77777777" w:rsidR="00A52FFC" w:rsidRDefault="00BA4244">
      <w:pPr>
        <w:numPr>
          <w:ilvl w:val="0"/>
          <w:numId w:val="4"/>
        </w:numPr>
        <w:pBdr>
          <w:top w:val="nil"/>
          <w:left w:val="nil"/>
          <w:bottom w:val="nil"/>
          <w:right w:val="nil"/>
          <w:between w:val="nil"/>
        </w:pBdr>
        <w:spacing w:after="0"/>
        <w:jc w:val="both"/>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Almasan</w:t>
      </w:r>
      <w:proofErr w:type="spellEnd"/>
      <w:r>
        <w:rPr>
          <w:rFonts w:ascii="Times New Roman" w:eastAsia="Times New Roman" w:hAnsi="Times New Roman" w:cs="Times New Roman"/>
          <w:color w:val="000000"/>
        </w:rPr>
        <w:t xml:space="preserve">, P., Xiao, S., Cheng, X., Shi, X., </w:t>
      </w:r>
      <w:proofErr w:type="spellStart"/>
      <w:r>
        <w:rPr>
          <w:rFonts w:ascii="Times New Roman" w:eastAsia="Times New Roman" w:hAnsi="Times New Roman" w:cs="Times New Roman"/>
          <w:color w:val="000000"/>
        </w:rPr>
        <w:t>Barlet</w:t>
      </w:r>
      <w:proofErr w:type="spellEnd"/>
      <w:r>
        <w:rPr>
          <w:rFonts w:ascii="Times New Roman" w:eastAsia="Times New Roman" w:hAnsi="Times New Roman" w:cs="Times New Roman"/>
          <w:color w:val="000000"/>
        </w:rPr>
        <w:t xml:space="preserve">-Ros, P., &amp; </w:t>
      </w:r>
      <w:proofErr w:type="spellStart"/>
      <w:r>
        <w:rPr>
          <w:rFonts w:ascii="Times New Roman" w:eastAsia="Times New Roman" w:hAnsi="Times New Roman" w:cs="Times New Roman"/>
          <w:color w:val="000000"/>
        </w:rPr>
        <w:t>Cabellos</w:t>
      </w:r>
      <w:proofErr w:type="spellEnd"/>
      <w:r>
        <w:rPr>
          <w:rFonts w:ascii="Times New Roman" w:eastAsia="Times New Roman" w:hAnsi="Times New Roman" w:cs="Times New Roman"/>
          <w:color w:val="000000"/>
        </w:rPr>
        <w:t xml:space="preserve">-Aparicio, A. (2022). ENERO: Efficient real-time WAN routing optimization with Deep Reinforcement Learning. Computer Networks, 214, 109166. </w:t>
      </w:r>
      <w:hyperlink r:id="rId16">
        <w:r>
          <w:rPr>
            <w:rFonts w:ascii="Times New Roman" w:eastAsia="Times New Roman" w:hAnsi="Times New Roman" w:cs="Times New Roman"/>
            <w:color w:val="0000FF"/>
            <w:u w:val="single"/>
          </w:rPr>
          <w:t>https://doi.org/10.1016/j.comnet.2022.109166</w:t>
        </w:r>
      </w:hyperlink>
    </w:p>
    <w:p w14:paraId="48357D27" w14:textId="3D3CA675" w:rsidR="00EE3BB9" w:rsidRDefault="00EE3BB9">
      <w:pPr>
        <w:numPr>
          <w:ilvl w:val="0"/>
          <w:numId w:val="4"/>
        </w:numPr>
        <w:pBdr>
          <w:top w:val="nil"/>
          <w:left w:val="nil"/>
          <w:bottom w:val="nil"/>
          <w:right w:val="nil"/>
          <w:between w:val="nil"/>
        </w:pBdr>
        <w:spacing w:after="0"/>
        <w:jc w:val="both"/>
        <w:rPr>
          <w:rFonts w:ascii="Times New Roman" w:eastAsia="Times New Roman" w:hAnsi="Times New Roman" w:cs="Times New Roman"/>
          <w:color w:val="000000"/>
        </w:rPr>
      </w:pPr>
      <w:r w:rsidRPr="00EE3BB9">
        <w:rPr>
          <w:rFonts w:ascii="Times New Roman" w:eastAsia="Times New Roman" w:hAnsi="Times New Roman" w:cs="Times New Roman"/>
          <w:color w:val="000000"/>
          <w:lang w:val="de-DE"/>
        </w:rPr>
        <w:t xml:space="preserve">Azariah, W., Bimo, F. A., Lin, C.-W., Cheng, R.-G., Nikaein, N., &amp; Jana, R. (2024). </w:t>
      </w:r>
      <w:r w:rsidRPr="00EE3BB9">
        <w:rPr>
          <w:rFonts w:ascii="Times New Roman" w:eastAsia="Times New Roman" w:hAnsi="Times New Roman" w:cs="Times New Roman"/>
          <w:color w:val="000000"/>
        </w:rPr>
        <w:t xml:space="preserve">A Survey on Open Radio Access Networks: Challenges, Research Directions, and Open Source Approaches. Sensors, 24(3), 1038. </w:t>
      </w:r>
      <w:hyperlink r:id="rId17" w:history="1">
        <w:r w:rsidRPr="003E7E62">
          <w:rPr>
            <w:rStyle w:val="Hyperlink"/>
            <w:rFonts w:ascii="Times New Roman" w:eastAsia="Times New Roman" w:hAnsi="Times New Roman" w:cs="Times New Roman"/>
          </w:rPr>
          <w:t>https://doi.org/10.3390/s24031038</w:t>
        </w:r>
      </w:hyperlink>
    </w:p>
    <w:p w14:paraId="02964ACA" w14:textId="7334B5F5" w:rsidR="00A52FFC" w:rsidRDefault="00BA4244">
      <w:pPr>
        <w:numPr>
          <w:ilvl w:val="0"/>
          <w:numId w:val="4"/>
        </w:numPr>
        <w:pBdr>
          <w:top w:val="nil"/>
          <w:left w:val="nil"/>
          <w:bottom w:val="nil"/>
          <w:right w:val="nil"/>
          <w:between w:val="nil"/>
        </w:pBdr>
        <w:spacing w:after="0"/>
        <w:jc w:val="both"/>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Carlini</w:t>
      </w:r>
      <w:proofErr w:type="spellEnd"/>
      <w:r>
        <w:rPr>
          <w:rFonts w:ascii="Times New Roman" w:eastAsia="Times New Roman" w:hAnsi="Times New Roman" w:cs="Times New Roman"/>
          <w:color w:val="000000"/>
        </w:rPr>
        <w:t xml:space="preserve">, N., &amp; Wagner, D. (2017, May). Towards evaluating the robustness of neural networks. In 2017 </w:t>
      </w:r>
      <w:proofErr w:type="spellStart"/>
      <w:r>
        <w:rPr>
          <w:rFonts w:ascii="Times New Roman" w:eastAsia="Times New Roman" w:hAnsi="Times New Roman" w:cs="Times New Roman"/>
          <w:color w:val="000000"/>
        </w:rPr>
        <w:t>ieee</w:t>
      </w:r>
      <w:proofErr w:type="spellEnd"/>
      <w:r>
        <w:rPr>
          <w:rFonts w:ascii="Times New Roman" w:eastAsia="Times New Roman" w:hAnsi="Times New Roman" w:cs="Times New Roman"/>
          <w:color w:val="000000"/>
        </w:rPr>
        <w:t xml:space="preserve"> symposium on security and privacy (</w:t>
      </w:r>
      <w:proofErr w:type="spellStart"/>
      <w:r>
        <w:rPr>
          <w:rFonts w:ascii="Times New Roman" w:eastAsia="Times New Roman" w:hAnsi="Times New Roman" w:cs="Times New Roman"/>
          <w:color w:val="000000"/>
        </w:rPr>
        <w:t>sp</w:t>
      </w:r>
      <w:proofErr w:type="spellEnd"/>
      <w:r>
        <w:rPr>
          <w:rFonts w:ascii="Times New Roman" w:eastAsia="Times New Roman" w:hAnsi="Times New Roman" w:cs="Times New Roman"/>
          <w:color w:val="000000"/>
        </w:rPr>
        <w:t xml:space="preserve">) (pp. 39-57). </w:t>
      </w:r>
      <w:proofErr w:type="spellStart"/>
      <w:r>
        <w:rPr>
          <w:rFonts w:ascii="Times New Roman" w:eastAsia="Times New Roman" w:hAnsi="Times New Roman" w:cs="Times New Roman"/>
          <w:color w:val="000000"/>
        </w:rPr>
        <w:t>Ieee</w:t>
      </w:r>
      <w:proofErr w:type="spellEnd"/>
      <w:r>
        <w:rPr>
          <w:rFonts w:ascii="Times New Roman" w:eastAsia="Times New Roman" w:hAnsi="Times New Roman" w:cs="Times New Roman"/>
          <w:color w:val="000000"/>
        </w:rPr>
        <w:t xml:space="preserve">. </w:t>
      </w:r>
      <w:hyperlink r:id="rId18">
        <w:r>
          <w:rPr>
            <w:rFonts w:ascii="Times New Roman" w:eastAsia="Times New Roman" w:hAnsi="Times New Roman" w:cs="Times New Roman"/>
            <w:color w:val="0000FF"/>
            <w:u w:val="single"/>
          </w:rPr>
          <w:t>https://doi.org/10.1109/SP.2017.49</w:t>
        </w:r>
      </w:hyperlink>
      <w:r>
        <w:rPr>
          <w:rFonts w:ascii="Times New Roman" w:eastAsia="Times New Roman" w:hAnsi="Times New Roman" w:cs="Times New Roman"/>
          <w:color w:val="000000"/>
        </w:rPr>
        <w:t>.</w:t>
      </w:r>
    </w:p>
    <w:p w14:paraId="5ABFE100" w14:textId="77777777" w:rsidR="00A52FFC" w:rsidRDefault="00BA4244">
      <w:pPr>
        <w:numPr>
          <w:ilvl w:val="0"/>
          <w:numId w:val="4"/>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Casas-Velasco, D. M., Rendon, O. M. C., &amp; da Fonseca, N. L. (2021). DRSIR: A deep reinforcement learning approach for routing in software-defined networking. IEEE Transactions on Network and Service Management, 19(4), 4807-4820. </w:t>
      </w:r>
    </w:p>
    <w:p w14:paraId="0E27B0FF" w14:textId="77777777" w:rsidR="00A52FFC" w:rsidRDefault="00BA4244">
      <w:pPr>
        <w:numPr>
          <w:ilvl w:val="0"/>
          <w:numId w:val="4"/>
        </w:numPr>
        <w:pBdr>
          <w:top w:val="nil"/>
          <w:left w:val="nil"/>
          <w:bottom w:val="nil"/>
          <w:right w:val="nil"/>
          <w:between w:val="nil"/>
        </w:pBdr>
        <w:spacing w:after="0"/>
        <w:jc w:val="both"/>
        <w:rPr>
          <w:rFonts w:ascii="Times New Roman" w:eastAsia="Times New Roman" w:hAnsi="Times New Roman" w:cs="Times New Roman"/>
          <w:color w:val="000000"/>
        </w:rPr>
      </w:pPr>
      <w:r w:rsidRPr="002C10D7">
        <w:rPr>
          <w:rFonts w:ascii="Times New Roman" w:eastAsia="Times New Roman" w:hAnsi="Times New Roman" w:cs="Times New Roman"/>
          <w:color w:val="000000"/>
          <w:lang w:val="de-DE"/>
        </w:rPr>
        <w:t xml:space="preserve">Chen, L., Lingys, J., Chen, K., &amp; Liu, F. (2018, August). </w:t>
      </w:r>
      <w:r>
        <w:rPr>
          <w:rFonts w:ascii="Times New Roman" w:eastAsia="Times New Roman" w:hAnsi="Times New Roman" w:cs="Times New Roman"/>
          <w:color w:val="000000"/>
        </w:rPr>
        <w:t xml:space="preserve">Auto: Scaling deep reinforcement learning for datacenter-scale automatic traffic optimization. In Proceedings of the 2018 conference of the ACM special interest group on data communication (pp. 191-205). </w:t>
      </w:r>
      <w:hyperlink r:id="rId19">
        <w:r>
          <w:rPr>
            <w:rFonts w:ascii="Times New Roman" w:eastAsia="Times New Roman" w:hAnsi="Times New Roman" w:cs="Times New Roman"/>
            <w:color w:val="0000FF"/>
            <w:u w:val="single"/>
          </w:rPr>
          <w:t>https://doi.org/10.1145/3230543.3230551</w:t>
        </w:r>
      </w:hyperlink>
    </w:p>
    <w:p w14:paraId="23BDD1A6" w14:textId="77777777" w:rsidR="00A52FFC" w:rsidRDefault="00BA4244">
      <w:pPr>
        <w:numPr>
          <w:ilvl w:val="0"/>
          <w:numId w:val="4"/>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 Dong, M., Meng, T., </w:t>
      </w:r>
      <w:proofErr w:type="spellStart"/>
      <w:r>
        <w:rPr>
          <w:rFonts w:ascii="Times New Roman" w:eastAsia="Times New Roman" w:hAnsi="Times New Roman" w:cs="Times New Roman"/>
          <w:color w:val="000000"/>
        </w:rPr>
        <w:t>Zarchy</w:t>
      </w:r>
      <w:proofErr w:type="spellEnd"/>
      <w:r>
        <w:rPr>
          <w:rFonts w:ascii="Times New Roman" w:eastAsia="Times New Roman" w:hAnsi="Times New Roman" w:cs="Times New Roman"/>
          <w:color w:val="000000"/>
        </w:rPr>
        <w:t xml:space="preserve">, D., Arslan, E., Gilad, Y., Godfrey, B., &amp; </w:t>
      </w:r>
      <w:proofErr w:type="spellStart"/>
      <w:r>
        <w:rPr>
          <w:rFonts w:ascii="Times New Roman" w:eastAsia="Times New Roman" w:hAnsi="Times New Roman" w:cs="Times New Roman"/>
          <w:color w:val="000000"/>
        </w:rPr>
        <w:t>Schapira</w:t>
      </w:r>
      <w:proofErr w:type="spellEnd"/>
      <w:r>
        <w:rPr>
          <w:rFonts w:ascii="Times New Roman" w:eastAsia="Times New Roman" w:hAnsi="Times New Roman" w:cs="Times New Roman"/>
          <w:color w:val="000000"/>
        </w:rPr>
        <w:t xml:space="preserve">, M. (2018). {PCC} </w:t>
      </w:r>
      <w:proofErr w:type="spellStart"/>
      <w:proofErr w:type="gramStart"/>
      <w:r>
        <w:rPr>
          <w:rFonts w:ascii="Times New Roman" w:eastAsia="Times New Roman" w:hAnsi="Times New Roman" w:cs="Times New Roman"/>
          <w:color w:val="000000"/>
        </w:rPr>
        <w:t>vivace</w:t>
      </w:r>
      <w:proofErr w:type="spellEnd"/>
      <w:r>
        <w:rPr>
          <w:rFonts w:ascii="Times New Roman" w:eastAsia="Times New Roman" w:hAnsi="Times New Roman" w:cs="Times New Roman"/>
          <w:color w:val="000000"/>
        </w:rPr>
        <w:t>:{</w:t>
      </w:r>
      <w:proofErr w:type="gramEnd"/>
      <w:r>
        <w:rPr>
          <w:rFonts w:ascii="Times New Roman" w:eastAsia="Times New Roman" w:hAnsi="Times New Roman" w:cs="Times New Roman"/>
          <w:color w:val="000000"/>
        </w:rPr>
        <w:t xml:space="preserve">Online-Learning} congestion control. In 15th USENIX symposium on networked systems design and implementation (NSDI 18) (pp. 343-356). </w:t>
      </w:r>
    </w:p>
    <w:p w14:paraId="44208AD2" w14:textId="77777777" w:rsidR="00A52FFC" w:rsidRDefault="00BA4244">
      <w:pPr>
        <w:numPr>
          <w:ilvl w:val="0"/>
          <w:numId w:val="4"/>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Dou, S., Miao, G., Guo, Z., Yao, C., Wu, W., &amp; Xia, Y. (2021). Matchmaker: Maintaining network programmability for software-defined WANs under multiple controller failures. Computer Networks, 192, 108045.</w:t>
      </w:r>
    </w:p>
    <w:p w14:paraId="3227E9F5" w14:textId="4399BC8F" w:rsidR="00EE3BB9" w:rsidRDefault="00EE3BB9">
      <w:pPr>
        <w:numPr>
          <w:ilvl w:val="0"/>
          <w:numId w:val="4"/>
        </w:numPr>
        <w:pBdr>
          <w:top w:val="nil"/>
          <w:left w:val="nil"/>
          <w:bottom w:val="nil"/>
          <w:right w:val="nil"/>
          <w:between w:val="nil"/>
        </w:pBdr>
        <w:spacing w:after="0"/>
        <w:jc w:val="both"/>
        <w:rPr>
          <w:rFonts w:ascii="Times New Roman" w:eastAsia="Times New Roman" w:hAnsi="Times New Roman" w:cs="Times New Roman"/>
          <w:color w:val="000000"/>
        </w:rPr>
      </w:pPr>
      <w:r w:rsidRPr="00EE3BB9">
        <w:rPr>
          <w:rFonts w:ascii="Times New Roman" w:eastAsia="Times New Roman" w:hAnsi="Times New Roman" w:cs="Times New Roman"/>
          <w:color w:val="000000"/>
        </w:rPr>
        <w:t xml:space="preserve">El Rajab, M., Yang, L., &amp; </w:t>
      </w:r>
      <w:proofErr w:type="spellStart"/>
      <w:r w:rsidRPr="00EE3BB9">
        <w:rPr>
          <w:rFonts w:ascii="Times New Roman" w:eastAsia="Times New Roman" w:hAnsi="Times New Roman" w:cs="Times New Roman"/>
          <w:color w:val="000000"/>
        </w:rPr>
        <w:t>Shami</w:t>
      </w:r>
      <w:proofErr w:type="spellEnd"/>
      <w:r w:rsidRPr="00EE3BB9">
        <w:rPr>
          <w:rFonts w:ascii="Times New Roman" w:eastAsia="Times New Roman" w:hAnsi="Times New Roman" w:cs="Times New Roman"/>
          <w:color w:val="000000"/>
        </w:rPr>
        <w:t>, A. (2024). Zero-touch networks: Towards next-generation network automation. Computer Networks, 243, 110294.</w:t>
      </w:r>
      <w:r>
        <w:rPr>
          <w:rFonts w:ascii="Times New Roman" w:eastAsia="Times New Roman" w:hAnsi="Times New Roman" w:cs="Times New Roman"/>
          <w:color w:val="000000"/>
        </w:rPr>
        <w:t xml:space="preserve"> </w:t>
      </w:r>
      <w:r w:rsidRPr="00EE3BB9">
        <w:rPr>
          <w:rFonts w:ascii="Times New Roman" w:eastAsia="Times New Roman" w:hAnsi="Times New Roman" w:cs="Times New Roman"/>
          <w:color w:val="000000"/>
        </w:rPr>
        <w:t>https://doi.org/10.1016/j.comnet.2024.110294</w:t>
      </w:r>
      <w:r>
        <w:rPr>
          <w:rFonts w:ascii="Times New Roman" w:eastAsia="Times New Roman" w:hAnsi="Times New Roman" w:cs="Times New Roman"/>
          <w:color w:val="000000"/>
        </w:rPr>
        <w:t xml:space="preserve"> </w:t>
      </w:r>
    </w:p>
    <w:p w14:paraId="2F7A7900" w14:textId="1D752562" w:rsidR="00A52FFC" w:rsidRDefault="00BA4244">
      <w:pPr>
        <w:numPr>
          <w:ilvl w:val="0"/>
          <w:numId w:val="4"/>
        </w:numPr>
        <w:pBdr>
          <w:top w:val="nil"/>
          <w:left w:val="nil"/>
          <w:bottom w:val="nil"/>
          <w:right w:val="nil"/>
          <w:between w:val="nil"/>
        </w:pBdr>
        <w:spacing w:after="0"/>
        <w:jc w:val="both"/>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Foukas</w:t>
      </w:r>
      <w:proofErr w:type="spellEnd"/>
      <w:r>
        <w:rPr>
          <w:rFonts w:ascii="Times New Roman" w:eastAsia="Times New Roman" w:hAnsi="Times New Roman" w:cs="Times New Roman"/>
          <w:color w:val="000000"/>
        </w:rPr>
        <w:t xml:space="preserve">, X., </w:t>
      </w:r>
      <w:proofErr w:type="spellStart"/>
      <w:r>
        <w:rPr>
          <w:rFonts w:ascii="Times New Roman" w:eastAsia="Times New Roman" w:hAnsi="Times New Roman" w:cs="Times New Roman"/>
          <w:color w:val="000000"/>
        </w:rPr>
        <w:t>Patounas</w:t>
      </w:r>
      <w:proofErr w:type="spellEnd"/>
      <w:r>
        <w:rPr>
          <w:rFonts w:ascii="Times New Roman" w:eastAsia="Times New Roman" w:hAnsi="Times New Roman" w:cs="Times New Roman"/>
          <w:color w:val="000000"/>
        </w:rPr>
        <w:t xml:space="preserve">, G., </w:t>
      </w:r>
      <w:proofErr w:type="spellStart"/>
      <w:r>
        <w:rPr>
          <w:rFonts w:ascii="Times New Roman" w:eastAsia="Times New Roman" w:hAnsi="Times New Roman" w:cs="Times New Roman"/>
          <w:color w:val="000000"/>
        </w:rPr>
        <w:t>Elmokashfi</w:t>
      </w:r>
      <w:proofErr w:type="spellEnd"/>
      <w:r>
        <w:rPr>
          <w:rFonts w:ascii="Times New Roman" w:eastAsia="Times New Roman" w:hAnsi="Times New Roman" w:cs="Times New Roman"/>
          <w:color w:val="000000"/>
        </w:rPr>
        <w:t xml:space="preserve">, A., &amp; Marina, M. K. (2017). Network slicing in 5G: Survey and challenges. IEEE communications magazine, 55(5), 94-100. </w:t>
      </w:r>
      <w:hyperlink r:id="rId20">
        <w:r>
          <w:rPr>
            <w:rFonts w:ascii="Times New Roman" w:eastAsia="Times New Roman" w:hAnsi="Times New Roman" w:cs="Times New Roman"/>
            <w:color w:val="0000FF"/>
            <w:u w:val="single"/>
          </w:rPr>
          <w:t>https://doi.org/10.1109/MCOM.2017.1600951</w:t>
        </w:r>
      </w:hyperlink>
    </w:p>
    <w:p w14:paraId="0880BF42" w14:textId="77777777" w:rsidR="00A52FFC" w:rsidRDefault="00BA4244">
      <w:pPr>
        <w:numPr>
          <w:ilvl w:val="0"/>
          <w:numId w:val="4"/>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Goodfellow, I. J., </w:t>
      </w:r>
      <w:proofErr w:type="spellStart"/>
      <w:r>
        <w:rPr>
          <w:rFonts w:ascii="Times New Roman" w:eastAsia="Times New Roman" w:hAnsi="Times New Roman" w:cs="Times New Roman"/>
          <w:color w:val="000000"/>
        </w:rPr>
        <w:t>Shlens</w:t>
      </w:r>
      <w:proofErr w:type="spellEnd"/>
      <w:r>
        <w:rPr>
          <w:rFonts w:ascii="Times New Roman" w:eastAsia="Times New Roman" w:hAnsi="Times New Roman" w:cs="Times New Roman"/>
          <w:color w:val="000000"/>
        </w:rPr>
        <w:t xml:space="preserve">, J., &amp; </w:t>
      </w:r>
      <w:proofErr w:type="spellStart"/>
      <w:r>
        <w:rPr>
          <w:rFonts w:ascii="Times New Roman" w:eastAsia="Times New Roman" w:hAnsi="Times New Roman" w:cs="Times New Roman"/>
          <w:color w:val="000000"/>
        </w:rPr>
        <w:t>Szegedy</w:t>
      </w:r>
      <w:proofErr w:type="spellEnd"/>
      <w:r>
        <w:rPr>
          <w:rFonts w:ascii="Times New Roman" w:eastAsia="Times New Roman" w:hAnsi="Times New Roman" w:cs="Times New Roman"/>
          <w:color w:val="000000"/>
        </w:rPr>
        <w:t xml:space="preserve">, C. (2014). Explaining and harnessing adversarial examples. </w:t>
      </w:r>
      <w:proofErr w:type="spellStart"/>
      <w:r>
        <w:rPr>
          <w:rFonts w:ascii="Times New Roman" w:eastAsia="Times New Roman" w:hAnsi="Times New Roman" w:cs="Times New Roman"/>
          <w:color w:val="000000"/>
        </w:rPr>
        <w:t>arXiv</w:t>
      </w:r>
      <w:proofErr w:type="spellEnd"/>
      <w:r>
        <w:rPr>
          <w:rFonts w:ascii="Times New Roman" w:eastAsia="Times New Roman" w:hAnsi="Times New Roman" w:cs="Times New Roman"/>
          <w:color w:val="000000"/>
        </w:rPr>
        <w:t xml:space="preserve"> preprint arXiv:1412.6572.</w:t>
      </w:r>
    </w:p>
    <w:p w14:paraId="4E35FAAD" w14:textId="77777777" w:rsidR="00A52FFC" w:rsidRDefault="00BA4244">
      <w:pPr>
        <w:numPr>
          <w:ilvl w:val="0"/>
          <w:numId w:val="4"/>
        </w:numPr>
        <w:pBdr>
          <w:top w:val="nil"/>
          <w:left w:val="nil"/>
          <w:bottom w:val="nil"/>
          <w:right w:val="nil"/>
          <w:between w:val="nil"/>
        </w:pBdr>
        <w:spacing w:after="0"/>
        <w:jc w:val="both"/>
        <w:rPr>
          <w:rFonts w:ascii="Times New Roman" w:eastAsia="Times New Roman" w:hAnsi="Times New Roman" w:cs="Times New Roman"/>
          <w:color w:val="000000"/>
        </w:rPr>
      </w:pPr>
      <w:r w:rsidRPr="002C10D7">
        <w:rPr>
          <w:rFonts w:ascii="Times New Roman" w:eastAsia="Times New Roman" w:hAnsi="Times New Roman" w:cs="Times New Roman"/>
          <w:color w:val="000000"/>
          <w:lang w:val="pl-PL"/>
        </w:rPr>
        <w:t xml:space="preserve">Herrera, J. G., &amp; Botero, J. F. (2016). </w:t>
      </w:r>
      <w:r>
        <w:rPr>
          <w:rFonts w:ascii="Times New Roman" w:eastAsia="Times New Roman" w:hAnsi="Times New Roman" w:cs="Times New Roman"/>
          <w:color w:val="000000"/>
        </w:rPr>
        <w:t xml:space="preserve">Resource allocation in NFV: A comprehensive survey. IEEE Transactions on Network and Service Management, 13(3), 518-532. </w:t>
      </w:r>
      <w:hyperlink r:id="rId21">
        <w:r>
          <w:rPr>
            <w:rFonts w:ascii="Times New Roman" w:eastAsia="Times New Roman" w:hAnsi="Times New Roman" w:cs="Times New Roman"/>
            <w:color w:val="0000FF"/>
            <w:u w:val="single"/>
          </w:rPr>
          <w:t>https://doi.org/10.1109/TNSM.2016.2598420</w:t>
        </w:r>
      </w:hyperlink>
    </w:p>
    <w:p w14:paraId="07DEA56E" w14:textId="77777777" w:rsidR="00A52FFC" w:rsidRDefault="00BA4244">
      <w:pPr>
        <w:numPr>
          <w:ilvl w:val="0"/>
          <w:numId w:val="4"/>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Hsieh, K., Wong, M., Segarra, S., Mani, S. K., </w:t>
      </w:r>
      <w:proofErr w:type="spellStart"/>
      <w:r>
        <w:rPr>
          <w:rFonts w:ascii="Times New Roman" w:eastAsia="Times New Roman" w:hAnsi="Times New Roman" w:cs="Times New Roman"/>
          <w:color w:val="000000"/>
        </w:rPr>
        <w:t>Eberl</w:t>
      </w:r>
      <w:proofErr w:type="spellEnd"/>
      <w:r>
        <w:rPr>
          <w:rFonts w:ascii="Times New Roman" w:eastAsia="Times New Roman" w:hAnsi="Times New Roman" w:cs="Times New Roman"/>
          <w:color w:val="000000"/>
        </w:rPr>
        <w:t xml:space="preserve">, T., </w:t>
      </w:r>
      <w:proofErr w:type="spellStart"/>
      <w:r>
        <w:rPr>
          <w:rFonts w:ascii="Times New Roman" w:eastAsia="Times New Roman" w:hAnsi="Times New Roman" w:cs="Times New Roman"/>
          <w:color w:val="000000"/>
        </w:rPr>
        <w:t>Panasyuk</w:t>
      </w:r>
      <w:proofErr w:type="spellEnd"/>
      <w:r>
        <w:rPr>
          <w:rFonts w:ascii="Times New Roman" w:eastAsia="Times New Roman" w:hAnsi="Times New Roman" w:cs="Times New Roman"/>
          <w:color w:val="000000"/>
        </w:rPr>
        <w:t xml:space="preserve">, A., ... &amp; </w:t>
      </w:r>
      <w:proofErr w:type="spellStart"/>
      <w:r>
        <w:rPr>
          <w:rFonts w:ascii="Times New Roman" w:eastAsia="Times New Roman" w:hAnsi="Times New Roman" w:cs="Times New Roman"/>
          <w:color w:val="000000"/>
        </w:rPr>
        <w:t>Kandula</w:t>
      </w:r>
      <w:proofErr w:type="spellEnd"/>
      <w:r>
        <w:rPr>
          <w:rFonts w:ascii="Times New Roman" w:eastAsia="Times New Roman" w:hAnsi="Times New Roman" w:cs="Times New Roman"/>
          <w:color w:val="000000"/>
        </w:rPr>
        <w:t>, S. (2024). {</w:t>
      </w:r>
      <w:proofErr w:type="spellStart"/>
      <w:r>
        <w:rPr>
          <w:rFonts w:ascii="Times New Roman" w:eastAsia="Times New Roman" w:hAnsi="Times New Roman" w:cs="Times New Roman"/>
          <w:color w:val="000000"/>
        </w:rPr>
        <w:t>NetVigil</w:t>
      </w:r>
      <w:proofErr w:type="spellEnd"/>
      <w:r>
        <w:rPr>
          <w:rFonts w:ascii="Times New Roman" w:eastAsia="Times New Roman" w:hAnsi="Times New Roman" w:cs="Times New Roman"/>
          <w:color w:val="000000"/>
        </w:rPr>
        <w:t xml:space="preserve">}: Robust and {Low-Cost} Anomaly Detection for {East-West} Data Center Security. In 21st USENIX Symposium on Networked Systems Design and Implementation (NSDI 24) (pp. 1771-1789). </w:t>
      </w:r>
    </w:p>
    <w:p w14:paraId="037D13A1" w14:textId="77777777" w:rsidR="00A52FFC" w:rsidRDefault="00BA4244">
      <w:pPr>
        <w:numPr>
          <w:ilvl w:val="0"/>
          <w:numId w:val="4"/>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Huang, P., Guo, C., Zhou, L., Lorch, J. R., Dang, Y., </w:t>
      </w:r>
      <w:proofErr w:type="spellStart"/>
      <w:r>
        <w:rPr>
          <w:rFonts w:ascii="Times New Roman" w:eastAsia="Times New Roman" w:hAnsi="Times New Roman" w:cs="Times New Roman"/>
          <w:color w:val="000000"/>
        </w:rPr>
        <w:t>Chintalapati</w:t>
      </w:r>
      <w:proofErr w:type="spellEnd"/>
      <w:r>
        <w:rPr>
          <w:rFonts w:ascii="Times New Roman" w:eastAsia="Times New Roman" w:hAnsi="Times New Roman" w:cs="Times New Roman"/>
          <w:color w:val="000000"/>
        </w:rPr>
        <w:t xml:space="preserve">, M., &amp; Yao, R. (2017, May). Gray failure: The </w:t>
      </w:r>
      <w:proofErr w:type="spellStart"/>
      <w:r>
        <w:rPr>
          <w:rFonts w:ascii="Times New Roman" w:eastAsia="Times New Roman" w:hAnsi="Times New Roman" w:cs="Times New Roman"/>
          <w:color w:val="000000"/>
        </w:rPr>
        <w:t>achilles'</w:t>
      </w:r>
      <w:proofErr w:type="spellEnd"/>
      <w:r>
        <w:rPr>
          <w:rFonts w:ascii="Times New Roman" w:eastAsia="Times New Roman" w:hAnsi="Times New Roman" w:cs="Times New Roman"/>
          <w:color w:val="000000"/>
        </w:rPr>
        <w:t xml:space="preserve"> heel of cloud-scale systems. In Proceedings of the 16th Workshop on Hot Topics in Operating Systems (pp. 150-155). </w:t>
      </w:r>
      <w:hyperlink r:id="rId22">
        <w:r>
          <w:rPr>
            <w:rFonts w:ascii="Times New Roman" w:eastAsia="Times New Roman" w:hAnsi="Times New Roman" w:cs="Times New Roman"/>
            <w:color w:val="0000FF"/>
            <w:u w:val="single"/>
          </w:rPr>
          <w:t>https://doi.org/10.1145/3102980.3103005</w:t>
        </w:r>
      </w:hyperlink>
    </w:p>
    <w:p w14:paraId="7066B079" w14:textId="77777777" w:rsidR="00A52FFC" w:rsidRDefault="00BA4244">
      <w:pPr>
        <w:numPr>
          <w:ilvl w:val="0"/>
          <w:numId w:val="4"/>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Kreutz, D., Ramos, F. M., </w:t>
      </w:r>
      <w:proofErr w:type="spellStart"/>
      <w:r>
        <w:rPr>
          <w:rFonts w:ascii="Times New Roman" w:eastAsia="Times New Roman" w:hAnsi="Times New Roman" w:cs="Times New Roman"/>
          <w:color w:val="000000"/>
        </w:rPr>
        <w:t>Verissimo</w:t>
      </w:r>
      <w:proofErr w:type="spellEnd"/>
      <w:r>
        <w:rPr>
          <w:rFonts w:ascii="Times New Roman" w:eastAsia="Times New Roman" w:hAnsi="Times New Roman" w:cs="Times New Roman"/>
          <w:color w:val="000000"/>
        </w:rPr>
        <w:t xml:space="preserve">, P. E., Rothenberg, C. E., </w:t>
      </w:r>
      <w:proofErr w:type="spellStart"/>
      <w:r>
        <w:rPr>
          <w:rFonts w:ascii="Times New Roman" w:eastAsia="Times New Roman" w:hAnsi="Times New Roman" w:cs="Times New Roman"/>
          <w:color w:val="000000"/>
        </w:rPr>
        <w:t>Azodolmolky</w:t>
      </w:r>
      <w:proofErr w:type="spellEnd"/>
      <w:r>
        <w:rPr>
          <w:rFonts w:ascii="Times New Roman" w:eastAsia="Times New Roman" w:hAnsi="Times New Roman" w:cs="Times New Roman"/>
          <w:color w:val="000000"/>
        </w:rPr>
        <w:t>, S., &amp; Uhlig, S. (2014). Software-defined networking: A comprehensive survey. Proceedings of the IEEE, 103(1), 14-76.doi: 10.1109/JPROC.2014.2371999</w:t>
      </w:r>
    </w:p>
    <w:p w14:paraId="2E8CF982" w14:textId="77777777" w:rsidR="00A52FFC" w:rsidRDefault="00BA4244">
      <w:pPr>
        <w:numPr>
          <w:ilvl w:val="0"/>
          <w:numId w:val="4"/>
        </w:numPr>
        <w:pBdr>
          <w:top w:val="nil"/>
          <w:left w:val="nil"/>
          <w:bottom w:val="nil"/>
          <w:right w:val="nil"/>
          <w:between w:val="nil"/>
        </w:pBdr>
        <w:spacing w:after="0"/>
        <w:jc w:val="both"/>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lastRenderedPageBreak/>
        <w:t>Kurakin</w:t>
      </w:r>
      <w:proofErr w:type="spellEnd"/>
      <w:r>
        <w:rPr>
          <w:rFonts w:ascii="Times New Roman" w:eastAsia="Times New Roman" w:hAnsi="Times New Roman" w:cs="Times New Roman"/>
          <w:color w:val="000000"/>
        </w:rPr>
        <w:t xml:space="preserve">, A., Goodfellow, I. J., &amp; </w:t>
      </w:r>
      <w:proofErr w:type="spellStart"/>
      <w:r>
        <w:rPr>
          <w:rFonts w:ascii="Times New Roman" w:eastAsia="Times New Roman" w:hAnsi="Times New Roman" w:cs="Times New Roman"/>
          <w:color w:val="000000"/>
        </w:rPr>
        <w:t>Bengio</w:t>
      </w:r>
      <w:proofErr w:type="spellEnd"/>
      <w:r>
        <w:rPr>
          <w:rFonts w:ascii="Times New Roman" w:eastAsia="Times New Roman" w:hAnsi="Times New Roman" w:cs="Times New Roman"/>
          <w:color w:val="000000"/>
        </w:rPr>
        <w:t>, S. (2018). Adversarial examples in the physical world. In Artificial intelligence safety and security (pp. 99-112). Chapman and Hall/CRC.</w:t>
      </w:r>
    </w:p>
    <w:p w14:paraId="714CCB43" w14:textId="77777777" w:rsidR="00A52FFC" w:rsidRDefault="00BA4244">
      <w:pPr>
        <w:numPr>
          <w:ilvl w:val="0"/>
          <w:numId w:val="4"/>
        </w:numPr>
        <w:pBdr>
          <w:top w:val="nil"/>
          <w:left w:val="nil"/>
          <w:bottom w:val="nil"/>
          <w:right w:val="nil"/>
          <w:between w:val="nil"/>
        </w:pBdr>
        <w:spacing w:after="0"/>
        <w:jc w:val="both"/>
        <w:rPr>
          <w:rFonts w:ascii="Times New Roman" w:eastAsia="Times New Roman" w:hAnsi="Times New Roman" w:cs="Times New Roman"/>
          <w:color w:val="000000"/>
        </w:rPr>
      </w:pPr>
      <w:r w:rsidRPr="002C10D7">
        <w:rPr>
          <w:rFonts w:ascii="Times New Roman" w:eastAsia="Times New Roman" w:hAnsi="Times New Roman" w:cs="Times New Roman"/>
          <w:color w:val="000000"/>
          <w:lang w:val="de-DE"/>
        </w:rPr>
        <w:t xml:space="preserve">Kurtz, F., Wiebusch, R., Overbeck, D., &amp; Wietfeld, C. (2022, May). </w:t>
      </w:r>
      <w:r>
        <w:rPr>
          <w:rFonts w:ascii="Times New Roman" w:eastAsia="Times New Roman" w:hAnsi="Times New Roman" w:cs="Times New Roman"/>
          <w:color w:val="000000"/>
        </w:rPr>
        <w:t xml:space="preserve">Predictive 5G uplink slicing for blockchain-driven smart energy contracts. In 2022 IEEE International Conference on Communications Workshops (ICC Workshops) (pp. 19-24). IEEE.  </w:t>
      </w:r>
      <w:hyperlink r:id="rId23">
        <w:r>
          <w:rPr>
            <w:rFonts w:ascii="Times New Roman" w:eastAsia="Times New Roman" w:hAnsi="Times New Roman" w:cs="Times New Roman"/>
            <w:color w:val="0000FF"/>
            <w:u w:val="single"/>
          </w:rPr>
          <w:t>https://doi.org/10.1109/ICCWorkshops53468.2022.9814557</w:t>
        </w:r>
      </w:hyperlink>
    </w:p>
    <w:p w14:paraId="2A1EBDC8" w14:textId="77777777" w:rsidR="00A52FFC" w:rsidRDefault="00BA4244">
      <w:pPr>
        <w:numPr>
          <w:ilvl w:val="0"/>
          <w:numId w:val="4"/>
        </w:numPr>
        <w:pBdr>
          <w:top w:val="nil"/>
          <w:left w:val="nil"/>
          <w:bottom w:val="nil"/>
          <w:right w:val="nil"/>
          <w:between w:val="nil"/>
        </w:pBdr>
        <w:spacing w:after="0"/>
        <w:jc w:val="both"/>
        <w:rPr>
          <w:rFonts w:ascii="Times New Roman" w:eastAsia="Times New Roman" w:hAnsi="Times New Roman" w:cs="Times New Roman"/>
          <w:color w:val="000000"/>
        </w:rPr>
      </w:pPr>
      <w:r w:rsidRPr="002C10D7">
        <w:rPr>
          <w:rFonts w:ascii="Times New Roman" w:eastAsia="Times New Roman" w:hAnsi="Times New Roman" w:cs="Times New Roman"/>
          <w:color w:val="000000"/>
          <w:lang w:val="de-DE"/>
        </w:rPr>
        <w:t xml:space="preserve">Li, Z., Cheng, Q., Hsieh, K., Dang, Y., Huang, P., Singh, P., ... </w:t>
      </w:r>
      <w:r>
        <w:rPr>
          <w:rFonts w:ascii="Times New Roman" w:eastAsia="Times New Roman" w:hAnsi="Times New Roman" w:cs="Times New Roman"/>
          <w:color w:val="000000"/>
        </w:rPr>
        <w:t xml:space="preserve">&amp; </w:t>
      </w:r>
      <w:proofErr w:type="spellStart"/>
      <w:r>
        <w:rPr>
          <w:rFonts w:ascii="Times New Roman" w:eastAsia="Times New Roman" w:hAnsi="Times New Roman" w:cs="Times New Roman"/>
          <w:color w:val="000000"/>
        </w:rPr>
        <w:t>Chintalapati</w:t>
      </w:r>
      <w:proofErr w:type="spellEnd"/>
      <w:r>
        <w:rPr>
          <w:rFonts w:ascii="Times New Roman" w:eastAsia="Times New Roman" w:hAnsi="Times New Roman" w:cs="Times New Roman"/>
          <w:color w:val="000000"/>
        </w:rPr>
        <w:t xml:space="preserve">, M. (2020). Gandalf: An </w:t>
      </w:r>
      <w:proofErr w:type="gramStart"/>
      <w:r>
        <w:rPr>
          <w:rFonts w:ascii="Times New Roman" w:eastAsia="Times New Roman" w:hAnsi="Times New Roman" w:cs="Times New Roman"/>
          <w:color w:val="000000"/>
        </w:rPr>
        <w:t>intelligent,{</w:t>
      </w:r>
      <w:proofErr w:type="gramEnd"/>
      <w:r>
        <w:rPr>
          <w:rFonts w:ascii="Times New Roman" w:eastAsia="Times New Roman" w:hAnsi="Times New Roman" w:cs="Times New Roman"/>
          <w:color w:val="000000"/>
        </w:rPr>
        <w:t xml:space="preserve">End-To-End} analytics service for safe deployment in {Large-Scale} cloud infrastructure. In 17th USENIX Symposium on Networked Systems Design and Implementation (NSDI 20) (pp. 389-402). </w:t>
      </w:r>
    </w:p>
    <w:p w14:paraId="78635F9E" w14:textId="6FFB7794" w:rsidR="00A52FFC" w:rsidRDefault="00BA4244">
      <w:pPr>
        <w:numPr>
          <w:ilvl w:val="0"/>
          <w:numId w:val="4"/>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Liao, X., Tian, H., Zeng, C., Wan, X., &amp; Chen, K. (2024, April). Astraea: Towards fair and efficient learning-based congestion control. In Proceedings of the Nineteenth European Conference on Computer Systems (pp. 99-114</w:t>
      </w:r>
      <w:proofErr w:type="gramStart"/>
      <w:r>
        <w:rPr>
          <w:rFonts w:ascii="Times New Roman" w:eastAsia="Times New Roman" w:hAnsi="Times New Roman" w:cs="Times New Roman"/>
          <w:color w:val="000000"/>
        </w:rPr>
        <w:t>).</w:t>
      </w:r>
      <w:r w:rsidR="00EE3BB9" w:rsidRPr="00EE3BB9">
        <w:rPr>
          <w:rFonts w:ascii="Times New Roman" w:eastAsia="Times New Roman" w:hAnsi="Times New Roman" w:cs="Times New Roman"/>
          <w:color w:val="000000"/>
        </w:rPr>
        <w:t>https://doi.org/10.1145/3627703.3650069</w:t>
      </w:r>
      <w:proofErr w:type="gramEnd"/>
    </w:p>
    <w:p w14:paraId="175838EC" w14:textId="77777777" w:rsidR="00A52FFC" w:rsidRDefault="00BA4244">
      <w:pPr>
        <w:numPr>
          <w:ilvl w:val="0"/>
          <w:numId w:val="4"/>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Mach, P., &amp; </w:t>
      </w:r>
      <w:proofErr w:type="spellStart"/>
      <w:r>
        <w:rPr>
          <w:rFonts w:ascii="Times New Roman" w:eastAsia="Times New Roman" w:hAnsi="Times New Roman" w:cs="Times New Roman"/>
          <w:color w:val="000000"/>
        </w:rPr>
        <w:t>Becvar</w:t>
      </w:r>
      <w:proofErr w:type="spellEnd"/>
      <w:r>
        <w:rPr>
          <w:rFonts w:ascii="Times New Roman" w:eastAsia="Times New Roman" w:hAnsi="Times New Roman" w:cs="Times New Roman"/>
          <w:color w:val="000000"/>
        </w:rPr>
        <w:t xml:space="preserve">, Z. (2017). Mobile edge computing: A survey on architecture and computation offloading. IEEE communications surveys &amp; tutorials, 19(3), 1628-1656. </w:t>
      </w:r>
      <w:hyperlink r:id="rId24">
        <w:r>
          <w:rPr>
            <w:rFonts w:ascii="Times New Roman" w:eastAsia="Times New Roman" w:hAnsi="Times New Roman" w:cs="Times New Roman"/>
            <w:color w:val="0000FF"/>
            <w:u w:val="single"/>
          </w:rPr>
          <w:t>https://doi.org/10.1109/COMST.2017.2682318</w:t>
        </w:r>
      </w:hyperlink>
    </w:p>
    <w:p w14:paraId="2E8C676A" w14:textId="77777777" w:rsidR="00A52FFC" w:rsidRDefault="00BA4244">
      <w:pPr>
        <w:numPr>
          <w:ilvl w:val="0"/>
          <w:numId w:val="4"/>
        </w:numPr>
        <w:pBdr>
          <w:top w:val="nil"/>
          <w:left w:val="nil"/>
          <w:bottom w:val="nil"/>
          <w:right w:val="nil"/>
          <w:between w:val="nil"/>
        </w:pBdr>
        <w:spacing w:after="0"/>
        <w:jc w:val="both"/>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Madry</w:t>
      </w:r>
      <w:proofErr w:type="spellEnd"/>
      <w:r>
        <w:rPr>
          <w:rFonts w:ascii="Times New Roman" w:eastAsia="Times New Roman" w:hAnsi="Times New Roman" w:cs="Times New Roman"/>
          <w:color w:val="000000"/>
        </w:rPr>
        <w:t xml:space="preserve">, A, </w:t>
      </w:r>
      <w:proofErr w:type="spellStart"/>
      <w:r>
        <w:rPr>
          <w:rFonts w:ascii="Times New Roman" w:eastAsia="Times New Roman" w:hAnsi="Times New Roman" w:cs="Times New Roman"/>
          <w:color w:val="000000"/>
        </w:rPr>
        <w:t>Makelov</w:t>
      </w:r>
      <w:proofErr w:type="spellEnd"/>
      <w:r>
        <w:rPr>
          <w:rFonts w:ascii="Times New Roman" w:eastAsia="Times New Roman" w:hAnsi="Times New Roman" w:cs="Times New Roman"/>
          <w:color w:val="000000"/>
        </w:rPr>
        <w:t xml:space="preserve">, A, Schmidt, L, Tsipras, D and </w:t>
      </w:r>
      <w:proofErr w:type="spellStart"/>
      <w:r>
        <w:rPr>
          <w:rFonts w:ascii="Times New Roman" w:eastAsia="Times New Roman" w:hAnsi="Times New Roman" w:cs="Times New Roman"/>
          <w:color w:val="000000"/>
        </w:rPr>
        <w:t>Vladu</w:t>
      </w:r>
      <w:proofErr w:type="spellEnd"/>
      <w:r>
        <w:rPr>
          <w:rFonts w:ascii="Times New Roman" w:eastAsia="Times New Roman" w:hAnsi="Times New Roman" w:cs="Times New Roman"/>
          <w:color w:val="000000"/>
        </w:rPr>
        <w:t xml:space="preserve">, A. 2018. "Towards deep learning models resistant to adversarial attacks." 6th International Conference on Learning Representations, ICLR 2018 - Conference Track Proceedings. https://hdl.handle.net/1721.1/137496 </w:t>
      </w:r>
    </w:p>
    <w:p w14:paraId="5B681164" w14:textId="77777777" w:rsidR="00A52FFC" w:rsidRDefault="00BA4244">
      <w:pPr>
        <w:numPr>
          <w:ilvl w:val="0"/>
          <w:numId w:val="4"/>
        </w:numPr>
        <w:pBdr>
          <w:top w:val="nil"/>
          <w:left w:val="nil"/>
          <w:bottom w:val="nil"/>
          <w:right w:val="nil"/>
          <w:between w:val="nil"/>
        </w:pBdr>
        <w:spacing w:after="0"/>
        <w:jc w:val="both"/>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Mijumbi</w:t>
      </w:r>
      <w:proofErr w:type="spellEnd"/>
      <w:r>
        <w:rPr>
          <w:rFonts w:ascii="Times New Roman" w:eastAsia="Times New Roman" w:hAnsi="Times New Roman" w:cs="Times New Roman"/>
          <w:color w:val="000000"/>
        </w:rPr>
        <w:t xml:space="preserve">, R., </w:t>
      </w:r>
      <w:proofErr w:type="spellStart"/>
      <w:r>
        <w:rPr>
          <w:rFonts w:ascii="Times New Roman" w:eastAsia="Times New Roman" w:hAnsi="Times New Roman" w:cs="Times New Roman"/>
          <w:color w:val="000000"/>
        </w:rPr>
        <w:t>Serrat</w:t>
      </w:r>
      <w:proofErr w:type="spellEnd"/>
      <w:r>
        <w:rPr>
          <w:rFonts w:ascii="Times New Roman" w:eastAsia="Times New Roman" w:hAnsi="Times New Roman" w:cs="Times New Roman"/>
          <w:color w:val="000000"/>
        </w:rPr>
        <w:t xml:space="preserve">, J., </w:t>
      </w:r>
      <w:proofErr w:type="spellStart"/>
      <w:r>
        <w:rPr>
          <w:rFonts w:ascii="Times New Roman" w:eastAsia="Times New Roman" w:hAnsi="Times New Roman" w:cs="Times New Roman"/>
          <w:color w:val="000000"/>
        </w:rPr>
        <w:t>Gorricho</w:t>
      </w:r>
      <w:proofErr w:type="spellEnd"/>
      <w:r>
        <w:rPr>
          <w:rFonts w:ascii="Times New Roman" w:eastAsia="Times New Roman" w:hAnsi="Times New Roman" w:cs="Times New Roman"/>
          <w:color w:val="000000"/>
        </w:rPr>
        <w:t xml:space="preserve">, J. L., </w:t>
      </w:r>
      <w:proofErr w:type="spellStart"/>
      <w:r>
        <w:rPr>
          <w:rFonts w:ascii="Times New Roman" w:eastAsia="Times New Roman" w:hAnsi="Times New Roman" w:cs="Times New Roman"/>
          <w:color w:val="000000"/>
        </w:rPr>
        <w:t>Bouten</w:t>
      </w:r>
      <w:proofErr w:type="spellEnd"/>
      <w:r>
        <w:rPr>
          <w:rFonts w:ascii="Times New Roman" w:eastAsia="Times New Roman" w:hAnsi="Times New Roman" w:cs="Times New Roman"/>
          <w:color w:val="000000"/>
        </w:rPr>
        <w:t xml:space="preserve">, N., De </w:t>
      </w:r>
      <w:proofErr w:type="spellStart"/>
      <w:r>
        <w:rPr>
          <w:rFonts w:ascii="Times New Roman" w:eastAsia="Times New Roman" w:hAnsi="Times New Roman" w:cs="Times New Roman"/>
          <w:color w:val="000000"/>
        </w:rPr>
        <w:t>Turck</w:t>
      </w:r>
      <w:proofErr w:type="spellEnd"/>
      <w:r>
        <w:rPr>
          <w:rFonts w:ascii="Times New Roman" w:eastAsia="Times New Roman" w:hAnsi="Times New Roman" w:cs="Times New Roman"/>
          <w:color w:val="000000"/>
        </w:rPr>
        <w:t xml:space="preserve">, F., &amp; </w:t>
      </w:r>
      <w:proofErr w:type="spellStart"/>
      <w:r>
        <w:rPr>
          <w:rFonts w:ascii="Times New Roman" w:eastAsia="Times New Roman" w:hAnsi="Times New Roman" w:cs="Times New Roman"/>
          <w:color w:val="000000"/>
        </w:rPr>
        <w:t>Boutaba</w:t>
      </w:r>
      <w:proofErr w:type="spellEnd"/>
      <w:r>
        <w:rPr>
          <w:rFonts w:ascii="Times New Roman" w:eastAsia="Times New Roman" w:hAnsi="Times New Roman" w:cs="Times New Roman"/>
          <w:color w:val="000000"/>
        </w:rPr>
        <w:t xml:space="preserve">, R. (2015). Network function virtualization: State-of-the-art and research challenges. IEEE Communications surveys &amp; tutorials, 18(1), 236-262. </w:t>
      </w:r>
      <w:hyperlink r:id="rId25">
        <w:r>
          <w:rPr>
            <w:rFonts w:ascii="Times New Roman" w:eastAsia="Times New Roman" w:hAnsi="Times New Roman" w:cs="Times New Roman"/>
            <w:color w:val="0000FF"/>
            <w:u w:val="single"/>
          </w:rPr>
          <w:t>https://doi.org/10.1109/COMST.2015.2477041</w:t>
        </w:r>
      </w:hyperlink>
    </w:p>
    <w:p w14:paraId="427018E6" w14:textId="77777777" w:rsidR="00A52FFC" w:rsidRDefault="00BA4244">
      <w:pPr>
        <w:numPr>
          <w:ilvl w:val="0"/>
          <w:numId w:val="4"/>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Mirsky, Y., </w:t>
      </w:r>
      <w:proofErr w:type="spellStart"/>
      <w:r>
        <w:rPr>
          <w:rFonts w:ascii="Times New Roman" w:eastAsia="Times New Roman" w:hAnsi="Times New Roman" w:cs="Times New Roman"/>
          <w:color w:val="000000"/>
        </w:rPr>
        <w:t>Doitshman</w:t>
      </w:r>
      <w:proofErr w:type="spellEnd"/>
      <w:r>
        <w:rPr>
          <w:rFonts w:ascii="Times New Roman" w:eastAsia="Times New Roman" w:hAnsi="Times New Roman" w:cs="Times New Roman"/>
          <w:color w:val="000000"/>
        </w:rPr>
        <w:t xml:space="preserve">, T., </w:t>
      </w:r>
      <w:proofErr w:type="spellStart"/>
      <w:r>
        <w:rPr>
          <w:rFonts w:ascii="Times New Roman" w:eastAsia="Times New Roman" w:hAnsi="Times New Roman" w:cs="Times New Roman"/>
          <w:color w:val="000000"/>
        </w:rPr>
        <w:t>Elovici</w:t>
      </w:r>
      <w:proofErr w:type="spellEnd"/>
      <w:r>
        <w:rPr>
          <w:rFonts w:ascii="Times New Roman" w:eastAsia="Times New Roman" w:hAnsi="Times New Roman" w:cs="Times New Roman"/>
          <w:color w:val="000000"/>
        </w:rPr>
        <w:t xml:space="preserve">, Y., &amp; Shabtai, A. (2018). Kitsune: an ensemble of autoencoders for online network intrusion detection. </w:t>
      </w:r>
      <w:proofErr w:type="spellStart"/>
      <w:r>
        <w:rPr>
          <w:rFonts w:ascii="Times New Roman" w:eastAsia="Times New Roman" w:hAnsi="Times New Roman" w:cs="Times New Roman"/>
          <w:color w:val="000000"/>
        </w:rPr>
        <w:t>arXiv</w:t>
      </w:r>
      <w:proofErr w:type="spellEnd"/>
      <w:r>
        <w:rPr>
          <w:rFonts w:ascii="Times New Roman" w:eastAsia="Times New Roman" w:hAnsi="Times New Roman" w:cs="Times New Roman"/>
          <w:color w:val="000000"/>
        </w:rPr>
        <w:t xml:space="preserve"> preprint arXiv:1802.09089.</w:t>
      </w:r>
    </w:p>
    <w:p w14:paraId="6177F4C9" w14:textId="77777777" w:rsidR="00A52FFC" w:rsidRDefault="00BA4244">
      <w:pPr>
        <w:numPr>
          <w:ilvl w:val="0"/>
          <w:numId w:val="4"/>
        </w:numPr>
        <w:pBdr>
          <w:top w:val="nil"/>
          <w:left w:val="nil"/>
          <w:bottom w:val="nil"/>
          <w:right w:val="nil"/>
          <w:between w:val="nil"/>
        </w:pBdr>
        <w:spacing w:after="0"/>
        <w:jc w:val="both"/>
        <w:rPr>
          <w:rFonts w:ascii="Times New Roman" w:eastAsia="Times New Roman" w:hAnsi="Times New Roman" w:cs="Times New Roman"/>
          <w:color w:val="000000"/>
        </w:rPr>
      </w:pPr>
      <w:r w:rsidRPr="002C10D7">
        <w:rPr>
          <w:rFonts w:ascii="Times New Roman" w:eastAsia="Times New Roman" w:hAnsi="Times New Roman" w:cs="Times New Roman"/>
          <w:color w:val="000000"/>
          <w:lang w:val="de-DE"/>
        </w:rPr>
        <w:t xml:space="preserve">Mnih, V., Kavukcuoglu, K., Silver, D. et al. </w:t>
      </w:r>
      <w:r>
        <w:rPr>
          <w:rFonts w:ascii="Times New Roman" w:eastAsia="Times New Roman" w:hAnsi="Times New Roman" w:cs="Times New Roman"/>
          <w:color w:val="000000"/>
        </w:rPr>
        <w:t xml:space="preserve">Human-level control through deep reinforcement learning. Nature 518, 529–533 (2015). </w:t>
      </w:r>
      <w:hyperlink r:id="rId26">
        <w:r>
          <w:rPr>
            <w:rFonts w:ascii="Times New Roman" w:eastAsia="Times New Roman" w:hAnsi="Times New Roman" w:cs="Times New Roman"/>
            <w:color w:val="0000FF"/>
            <w:u w:val="single"/>
          </w:rPr>
          <w:t>https://doi.org/10.1038/nature14236</w:t>
        </w:r>
      </w:hyperlink>
    </w:p>
    <w:p w14:paraId="51F6BCED" w14:textId="77777777" w:rsidR="00A52FFC" w:rsidRDefault="00BA4244">
      <w:pPr>
        <w:numPr>
          <w:ilvl w:val="0"/>
          <w:numId w:val="4"/>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Ngo, M. V., </w:t>
      </w:r>
      <w:proofErr w:type="spellStart"/>
      <w:r>
        <w:rPr>
          <w:rFonts w:ascii="Times New Roman" w:eastAsia="Times New Roman" w:hAnsi="Times New Roman" w:cs="Times New Roman"/>
          <w:color w:val="000000"/>
        </w:rPr>
        <w:t>Yoo</w:t>
      </w:r>
      <w:proofErr w:type="spellEnd"/>
      <w:r>
        <w:rPr>
          <w:rFonts w:ascii="Times New Roman" w:eastAsia="Times New Roman" w:hAnsi="Times New Roman" w:cs="Times New Roman"/>
          <w:color w:val="000000"/>
        </w:rPr>
        <w:t xml:space="preserve">, H. M., </w:t>
      </w:r>
      <w:proofErr w:type="spellStart"/>
      <w:r>
        <w:rPr>
          <w:rFonts w:ascii="Times New Roman" w:eastAsia="Times New Roman" w:hAnsi="Times New Roman" w:cs="Times New Roman"/>
          <w:color w:val="000000"/>
        </w:rPr>
        <w:t>Pua</w:t>
      </w:r>
      <w:proofErr w:type="spellEnd"/>
      <w:r>
        <w:rPr>
          <w:rFonts w:ascii="Times New Roman" w:eastAsia="Times New Roman" w:hAnsi="Times New Roman" w:cs="Times New Roman"/>
          <w:color w:val="000000"/>
        </w:rPr>
        <w:t>, Y. H., Le, T. L., Liang, X. L., Chen, B., ... &amp; Quek, T. Q. (2024). RAN Intelligent Controller (RIC): From open-source implementation to real-world validation. ICT Express, 10(3), 680-691.</w:t>
      </w:r>
    </w:p>
    <w:p w14:paraId="01BABE3F" w14:textId="77777777" w:rsidR="00A52FFC" w:rsidRDefault="00BA4244">
      <w:pPr>
        <w:numPr>
          <w:ilvl w:val="0"/>
          <w:numId w:val="4"/>
        </w:numPr>
        <w:pBdr>
          <w:top w:val="nil"/>
          <w:left w:val="nil"/>
          <w:bottom w:val="nil"/>
          <w:right w:val="nil"/>
          <w:between w:val="nil"/>
        </w:pBdr>
        <w:spacing w:after="0"/>
        <w:jc w:val="both"/>
        <w:rPr>
          <w:rFonts w:ascii="Times New Roman" w:eastAsia="Times New Roman" w:hAnsi="Times New Roman" w:cs="Times New Roman"/>
          <w:color w:val="000000"/>
        </w:rPr>
      </w:pPr>
      <w:r w:rsidRPr="002C10D7">
        <w:rPr>
          <w:rFonts w:ascii="Times New Roman" w:eastAsia="Times New Roman" w:hAnsi="Times New Roman" w:cs="Times New Roman"/>
          <w:color w:val="000000"/>
          <w:lang w:val="pl-PL"/>
        </w:rPr>
        <w:t xml:space="preserve">Olowononi, F. O., Rawat, D. B., &amp; Liu, C. (2020). </w:t>
      </w:r>
      <w:r>
        <w:rPr>
          <w:rFonts w:ascii="Times New Roman" w:eastAsia="Times New Roman" w:hAnsi="Times New Roman" w:cs="Times New Roman"/>
          <w:color w:val="000000"/>
        </w:rPr>
        <w:t xml:space="preserve">Resilient machine learning for networked cyber physical systems: A survey for machine learning security to securing machine learning for CPS. IEEE Communications Surveys &amp; Tutorials, 23(1), 524-552.  </w:t>
      </w:r>
      <w:hyperlink r:id="rId27">
        <w:r>
          <w:rPr>
            <w:rFonts w:ascii="Times New Roman" w:eastAsia="Times New Roman" w:hAnsi="Times New Roman" w:cs="Times New Roman"/>
            <w:color w:val="0000FF"/>
            <w:u w:val="single"/>
          </w:rPr>
          <w:t>https://doi.org/10.1109/COMST.2020.3036778</w:t>
        </w:r>
      </w:hyperlink>
    </w:p>
    <w:p w14:paraId="74212ACF" w14:textId="77777777" w:rsidR="00A52FFC" w:rsidRDefault="00BA4244">
      <w:pPr>
        <w:numPr>
          <w:ilvl w:val="0"/>
          <w:numId w:val="4"/>
        </w:numPr>
        <w:pBdr>
          <w:top w:val="nil"/>
          <w:left w:val="nil"/>
          <w:bottom w:val="nil"/>
          <w:right w:val="nil"/>
          <w:between w:val="nil"/>
        </w:pBdr>
        <w:spacing w:after="0"/>
        <w:jc w:val="both"/>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Pappone</w:t>
      </w:r>
      <w:proofErr w:type="spellEnd"/>
      <w:r>
        <w:rPr>
          <w:rFonts w:ascii="Times New Roman" w:eastAsia="Times New Roman" w:hAnsi="Times New Roman" w:cs="Times New Roman"/>
          <w:color w:val="000000"/>
        </w:rPr>
        <w:t>, L., Sacco, A., &amp; Esposito, F. (2025). Mutant: Learning Congestion Control from Existing Protocols via Online Reinforcement Learning. In 22nd USENIX Symposium on Networked Systems Design and Implementation (NSDI 25) (pp. 1507-1522).</w:t>
      </w:r>
    </w:p>
    <w:p w14:paraId="377442AF" w14:textId="77777777" w:rsidR="00A52FFC" w:rsidRDefault="00BA4244">
      <w:pPr>
        <w:numPr>
          <w:ilvl w:val="0"/>
          <w:numId w:val="4"/>
        </w:numPr>
        <w:pBdr>
          <w:top w:val="nil"/>
          <w:left w:val="nil"/>
          <w:bottom w:val="nil"/>
          <w:right w:val="nil"/>
          <w:between w:val="nil"/>
        </w:pBdr>
        <w:spacing w:after="0"/>
        <w:jc w:val="both"/>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Phu</w:t>
      </w:r>
      <w:proofErr w:type="spellEnd"/>
      <w:r>
        <w:rPr>
          <w:rFonts w:ascii="Times New Roman" w:eastAsia="Times New Roman" w:hAnsi="Times New Roman" w:cs="Times New Roman"/>
          <w:color w:val="000000"/>
        </w:rPr>
        <w:t xml:space="preserve">, A. T., Li, B., Ullah, F., </w:t>
      </w:r>
      <w:proofErr w:type="spellStart"/>
      <w:r>
        <w:rPr>
          <w:rFonts w:ascii="Times New Roman" w:eastAsia="Times New Roman" w:hAnsi="Times New Roman" w:cs="Times New Roman"/>
          <w:color w:val="000000"/>
        </w:rPr>
        <w:t>Huque</w:t>
      </w:r>
      <w:proofErr w:type="spellEnd"/>
      <w:r>
        <w:rPr>
          <w:rFonts w:ascii="Times New Roman" w:eastAsia="Times New Roman" w:hAnsi="Times New Roman" w:cs="Times New Roman"/>
          <w:color w:val="000000"/>
        </w:rPr>
        <w:t xml:space="preserve">, T. U., Naha, R., Babar, M. A., &amp; Nguyen, H. (2023). Defending SDN against packet injection attacks using deep learning. Computer Networks, 234, 109935. </w:t>
      </w:r>
      <w:hyperlink r:id="rId28">
        <w:r>
          <w:rPr>
            <w:rFonts w:ascii="Times New Roman" w:eastAsia="Times New Roman" w:hAnsi="Times New Roman" w:cs="Times New Roman"/>
            <w:color w:val="0000FF"/>
            <w:u w:val="single"/>
          </w:rPr>
          <w:t>https://doi.org/10.1016/j.comnet.2023.109935</w:t>
        </w:r>
      </w:hyperlink>
    </w:p>
    <w:p w14:paraId="022F0B52" w14:textId="77777777" w:rsidR="00A52FFC" w:rsidRDefault="00BA4244">
      <w:pPr>
        <w:numPr>
          <w:ilvl w:val="0"/>
          <w:numId w:val="4"/>
        </w:numPr>
        <w:pBdr>
          <w:top w:val="nil"/>
          <w:left w:val="nil"/>
          <w:bottom w:val="nil"/>
          <w:right w:val="nil"/>
          <w:between w:val="nil"/>
        </w:pBdr>
        <w:spacing w:after="0"/>
        <w:jc w:val="both"/>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Polese</w:t>
      </w:r>
      <w:proofErr w:type="spellEnd"/>
      <w:r>
        <w:rPr>
          <w:rFonts w:ascii="Times New Roman" w:eastAsia="Times New Roman" w:hAnsi="Times New Roman" w:cs="Times New Roman"/>
          <w:color w:val="000000"/>
        </w:rPr>
        <w:t xml:space="preserve">, M., </w:t>
      </w:r>
      <w:proofErr w:type="spellStart"/>
      <w:r>
        <w:rPr>
          <w:rFonts w:ascii="Times New Roman" w:eastAsia="Times New Roman" w:hAnsi="Times New Roman" w:cs="Times New Roman"/>
          <w:color w:val="000000"/>
        </w:rPr>
        <w:t>Bonati</w:t>
      </w:r>
      <w:proofErr w:type="spellEnd"/>
      <w:r>
        <w:rPr>
          <w:rFonts w:ascii="Times New Roman" w:eastAsia="Times New Roman" w:hAnsi="Times New Roman" w:cs="Times New Roman"/>
          <w:color w:val="000000"/>
        </w:rPr>
        <w:t xml:space="preserve">, L., </w:t>
      </w:r>
      <w:proofErr w:type="spellStart"/>
      <w:r>
        <w:rPr>
          <w:rFonts w:ascii="Times New Roman" w:eastAsia="Times New Roman" w:hAnsi="Times New Roman" w:cs="Times New Roman"/>
          <w:color w:val="000000"/>
        </w:rPr>
        <w:t>D’oro</w:t>
      </w:r>
      <w:proofErr w:type="spellEnd"/>
      <w:r>
        <w:rPr>
          <w:rFonts w:ascii="Times New Roman" w:eastAsia="Times New Roman" w:hAnsi="Times New Roman" w:cs="Times New Roman"/>
          <w:color w:val="000000"/>
        </w:rPr>
        <w:t xml:space="preserve">, S., </w:t>
      </w:r>
      <w:proofErr w:type="spellStart"/>
      <w:r>
        <w:rPr>
          <w:rFonts w:ascii="Times New Roman" w:eastAsia="Times New Roman" w:hAnsi="Times New Roman" w:cs="Times New Roman"/>
          <w:color w:val="000000"/>
        </w:rPr>
        <w:t>Basagni</w:t>
      </w:r>
      <w:proofErr w:type="spellEnd"/>
      <w:r>
        <w:rPr>
          <w:rFonts w:ascii="Times New Roman" w:eastAsia="Times New Roman" w:hAnsi="Times New Roman" w:cs="Times New Roman"/>
          <w:color w:val="000000"/>
        </w:rPr>
        <w:t xml:space="preserve">, S., &amp; </w:t>
      </w:r>
      <w:proofErr w:type="spellStart"/>
      <w:r>
        <w:rPr>
          <w:rFonts w:ascii="Times New Roman" w:eastAsia="Times New Roman" w:hAnsi="Times New Roman" w:cs="Times New Roman"/>
          <w:color w:val="000000"/>
        </w:rPr>
        <w:t>Melodia</w:t>
      </w:r>
      <w:proofErr w:type="spellEnd"/>
      <w:r>
        <w:rPr>
          <w:rFonts w:ascii="Times New Roman" w:eastAsia="Times New Roman" w:hAnsi="Times New Roman" w:cs="Times New Roman"/>
          <w:color w:val="000000"/>
        </w:rPr>
        <w:t xml:space="preserve">, T. (2023). Understanding O-RAN: Architecture, interfaces, algorithms, security, and research challenges. IEEE Communications Surveys &amp; Tutorials, 25(2), 1376-1411. https://doi.org/10.1109/COMST.2023.3239220.  </w:t>
      </w:r>
    </w:p>
    <w:p w14:paraId="61D1F0CD" w14:textId="77777777" w:rsidR="00A52FFC" w:rsidRDefault="00BA4244">
      <w:pPr>
        <w:numPr>
          <w:ilvl w:val="0"/>
          <w:numId w:val="4"/>
        </w:numPr>
        <w:pBdr>
          <w:top w:val="nil"/>
          <w:left w:val="nil"/>
          <w:bottom w:val="nil"/>
          <w:right w:val="nil"/>
          <w:between w:val="nil"/>
        </w:pBdr>
        <w:spacing w:after="0"/>
        <w:jc w:val="both"/>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Polese</w:t>
      </w:r>
      <w:proofErr w:type="spellEnd"/>
      <w:r>
        <w:rPr>
          <w:rFonts w:ascii="Times New Roman" w:eastAsia="Times New Roman" w:hAnsi="Times New Roman" w:cs="Times New Roman"/>
          <w:color w:val="000000"/>
        </w:rPr>
        <w:t xml:space="preserve">, M., </w:t>
      </w:r>
      <w:proofErr w:type="spellStart"/>
      <w:r>
        <w:rPr>
          <w:rFonts w:ascii="Times New Roman" w:eastAsia="Times New Roman" w:hAnsi="Times New Roman" w:cs="Times New Roman"/>
          <w:color w:val="000000"/>
        </w:rPr>
        <w:t>Bonati</w:t>
      </w:r>
      <w:proofErr w:type="spellEnd"/>
      <w:r>
        <w:rPr>
          <w:rFonts w:ascii="Times New Roman" w:eastAsia="Times New Roman" w:hAnsi="Times New Roman" w:cs="Times New Roman"/>
          <w:color w:val="000000"/>
        </w:rPr>
        <w:t xml:space="preserve">, L., </w:t>
      </w:r>
      <w:proofErr w:type="spellStart"/>
      <w:r>
        <w:rPr>
          <w:rFonts w:ascii="Times New Roman" w:eastAsia="Times New Roman" w:hAnsi="Times New Roman" w:cs="Times New Roman"/>
          <w:color w:val="000000"/>
        </w:rPr>
        <w:t>D’oro</w:t>
      </w:r>
      <w:proofErr w:type="spellEnd"/>
      <w:r>
        <w:rPr>
          <w:rFonts w:ascii="Times New Roman" w:eastAsia="Times New Roman" w:hAnsi="Times New Roman" w:cs="Times New Roman"/>
          <w:color w:val="000000"/>
        </w:rPr>
        <w:t xml:space="preserve">, S., </w:t>
      </w:r>
      <w:proofErr w:type="spellStart"/>
      <w:r>
        <w:rPr>
          <w:rFonts w:ascii="Times New Roman" w:eastAsia="Times New Roman" w:hAnsi="Times New Roman" w:cs="Times New Roman"/>
          <w:color w:val="000000"/>
        </w:rPr>
        <w:t>Basagni</w:t>
      </w:r>
      <w:proofErr w:type="spellEnd"/>
      <w:r>
        <w:rPr>
          <w:rFonts w:ascii="Times New Roman" w:eastAsia="Times New Roman" w:hAnsi="Times New Roman" w:cs="Times New Roman"/>
          <w:color w:val="000000"/>
        </w:rPr>
        <w:t xml:space="preserve">, S., &amp; </w:t>
      </w:r>
      <w:proofErr w:type="spellStart"/>
      <w:r>
        <w:rPr>
          <w:rFonts w:ascii="Times New Roman" w:eastAsia="Times New Roman" w:hAnsi="Times New Roman" w:cs="Times New Roman"/>
          <w:color w:val="000000"/>
        </w:rPr>
        <w:t>Melodia</w:t>
      </w:r>
      <w:proofErr w:type="spellEnd"/>
      <w:r>
        <w:rPr>
          <w:rFonts w:ascii="Times New Roman" w:eastAsia="Times New Roman" w:hAnsi="Times New Roman" w:cs="Times New Roman"/>
          <w:color w:val="000000"/>
        </w:rPr>
        <w:t xml:space="preserve">, T. (2022) </w:t>
      </w:r>
      <w:proofErr w:type="spellStart"/>
      <w:r>
        <w:rPr>
          <w:rFonts w:ascii="Times New Roman" w:eastAsia="Times New Roman" w:hAnsi="Times New Roman" w:cs="Times New Roman"/>
          <w:color w:val="000000"/>
        </w:rPr>
        <w:t>ColO</w:t>
      </w:r>
      <w:proofErr w:type="spellEnd"/>
      <w:r>
        <w:rPr>
          <w:rFonts w:ascii="Times New Roman" w:eastAsia="Times New Roman" w:hAnsi="Times New Roman" w:cs="Times New Roman"/>
          <w:color w:val="000000"/>
        </w:rPr>
        <w:t xml:space="preserve">-RAN: Developing Machine Learning-based </w:t>
      </w:r>
      <w:proofErr w:type="spellStart"/>
      <w:r>
        <w:rPr>
          <w:rFonts w:ascii="Times New Roman" w:eastAsia="Times New Roman" w:hAnsi="Times New Roman" w:cs="Times New Roman"/>
          <w:color w:val="000000"/>
        </w:rPr>
        <w:t>xApps</w:t>
      </w:r>
      <w:proofErr w:type="spellEnd"/>
      <w:r>
        <w:rPr>
          <w:rFonts w:ascii="Times New Roman" w:eastAsia="Times New Roman" w:hAnsi="Times New Roman" w:cs="Times New Roman"/>
          <w:color w:val="000000"/>
        </w:rPr>
        <w:t xml:space="preserve"> for Open RAN Closed-loop Control on Programmable Experimental Platforms. IEEE Transactions on Mobile Computing, 22 (10). </w:t>
      </w:r>
      <w:hyperlink r:id="rId29">
        <w:r>
          <w:rPr>
            <w:rFonts w:ascii="Times New Roman" w:eastAsia="Times New Roman" w:hAnsi="Times New Roman" w:cs="Times New Roman"/>
            <w:color w:val="0000FF"/>
            <w:u w:val="single"/>
          </w:rPr>
          <w:t>https://doi.org/10.1109/TMC.2022.3188013</w:t>
        </w:r>
      </w:hyperlink>
    </w:p>
    <w:p w14:paraId="4E0FC22A" w14:textId="77777777" w:rsidR="00A52FFC" w:rsidRDefault="00BA4244">
      <w:pPr>
        <w:numPr>
          <w:ilvl w:val="0"/>
          <w:numId w:val="4"/>
        </w:numPr>
        <w:pBdr>
          <w:top w:val="nil"/>
          <w:left w:val="nil"/>
          <w:bottom w:val="nil"/>
          <w:right w:val="nil"/>
          <w:between w:val="nil"/>
        </w:pBdr>
        <w:spacing w:after="0"/>
        <w:jc w:val="both"/>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Qazzaz</w:t>
      </w:r>
      <w:proofErr w:type="spellEnd"/>
      <w:r>
        <w:rPr>
          <w:rFonts w:ascii="Times New Roman" w:eastAsia="Times New Roman" w:hAnsi="Times New Roman" w:cs="Times New Roman"/>
          <w:color w:val="000000"/>
        </w:rPr>
        <w:t xml:space="preserve">, M. M., </w:t>
      </w:r>
      <w:proofErr w:type="spellStart"/>
      <w:r>
        <w:rPr>
          <w:rFonts w:ascii="Times New Roman" w:eastAsia="Times New Roman" w:hAnsi="Times New Roman" w:cs="Times New Roman"/>
          <w:color w:val="000000"/>
        </w:rPr>
        <w:t>Kułacz</w:t>
      </w:r>
      <w:proofErr w:type="spellEnd"/>
      <w:r>
        <w:rPr>
          <w:rFonts w:ascii="Times New Roman" w:eastAsia="Times New Roman" w:hAnsi="Times New Roman" w:cs="Times New Roman"/>
          <w:color w:val="000000"/>
        </w:rPr>
        <w:t xml:space="preserve">, Ł., </w:t>
      </w:r>
      <w:proofErr w:type="spellStart"/>
      <w:r>
        <w:rPr>
          <w:rFonts w:ascii="Times New Roman" w:eastAsia="Times New Roman" w:hAnsi="Times New Roman" w:cs="Times New Roman"/>
          <w:color w:val="000000"/>
        </w:rPr>
        <w:t>Kliks</w:t>
      </w:r>
      <w:proofErr w:type="spellEnd"/>
      <w:r>
        <w:rPr>
          <w:rFonts w:ascii="Times New Roman" w:eastAsia="Times New Roman" w:hAnsi="Times New Roman" w:cs="Times New Roman"/>
          <w:color w:val="000000"/>
        </w:rPr>
        <w:t xml:space="preserve">, A., Zaidi, S. A., </w:t>
      </w:r>
      <w:proofErr w:type="spellStart"/>
      <w:r>
        <w:rPr>
          <w:rFonts w:ascii="Times New Roman" w:eastAsia="Times New Roman" w:hAnsi="Times New Roman" w:cs="Times New Roman"/>
          <w:color w:val="000000"/>
        </w:rPr>
        <w:t>Dryjanski</w:t>
      </w:r>
      <w:proofErr w:type="spellEnd"/>
      <w:r>
        <w:rPr>
          <w:rFonts w:ascii="Times New Roman" w:eastAsia="Times New Roman" w:hAnsi="Times New Roman" w:cs="Times New Roman"/>
          <w:color w:val="000000"/>
        </w:rPr>
        <w:t xml:space="preserve">, M., &amp; </w:t>
      </w:r>
      <w:proofErr w:type="spellStart"/>
      <w:r>
        <w:rPr>
          <w:rFonts w:ascii="Times New Roman" w:eastAsia="Times New Roman" w:hAnsi="Times New Roman" w:cs="Times New Roman"/>
          <w:color w:val="000000"/>
        </w:rPr>
        <w:t>McLernon</w:t>
      </w:r>
      <w:proofErr w:type="spellEnd"/>
      <w:r>
        <w:rPr>
          <w:rFonts w:ascii="Times New Roman" w:eastAsia="Times New Roman" w:hAnsi="Times New Roman" w:cs="Times New Roman"/>
          <w:color w:val="000000"/>
        </w:rPr>
        <w:t xml:space="preserve">, D. (2024, May). Machine learning-based </w:t>
      </w:r>
      <w:proofErr w:type="spellStart"/>
      <w:r>
        <w:rPr>
          <w:rFonts w:ascii="Times New Roman" w:eastAsia="Times New Roman" w:hAnsi="Times New Roman" w:cs="Times New Roman"/>
          <w:color w:val="000000"/>
        </w:rPr>
        <w:t>xApp</w:t>
      </w:r>
      <w:proofErr w:type="spellEnd"/>
      <w:r>
        <w:rPr>
          <w:rFonts w:ascii="Times New Roman" w:eastAsia="Times New Roman" w:hAnsi="Times New Roman" w:cs="Times New Roman"/>
          <w:color w:val="000000"/>
        </w:rPr>
        <w:t xml:space="preserve"> for dynamic resource allocation in O-RAN networks. In 2024 IEEE International Conference on Machine Learning for Communication and Networking (ICMLCN) (pp. 492-497). IEEE. https://doi.org/10.1109/ICMLCN59089.2024.10625184 </w:t>
      </w:r>
    </w:p>
    <w:p w14:paraId="4D989FFF" w14:textId="77777777" w:rsidR="00A52FFC" w:rsidRDefault="00BA4244">
      <w:pPr>
        <w:numPr>
          <w:ilvl w:val="0"/>
          <w:numId w:val="4"/>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Saad, S. B., Brik, B., &amp; </w:t>
      </w:r>
      <w:proofErr w:type="spellStart"/>
      <w:r>
        <w:rPr>
          <w:rFonts w:ascii="Times New Roman" w:eastAsia="Times New Roman" w:hAnsi="Times New Roman" w:cs="Times New Roman"/>
          <w:color w:val="000000"/>
        </w:rPr>
        <w:t>Ksentini</w:t>
      </w:r>
      <w:proofErr w:type="spellEnd"/>
      <w:r>
        <w:rPr>
          <w:rFonts w:ascii="Times New Roman" w:eastAsia="Times New Roman" w:hAnsi="Times New Roman" w:cs="Times New Roman"/>
          <w:color w:val="000000"/>
        </w:rPr>
        <w:t xml:space="preserve">, A. (2023). Toward securing federated learning against poisoning attacks in zero touch B5G networks. IEEE Transactions on Network and Service Management, 20(2), 1612-1624. </w:t>
      </w:r>
      <w:hyperlink r:id="rId30">
        <w:r>
          <w:rPr>
            <w:rFonts w:ascii="Times New Roman" w:eastAsia="Times New Roman" w:hAnsi="Times New Roman" w:cs="Times New Roman"/>
            <w:color w:val="0000FF"/>
            <w:u w:val="single"/>
          </w:rPr>
          <w:t>https://doi.org/10.1109/TNSM.2023.3278838</w:t>
        </w:r>
      </w:hyperlink>
    </w:p>
    <w:p w14:paraId="733ED233" w14:textId="77777777" w:rsidR="00A52FFC" w:rsidRDefault="00BA4244">
      <w:pPr>
        <w:numPr>
          <w:ilvl w:val="0"/>
          <w:numId w:val="4"/>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Saad, W., Bennis, M., &amp; Chen, M. (2019). A vision of 6G wireless systems: Applications, trends, technologies, and open research problems. IEEE network, 34(3), 134-142. </w:t>
      </w:r>
      <w:hyperlink r:id="rId31">
        <w:r>
          <w:rPr>
            <w:rFonts w:ascii="Times New Roman" w:eastAsia="Times New Roman" w:hAnsi="Times New Roman" w:cs="Times New Roman"/>
            <w:color w:val="0000FF"/>
            <w:u w:val="single"/>
          </w:rPr>
          <w:t>https://doi.org/10.1109/MNET.001.1900287</w:t>
        </w:r>
      </w:hyperlink>
      <w:r>
        <w:rPr>
          <w:rFonts w:ascii="Times New Roman" w:eastAsia="Times New Roman" w:hAnsi="Times New Roman" w:cs="Times New Roman"/>
          <w:color w:val="000000"/>
        </w:rPr>
        <w:t>.</w:t>
      </w:r>
    </w:p>
    <w:p w14:paraId="4C12E331" w14:textId="77777777" w:rsidR="00A52FFC" w:rsidRDefault="00BA4244">
      <w:pPr>
        <w:numPr>
          <w:ilvl w:val="0"/>
          <w:numId w:val="4"/>
        </w:numPr>
        <w:pBdr>
          <w:top w:val="nil"/>
          <w:left w:val="nil"/>
          <w:bottom w:val="nil"/>
          <w:right w:val="nil"/>
          <w:between w:val="nil"/>
        </w:pBdr>
        <w:spacing w:after="0"/>
        <w:jc w:val="both"/>
        <w:rPr>
          <w:rFonts w:ascii="Times New Roman" w:eastAsia="Times New Roman" w:hAnsi="Times New Roman" w:cs="Times New Roman"/>
          <w:color w:val="000000"/>
        </w:rPr>
      </w:pPr>
      <w:r w:rsidRPr="002C10D7">
        <w:rPr>
          <w:rFonts w:ascii="Times New Roman" w:eastAsia="Times New Roman" w:hAnsi="Times New Roman" w:cs="Times New Roman"/>
          <w:color w:val="000000"/>
          <w:lang w:val="de-DE"/>
        </w:rPr>
        <w:lastRenderedPageBreak/>
        <w:t xml:space="preserve">Schmidt, R., Irazabal, M., &amp; Nikaein, N. (2021, December). </w:t>
      </w:r>
      <w:proofErr w:type="spellStart"/>
      <w:r>
        <w:rPr>
          <w:rFonts w:ascii="Times New Roman" w:eastAsia="Times New Roman" w:hAnsi="Times New Roman" w:cs="Times New Roman"/>
          <w:color w:val="000000"/>
        </w:rPr>
        <w:t>FlexRIC</w:t>
      </w:r>
      <w:proofErr w:type="spellEnd"/>
      <w:r>
        <w:rPr>
          <w:rFonts w:ascii="Times New Roman" w:eastAsia="Times New Roman" w:hAnsi="Times New Roman" w:cs="Times New Roman"/>
          <w:color w:val="000000"/>
        </w:rPr>
        <w:t xml:space="preserve">: An SDK for next-generation SD-RANs. In Proceedings of the 17th International Conference on emerging Networking </w:t>
      </w:r>
      <w:proofErr w:type="spellStart"/>
      <w:r>
        <w:rPr>
          <w:rFonts w:ascii="Times New Roman" w:eastAsia="Times New Roman" w:hAnsi="Times New Roman" w:cs="Times New Roman"/>
          <w:color w:val="000000"/>
        </w:rPr>
        <w:t>EXperiments</w:t>
      </w:r>
      <w:proofErr w:type="spellEnd"/>
      <w:r>
        <w:rPr>
          <w:rFonts w:ascii="Times New Roman" w:eastAsia="Times New Roman" w:hAnsi="Times New Roman" w:cs="Times New Roman"/>
          <w:color w:val="000000"/>
        </w:rPr>
        <w:t xml:space="preserve"> and Technologies (pp. 411-425). </w:t>
      </w:r>
    </w:p>
    <w:p w14:paraId="0BA2A19A" w14:textId="77777777" w:rsidR="00A52FFC" w:rsidRDefault="00BA4244">
      <w:pPr>
        <w:numPr>
          <w:ilvl w:val="0"/>
          <w:numId w:val="4"/>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Shi, W., Cao, J., Zhang, Q., Li, Y., &amp; Xu, L. (2016). Edge computing: Vision and challenges. IEEE internet of things journal, 3(5), 637-646. </w:t>
      </w:r>
      <w:hyperlink r:id="rId32">
        <w:r>
          <w:rPr>
            <w:rFonts w:ascii="Times New Roman" w:eastAsia="Times New Roman" w:hAnsi="Times New Roman" w:cs="Times New Roman"/>
            <w:color w:val="0000FF"/>
            <w:u w:val="single"/>
          </w:rPr>
          <w:t>https://doi.org/10.1109/JIOT.2016.2579198</w:t>
        </w:r>
      </w:hyperlink>
      <w:r>
        <w:rPr>
          <w:rFonts w:ascii="Times New Roman" w:eastAsia="Times New Roman" w:hAnsi="Times New Roman" w:cs="Times New Roman"/>
          <w:color w:val="000000"/>
        </w:rPr>
        <w:t>.</w:t>
      </w:r>
    </w:p>
    <w:p w14:paraId="791E3967" w14:textId="77777777" w:rsidR="00A52FFC" w:rsidRDefault="00BA4244">
      <w:pPr>
        <w:numPr>
          <w:ilvl w:val="0"/>
          <w:numId w:val="4"/>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Singh, A., Ong, J., Agarwal, A., Anderson, G., Armistead, A., Bannon, R., ... &amp; Vahdat, A. (2015). Jupiter rising: A decade of clos topologies and centralized control in </w:t>
      </w:r>
      <w:proofErr w:type="spellStart"/>
      <w:r>
        <w:rPr>
          <w:rFonts w:ascii="Times New Roman" w:eastAsia="Times New Roman" w:hAnsi="Times New Roman" w:cs="Times New Roman"/>
          <w:color w:val="000000"/>
        </w:rPr>
        <w:t>google's</w:t>
      </w:r>
      <w:proofErr w:type="spellEnd"/>
      <w:r>
        <w:rPr>
          <w:rFonts w:ascii="Times New Roman" w:eastAsia="Times New Roman" w:hAnsi="Times New Roman" w:cs="Times New Roman"/>
          <w:color w:val="000000"/>
        </w:rPr>
        <w:t xml:space="preserve"> datacenter network. ACM SIGCOMM computer communication review, 45(4), 183-197. </w:t>
      </w:r>
      <w:hyperlink r:id="rId33">
        <w:r>
          <w:rPr>
            <w:rFonts w:ascii="Times New Roman" w:eastAsia="Times New Roman" w:hAnsi="Times New Roman" w:cs="Times New Roman"/>
            <w:color w:val="0000FF"/>
            <w:u w:val="single"/>
          </w:rPr>
          <w:t>https://doi.org/10.1145/2785956.2787508</w:t>
        </w:r>
      </w:hyperlink>
    </w:p>
    <w:p w14:paraId="178D27EB" w14:textId="77777777" w:rsidR="00A52FFC" w:rsidRDefault="00BA4244">
      <w:pPr>
        <w:numPr>
          <w:ilvl w:val="0"/>
          <w:numId w:val="4"/>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Sun, C., </w:t>
      </w:r>
      <w:proofErr w:type="spellStart"/>
      <w:r>
        <w:rPr>
          <w:rFonts w:ascii="Times New Roman" w:eastAsia="Times New Roman" w:hAnsi="Times New Roman" w:cs="Times New Roman"/>
          <w:color w:val="000000"/>
        </w:rPr>
        <w:t>Pawar</w:t>
      </w:r>
      <w:proofErr w:type="spellEnd"/>
      <w:r>
        <w:rPr>
          <w:rFonts w:ascii="Times New Roman" w:eastAsia="Times New Roman" w:hAnsi="Times New Roman" w:cs="Times New Roman"/>
          <w:color w:val="000000"/>
        </w:rPr>
        <w:t xml:space="preserve">, U., Khoja, M., </w:t>
      </w:r>
      <w:proofErr w:type="spellStart"/>
      <w:r>
        <w:rPr>
          <w:rFonts w:ascii="Times New Roman" w:eastAsia="Times New Roman" w:hAnsi="Times New Roman" w:cs="Times New Roman"/>
          <w:color w:val="000000"/>
        </w:rPr>
        <w:t>Foukas</w:t>
      </w:r>
      <w:proofErr w:type="spellEnd"/>
      <w:r>
        <w:rPr>
          <w:rFonts w:ascii="Times New Roman" w:eastAsia="Times New Roman" w:hAnsi="Times New Roman" w:cs="Times New Roman"/>
          <w:color w:val="000000"/>
        </w:rPr>
        <w:t xml:space="preserve">, X., Marina, M. K., &amp; </w:t>
      </w:r>
      <w:proofErr w:type="spellStart"/>
      <w:r>
        <w:rPr>
          <w:rFonts w:ascii="Times New Roman" w:eastAsia="Times New Roman" w:hAnsi="Times New Roman" w:cs="Times New Roman"/>
          <w:color w:val="000000"/>
        </w:rPr>
        <w:t>Radunovic</w:t>
      </w:r>
      <w:proofErr w:type="spellEnd"/>
      <w:r>
        <w:rPr>
          <w:rFonts w:ascii="Times New Roman" w:eastAsia="Times New Roman" w:hAnsi="Times New Roman" w:cs="Times New Roman"/>
          <w:color w:val="000000"/>
        </w:rPr>
        <w:t xml:space="preserve">, B. (2024, December). </w:t>
      </w:r>
      <w:proofErr w:type="spellStart"/>
      <w:r>
        <w:rPr>
          <w:rFonts w:ascii="Times New Roman" w:eastAsia="Times New Roman" w:hAnsi="Times New Roman" w:cs="Times New Roman"/>
          <w:color w:val="000000"/>
        </w:rPr>
        <w:t>SpotLight</w:t>
      </w:r>
      <w:proofErr w:type="spellEnd"/>
      <w:r>
        <w:rPr>
          <w:rFonts w:ascii="Times New Roman" w:eastAsia="Times New Roman" w:hAnsi="Times New Roman" w:cs="Times New Roman"/>
          <w:color w:val="000000"/>
        </w:rPr>
        <w:t xml:space="preserve">--An Open RAN Anomaly Detection and Identification System. In Proceedings of the 30th Annual International Conference on Mobile Computing and Networking (pp. 1769-1771). </w:t>
      </w:r>
      <w:hyperlink r:id="rId34">
        <w:r>
          <w:rPr>
            <w:rFonts w:ascii="Times New Roman" w:eastAsia="Times New Roman" w:hAnsi="Times New Roman" w:cs="Times New Roman"/>
            <w:color w:val="0000FF"/>
            <w:u w:val="single"/>
          </w:rPr>
          <w:t>https://doi.org/10.1145/3636534.3698854</w:t>
        </w:r>
      </w:hyperlink>
    </w:p>
    <w:p w14:paraId="1D4133D2" w14:textId="77777777" w:rsidR="00A52FFC" w:rsidRDefault="00BA4244">
      <w:pPr>
        <w:numPr>
          <w:ilvl w:val="0"/>
          <w:numId w:val="4"/>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Sun, P., Guo, Z., Li, J., Xu, Y., Lan, J., &amp; Hu, Y. (2021). Enabling scalable routing in software-defined networks with deep reinforcement learning on critical nodes. IEEE/ACM Transactions on Networking, 30(2), 629-640. </w:t>
      </w:r>
      <w:hyperlink r:id="rId35">
        <w:r>
          <w:rPr>
            <w:rFonts w:ascii="Times New Roman" w:eastAsia="Times New Roman" w:hAnsi="Times New Roman" w:cs="Times New Roman"/>
            <w:color w:val="0000FF"/>
            <w:u w:val="single"/>
          </w:rPr>
          <w:t>https://doi.org/10.1109/TNET.2021.3126933</w:t>
        </w:r>
      </w:hyperlink>
    </w:p>
    <w:p w14:paraId="696DC3C5" w14:textId="77777777" w:rsidR="00A52FFC" w:rsidRDefault="00BA4244">
      <w:pPr>
        <w:numPr>
          <w:ilvl w:val="0"/>
          <w:numId w:val="4"/>
        </w:numPr>
        <w:pBdr>
          <w:top w:val="nil"/>
          <w:left w:val="nil"/>
          <w:bottom w:val="nil"/>
          <w:right w:val="nil"/>
          <w:between w:val="nil"/>
        </w:pBdr>
        <w:spacing w:after="0"/>
        <w:jc w:val="both"/>
        <w:rPr>
          <w:rFonts w:ascii="Times New Roman" w:eastAsia="Times New Roman" w:hAnsi="Times New Roman" w:cs="Times New Roman"/>
          <w:color w:val="000000"/>
        </w:rPr>
      </w:pPr>
      <w:r w:rsidRPr="002C10D7">
        <w:rPr>
          <w:rFonts w:ascii="Times New Roman" w:eastAsia="Times New Roman" w:hAnsi="Times New Roman" w:cs="Times New Roman"/>
          <w:color w:val="000000"/>
          <w:lang w:val="de-DE"/>
        </w:rPr>
        <w:t xml:space="preserve">Tessler, C., Shpigelman, Y., Dalal, G., Mandelbaum, A., Haritan Kazakov, D., Fuhrer, B., ... </w:t>
      </w:r>
      <w:r>
        <w:rPr>
          <w:rFonts w:ascii="Times New Roman" w:eastAsia="Times New Roman" w:hAnsi="Times New Roman" w:cs="Times New Roman"/>
          <w:color w:val="000000"/>
        </w:rPr>
        <w:t xml:space="preserve">&amp; </w:t>
      </w:r>
      <w:proofErr w:type="spellStart"/>
      <w:r>
        <w:rPr>
          <w:rFonts w:ascii="Times New Roman" w:eastAsia="Times New Roman" w:hAnsi="Times New Roman" w:cs="Times New Roman"/>
          <w:color w:val="000000"/>
        </w:rPr>
        <w:t>Mannor</w:t>
      </w:r>
      <w:proofErr w:type="spellEnd"/>
      <w:r>
        <w:rPr>
          <w:rFonts w:ascii="Times New Roman" w:eastAsia="Times New Roman" w:hAnsi="Times New Roman" w:cs="Times New Roman"/>
          <w:color w:val="000000"/>
        </w:rPr>
        <w:t xml:space="preserve">, S. (2022). Reinforcement learning for datacenter congestion control. ACM SIGMETRICS Performance Evaluation Review, 49(2), 43-46. </w:t>
      </w:r>
      <w:hyperlink r:id="rId36">
        <w:r>
          <w:rPr>
            <w:rFonts w:ascii="Times New Roman" w:eastAsia="Times New Roman" w:hAnsi="Times New Roman" w:cs="Times New Roman"/>
            <w:color w:val="0000FF"/>
            <w:u w:val="single"/>
          </w:rPr>
          <w:t>https://doi.org/10.1609/aaai.v36i11.21535</w:t>
        </w:r>
      </w:hyperlink>
    </w:p>
    <w:p w14:paraId="5141FB01" w14:textId="2E5BAEA4" w:rsidR="00E7643A" w:rsidRPr="00E7643A" w:rsidRDefault="00E7643A" w:rsidP="00E7643A">
      <w:pPr>
        <w:numPr>
          <w:ilvl w:val="0"/>
          <w:numId w:val="4"/>
        </w:numPr>
        <w:pBdr>
          <w:top w:val="nil"/>
          <w:left w:val="nil"/>
          <w:bottom w:val="nil"/>
          <w:right w:val="nil"/>
          <w:between w:val="nil"/>
        </w:pBdr>
        <w:spacing w:after="0"/>
        <w:jc w:val="both"/>
        <w:rPr>
          <w:rFonts w:ascii="Times New Roman" w:eastAsia="Times New Roman" w:hAnsi="Times New Roman" w:cs="Times New Roman"/>
          <w:color w:val="000000"/>
        </w:rPr>
      </w:pPr>
      <w:proofErr w:type="spellStart"/>
      <w:r w:rsidRPr="00E7643A">
        <w:rPr>
          <w:rFonts w:ascii="Times New Roman" w:eastAsia="Times New Roman" w:hAnsi="Times New Roman" w:cs="Times New Roman"/>
          <w:color w:val="000000"/>
        </w:rPr>
        <w:t>Thimmaraju</w:t>
      </w:r>
      <w:proofErr w:type="spellEnd"/>
      <w:r w:rsidRPr="00E7643A">
        <w:rPr>
          <w:rFonts w:ascii="Times New Roman" w:eastAsia="Times New Roman" w:hAnsi="Times New Roman" w:cs="Times New Roman"/>
          <w:color w:val="000000"/>
        </w:rPr>
        <w:t xml:space="preserve">, K., Shaik, A., </w:t>
      </w:r>
      <w:proofErr w:type="spellStart"/>
      <w:r w:rsidRPr="00E7643A">
        <w:rPr>
          <w:rFonts w:ascii="Times New Roman" w:eastAsia="Times New Roman" w:hAnsi="Times New Roman" w:cs="Times New Roman"/>
          <w:color w:val="000000"/>
        </w:rPr>
        <w:t>Flück</w:t>
      </w:r>
      <w:proofErr w:type="spellEnd"/>
      <w:r w:rsidRPr="00E7643A">
        <w:rPr>
          <w:rFonts w:ascii="Times New Roman" w:eastAsia="Times New Roman" w:hAnsi="Times New Roman" w:cs="Times New Roman"/>
          <w:color w:val="000000"/>
        </w:rPr>
        <w:t xml:space="preserve">, S., Mora, P. J. F., </w:t>
      </w:r>
      <w:proofErr w:type="spellStart"/>
      <w:r w:rsidRPr="00E7643A">
        <w:rPr>
          <w:rFonts w:ascii="Times New Roman" w:eastAsia="Times New Roman" w:hAnsi="Times New Roman" w:cs="Times New Roman"/>
          <w:color w:val="000000"/>
        </w:rPr>
        <w:t>Werling</w:t>
      </w:r>
      <w:proofErr w:type="spellEnd"/>
      <w:r w:rsidRPr="00E7643A">
        <w:rPr>
          <w:rFonts w:ascii="Times New Roman" w:eastAsia="Times New Roman" w:hAnsi="Times New Roman" w:cs="Times New Roman"/>
          <w:color w:val="000000"/>
        </w:rPr>
        <w:t xml:space="preserve">, C., &amp; Seifert, J. P. (2024, May). Security testing the o-ran near-real time </w:t>
      </w:r>
      <w:proofErr w:type="spellStart"/>
      <w:r w:rsidRPr="00E7643A">
        <w:rPr>
          <w:rFonts w:ascii="Times New Roman" w:eastAsia="Times New Roman" w:hAnsi="Times New Roman" w:cs="Times New Roman"/>
          <w:color w:val="000000"/>
        </w:rPr>
        <w:t>ric</w:t>
      </w:r>
      <w:proofErr w:type="spellEnd"/>
      <w:r w:rsidRPr="00E7643A">
        <w:rPr>
          <w:rFonts w:ascii="Times New Roman" w:eastAsia="Times New Roman" w:hAnsi="Times New Roman" w:cs="Times New Roman"/>
          <w:color w:val="000000"/>
        </w:rPr>
        <w:t xml:space="preserve"> &amp; a1 interface. In Proceedings of the 17th ACM Conference on Security and Privacy in Wireless and Mobile Networks (pp. 277-287).</w:t>
      </w:r>
      <w:r>
        <w:rPr>
          <w:rFonts w:ascii="Times New Roman" w:eastAsia="Times New Roman" w:hAnsi="Times New Roman" w:cs="Times New Roman"/>
          <w:color w:val="000000"/>
        </w:rPr>
        <w:t xml:space="preserve"> </w:t>
      </w:r>
      <w:r w:rsidRPr="00E7643A">
        <w:rPr>
          <w:rFonts w:ascii="Times New Roman" w:eastAsia="Times New Roman" w:hAnsi="Times New Roman" w:cs="Times New Roman"/>
          <w:color w:val="000000"/>
        </w:rPr>
        <w:t>https://doi.org/10.1145/3643833.365611</w:t>
      </w:r>
    </w:p>
    <w:p w14:paraId="32FC5D85" w14:textId="5DDF0EA7" w:rsidR="00A52FFC" w:rsidRDefault="00BA4244">
      <w:pPr>
        <w:numPr>
          <w:ilvl w:val="0"/>
          <w:numId w:val="4"/>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Tian, H., Liao, X., Zeng, C., Zhang, J., &amp; Chen, K. (2022, November). Spine: An efficient DRL-based congestion control with ultra-low overhead. In Proceedings of the 18th International Conference on emerging Networking </w:t>
      </w:r>
      <w:proofErr w:type="spellStart"/>
      <w:r>
        <w:rPr>
          <w:rFonts w:ascii="Times New Roman" w:eastAsia="Times New Roman" w:hAnsi="Times New Roman" w:cs="Times New Roman"/>
          <w:color w:val="000000"/>
        </w:rPr>
        <w:t>EXperiments</w:t>
      </w:r>
      <w:proofErr w:type="spellEnd"/>
      <w:r>
        <w:rPr>
          <w:rFonts w:ascii="Times New Roman" w:eastAsia="Times New Roman" w:hAnsi="Times New Roman" w:cs="Times New Roman"/>
          <w:color w:val="000000"/>
        </w:rPr>
        <w:t xml:space="preserve"> and Technologies (pp. 261-275). https://doi.org/10.1145/3555050.3569125 </w:t>
      </w:r>
    </w:p>
    <w:p w14:paraId="169C81F3" w14:textId="77777777" w:rsidR="00A52FFC" w:rsidRDefault="00BA4244">
      <w:pPr>
        <w:numPr>
          <w:ilvl w:val="0"/>
          <w:numId w:val="4"/>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Tian, Y., Wang, Z., Yin, X., Shi, X., Guo, Y., </w:t>
      </w:r>
      <w:proofErr w:type="spellStart"/>
      <w:r>
        <w:rPr>
          <w:rFonts w:ascii="Times New Roman" w:eastAsia="Times New Roman" w:hAnsi="Times New Roman" w:cs="Times New Roman"/>
          <w:color w:val="000000"/>
        </w:rPr>
        <w:t>Geng</w:t>
      </w:r>
      <w:proofErr w:type="spellEnd"/>
      <w:r>
        <w:rPr>
          <w:rFonts w:ascii="Times New Roman" w:eastAsia="Times New Roman" w:hAnsi="Times New Roman" w:cs="Times New Roman"/>
          <w:color w:val="000000"/>
        </w:rPr>
        <w:t xml:space="preserve">, H., &amp; Yang, J. (2020). Traffic engineering in partially deployed segment routing over IPv6 network with deep reinforcement learning. IEEE/ACM Transactions on Networking, 28(4), 1573-1586. </w:t>
      </w:r>
      <w:hyperlink r:id="rId37">
        <w:r>
          <w:rPr>
            <w:rFonts w:ascii="Times New Roman" w:eastAsia="Times New Roman" w:hAnsi="Times New Roman" w:cs="Times New Roman"/>
            <w:color w:val="0000FF"/>
            <w:u w:val="single"/>
          </w:rPr>
          <w:t>https://doi.org/10.1109/TNET.2020.2987866</w:t>
        </w:r>
      </w:hyperlink>
    </w:p>
    <w:p w14:paraId="0D31F776" w14:textId="77777777" w:rsidR="00A52FFC" w:rsidRDefault="00BA4244">
      <w:pPr>
        <w:numPr>
          <w:ilvl w:val="0"/>
          <w:numId w:val="4"/>
        </w:numPr>
        <w:pBdr>
          <w:top w:val="nil"/>
          <w:left w:val="nil"/>
          <w:bottom w:val="nil"/>
          <w:right w:val="nil"/>
          <w:between w:val="nil"/>
        </w:pBdr>
        <w:spacing w:after="0"/>
        <w:jc w:val="both"/>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Tsourdinis</w:t>
      </w:r>
      <w:proofErr w:type="spellEnd"/>
      <w:r>
        <w:rPr>
          <w:rFonts w:ascii="Times New Roman" w:eastAsia="Times New Roman" w:hAnsi="Times New Roman" w:cs="Times New Roman"/>
          <w:color w:val="000000"/>
        </w:rPr>
        <w:t xml:space="preserve">, T., Makris, N., </w:t>
      </w:r>
      <w:proofErr w:type="spellStart"/>
      <w:r>
        <w:rPr>
          <w:rFonts w:ascii="Times New Roman" w:eastAsia="Times New Roman" w:hAnsi="Times New Roman" w:cs="Times New Roman"/>
          <w:color w:val="000000"/>
        </w:rPr>
        <w:t>Korakis</w:t>
      </w:r>
      <w:proofErr w:type="spellEnd"/>
      <w:r>
        <w:rPr>
          <w:rFonts w:ascii="Times New Roman" w:eastAsia="Times New Roman" w:hAnsi="Times New Roman" w:cs="Times New Roman"/>
          <w:color w:val="000000"/>
        </w:rPr>
        <w:t xml:space="preserve">, T., &amp; </w:t>
      </w:r>
      <w:proofErr w:type="spellStart"/>
      <w:r>
        <w:rPr>
          <w:rFonts w:ascii="Times New Roman" w:eastAsia="Times New Roman" w:hAnsi="Times New Roman" w:cs="Times New Roman"/>
          <w:color w:val="000000"/>
        </w:rPr>
        <w:t>Fdida</w:t>
      </w:r>
      <w:proofErr w:type="spellEnd"/>
      <w:r>
        <w:rPr>
          <w:rFonts w:ascii="Times New Roman" w:eastAsia="Times New Roman" w:hAnsi="Times New Roman" w:cs="Times New Roman"/>
          <w:color w:val="000000"/>
        </w:rPr>
        <w:t xml:space="preserve">, S. (2024, December). AI-driven network intrusion detection and resource allocation in real-world O-RAN 5G networks. In Proceedings of the 30th Annual International Conference on Mobile Computing and Networking (pp. 1842-1849). </w:t>
      </w:r>
      <w:hyperlink r:id="rId38">
        <w:r>
          <w:rPr>
            <w:rFonts w:ascii="Times New Roman" w:eastAsia="Times New Roman" w:hAnsi="Times New Roman" w:cs="Times New Roman"/>
            <w:color w:val="0000FF"/>
            <w:u w:val="single"/>
          </w:rPr>
          <w:t>https://doi.org/10.1145/3636534.369731</w:t>
        </w:r>
      </w:hyperlink>
    </w:p>
    <w:p w14:paraId="659EF1B8" w14:textId="11572540" w:rsidR="00E7643A" w:rsidRPr="00E7643A" w:rsidRDefault="00E7643A">
      <w:pPr>
        <w:numPr>
          <w:ilvl w:val="0"/>
          <w:numId w:val="4"/>
        </w:numPr>
        <w:pBdr>
          <w:top w:val="nil"/>
          <w:left w:val="nil"/>
          <w:bottom w:val="nil"/>
          <w:right w:val="nil"/>
          <w:between w:val="nil"/>
        </w:pBdr>
        <w:spacing w:after="0"/>
        <w:jc w:val="both"/>
        <w:rPr>
          <w:rFonts w:ascii="Times New Roman" w:eastAsia="Times New Roman" w:hAnsi="Times New Roman" w:cs="Times New Roman"/>
          <w:color w:val="000000"/>
        </w:rPr>
      </w:pPr>
      <w:r w:rsidRPr="00E7643A">
        <w:rPr>
          <w:rFonts w:ascii="Times New Roman" w:eastAsia="Times New Roman" w:hAnsi="Times New Roman" w:cs="Times New Roman"/>
          <w:color w:val="000000"/>
          <w:lang w:val="en-US"/>
        </w:rPr>
        <w:t xml:space="preserve">Ullah, I., </w:t>
      </w:r>
      <w:proofErr w:type="spellStart"/>
      <w:r w:rsidRPr="00E7643A">
        <w:rPr>
          <w:rFonts w:ascii="Times New Roman" w:eastAsia="Times New Roman" w:hAnsi="Times New Roman" w:cs="Times New Roman"/>
          <w:color w:val="000000"/>
          <w:lang w:val="en-US"/>
        </w:rPr>
        <w:t>Arishi</w:t>
      </w:r>
      <w:proofErr w:type="spellEnd"/>
      <w:r w:rsidRPr="00E7643A">
        <w:rPr>
          <w:rFonts w:ascii="Times New Roman" w:eastAsia="Times New Roman" w:hAnsi="Times New Roman" w:cs="Times New Roman"/>
          <w:color w:val="000000"/>
          <w:lang w:val="en-US"/>
        </w:rPr>
        <w:t xml:space="preserve">, A., Singh, S. K., </w:t>
      </w:r>
      <w:proofErr w:type="spellStart"/>
      <w:r w:rsidRPr="00E7643A">
        <w:rPr>
          <w:rFonts w:ascii="Times New Roman" w:eastAsia="Times New Roman" w:hAnsi="Times New Roman" w:cs="Times New Roman"/>
          <w:color w:val="000000"/>
          <w:lang w:val="en-US"/>
        </w:rPr>
        <w:t>Alharbi</w:t>
      </w:r>
      <w:proofErr w:type="spellEnd"/>
      <w:r w:rsidRPr="00E7643A">
        <w:rPr>
          <w:rFonts w:ascii="Times New Roman" w:eastAsia="Times New Roman" w:hAnsi="Times New Roman" w:cs="Times New Roman"/>
          <w:color w:val="000000"/>
          <w:lang w:val="en-US"/>
        </w:rPr>
        <w:t xml:space="preserve">, F., Ibrahim, A. H., Islam, M., ... &amp; Choi, C. (2025). Autonomous network management for 6G communication: a comprehensive survey. </w:t>
      </w:r>
      <w:r w:rsidRPr="00E7643A">
        <w:rPr>
          <w:rFonts w:ascii="Times New Roman" w:eastAsia="Times New Roman" w:hAnsi="Times New Roman" w:cs="Times New Roman"/>
          <w:color w:val="000000"/>
          <w:lang w:val="de-DE"/>
        </w:rPr>
        <w:t>Digital Communications and Networks.https://doi.org/10.1016/j.dcan.2025.07.001</w:t>
      </w:r>
    </w:p>
    <w:p w14:paraId="50EF157A" w14:textId="72F61560" w:rsidR="00A52FFC" w:rsidRDefault="00BA4244">
      <w:pPr>
        <w:numPr>
          <w:ilvl w:val="0"/>
          <w:numId w:val="4"/>
        </w:numPr>
        <w:pBdr>
          <w:top w:val="nil"/>
          <w:left w:val="nil"/>
          <w:bottom w:val="nil"/>
          <w:right w:val="nil"/>
          <w:between w:val="nil"/>
        </w:pBdr>
        <w:spacing w:after="0"/>
        <w:jc w:val="both"/>
        <w:rPr>
          <w:rFonts w:ascii="Times New Roman" w:eastAsia="Times New Roman" w:hAnsi="Times New Roman" w:cs="Times New Roman"/>
          <w:color w:val="000000"/>
        </w:rPr>
      </w:pPr>
      <w:r w:rsidRPr="002C10D7">
        <w:rPr>
          <w:rFonts w:ascii="Times New Roman" w:eastAsia="Times New Roman" w:hAnsi="Times New Roman" w:cs="Times New Roman"/>
          <w:color w:val="000000"/>
          <w:lang w:val="de-DE"/>
        </w:rPr>
        <w:t xml:space="preserve">Wiebusch, R., Wagner, N. A., Overbeck, D., Kurtz, F., &amp; Wietfeld, C. (2023, May). </w:t>
      </w:r>
      <w:r>
        <w:rPr>
          <w:rFonts w:ascii="Times New Roman" w:eastAsia="Times New Roman" w:hAnsi="Times New Roman" w:cs="Times New Roman"/>
          <w:color w:val="000000"/>
        </w:rPr>
        <w:t xml:space="preserve">Towards open 6g: Experimental o-ran framework for predictive uplink slicing. In ICC 2023-IEEE International Conference on Communications (pp. 4834-4839). IEEE. https://doi.org/10.1109/ICC45041.2023.10279730. </w:t>
      </w:r>
    </w:p>
    <w:p w14:paraId="7F17B837" w14:textId="77777777" w:rsidR="00A52FFC" w:rsidRDefault="00BA4244">
      <w:pPr>
        <w:numPr>
          <w:ilvl w:val="0"/>
          <w:numId w:val="4"/>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Yang, K., Liu, J., Zhang, C., &amp; Fang, Y. (2018, October). Adversarial examples against the deep </w:t>
      </w:r>
      <w:proofErr w:type="gramStart"/>
      <w:r>
        <w:rPr>
          <w:rFonts w:ascii="Times New Roman" w:eastAsia="Times New Roman" w:hAnsi="Times New Roman" w:cs="Times New Roman"/>
          <w:color w:val="000000"/>
        </w:rPr>
        <w:t>learning based</w:t>
      </w:r>
      <w:proofErr w:type="gramEnd"/>
      <w:r>
        <w:rPr>
          <w:rFonts w:ascii="Times New Roman" w:eastAsia="Times New Roman" w:hAnsi="Times New Roman" w:cs="Times New Roman"/>
          <w:color w:val="000000"/>
        </w:rPr>
        <w:t xml:space="preserve"> network intrusion detection systems. In MILCOM 2018-2018 </w:t>
      </w:r>
      <w:proofErr w:type="spellStart"/>
      <w:r>
        <w:rPr>
          <w:rFonts w:ascii="Times New Roman" w:eastAsia="Times New Roman" w:hAnsi="Times New Roman" w:cs="Times New Roman"/>
          <w:color w:val="000000"/>
        </w:rPr>
        <w:t>ieee</w:t>
      </w:r>
      <w:proofErr w:type="spellEnd"/>
      <w:r>
        <w:rPr>
          <w:rFonts w:ascii="Times New Roman" w:eastAsia="Times New Roman" w:hAnsi="Times New Roman" w:cs="Times New Roman"/>
          <w:color w:val="000000"/>
        </w:rPr>
        <w:t xml:space="preserve"> military communications conference (MILCOM) (pp. 559-564). IEEE. </w:t>
      </w:r>
      <w:hyperlink r:id="rId39">
        <w:r>
          <w:rPr>
            <w:rFonts w:ascii="Times New Roman" w:eastAsia="Times New Roman" w:hAnsi="Times New Roman" w:cs="Times New Roman"/>
            <w:color w:val="0000FF"/>
            <w:u w:val="single"/>
          </w:rPr>
          <w:t>https://doi.org/10.1109/MILCOM.2018.8599759</w:t>
        </w:r>
      </w:hyperlink>
    </w:p>
    <w:p w14:paraId="4C032073" w14:textId="77777777" w:rsidR="00A52FFC" w:rsidRDefault="00BA4244">
      <w:pPr>
        <w:numPr>
          <w:ilvl w:val="0"/>
          <w:numId w:val="4"/>
        </w:numPr>
        <w:pBdr>
          <w:top w:val="nil"/>
          <w:left w:val="nil"/>
          <w:bottom w:val="nil"/>
          <w:right w:val="nil"/>
          <w:between w:val="nil"/>
        </w:pBdr>
        <w:spacing w:after="0"/>
        <w:jc w:val="both"/>
        <w:rPr>
          <w:rFonts w:ascii="Times New Roman" w:eastAsia="Times New Roman" w:hAnsi="Times New Roman" w:cs="Times New Roman"/>
          <w:color w:val="000000"/>
        </w:rPr>
      </w:pPr>
      <w:r w:rsidRPr="002C10D7">
        <w:rPr>
          <w:rFonts w:ascii="Times New Roman" w:eastAsia="Times New Roman" w:hAnsi="Times New Roman" w:cs="Times New Roman"/>
          <w:color w:val="000000"/>
          <w:lang w:val="pl-PL"/>
        </w:rPr>
        <w:t xml:space="preserve">Zhang, C., Costa-Perez, X., &amp; Patras, P. (2022). </w:t>
      </w:r>
      <w:r>
        <w:rPr>
          <w:rFonts w:ascii="Times New Roman" w:eastAsia="Times New Roman" w:hAnsi="Times New Roman" w:cs="Times New Roman"/>
          <w:color w:val="000000"/>
        </w:rPr>
        <w:t xml:space="preserve">Adversarial attacks against deep learning-based network intrusion detection systems and defense mechanisms. IEEE/ACM Transactions on Networking, 30(3), 1294-1311. </w:t>
      </w:r>
      <w:hyperlink r:id="rId40">
        <w:r>
          <w:rPr>
            <w:rFonts w:ascii="Times New Roman" w:eastAsia="Times New Roman" w:hAnsi="Times New Roman" w:cs="Times New Roman"/>
            <w:color w:val="0000FF"/>
            <w:u w:val="single"/>
          </w:rPr>
          <w:t>https://doi.org/10.1109/TNET.2021.3137084</w:t>
        </w:r>
      </w:hyperlink>
    </w:p>
    <w:p w14:paraId="2F00A908" w14:textId="77777777" w:rsidR="00A52FFC" w:rsidRDefault="00BA4244">
      <w:pPr>
        <w:numPr>
          <w:ilvl w:val="0"/>
          <w:numId w:val="4"/>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Zhang, C., Patras, P., &amp; Haddadi, H. (2019). Deep learning in mobile and wireless networking: A survey. IEEE Communications surveys &amp; tutorials, 21(3), 2224-2287. </w:t>
      </w:r>
      <w:hyperlink r:id="rId41">
        <w:r>
          <w:rPr>
            <w:rFonts w:ascii="Times New Roman" w:eastAsia="Times New Roman" w:hAnsi="Times New Roman" w:cs="Times New Roman"/>
            <w:color w:val="0000FF"/>
            <w:u w:val="single"/>
          </w:rPr>
          <w:t>https://doi.org/10.1109/COMST.2019.2904897</w:t>
        </w:r>
      </w:hyperlink>
    </w:p>
    <w:p w14:paraId="476155CC" w14:textId="77777777" w:rsidR="00A52FFC" w:rsidRDefault="00BA4244">
      <w:pPr>
        <w:numPr>
          <w:ilvl w:val="0"/>
          <w:numId w:val="4"/>
        </w:numPr>
        <w:pBdr>
          <w:top w:val="nil"/>
          <w:left w:val="nil"/>
          <w:bottom w:val="nil"/>
          <w:right w:val="nil"/>
          <w:between w:val="nil"/>
        </w:pBdr>
        <w:jc w:val="both"/>
        <w:rPr>
          <w:rFonts w:ascii="Times New Roman" w:eastAsia="Times New Roman" w:hAnsi="Times New Roman" w:cs="Times New Roman"/>
          <w:color w:val="000000"/>
        </w:rPr>
      </w:pPr>
      <w:r w:rsidRPr="002C10D7">
        <w:rPr>
          <w:rFonts w:ascii="Times New Roman" w:eastAsia="Times New Roman" w:hAnsi="Times New Roman" w:cs="Times New Roman"/>
          <w:color w:val="000000"/>
          <w:lang w:val="de-DE"/>
        </w:rPr>
        <w:t xml:space="preserve">Zhang, Z., Fang, M., Huang, J., &amp; Liu, Y. (2024, June). </w:t>
      </w:r>
      <w:r>
        <w:rPr>
          <w:rFonts w:ascii="Times New Roman" w:eastAsia="Times New Roman" w:hAnsi="Times New Roman" w:cs="Times New Roman"/>
          <w:color w:val="000000"/>
        </w:rPr>
        <w:t xml:space="preserve">Poisoning attacks on federated learning-based wireless traffic prediction. In 2024 IFIP Networking Conference (IFIP Networking) (pp. 423-431). IEEE. </w:t>
      </w:r>
    </w:p>
    <w:p w14:paraId="7C254E4B" w14:textId="77777777" w:rsidR="00A52FFC" w:rsidRDefault="00A52FFC">
      <w:pPr>
        <w:jc w:val="both"/>
        <w:rPr>
          <w:rFonts w:ascii="Times New Roman" w:eastAsia="Times New Roman" w:hAnsi="Times New Roman" w:cs="Times New Roman"/>
        </w:rPr>
      </w:pPr>
    </w:p>
    <w:p w14:paraId="3E39959F" w14:textId="77777777" w:rsidR="00A52FFC" w:rsidRDefault="00A52FFC">
      <w:pPr>
        <w:rPr>
          <w:rFonts w:ascii="Times New Roman" w:eastAsia="Times New Roman" w:hAnsi="Times New Roman" w:cs="Times New Roman"/>
        </w:rPr>
      </w:pPr>
      <w:bookmarkStart w:id="1" w:name="_GoBack"/>
      <w:bookmarkEnd w:id="1"/>
    </w:p>
    <w:sectPr w:rsidR="00A52FFC">
      <w:pgSz w:w="11906" w:h="16838"/>
      <w:pgMar w:top="720" w:right="720" w:bottom="720"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5627BEB" w14:textId="77777777" w:rsidR="003B22DE" w:rsidRDefault="003B22DE" w:rsidP="007E6995">
      <w:pPr>
        <w:spacing w:after="0" w:line="240" w:lineRule="auto"/>
      </w:pPr>
      <w:r>
        <w:separator/>
      </w:r>
    </w:p>
  </w:endnote>
  <w:endnote w:type="continuationSeparator" w:id="0">
    <w:p w14:paraId="6038C00C" w14:textId="77777777" w:rsidR="003B22DE" w:rsidRDefault="003B22DE" w:rsidP="007E69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B1B37633-DF24-4AED-9D8D-4ED7D2DF47A2}"/>
  </w:font>
  <w:font w:name="Cambria">
    <w:panose1 w:val="02040503050406030204"/>
    <w:charset w:val="00"/>
    <w:family w:val="roman"/>
    <w:pitch w:val="variable"/>
    <w:sig w:usb0="E00006FF" w:usb1="420024FF" w:usb2="02000000" w:usb3="00000000" w:csb0="0000019F" w:csb1="00000000"/>
    <w:embedRegular r:id="rId2" w:fontKey="{91E7860B-B9A6-49EB-BAA5-2B833F09F0EF}"/>
    <w:embedBold r:id="rId3" w:fontKey="{4734F206-72C3-48BE-A22C-D1BF6B729291}"/>
    <w:embedItalic r:id="rId4" w:fontKey="{2B141F07-F17E-4C4D-852D-047E14D81F03}"/>
    <w:embedBoldItalic r:id="rId5" w:fontKey="{EE52F856-331E-4A3F-A6EA-5CF43B530C3B}"/>
  </w:font>
  <w:font w:name="Calibri">
    <w:panose1 w:val="020F0502020204030204"/>
    <w:charset w:val="00"/>
    <w:family w:val="swiss"/>
    <w:pitch w:val="variable"/>
    <w:sig w:usb0="E4002EFF" w:usb1="C200247B" w:usb2="00000009" w:usb3="00000000" w:csb0="000001FF" w:csb1="00000000"/>
    <w:embedRegular r:id="rId6" w:fontKey="{84AB99F0-C316-4574-BD38-D66ACEAE6EA3}"/>
    <w:embedBold r:id="rId7" w:fontKey="{91753F18-C00A-4A3D-9397-ADD48978BFBF}"/>
    <w:embedItalic r:id="rId8" w:fontKey="{0D1B1FD0-6970-4C9C-A7F4-0C429776A928}"/>
    <w:embedBoldItalic r:id="rId9" w:fontKey="{0F4704C0-DCA8-4DFB-811B-0AF536BA602E}"/>
  </w:font>
  <w:font w:name="Times New Roman">
    <w:panose1 w:val="02020603050405020304"/>
    <w:charset w:val="00"/>
    <w:family w:val="roman"/>
    <w:pitch w:val="variable"/>
    <w:sig w:usb0="E0002EFF" w:usb1="C000785B" w:usb2="00000009" w:usb3="00000000" w:csb0="000001FF" w:csb1="00000000"/>
  </w:font>
  <w:font w:name="Courier">
    <w:panose1 w:val="02070409020205020404"/>
    <w:charset w:val="00"/>
    <w:family w:val="modern"/>
    <w:pitch w:val="fixed"/>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15A0F8" w14:textId="77777777" w:rsidR="007E6995" w:rsidRDefault="007E699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C3D4BB" w14:textId="77777777" w:rsidR="007E6995" w:rsidRDefault="007E699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9A8269" w14:textId="77777777" w:rsidR="007E6995" w:rsidRDefault="007E699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A69D067" w14:textId="77777777" w:rsidR="003B22DE" w:rsidRDefault="003B22DE" w:rsidP="007E6995">
      <w:pPr>
        <w:spacing w:after="0" w:line="240" w:lineRule="auto"/>
      </w:pPr>
      <w:r>
        <w:separator/>
      </w:r>
    </w:p>
  </w:footnote>
  <w:footnote w:type="continuationSeparator" w:id="0">
    <w:p w14:paraId="05A06A94" w14:textId="77777777" w:rsidR="003B22DE" w:rsidRDefault="003B22DE" w:rsidP="007E699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CD4F6B" w14:textId="3E1088CE" w:rsidR="007E6995" w:rsidRDefault="003B22DE">
    <w:pPr>
      <w:pStyle w:val="Header"/>
    </w:pPr>
    <w:r>
      <w:rPr>
        <w:noProof/>
      </w:rPr>
      <w:pict w14:anchorId="05B2F93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34345469" o:spid="_x0000_s2050" type="#_x0000_t136" style="position:absolute;margin-left:0;margin-top:0;width:655.8pt;height:81.95pt;rotation:315;z-index:-251655168;mso-position-horizontal:center;mso-position-horizontal-relative:margin;mso-position-vertical:center;mso-position-vertical-relative:margin" o:allowincell="f" fillcolor="silver" stroked="f">
          <v:fill opacity=".5"/>
          <v:textpath style="font-family:&quot;Cambri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E43067" w14:textId="0A9CEF00" w:rsidR="007E6995" w:rsidRDefault="003B22DE">
    <w:pPr>
      <w:pStyle w:val="Header"/>
    </w:pPr>
    <w:r>
      <w:rPr>
        <w:noProof/>
      </w:rPr>
      <w:pict w14:anchorId="342500D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34345470" o:spid="_x0000_s2051" type="#_x0000_t136" style="position:absolute;margin-left:0;margin-top:0;width:655.8pt;height:81.95pt;rotation:315;z-index:-251653120;mso-position-horizontal:center;mso-position-horizontal-relative:margin;mso-position-vertical:center;mso-position-vertical-relative:margin" o:allowincell="f" fillcolor="silver" stroked="f">
          <v:fill opacity=".5"/>
          <v:textpath style="font-family:&quot;Cambri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B72A68" w14:textId="25C7C3A0" w:rsidR="007E6995" w:rsidRDefault="003B22DE">
    <w:pPr>
      <w:pStyle w:val="Header"/>
    </w:pPr>
    <w:r>
      <w:rPr>
        <w:noProof/>
      </w:rPr>
      <w:pict w14:anchorId="303614C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34345468" o:spid="_x0000_s2049" type="#_x0000_t136" style="position:absolute;margin-left:0;margin-top:0;width:655.8pt;height:81.95pt;rotation:315;z-index:-251657216;mso-position-horizontal:center;mso-position-horizontal-relative:margin;mso-position-vertical:center;mso-position-vertical-relative:margin" o:allowincell="f" fillcolor="silver" stroked="f">
          <v:fill opacity=".5"/>
          <v:textpath style="font-family:&quot;Cambri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2E7FC4"/>
    <w:multiLevelType w:val="multilevel"/>
    <w:tmpl w:val="958A768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66A0EC4"/>
    <w:multiLevelType w:val="multilevel"/>
    <w:tmpl w:val="32AA1246"/>
    <w:lvl w:ilvl="0">
      <w:start w:val="1"/>
      <w:numFmt w:val="decimal"/>
      <w:pStyle w:val="ListBullet"/>
      <w:lvlText w:val="%1.0"/>
      <w:lvlJc w:val="left"/>
      <w:pPr>
        <w:ind w:left="360" w:hanging="360"/>
      </w:pPr>
    </w:lvl>
    <w:lvl w:ilvl="1">
      <w:start w:val="1"/>
      <w:numFmt w:val="decimal"/>
      <w:lvlText w:val="%1.%2"/>
      <w:lvlJc w:val="left"/>
      <w:pPr>
        <w:ind w:left="1080" w:hanging="360"/>
      </w:p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200" w:hanging="1440"/>
      </w:pPr>
    </w:lvl>
  </w:abstractNum>
  <w:abstractNum w:abstractNumId="2" w15:restartNumberingAfterBreak="0">
    <w:nsid w:val="1D6C6AF4"/>
    <w:multiLevelType w:val="multilevel"/>
    <w:tmpl w:val="B67C49A4"/>
    <w:lvl w:ilvl="0">
      <w:start w:val="1"/>
      <w:numFmt w:val="lowerRoman"/>
      <w:pStyle w:val="ListBullet2"/>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32B4739E"/>
    <w:multiLevelType w:val="multilevel"/>
    <w:tmpl w:val="8DF8D12E"/>
    <w:lvl w:ilvl="0">
      <w:start w:val="1"/>
      <w:numFmt w:val="lowerRoman"/>
      <w:pStyle w:val="ListBullet3"/>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3BC7094B"/>
    <w:multiLevelType w:val="multilevel"/>
    <w:tmpl w:val="89109FC8"/>
    <w:lvl w:ilvl="0">
      <w:start w:val="1"/>
      <w:numFmt w:val="decimal"/>
      <w:pStyle w:val="ListNumber"/>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1"/>
  </w:num>
  <w:num w:numId="2">
    <w:abstractNumId w:val="2"/>
  </w:num>
  <w:num w:numId="3">
    <w:abstractNumId w:val="3"/>
  </w:num>
  <w:num w:numId="4">
    <w:abstractNumId w:val="0"/>
  </w:num>
  <w:num w:numId="5">
    <w:abstractNumId w:val="4"/>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2FFC"/>
    <w:rsid w:val="000452A2"/>
    <w:rsid w:val="002C10D7"/>
    <w:rsid w:val="002F57C8"/>
    <w:rsid w:val="003167E8"/>
    <w:rsid w:val="003446A8"/>
    <w:rsid w:val="003B22DE"/>
    <w:rsid w:val="00473A91"/>
    <w:rsid w:val="004C1883"/>
    <w:rsid w:val="004F2F14"/>
    <w:rsid w:val="00517EFD"/>
    <w:rsid w:val="00552684"/>
    <w:rsid w:val="007D447A"/>
    <w:rsid w:val="007E6995"/>
    <w:rsid w:val="00954281"/>
    <w:rsid w:val="00A52FFC"/>
    <w:rsid w:val="00BA4244"/>
    <w:rsid w:val="00C5768B"/>
    <w:rsid w:val="00D0619C"/>
    <w:rsid w:val="00E7643A"/>
    <w:rsid w:val="00E9608D"/>
    <w:rsid w:val="00EE3BB9"/>
    <w:rsid w:val="00F63130"/>
    <w:rsid w:val="00FC61C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59F0CD9"/>
  <w15:docId w15:val="{D1B76989-A4C4-4011-AB8F-AE5637EA64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Cambria" w:hAnsi="Cambria" w:cs="Cambria"/>
        <w:sz w:val="22"/>
        <w:szCs w:val="22"/>
        <w:lang w:val="en" w:eastAsia="en-GB"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80" w:after="0"/>
      <w:outlineLvl w:val="0"/>
    </w:pPr>
    <w:rPr>
      <w:rFonts w:ascii="Calibri" w:eastAsia="Calibri" w:hAnsi="Calibri" w:cs="Calibri"/>
      <w:b/>
      <w:bCs/>
      <w:color w:val="366091"/>
      <w:sz w:val="28"/>
      <w:szCs w:val="28"/>
    </w:rPr>
  </w:style>
  <w:style w:type="paragraph" w:styleId="Heading2">
    <w:name w:val="heading 2"/>
    <w:basedOn w:val="Normal"/>
    <w:next w:val="Normal"/>
    <w:link w:val="Heading2Char"/>
    <w:uiPriority w:val="9"/>
    <w:semiHidden/>
    <w:unhideWhenUsed/>
    <w:qFormat/>
    <w:pPr>
      <w:keepNext/>
      <w:keepLines/>
      <w:spacing w:before="200" w:after="0"/>
      <w:outlineLvl w:val="1"/>
    </w:pPr>
    <w:rPr>
      <w:rFonts w:ascii="Calibri" w:eastAsia="Calibri" w:hAnsi="Calibri" w:cs="Calibri"/>
      <w:b/>
      <w:bCs/>
      <w:color w:val="4F81BD"/>
      <w:sz w:val="26"/>
      <w:szCs w:val="26"/>
    </w:rPr>
  </w:style>
  <w:style w:type="paragraph" w:styleId="Heading3">
    <w:name w:val="heading 3"/>
    <w:basedOn w:val="Normal"/>
    <w:next w:val="Normal"/>
    <w:link w:val="Heading3Char"/>
    <w:uiPriority w:val="9"/>
    <w:semiHidden/>
    <w:unhideWhenUsed/>
    <w:qFormat/>
    <w:pPr>
      <w:keepNext/>
      <w:keepLines/>
      <w:spacing w:before="200" w:after="0"/>
      <w:outlineLvl w:val="2"/>
    </w:pPr>
    <w:rPr>
      <w:rFonts w:ascii="Calibri" w:eastAsia="Calibri" w:hAnsi="Calibri" w:cs="Calibri"/>
      <w:b/>
      <w:bCs/>
      <w:color w:val="4F81BD"/>
    </w:rPr>
  </w:style>
  <w:style w:type="paragraph" w:styleId="Heading4">
    <w:name w:val="heading 4"/>
    <w:basedOn w:val="Normal"/>
    <w:next w:val="Normal"/>
    <w:link w:val="Heading4Char"/>
    <w:uiPriority w:val="9"/>
    <w:semiHidden/>
    <w:unhideWhenUsed/>
    <w:qFormat/>
    <w:pPr>
      <w:keepNext/>
      <w:keepLines/>
      <w:spacing w:before="200" w:after="0"/>
      <w:outlineLvl w:val="3"/>
    </w:pPr>
    <w:rPr>
      <w:rFonts w:ascii="Calibri" w:eastAsia="Calibri" w:hAnsi="Calibri" w:cs="Calibri"/>
      <w:b/>
      <w:bCs/>
      <w:i/>
      <w:iCs/>
      <w:color w:val="4F81BD"/>
    </w:rPr>
  </w:style>
  <w:style w:type="paragraph" w:styleId="Heading5">
    <w:name w:val="heading 5"/>
    <w:basedOn w:val="Normal"/>
    <w:next w:val="Normal"/>
    <w:link w:val="Heading5Char"/>
    <w:uiPriority w:val="9"/>
    <w:semiHidden/>
    <w:unhideWhenUsed/>
    <w:qFormat/>
    <w:pPr>
      <w:keepNext/>
      <w:keepLines/>
      <w:spacing w:before="200" w:after="0"/>
      <w:outlineLvl w:val="4"/>
    </w:pPr>
    <w:rPr>
      <w:rFonts w:ascii="Calibri" w:eastAsia="Calibri" w:hAnsi="Calibri" w:cs="Calibri"/>
      <w:color w:val="243F61"/>
    </w:rPr>
  </w:style>
  <w:style w:type="paragraph" w:styleId="Heading6">
    <w:name w:val="heading 6"/>
    <w:basedOn w:val="Normal"/>
    <w:next w:val="Normal"/>
    <w:link w:val="Heading6Char"/>
    <w:uiPriority w:val="9"/>
    <w:semiHidden/>
    <w:unhideWhenUsed/>
    <w:qFormat/>
    <w:pPr>
      <w:keepNext/>
      <w:keepLines/>
      <w:spacing w:before="200" w:after="0"/>
      <w:outlineLvl w:val="5"/>
    </w:pPr>
    <w:rPr>
      <w:rFonts w:ascii="Calibri" w:eastAsia="Calibri" w:hAnsi="Calibri" w:cs="Calibri"/>
      <w:i/>
      <w:iCs/>
      <w:color w:val="243F61"/>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pBdr>
        <w:bottom w:val="single" w:sz="8" w:space="4" w:color="4F81BD"/>
      </w:pBdr>
      <w:spacing w:after="300" w:line="240" w:lineRule="auto"/>
    </w:pPr>
    <w:rPr>
      <w:rFonts w:ascii="Calibri" w:eastAsia="Calibri" w:hAnsi="Calibri" w:cs="Calibri"/>
      <w:color w:val="17365D"/>
      <w:sz w:val="52"/>
      <w:szCs w:val="52"/>
    </w:rPr>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tabs>
        <w:tab w:val="num" w:pos="720"/>
      </w:tabs>
      <w:ind w:left="720" w:hanging="720"/>
      <w:contextualSpacing/>
    </w:pPr>
  </w:style>
  <w:style w:type="paragraph" w:styleId="ListNumber3">
    <w:name w:val="List Number 3"/>
    <w:basedOn w:val="Normal"/>
    <w:uiPriority w:val="99"/>
    <w:unhideWhenUsed/>
    <w:rsid w:val="0029639D"/>
    <w:pPr>
      <w:tabs>
        <w:tab w:val="num" w:pos="720"/>
      </w:tabs>
      <w:ind w:left="720" w:hanging="720"/>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3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styleId="CommentReference">
    <w:name w:val="annotation reference"/>
    <w:basedOn w:val="DefaultParagraphFont"/>
    <w:uiPriority w:val="99"/>
    <w:semiHidden/>
    <w:unhideWhenUsed/>
    <w:rsid w:val="00BA4E22"/>
    <w:rPr>
      <w:sz w:val="16"/>
      <w:szCs w:val="16"/>
    </w:rPr>
  </w:style>
  <w:style w:type="paragraph" w:styleId="CommentText">
    <w:name w:val="annotation text"/>
    <w:basedOn w:val="Normal"/>
    <w:link w:val="CommentTextChar"/>
    <w:uiPriority w:val="99"/>
    <w:semiHidden/>
    <w:unhideWhenUsed/>
    <w:rsid w:val="00BA4E22"/>
    <w:pPr>
      <w:spacing w:line="240" w:lineRule="auto"/>
    </w:pPr>
    <w:rPr>
      <w:sz w:val="20"/>
      <w:szCs w:val="20"/>
    </w:rPr>
  </w:style>
  <w:style w:type="character" w:customStyle="1" w:styleId="CommentTextChar">
    <w:name w:val="Comment Text Char"/>
    <w:basedOn w:val="DefaultParagraphFont"/>
    <w:link w:val="CommentText"/>
    <w:uiPriority w:val="99"/>
    <w:semiHidden/>
    <w:rsid w:val="00BA4E22"/>
    <w:rPr>
      <w:sz w:val="20"/>
      <w:szCs w:val="20"/>
    </w:rPr>
  </w:style>
  <w:style w:type="paragraph" w:styleId="CommentSubject">
    <w:name w:val="annotation subject"/>
    <w:basedOn w:val="CommentText"/>
    <w:next w:val="CommentText"/>
    <w:link w:val="CommentSubjectChar"/>
    <w:uiPriority w:val="99"/>
    <w:semiHidden/>
    <w:unhideWhenUsed/>
    <w:rsid w:val="00BA4E22"/>
    <w:rPr>
      <w:b/>
      <w:bCs/>
    </w:rPr>
  </w:style>
  <w:style w:type="character" w:customStyle="1" w:styleId="CommentSubjectChar">
    <w:name w:val="Comment Subject Char"/>
    <w:basedOn w:val="CommentTextChar"/>
    <w:link w:val="CommentSubject"/>
    <w:uiPriority w:val="99"/>
    <w:semiHidden/>
    <w:rsid w:val="00BA4E22"/>
    <w:rPr>
      <w:b/>
      <w:bCs/>
      <w:sz w:val="20"/>
      <w:szCs w:val="20"/>
    </w:rPr>
  </w:style>
  <w:style w:type="paragraph" w:styleId="Revision">
    <w:name w:val="Revision"/>
    <w:hidden/>
    <w:uiPriority w:val="99"/>
    <w:semiHidden/>
    <w:rsid w:val="00BA4E22"/>
    <w:pPr>
      <w:spacing w:after="0" w:line="240" w:lineRule="auto"/>
    </w:pPr>
  </w:style>
  <w:style w:type="character" w:styleId="Hyperlink">
    <w:name w:val="Hyperlink"/>
    <w:basedOn w:val="DefaultParagraphFont"/>
    <w:uiPriority w:val="99"/>
    <w:unhideWhenUsed/>
    <w:rsid w:val="00A32533"/>
    <w:rPr>
      <w:color w:val="0000FF" w:themeColor="hyperlink"/>
      <w:u w:val="single"/>
    </w:rPr>
  </w:style>
  <w:style w:type="character" w:customStyle="1" w:styleId="UnresolvedMention1">
    <w:name w:val="Unresolved Mention1"/>
    <w:basedOn w:val="DefaultParagraphFont"/>
    <w:uiPriority w:val="99"/>
    <w:semiHidden/>
    <w:unhideWhenUsed/>
    <w:rsid w:val="00A32533"/>
    <w:rPr>
      <w:color w:val="605E5C"/>
      <w:shd w:val="clear" w:color="auto" w:fill="E1DFDD"/>
    </w:rPr>
  </w:style>
  <w:style w:type="paragraph" w:styleId="Subtitle">
    <w:name w:val="Subtitle"/>
    <w:basedOn w:val="Normal"/>
    <w:next w:val="Normal"/>
    <w:link w:val="SubtitleChar"/>
    <w:uiPriority w:val="11"/>
    <w:qFormat/>
    <w:rPr>
      <w:rFonts w:ascii="Calibri" w:eastAsia="Calibri" w:hAnsi="Calibri" w:cs="Calibri"/>
      <w:i/>
      <w:iCs/>
      <w:color w:val="4F81BD"/>
      <w:sz w:val="24"/>
      <w:szCs w:val="24"/>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CellMar>
        <w:top w:w="40" w:type="dxa"/>
        <w:left w:w="40" w:type="dxa"/>
        <w:bottom w:w="40" w:type="dxa"/>
        <w:right w:w="40" w:type="dxa"/>
      </w:tblCellMar>
    </w:tblPr>
  </w:style>
  <w:style w:type="character" w:styleId="UnresolvedMention">
    <w:name w:val="Unresolved Mention"/>
    <w:basedOn w:val="DefaultParagraphFont"/>
    <w:uiPriority w:val="99"/>
    <w:semiHidden/>
    <w:unhideWhenUsed/>
    <w:rsid w:val="00EE3BB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https://doi.org/10.1109/SP.2017.49" TargetMode="External"/><Relationship Id="rId26" Type="http://schemas.openxmlformats.org/officeDocument/2006/relationships/hyperlink" Target="https://doi.org/10.1038/nature14236" TargetMode="External"/><Relationship Id="rId39" Type="http://schemas.openxmlformats.org/officeDocument/2006/relationships/hyperlink" Target="https://doi.org/10.1109/MILCOM.2018.8599759" TargetMode="External"/><Relationship Id="rId21" Type="http://schemas.openxmlformats.org/officeDocument/2006/relationships/hyperlink" Target="https://doi.org/10.1109/TNSM.2016.2598420" TargetMode="External"/><Relationship Id="rId34" Type="http://schemas.openxmlformats.org/officeDocument/2006/relationships/hyperlink" Target="https://doi.org/10.1145/3636534.3698854" TargetMode="External"/><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oi.org/10.1016/j.comnet.2022.109166" TargetMode="External"/><Relationship Id="rId20" Type="http://schemas.openxmlformats.org/officeDocument/2006/relationships/hyperlink" Target="https://doi.org/10.1109/MCOM.2017.1600951" TargetMode="External"/><Relationship Id="rId29" Type="http://schemas.openxmlformats.org/officeDocument/2006/relationships/hyperlink" Target="https://doi.org/10.1109/TMC.2022.3188013" TargetMode="External"/><Relationship Id="rId41" Type="http://schemas.openxmlformats.org/officeDocument/2006/relationships/hyperlink" Target="https://doi.org/10.1109/COMST.2019.2904897"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doi.org/10.1109/COMST.2017.2682318" TargetMode="External"/><Relationship Id="rId32" Type="http://schemas.openxmlformats.org/officeDocument/2006/relationships/hyperlink" Target="https://doi.org/10.1109/JIOT.2016.2579198" TargetMode="External"/><Relationship Id="rId37" Type="http://schemas.openxmlformats.org/officeDocument/2006/relationships/hyperlink" Target="https://doi.org/10.1109/TNET.2020.2987866" TargetMode="External"/><Relationship Id="rId40" Type="http://schemas.openxmlformats.org/officeDocument/2006/relationships/hyperlink" Target="https://doi.org/10.1109/TNET.2021.3137084" TargetMode="External"/><Relationship Id="rId5" Type="http://schemas.openxmlformats.org/officeDocument/2006/relationships/webSettings" Target="webSettings.xml"/><Relationship Id="rId15" Type="http://schemas.openxmlformats.org/officeDocument/2006/relationships/hyperlink" Target="https://doi.org/10.1109/COMST.2015.2474118" TargetMode="External"/><Relationship Id="rId23" Type="http://schemas.openxmlformats.org/officeDocument/2006/relationships/hyperlink" Target="https://doi.org/10.1109/ICCWorkshops53468.2022.9814557" TargetMode="External"/><Relationship Id="rId28" Type="http://schemas.openxmlformats.org/officeDocument/2006/relationships/hyperlink" Target="https://doi.org/10.1016/j.comnet.2023.109935" TargetMode="External"/><Relationship Id="rId36" Type="http://schemas.openxmlformats.org/officeDocument/2006/relationships/hyperlink" Target="https://doi.org/10.1609/aaai.v36i11.21535" TargetMode="External"/><Relationship Id="rId10" Type="http://schemas.openxmlformats.org/officeDocument/2006/relationships/header" Target="header2.xml"/><Relationship Id="rId19" Type="http://schemas.openxmlformats.org/officeDocument/2006/relationships/hyperlink" Target="https://doi.org/10.1145/3230543.3230551" TargetMode="External"/><Relationship Id="rId31" Type="http://schemas.openxmlformats.org/officeDocument/2006/relationships/hyperlink" Target="https://doi.org/10.1109/MNET.001.1900287"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s://doi.org/10.1145/3102980.3103005" TargetMode="External"/><Relationship Id="rId27" Type="http://schemas.openxmlformats.org/officeDocument/2006/relationships/hyperlink" Target="https://doi.org/10.1109/COMST.2020.3036778" TargetMode="External"/><Relationship Id="rId30" Type="http://schemas.openxmlformats.org/officeDocument/2006/relationships/hyperlink" Target="https://doi.org/10.1109/TNSM.2023.3278838" TargetMode="External"/><Relationship Id="rId35" Type="http://schemas.openxmlformats.org/officeDocument/2006/relationships/hyperlink" Target="https://doi.org/10.1109/TNET.2021.3126933" TargetMode="External"/><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s://doi.org/10.3390/s24031038" TargetMode="External"/><Relationship Id="rId25" Type="http://schemas.openxmlformats.org/officeDocument/2006/relationships/hyperlink" Target="https://doi.org/10.1109/COMST.2015.2477041" TargetMode="External"/><Relationship Id="rId33" Type="http://schemas.openxmlformats.org/officeDocument/2006/relationships/hyperlink" Target="https://doi.org/10.1145/2785956.2787508" TargetMode="External"/><Relationship Id="rId38" Type="http://schemas.openxmlformats.org/officeDocument/2006/relationships/hyperlink" Target="https://doi.org/10.1145/3636534.369731"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WDrssSdU8Hb7wSNC80Lmb8CnlTQ==">CgMxLjA4AHIhMVNwTG5kLW5iTVQxLU5KbDMtU0IxaW1zNjVuamVScGNW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413</TotalTime>
  <Pages>17</Pages>
  <Words>9051</Words>
  <Characters>51592</Characters>
  <Application>Microsoft Office Word</Application>
  <DocSecurity>0</DocSecurity>
  <Lines>429</Lines>
  <Paragraphs>121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60522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python-docx</dc:creator>
  <cp:lastModifiedBy>Editor-1183</cp:lastModifiedBy>
  <cp:revision>17</cp:revision>
  <dcterms:created xsi:type="dcterms:W3CDTF">2026-01-16T23:17:00Z</dcterms:created>
  <dcterms:modified xsi:type="dcterms:W3CDTF">2026-04-09T13:10:00Z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1c7eb56f-28bb-4315-9817-c2da65acc9bb</vt:lpwstr>
  </property>
</Properties>
</file>