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ED643" w14:textId="0BE51C8C" w:rsidR="00136127" w:rsidRDefault="00436A88">
      <w:pPr>
        <w:pStyle w:val="Heading1"/>
        <w:rPr>
          <w:rFonts w:ascii="Times New Roman" w:hAnsi="Times New Roman" w:cs="Times New Roman"/>
          <w:color w:val="000000" w:themeColor="text1"/>
          <w:sz w:val="32"/>
          <w:szCs w:val="32"/>
        </w:rPr>
      </w:pPr>
      <w:bookmarkStart w:id="0" w:name="_Hlk213495294"/>
      <w:bookmarkEnd w:id="0"/>
      <w:r w:rsidRPr="005962EA">
        <w:rPr>
          <w:rFonts w:ascii="Times New Roman" w:hAnsi="Times New Roman" w:cs="Times New Roman"/>
          <w:color w:val="000000" w:themeColor="text1"/>
          <w:sz w:val="32"/>
          <w:szCs w:val="32"/>
        </w:rPr>
        <w:t>Antimicrobial Efficacy of Crude Extracts from Cinnamomum zeylanicum and Illicium verum Against Bacteria Isolated from Spoiled Vegetables and Human Pathogens</w:t>
      </w:r>
      <w:r w:rsidR="007825F4">
        <w:rPr>
          <w:rFonts w:ascii="Times New Roman" w:hAnsi="Times New Roman" w:cs="Times New Roman"/>
          <w:color w:val="000000" w:themeColor="text1"/>
          <w:sz w:val="32"/>
          <w:szCs w:val="32"/>
        </w:rPr>
        <w:t>.</w:t>
      </w:r>
    </w:p>
    <w:p w14:paraId="53401FE1" w14:textId="77777777" w:rsidR="00C63FA5" w:rsidRDefault="00C63FA5">
      <w:pPr>
        <w:pStyle w:val="Heading2"/>
        <w:rPr>
          <w:rFonts w:ascii="Times New Roman" w:hAnsi="Times New Roman" w:cs="Times New Roman"/>
          <w:color w:val="000000" w:themeColor="text1"/>
          <w:sz w:val="28"/>
          <w:szCs w:val="28"/>
        </w:rPr>
      </w:pPr>
    </w:p>
    <w:p w14:paraId="083E8E2D" w14:textId="722D69C8" w:rsidR="00136127" w:rsidRDefault="00436A88">
      <w:pPr>
        <w:pStyle w:val="Heading2"/>
        <w:rPr>
          <w:rFonts w:ascii="Times New Roman" w:hAnsi="Times New Roman" w:cs="Times New Roman"/>
          <w:color w:val="000000" w:themeColor="text1"/>
          <w:sz w:val="28"/>
          <w:szCs w:val="28"/>
        </w:rPr>
      </w:pPr>
      <w:bookmarkStart w:id="1" w:name="_GoBack"/>
      <w:bookmarkEnd w:id="1"/>
      <w:r w:rsidRPr="005962EA">
        <w:rPr>
          <w:rFonts w:ascii="Times New Roman" w:hAnsi="Times New Roman" w:cs="Times New Roman"/>
          <w:color w:val="000000" w:themeColor="text1"/>
          <w:sz w:val="28"/>
          <w:szCs w:val="28"/>
        </w:rPr>
        <w:t>Abstract</w:t>
      </w:r>
    </w:p>
    <w:p w14:paraId="0D72543F" w14:textId="68F6D175" w:rsidR="00440C0D" w:rsidRDefault="00440C0D" w:rsidP="00440C0D">
      <w:pPr>
        <w:pStyle w:val="NormalWeb"/>
      </w:pPr>
      <w:r>
        <w:t xml:space="preserve">The present study investigates the antimicrobial efficacy of ethanolic extracts from </w:t>
      </w:r>
      <w:r>
        <w:rPr>
          <w:rStyle w:val="Emphasis"/>
        </w:rPr>
        <w:t>Cinnamomum zeylanicum</w:t>
      </w:r>
      <w:r>
        <w:t xml:space="preserve"> (cinnamon) and </w:t>
      </w:r>
      <w:r>
        <w:rPr>
          <w:rStyle w:val="Emphasis"/>
        </w:rPr>
        <w:t>Illicium verum</w:t>
      </w:r>
      <w:r>
        <w:t xml:space="preserve"> (star anise) against bacteria isolated from spoiled vegetables as well as selected human pathogenic microorganisms. Plant-based antimicrobials are gaining increasing attention as safer and more eco-friendly alternatives to synthetic preservatives used in food systems. In this study, the extracts were prepared using ethanol and evaluated for their antibacterial activity through standard microbiological assays against the isolated bacterial strains. The results demonstrated a clear concentration-dependent inhibitory effect for both plant extracts. Among the tested samples, cinnamon extract exhibited comparatively higher antimicrobial activity than star anise, suggesting the presence of potent bioactive compounds such as phenolics and essential oils that contribute to microbial inhibition. Furthermore, the study highlights the ability of these spice-derived extracts to inhibit the growth of food spoilage bacteria, which are major contributors to post-harvest losses and food contamination. The findings also indicate that these natural extracts may be effective against certain human pathogenic bacteria, thereby emphasizing their potential role in improving food safety and public health. The antimicrobial properties observed in the extracts may be attributed to phytochemicals such as cinnamaldehyde, eugenol, and anethole, which are known for their strong antibacterial effects.</w:t>
      </w:r>
    </w:p>
    <w:p w14:paraId="7616B6D2" w14:textId="385377E2" w:rsidR="00440C0D" w:rsidRDefault="00440C0D" w:rsidP="00440C0D">
      <w:pPr>
        <w:pStyle w:val="NormalWeb"/>
      </w:pPr>
      <w:r>
        <w:t xml:space="preserve">Overall, the results of this investigation support the potential application of </w:t>
      </w:r>
      <w:r>
        <w:rPr>
          <w:rStyle w:val="Emphasis"/>
        </w:rPr>
        <w:t>Cinnamomum zeylanicum</w:t>
      </w:r>
      <w:r>
        <w:t xml:space="preserve"> and </w:t>
      </w:r>
      <w:r>
        <w:rPr>
          <w:rStyle w:val="Emphasis"/>
        </w:rPr>
        <w:t>Illicium verum</w:t>
      </w:r>
      <w:r>
        <w:t xml:space="preserve"> as natural antimicrobial agents in food preservation systems. The use of plant-based bioactive compounds could reduce reliance on chemical preservatives, minimize health risks, and promote sustainable and environmentally friendly food safety strategies. Further studies focusing on the purification of active compounds, the mechanism of action, and application in real food systems are recommended to validate their effectiveness and commercial feasibility.</w:t>
      </w:r>
    </w:p>
    <w:p w14:paraId="6F9F682E" w14:textId="77777777" w:rsidR="00136127" w:rsidRPr="005962EA" w:rsidRDefault="00436A88">
      <w:pPr>
        <w:pStyle w:val="Heading2"/>
        <w:rPr>
          <w:rFonts w:ascii="Times New Roman" w:hAnsi="Times New Roman" w:cs="Times New Roman"/>
          <w:color w:val="000000" w:themeColor="text1"/>
          <w:sz w:val="28"/>
          <w:szCs w:val="28"/>
        </w:rPr>
      </w:pPr>
      <w:r w:rsidRPr="005962EA">
        <w:rPr>
          <w:rFonts w:ascii="Times New Roman" w:hAnsi="Times New Roman" w:cs="Times New Roman"/>
          <w:color w:val="000000" w:themeColor="text1"/>
          <w:sz w:val="28"/>
          <w:szCs w:val="28"/>
        </w:rPr>
        <w:t>Keywords</w:t>
      </w:r>
    </w:p>
    <w:p w14:paraId="516CB05C" w14:textId="3CEE46BB" w:rsidR="00136127" w:rsidRPr="005962EA" w:rsidRDefault="00436A88">
      <w:pPr>
        <w:rPr>
          <w:rFonts w:ascii="Times New Roman" w:hAnsi="Times New Roman" w:cs="Times New Roman"/>
          <w:sz w:val="24"/>
          <w:szCs w:val="24"/>
        </w:rPr>
      </w:pPr>
      <w:r w:rsidRPr="005962EA">
        <w:rPr>
          <w:rFonts w:ascii="Times New Roman" w:hAnsi="Times New Roman" w:cs="Times New Roman"/>
          <w:sz w:val="24"/>
          <w:szCs w:val="24"/>
        </w:rPr>
        <w:t xml:space="preserve">Cinnamomum zeylanicum, Illicium verum, </w:t>
      </w:r>
      <w:r w:rsidR="00B72501" w:rsidRPr="005962EA">
        <w:rPr>
          <w:rFonts w:ascii="Times New Roman" w:hAnsi="Times New Roman" w:cs="Times New Roman"/>
          <w:sz w:val="24"/>
          <w:szCs w:val="24"/>
        </w:rPr>
        <w:t>antimicrobial</w:t>
      </w:r>
      <w:r w:rsidRPr="005962EA">
        <w:rPr>
          <w:rFonts w:ascii="Times New Roman" w:hAnsi="Times New Roman" w:cs="Times New Roman"/>
          <w:sz w:val="24"/>
          <w:szCs w:val="24"/>
        </w:rPr>
        <w:t xml:space="preserve"> activity, Ethanolic extract, Natural preservatives, Food spoilage</w:t>
      </w:r>
    </w:p>
    <w:p w14:paraId="51B698CE" w14:textId="1652A05C" w:rsidR="00136127" w:rsidRDefault="00436A88">
      <w:pPr>
        <w:pStyle w:val="Heading2"/>
        <w:rPr>
          <w:rFonts w:ascii="Times New Roman" w:hAnsi="Times New Roman" w:cs="Times New Roman"/>
          <w:color w:val="000000" w:themeColor="text1"/>
          <w:sz w:val="28"/>
          <w:szCs w:val="28"/>
        </w:rPr>
      </w:pPr>
      <w:r w:rsidRPr="005962EA">
        <w:rPr>
          <w:rFonts w:ascii="Times New Roman" w:hAnsi="Times New Roman" w:cs="Times New Roman"/>
          <w:color w:val="000000" w:themeColor="text1"/>
          <w:sz w:val="28"/>
          <w:szCs w:val="28"/>
        </w:rPr>
        <w:t>Introduction</w:t>
      </w:r>
      <w:r w:rsidR="00AD7806">
        <w:rPr>
          <w:rFonts w:ascii="Times New Roman" w:hAnsi="Times New Roman" w:cs="Times New Roman"/>
          <w:color w:val="000000" w:themeColor="text1"/>
          <w:sz w:val="28"/>
          <w:szCs w:val="28"/>
        </w:rPr>
        <w:t>:</w:t>
      </w:r>
    </w:p>
    <w:p w14:paraId="2B57A4A3"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Food spoilage caused by microorganisms remains a critical issue affecting both food safety and the economy, particularly in perishable produce such as carrots (</w:t>
      </w:r>
      <w:r w:rsidRPr="00AD7806">
        <w:rPr>
          <w:rFonts w:ascii="Times New Roman" w:eastAsia="Times New Roman" w:hAnsi="Times New Roman" w:cs="Times New Roman"/>
          <w:i/>
          <w:iCs/>
          <w:sz w:val="24"/>
          <w:szCs w:val="24"/>
          <w:lang w:bidi="ta-IN"/>
        </w:rPr>
        <w:t>Daucus carota</w:t>
      </w:r>
      <w:r w:rsidRPr="00AD7806">
        <w:rPr>
          <w:rFonts w:ascii="Times New Roman" w:eastAsia="Times New Roman" w:hAnsi="Times New Roman" w:cs="Times New Roman"/>
          <w:sz w:val="24"/>
          <w:szCs w:val="24"/>
          <w:lang w:bidi="ta-IN"/>
        </w:rPr>
        <w:t>) and potatoes (</w:t>
      </w:r>
      <w:r w:rsidRPr="00AD7806">
        <w:rPr>
          <w:rFonts w:ascii="Times New Roman" w:eastAsia="Times New Roman" w:hAnsi="Times New Roman" w:cs="Times New Roman"/>
          <w:i/>
          <w:iCs/>
          <w:sz w:val="24"/>
          <w:szCs w:val="24"/>
          <w:lang w:bidi="ta-IN"/>
        </w:rPr>
        <w:t>Solanum tuberosum</w:t>
      </w:r>
      <w:r w:rsidRPr="00AD7806">
        <w:rPr>
          <w:rFonts w:ascii="Times New Roman" w:eastAsia="Times New Roman" w:hAnsi="Times New Roman" w:cs="Times New Roman"/>
          <w:sz w:val="24"/>
          <w:szCs w:val="24"/>
          <w:lang w:bidi="ta-IN"/>
        </w:rPr>
        <w:t>). These vegetables are widely consumed around the world due to their high nutritional value and their importance as staple food sources. However, their high moisture content and nutrient availability make them highly susceptible to microbial contamination during harvesting, storage, transportation, and marketing. Such contamination results in rapid deterioration, leading to significant post-harvest losses and reduced market quality.</w:t>
      </w:r>
    </w:p>
    <w:p w14:paraId="5C53DD73"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lastRenderedPageBreak/>
        <w:t xml:space="preserve">Bacterial contamination—mainly by </w:t>
      </w:r>
      <w:r w:rsidRPr="00AD7806">
        <w:rPr>
          <w:rFonts w:ascii="Times New Roman" w:eastAsia="Times New Roman" w:hAnsi="Times New Roman" w:cs="Times New Roman"/>
          <w:i/>
          <w:iCs/>
          <w:sz w:val="24"/>
          <w:szCs w:val="24"/>
          <w:lang w:bidi="ta-IN"/>
        </w:rPr>
        <w:t>Pseudomonas</w:t>
      </w:r>
      <w:r w:rsidRPr="00AD7806">
        <w:rPr>
          <w:rFonts w:ascii="Times New Roman" w:eastAsia="Times New Roman" w:hAnsi="Times New Roman" w:cs="Times New Roman"/>
          <w:sz w:val="24"/>
          <w:szCs w:val="24"/>
          <w:lang w:bidi="ta-IN"/>
        </w:rPr>
        <w:t xml:space="preserve">, </w:t>
      </w:r>
      <w:r w:rsidRPr="00AD7806">
        <w:rPr>
          <w:rFonts w:ascii="Times New Roman" w:eastAsia="Times New Roman" w:hAnsi="Times New Roman" w:cs="Times New Roman"/>
          <w:i/>
          <w:iCs/>
          <w:sz w:val="24"/>
          <w:szCs w:val="24"/>
          <w:lang w:bidi="ta-IN"/>
        </w:rPr>
        <w:t>Erwinia</w:t>
      </w:r>
      <w:r w:rsidRPr="00AD7806">
        <w:rPr>
          <w:rFonts w:ascii="Times New Roman" w:eastAsia="Times New Roman" w:hAnsi="Times New Roman" w:cs="Times New Roman"/>
          <w:sz w:val="24"/>
          <w:szCs w:val="24"/>
          <w:lang w:bidi="ta-IN"/>
        </w:rPr>
        <w:t xml:space="preserve">, </w:t>
      </w:r>
      <w:r w:rsidRPr="00AD7806">
        <w:rPr>
          <w:rFonts w:ascii="Times New Roman" w:eastAsia="Times New Roman" w:hAnsi="Times New Roman" w:cs="Times New Roman"/>
          <w:i/>
          <w:iCs/>
          <w:sz w:val="24"/>
          <w:szCs w:val="24"/>
          <w:lang w:bidi="ta-IN"/>
        </w:rPr>
        <w:t>Bacillus</w:t>
      </w:r>
      <w:r w:rsidRPr="00AD7806">
        <w:rPr>
          <w:rFonts w:ascii="Times New Roman" w:eastAsia="Times New Roman" w:hAnsi="Times New Roman" w:cs="Times New Roman"/>
          <w:sz w:val="24"/>
          <w:szCs w:val="24"/>
          <w:lang w:bidi="ta-IN"/>
        </w:rPr>
        <w:t xml:space="preserve">, </w:t>
      </w:r>
      <w:r w:rsidRPr="00AD7806">
        <w:rPr>
          <w:rFonts w:ascii="Times New Roman" w:eastAsia="Times New Roman" w:hAnsi="Times New Roman" w:cs="Times New Roman"/>
          <w:i/>
          <w:iCs/>
          <w:sz w:val="24"/>
          <w:szCs w:val="24"/>
          <w:lang w:bidi="ta-IN"/>
        </w:rPr>
        <w:t>Enterobacter</w:t>
      </w:r>
      <w:r w:rsidRPr="00AD7806">
        <w:rPr>
          <w:rFonts w:ascii="Times New Roman" w:eastAsia="Times New Roman" w:hAnsi="Times New Roman" w:cs="Times New Roman"/>
          <w:sz w:val="24"/>
          <w:szCs w:val="24"/>
          <w:lang w:bidi="ta-IN"/>
        </w:rPr>
        <w:t xml:space="preserve">, and </w:t>
      </w:r>
      <w:r w:rsidRPr="00AD7806">
        <w:rPr>
          <w:rFonts w:ascii="Times New Roman" w:eastAsia="Times New Roman" w:hAnsi="Times New Roman" w:cs="Times New Roman"/>
          <w:i/>
          <w:iCs/>
          <w:sz w:val="24"/>
          <w:szCs w:val="24"/>
          <w:lang w:bidi="ta-IN"/>
        </w:rPr>
        <w:t>Pectobacterium</w:t>
      </w:r>
      <w:r w:rsidRPr="00AD7806">
        <w:rPr>
          <w:rFonts w:ascii="Times New Roman" w:eastAsia="Times New Roman" w:hAnsi="Times New Roman" w:cs="Times New Roman"/>
          <w:sz w:val="24"/>
          <w:szCs w:val="24"/>
          <w:lang w:bidi="ta-IN"/>
        </w:rPr>
        <w:t xml:space="preserve"> species—leads to discoloration, tissue maceration, texture loss, unpleasant odors, and overall degradation of the vegetable tissues. These spoilage microorganisms produce various enzymes such as pectinases, cellulases, and proteases that break down plant cell walls and accelerate decay. In addition to spoilage, certain bacterial species associated with vegetables may act as opportunistic pathogens, posing potential risks to human health when contaminated food is consumed.</w:t>
      </w:r>
    </w:p>
    <w:p w14:paraId="1863759F"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Conventionally, synthetic chemical preservatives and antimicrobial agents have been widely used to control microbial growth in food systems. Although effective, the excessive and prolonged use of these chemicals has raised serious concerns regarding toxicity, environmental impact, and the development of antimicrobial resistance among microorganisms. Moreover, consumers are increasingly demanding safer, natural, and minimally processed foods without synthetic additives. These challenges have encouraged researchers to explore alternative natural preservatives derived from plant sources.</w:t>
      </w:r>
    </w:p>
    <w:p w14:paraId="3AA41D5E"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 xml:space="preserve">Medicinal and aromatic plants have long been recognized as valuable sources of antimicrobial compounds. Plant extracts, essential oils, and phytochemicals possess a wide range of biological activities, including antibacterial, antifungal, antioxidant, and anti-inflammatory properties. Among these plants, </w:t>
      </w:r>
      <w:r w:rsidRPr="00AD7806">
        <w:rPr>
          <w:rFonts w:ascii="Times New Roman" w:eastAsia="Times New Roman" w:hAnsi="Times New Roman" w:cs="Times New Roman"/>
          <w:i/>
          <w:iCs/>
          <w:sz w:val="24"/>
          <w:szCs w:val="24"/>
          <w:lang w:bidi="ta-IN"/>
        </w:rPr>
        <w:t>Cinnamomum zeylanicum</w:t>
      </w:r>
      <w:r w:rsidRPr="00AD7806">
        <w:rPr>
          <w:rFonts w:ascii="Times New Roman" w:eastAsia="Times New Roman" w:hAnsi="Times New Roman" w:cs="Times New Roman"/>
          <w:sz w:val="24"/>
          <w:szCs w:val="24"/>
          <w:lang w:bidi="ta-IN"/>
        </w:rPr>
        <w:t xml:space="preserve"> (cinnamon) and </w:t>
      </w:r>
      <w:r w:rsidRPr="00AD7806">
        <w:rPr>
          <w:rFonts w:ascii="Times New Roman" w:eastAsia="Times New Roman" w:hAnsi="Times New Roman" w:cs="Times New Roman"/>
          <w:i/>
          <w:iCs/>
          <w:sz w:val="24"/>
          <w:szCs w:val="24"/>
          <w:lang w:bidi="ta-IN"/>
        </w:rPr>
        <w:t>Illicium verum</w:t>
      </w:r>
      <w:r w:rsidRPr="00AD7806">
        <w:rPr>
          <w:rFonts w:ascii="Times New Roman" w:eastAsia="Times New Roman" w:hAnsi="Times New Roman" w:cs="Times New Roman"/>
          <w:sz w:val="24"/>
          <w:szCs w:val="24"/>
          <w:lang w:bidi="ta-IN"/>
        </w:rPr>
        <w:t xml:space="preserve"> (star anise) have gained considerable attention due to their strong antimicrobial potential and widespread use in traditional medicine and culinary applications.</w:t>
      </w:r>
    </w:p>
    <w:p w14:paraId="4507795D"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i/>
          <w:iCs/>
          <w:sz w:val="24"/>
          <w:szCs w:val="24"/>
          <w:lang w:bidi="ta-IN"/>
        </w:rPr>
        <w:t>Cinnamomum zeylanicum</w:t>
      </w:r>
      <w:r w:rsidRPr="00AD7806">
        <w:rPr>
          <w:rFonts w:ascii="Times New Roman" w:eastAsia="Times New Roman" w:hAnsi="Times New Roman" w:cs="Times New Roman"/>
          <w:sz w:val="24"/>
          <w:szCs w:val="24"/>
          <w:lang w:bidi="ta-IN"/>
        </w:rPr>
        <w:t xml:space="preserve">, commonly known as true cinnamon, contains several bioactive compounds such as cinnamaldehyde, eugenol, and cinnamic acid, which exhibit strong antimicrobial activity against a wide range of microorganisms. These compounds are known to disrupt bacterial cell membranes, interfere with enzyme activity, and inhibit the growth and metabolic processes of microbial cells. Similarly, </w:t>
      </w:r>
      <w:r w:rsidRPr="00AD7806">
        <w:rPr>
          <w:rFonts w:ascii="Times New Roman" w:eastAsia="Times New Roman" w:hAnsi="Times New Roman" w:cs="Times New Roman"/>
          <w:i/>
          <w:iCs/>
          <w:sz w:val="24"/>
          <w:szCs w:val="24"/>
          <w:lang w:bidi="ta-IN"/>
        </w:rPr>
        <w:t>Illicium verum</w:t>
      </w:r>
      <w:r w:rsidRPr="00AD7806">
        <w:rPr>
          <w:rFonts w:ascii="Times New Roman" w:eastAsia="Times New Roman" w:hAnsi="Times New Roman" w:cs="Times New Roman"/>
          <w:sz w:val="24"/>
          <w:szCs w:val="24"/>
          <w:lang w:bidi="ta-IN"/>
        </w:rPr>
        <w:t xml:space="preserve"> (star anise) is rich in bioactive components such as anethole, flavonoids, and phenolic compounds that contribute to its antimicrobial and antioxidant properties. These phytochemicals are capable of damaging microbial cell structures, altering permeability of cell membranes, and inhibiting essential biochemical pathways.</w:t>
      </w:r>
    </w:p>
    <w:p w14:paraId="4AC7B2EF"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Recent studies have demonstrated that plant-derived extracts and essential oils can effectively inhibit food spoilage microorganisms and certain human pathogens. The use of such natural antimicrobials in food preservation systems not only enhances food safety but also extends the shelf life of perishable products. Additionally, plant-based preservatives are biodegradable, environmentally friendly, and generally recognized as safe (GRAS), making them suitable alternatives to synthetic chemicals.</w:t>
      </w:r>
    </w:p>
    <w:p w14:paraId="6A2865F8" w14:textId="77777777" w:rsidR="00AD7806" w:rsidRPr="00AD7806" w:rsidRDefault="00AD7806" w:rsidP="00AD7806">
      <w:pPr>
        <w:spacing w:before="100" w:beforeAutospacing="1" w:after="100" w:afterAutospacing="1" w:line="240" w:lineRule="auto"/>
        <w:rPr>
          <w:rFonts w:ascii="Times New Roman" w:eastAsia="Times New Roman" w:hAnsi="Times New Roman" w:cs="Times New Roman"/>
          <w:sz w:val="24"/>
          <w:szCs w:val="24"/>
          <w:lang w:bidi="ta-IN"/>
        </w:rPr>
      </w:pPr>
      <w:r w:rsidRPr="00AD7806">
        <w:rPr>
          <w:rFonts w:ascii="Times New Roman" w:eastAsia="Times New Roman" w:hAnsi="Times New Roman" w:cs="Times New Roman"/>
          <w:sz w:val="24"/>
          <w:szCs w:val="24"/>
          <w:lang w:bidi="ta-IN"/>
        </w:rPr>
        <w:t xml:space="preserve">Therefore, the present study aimed to evaluate the antimicrobial efficacy of ethanolic extracts of </w:t>
      </w:r>
      <w:r w:rsidRPr="00AD7806">
        <w:rPr>
          <w:rFonts w:ascii="Times New Roman" w:eastAsia="Times New Roman" w:hAnsi="Times New Roman" w:cs="Times New Roman"/>
          <w:i/>
          <w:iCs/>
          <w:sz w:val="24"/>
          <w:szCs w:val="24"/>
          <w:lang w:bidi="ta-IN"/>
        </w:rPr>
        <w:t>Cinnamomum zeylanicum</w:t>
      </w:r>
      <w:r w:rsidRPr="00AD7806">
        <w:rPr>
          <w:rFonts w:ascii="Times New Roman" w:eastAsia="Times New Roman" w:hAnsi="Times New Roman" w:cs="Times New Roman"/>
          <w:sz w:val="24"/>
          <w:szCs w:val="24"/>
          <w:lang w:bidi="ta-IN"/>
        </w:rPr>
        <w:t xml:space="preserve"> and </w:t>
      </w:r>
      <w:r w:rsidRPr="00AD7806">
        <w:rPr>
          <w:rFonts w:ascii="Times New Roman" w:eastAsia="Times New Roman" w:hAnsi="Times New Roman" w:cs="Times New Roman"/>
          <w:i/>
          <w:iCs/>
          <w:sz w:val="24"/>
          <w:szCs w:val="24"/>
          <w:lang w:bidi="ta-IN"/>
        </w:rPr>
        <w:t>Illicium verum</w:t>
      </w:r>
      <w:r w:rsidRPr="00AD7806">
        <w:rPr>
          <w:rFonts w:ascii="Times New Roman" w:eastAsia="Times New Roman" w:hAnsi="Times New Roman" w:cs="Times New Roman"/>
          <w:sz w:val="24"/>
          <w:szCs w:val="24"/>
          <w:lang w:bidi="ta-IN"/>
        </w:rPr>
        <w:t xml:space="preserve"> against bacteria isolated from spoiled vegetables and selected human pathogenic bacteria. The findings of this study may contribute to the development of natural antimicrobial agents that can be used in food preservation and food safety management strategies.</w:t>
      </w:r>
    </w:p>
    <w:p w14:paraId="7ADEB2C6" w14:textId="77777777" w:rsidR="00AD7806" w:rsidRPr="00AD7806" w:rsidRDefault="00AD7806" w:rsidP="00AD7806"/>
    <w:p w14:paraId="573E3F63" w14:textId="1FB7077D" w:rsidR="00136127" w:rsidRPr="005962EA" w:rsidRDefault="00436A88">
      <w:pPr>
        <w:pStyle w:val="Heading2"/>
        <w:rPr>
          <w:rFonts w:ascii="Times New Roman" w:hAnsi="Times New Roman" w:cs="Times New Roman"/>
          <w:sz w:val="28"/>
          <w:szCs w:val="28"/>
        </w:rPr>
      </w:pPr>
      <w:r w:rsidRPr="005962EA">
        <w:rPr>
          <w:rFonts w:ascii="Times New Roman" w:hAnsi="Times New Roman" w:cs="Times New Roman"/>
          <w:color w:val="000000" w:themeColor="text1"/>
          <w:sz w:val="28"/>
          <w:szCs w:val="28"/>
        </w:rPr>
        <w:lastRenderedPageBreak/>
        <w:t>Materials and Methods</w:t>
      </w:r>
    </w:p>
    <w:p w14:paraId="2D1B92B5" w14:textId="77777777" w:rsidR="00D4166F" w:rsidRDefault="00D4166F" w:rsidP="00D4166F">
      <w:pPr>
        <w:pStyle w:val="Heading2"/>
      </w:pPr>
      <w:r>
        <w:t>1. Collection and Isolation of Microorganisms</w:t>
      </w:r>
    </w:p>
    <w:p w14:paraId="15D7FFA0" w14:textId="69D04BE3" w:rsidR="00D4166F" w:rsidRDefault="00D4166F" w:rsidP="00D4166F">
      <w:pPr>
        <w:pStyle w:val="NormalWeb"/>
      </w:pPr>
      <w:r>
        <w:t>Spoiled vegetable samples, specifically carrot (</w:t>
      </w:r>
      <w:r>
        <w:rPr>
          <w:rStyle w:val="Emphasis"/>
        </w:rPr>
        <w:t>Daucus carota</w:t>
      </w:r>
      <w:r>
        <w:t>) and potato (</w:t>
      </w:r>
      <w:r>
        <w:rPr>
          <w:rStyle w:val="Emphasis"/>
        </w:rPr>
        <w:t>Solanum tuberosum</w:t>
      </w:r>
      <w:r>
        <w:t>), were collected aseptically from the local vegetable market in Palayamkottai, Tirunelveli District, Tamil Nadu, India. The samples showing visible signs of spoilage</w:t>
      </w:r>
      <w:r w:rsidR="008C106C">
        <w:t>,</w:t>
      </w:r>
      <w:r>
        <w:t xml:space="preserve"> such as discoloration, softening, and unpleasant odor</w:t>
      </w:r>
      <w:r w:rsidR="008C106C">
        <w:t>,</w:t>
      </w:r>
      <w:r>
        <w:t xml:space="preserve"> were selected for microbial analysis. The collected samples were placed in sterile polyethylene bags and transported immediately to the microbiology laboratory for further processing.</w:t>
      </w:r>
    </w:p>
    <w:p w14:paraId="1A7656BF" w14:textId="77777777" w:rsidR="00D4166F" w:rsidRDefault="00D4166F" w:rsidP="00D4166F">
      <w:pPr>
        <w:pStyle w:val="NormalWeb"/>
      </w:pPr>
      <w:r>
        <w:t>Approximately 10 g of each spoiled vegetable sample was homogenized in 90 mL of sterile distilled water using a sterile mortar and pestle to obtain the initial suspension. Serial dilution was performed up to 10⁻⁶ using sterile saline solution. From appropriate dilutions, 0.1 mL of the suspension was spread onto sterile nutrient agar plates using a sterile spreader. The plates were incubated at 37 °C for 24 hours.</w:t>
      </w:r>
    </w:p>
    <w:p w14:paraId="6DAF72D2" w14:textId="79DADB3B" w:rsidR="00D4166F" w:rsidRDefault="00D4166F" w:rsidP="00D4166F">
      <w:pPr>
        <w:pStyle w:val="NormalWeb"/>
      </w:pPr>
      <w:r>
        <w:t>After incubation, distinct bacterial colonies were observed and selected based on differences in morphology such as colony size, shape, color, and margin. Individual colonies were further purified by repeated streaking on fresh nutrient agar plates to obtain pure cultures. The purified isolates were maintained on nutrient agar slants and stored at 4 °C for subsequent antimicrobial testing. The isolates obtained from spoiled vegetables were coded as V1–V7.</w:t>
      </w:r>
    </w:p>
    <w:p w14:paraId="7ED4CF3B" w14:textId="77777777" w:rsidR="00D4166F" w:rsidRDefault="00D4166F" w:rsidP="00D4166F">
      <w:pPr>
        <w:pStyle w:val="Heading2"/>
      </w:pPr>
      <w:r>
        <w:t>2. Preparation of Plant Extracts</w:t>
      </w:r>
    </w:p>
    <w:p w14:paraId="451F0ED5" w14:textId="77777777" w:rsidR="00D4166F" w:rsidRDefault="00D4166F" w:rsidP="00D4166F">
      <w:pPr>
        <w:pStyle w:val="NormalWeb"/>
      </w:pPr>
      <w:r>
        <w:t>Dried samples of cinnamon (</w:t>
      </w:r>
      <w:r>
        <w:rPr>
          <w:rStyle w:val="Emphasis"/>
        </w:rPr>
        <w:t>Cinnamomum zeylanicum</w:t>
      </w:r>
      <w:r>
        <w:t>) bark and star anise (</w:t>
      </w:r>
      <w:r>
        <w:rPr>
          <w:rStyle w:val="Emphasis"/>
        </w:rPr>
        <w:t>Illicium verum</w:t>
      </w:r>
      <w:r>
        <w:t>) were procured from a local herbal store in Tirunelveli. The plant materials were cleaned to remove dust and other contaminants and then shade-dried at room temperature for several days to remove residual moisture while preserving the active compounds.</w:t>
      </w:r>
    </w:p>
    <w:p w14:paraId="5388D9B8" w14:textId="77777777" w:rsidR="00D4166F" w:rsidRDefault="00D4166F" w:rsidP="00D4166F">
      <w:pPr>
        <w:pStyle w:val="NormalWeb"/>
      </w:pPr>
      <w:r>
        <w:t>The dried plant materials were coarsely powdered using a mechanical grinder. Approximately 50 g of each powdered sample was soaked separately in 500 mL of ethanol in sterile conical flasks. The extraction process was carried out for 72 hours at room temperature with occasional shaking to ensure proper mixing and efficient extraction of phytochemicals.</w:t>
      </w:r>
    </w:p>
    <w:p w14:paraId="4415479A" w14:textId="77777777" w:rsidR="00D4166F" w:rsidRDefault="00D4166F" w:rsidP="00D4166F">
      <w:pPr>
        <w:pStyle w:val="NormalWeb"/>
      </w:pPr>
      <w:r>
        <w:t>After the extraction period, the mixtures were filtered using Whatman No.1 filter paper to remove plant debris. The filtrates were then concentrated under reduced pressure using a rotary evaporator to remove the solvent and obtain crude ethanolic extracts. The concentrated extracts were stored in sterile airtight containers at 4 °C until further use in antimicrobial assays.</w:t>
      </w:r>
    </w:p>
    <w:p w14:paraId="5FEAAB1B" w14:textId="77777777" w:rsidR="00F33021" w:rsidRPr="005962EA" w:rsidRDefault="00F33021" w:rsidP="00F33021">
      <w:pPr>
        <w:pStyle w:val="BodyText"/>
        <w:rPr>
          <w:rFonts w:ascii="Times New Roman" w:hAnsi="Times New Roman" w:cs="Times New Roman"/>
          <w:sz w:val="24"/>
          <w:szCs w:val="24"/>
        </w:rPr>
      </w:pPr>
    </w:p>
    <w:p w14:paraId="48B30B9E" w14:textId="77777777" w:rsidR="00F33021" w:rsidRPr="005962EA" w:rsidRDefault="00F33021" w:rsidP="00F33021">
      <w:pPr>
        <w:pStyle w:val="BodyText"/>
        <w:rPr>
          <w:rFonts w:ascii="Times New Roman" w:hAnsi="Times New Roman" w:cs="Times New Roman"/>
          <w:sz w:val="24"/>
          <w:szCs w:val="24"/>
        </w:rPr>
      </w:pPr>
    </w:p>
    <w:p w14:paraId="17D179F4" w14:textId="77777777" w:rsidR="00F33021" w:rsidRPr="005962EA" w:rsidRDefault="00F33021" w:rsidP="00F33021">
      <w:pPr>
        <w:pStyle w:val="BodyText"/>
        <w:rPr>
          <w:rFonts w:ascii="Times New Roman" w:hAnsi="Times New Roman" w:cs="Times New Roman"/>
          <w:sz w:val="24"/>
          <w:szCs w:val="24"/>
        </w:rPr>
      </w:pPr>
    </w:p>
    <w:p w14:paraId="2B79468C" w14:textId="77777777" w:rsidR="00325F52" w:rsidRDefault="00325F52" w:rsidP="00F33021">
      <w:pPr>
        <w:pStyle w:val="BodyText"/>
        <w:spacing w:before="50"/>
        <w:rPr>
          <w:rFonts w:ascii="Times New Roman" w:hAnsi="Times New Roman" w:cs="Times New Roman"/>
          <w:sz w:val="24"/>
          <w:szCs w:val="24"/>
        </w:rPr>
      </w:pPr>
    </w:p>
    <w:p w14:paraId="601D751A" w14:textId="77777777" w:rsidR="00325F52" w:rsidRDefault="00325F52" w:rsidP="00F33021">
      <w:pPr>
        <w:pStyle w:val="BodyText"/>
        <w:spacing w:before="50"/>
        <w:rPr>
          <w:rFonts w:ascii="Times New Roman" w:hAnsi="Times New Roman" w:cs="Times New Roman"/>
          <w:sz w:val="24"/>
          <w:szCs w:val="24"/>
        </w:rPr>
      </w:pPr>
    </w:p>
    <w:p w14:paraId="5A40390A" w14:textId="66943E0D" w:rsidR="00F33021" w:rsidRPr="005962EA" w:rsidRDefault="00F33021" w:rsidP="00F33021">
      <w:pPr>
        <w:pStyle w:val="BodyText"/>
        <w:spacing w:before="50"/>
        <w:rPr>
          <w:rFonts w:ascii="Times New Roman" w:hAnsi="Times New Roman" w:cs="Times New Roman"/>
          <w:sz w:val="24"/>
          <w:szCs w:val="24"/>
        </w:rPr>
      </w:pPr>
      <w:r w:rsidRPr="005962EA">
        <w:rPr>
          <w:rFonts w:ascii="Times New Roman" w:hAnsi="Times New Roman" w:cs="Times New Roman"/>
          <w:noProof/>
          <w:sz w:val="24"/>
          <w:szCs w:val="24"/>
        </w:rPr>
        <w:lastRenderedPageBreak/>
        <mc:AlternateContent>
          <mc:Choice Requires="wpg">
            <w:drawing>
              <wp:anchor distT="0" distB="0" distL="0" distR="0" simplePos="0" relativeHeight="251548160" behindDoc="1" locked="0" layoutInCell="1" allowOverlap="1" wp14:anchorId="6CD925B2" wp14:editId="0D5E3538">
                <wp:simplePos x="0" y="0"/>
                <wp:positionH relativeFrom="page">
                  <wp:posOffset>909081</wp:posOffset>
                </wp:positionH>
                <wp:positionV relativeFrom="paragraph">
                  <wp:posOffset>193065</wp:posOffset>
                </wp:positionV>
                <wp:extent cx="2760980" cy="182880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0980" cy="1828800"/>
                          <a:chOff x="0" y="0"/>
                          <a:chExt cx="2760980" cy="1828800"/>
                        </a:xfrm>
                      </wpg:grpSpPr>
                      <pic:pic xmlns:pic="http://schemas.openxmlformats.org/drawingml/2006/picture">
                        <pic:nvPicPr>
                          <pic:cNvPr id="18" name="Image 18"/>
                          <pic:cNvPicPr/>
                        </pic:nvPicPr>
                        <pic:blipFill>
                          <a:blip r:embed="rId8" cstate="print"/>
                          <a:stretch>
                            <a:fillRect/>
                          </a:stretch>
                        </pic:blipFill>
                        <pic:spPr>
                          <a:xfrm>
                            <a:off x="0" y="200046"/>
                            <a:ext cx="1351331" cy="1419002"/>
                          </a:xfrm>
                          <a:prstGeom prst="rect">
                            <a:avLst/>
                          </a:prstGeom>
                        </pic:spPr>
                      </pic:pic>
                      <pic:pic xmlns:pic="http://schemas.openxmlformats.org/drawingml/2006/picture">
                        <pic:nvPicPr>
                          <pic:cNvPr id="19" name="Image 19"/>
                          <pic:cNvPicPr/>
                        </pic:nvPicPr>
                        <pic:blipFill>
                          <a:blip r:embed="rId9" cstate="print"/>
                          <a:stretch>
                            <a:fillRect/>
                          </a:stretch>
                        </pic:blipFill>
                        <pic:spPr>
                          <a:xfrm>
                            <a:off x="1389110" y="0"/>
                            <a:ext cx="1371600" cy="1828800"/>
                          </a:xfrm>
                          <a:prstGeom prst="rect">
                            <a:avLst/>
                          </a:prstGeom>
                        </pic:spPr>
                      </pic:pic>
                    </wpg:wgp>
                  </a:graphicData>
                </a:graphic>
              </wp:anchor>
            </w:drawing>
          </mc:Choice>
          <mc:Fallback>
            <w:pict>
              <v:group w14:anchorId="1298771D" id="Group 17" o:spid="_x0000_s1026" style="position:absolute;margin-left:71.6pt;margin-top:15.2pt;width:217.4pt;height:2in;z-index:-251768320;mso-wrap-distance-left:0;mso-wrap-distance-right:0;mso-position-horizontal-relative:page" coordsize="27609,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top:2000;width:13513;height:14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">
                  <v:imagedata r:id="rId11" o:title=""/>
                </v:shape>
                <v:shape id="Image 19" o:spid="_x0000_s1028" type="#_x0000_t75" style="position:absolute;left:13891;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">
                  <v:imagedata r:id="rId12" o:title=""/>
                </v:shape>
                <w10:wrap type="topAndBottom" anchorx="page"/>
              </v:group>
            </w:pict>
          </mc:Fallback>
        </mc:AlternateContent>
      </w:r>
      <w:r w:rsidRPr="005962EA">
        <w:rPr>
          <w:rFonts w:ascii="Times New Roman" w:hAnsi="Times New Roman" w:cs="Times New Roman"/>
          <w:noProof/>
          <w:sz w:val="24"/>
          <w:szCs w:val="24"/>
        </w:rPr>
        <mc:AlternateContent>
          <mc:Choice Requires="wpg">
            <w:drawing>
              <wp:anchor distT="0" distB="0" distL="0" distR="0" simplePos="0" relativeHeight="251550208" behindDoc="1" locked="0" layoutInCell="1" allowOverlap="1" wp14:anchorId="3E7B78FC" wp14:editId="722C604F">
                <wp:simplePos x="0" y="0"/>
                <wp:positionH relativeFrom="page">
                  <wp:posOffset>4002023</wp:posOffset>
                </wp:positionH>
                <wp:positionV relativeFrom="paragraph">
                  <wp:posOffset>196113</wp:posOffset>
                </wp:positionV>
                <wp:extent cx="2752090" cy="18288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1828800"/>
                          <a:chOff x="0" y="0"/>
                          <a:chExt cx="2752090" cy="1828800"/>
                        </a:xfrm>
                      </wpg:grpSpPr>
                      <pic:pic xmlns:pic="http://schemas.openxmlformats.org/drawingml/2006/picture">
                        <pic:nvPicPr>
                          <pic:cNvPr id="21" name="Image 21"/>
                          <pic:cNvPicPr/>
                        </pic:nvPicPr>
                        <pic:blipFill>
                          <a:blip r:embed="rId13" cstate="print"/>
                          <a:stretch>
                            <a:fillRect/>
                          </a:stretch>
                        </pic:blipFill>
                        <pic:spPr>
                          <a:xfrm>
                            <a:off x="1277437" y="111760"/>
                            <a:ext cx="1474581" cy="1538427"/>
                          </a:xfrm>
                          <a:prstGeom prst="rect">
                            <a:avLst/>
                          </a:prstGeom>
                        </pic:spPr>
                      </pic:pic>
                      <pic:pic xmlns:pic="http://schemas.openxmlformats.org/drawingml/2006/picture">
                        <pic:nvPicPr>
                          <pic:cNvPr id="22" name="Image 22"/>
                          <pic:cNvPicPr/>
                        </pic:nvPicPr>
                        <pic:blipFill>
                          <a:blip r:embed="rId14" cstate="print"/>
                          <a:stretch>
                            <a:fillRect/>
                          </a:stretch>
                        </pic:blipFill>
                        <pic:spPr>
                          <a:xfrm>
                            <a:off x="0" y="0"/>
                            <a:ext cx="1371600" cy="1828800"/>
                          </a:xfrm>
                          <a:prstGeom prst="rect">
                            <a:avLst/>
                          </a:prstGeom>
                        </pic:spPr>
                      </pic:pic>
                    </wpg:wgp>
                  </a:graphicData>
                </a:graphic>
              </wp:anchor>
            </w:drawing>
          </mc:Choice>
          <mc:Fallback>
            <w:pict>
              <v:group w14:anchorId="530A07CB" id="Group 20" o:spid="_x0000_s1026" style="position:absolute;margin-left:315.1pt;margin-top:15.45pt;width:216.7pt;height:2in;z-index:-251766272;mso-wrap-distance-left:0;mso-wrap-distance-right:0;mso-position-horizontal-relative:page" coordsize="27520,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">
                <v:shape id="Image 21" o:spid="_x0000_s1027" type="#_x0000_t75" style="position:absolute;left:12774;top:1117;width:14746;height:15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">
                  <v:imagedata r:id="rId15" o:title=""/>
                </v:shape>
                <v:shape id="Image 22" o:spid="_x0000_s1028" type="#_x0000_t75" style="position:absolute;width:13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">
                  <v:imagedata r:id="rId16" o:title=""/>
                </v:shape>
                <w10:wrap type="topAndBottom" anchorx="page"/>
              </v:group>
            </w:pict>
          </mc:Fallback>
        </mc:AlternateContent>
      </w:r>
    </w:p>
    <w:p w14:paraId="710B5F88" w14:textId="031122F0" w:rsidR="00325F52" w:rsidRDefault="00325F52" w:rsidP="00D4166F">
      <w:pPr>
        <w:pStyle w:val="Heading2"/>
        <w:rPr>
          <w:rFonts w:ascii="Times New Roman" w:hAnsi="Times New Roman" w:cs="Times New Roman"/>
          <w:color w:val="000000" w:themeColor="text1"/>
          <w:sz w:val="24"/>
          <w:szCs w:val="24"/>
        </w:rPr>
      </w:pPr>
      <w:r w:rsidRPr="00325F52">
        <w:rPr>
          <w:rFonts w:ascii="Times New Roman" w:hAnsi="Times New Roman" w:cs="Times New Roman"/>
          <w:color w:val="000000" w:themeColor="text1"/>
          <w:sz w:val="24"/>
          <w:szCs w:val="24"/>
        </w:rPr>
        <w:t xml:space="preserve">Plate 1. Star anise (Illicium </w:t>
      </w:r>
      <w:proofErr w:type="spellStart"/>
      <w:r w:rsidRPr="00325F52">
        <w:rPr>
          <w:rFonts w:ascii="Times New Roman" w:hAnsi="Times New Roman" w:cs="Times New Roman"/>
          <w:color w:val="000000" w:themeColor="text1"/>
          <w:sz w:val="24"/>
          <w:szCs w:val="24"/>
        </w:rPr>
        <w:t>verum</w:t>
      </w:r>
      <w:proofErr w:type="spellEnd"/>
      <w:r w:rsidRPr="00325F52">
        <w:rPr>
          <w:rFonts w:ascii="Times New Roman" w:hAnsi="Times New Roman" w:cs="Times New Roman"/>
          <w:color w:val="000000" w:themeColor="text1"/>
          <w:sz w:val="24"/>
          <w:szCs w:val="24"/>
        </w:rPr>
        <w:t>) and Cinnamon sticks (</w:t>
      </w:r>
      <w:proofErr w:type="spellStart"/>
      <w:r w:rsidRPr="00325F52">
        <w:rPr>
          <w:rFonts w:ascii="Times New Roman" w:hAnsi="Times New Roman" w:cs="Times New Roman"/>
          <w:color w:val="000000" w:themeColor="text1"/>
          <w:sz w:val="24"/>
          <w:szCs w:val="24"/>
        </w:rPr>
        <w:t>Cinnamomum</w:t>
      </w:r>
      <w:proofErr w:type="spellEnd"/>
      <w:r w:rsidRPr="00325F52">
        <w:rPr>
          <w:rFonts w:ascii="Times New Roman" w:hAnsi="Times New Roman" w:cs="Times New Roman"/>
          <w:color w:val="000000" w:themeColor="text1"/>
          <w:sz w:val="24"/>
          <w:szCs w:val="24"/>
        </w:rPr>
        <w:t xml:space="preserve"> </w:t>
      </w:r>
      <w:proofErr w:type="spellStart"/>
      <w:r w:rsidRPr="00325F52">
        <w:rPr>
          <w:rFonts w:ascii="Times New Roman" w:hAnsi="Times New Roman" w:cs="Times New Roman"/>
          <w:color w:val="000000" w:themeColor="text1"/>
          <w:sz w:val="24"/>
          <w:szCs w:val="24"/>
        </w:rPr>
        <w:t>zeylanicum</w:t>
      </w:r>
      <w:proofErr w:type="spellEnd"/>
      <w:r w:rsidRPr="00325F52">
        <w:rPr>
          <w:rFonts w:ascii="Times New Roman" w:hAnsi="Times New Roman" w:cs="Times New Roman"/>
          <w:color w:val="000000" w:themeColor="text1"/>
          <w:sz w:val="24"/>
          <w:szCs w:val="24"/>
        </w:rPr>
        <w:t>) powder</w:t>
      </w:r>
    </w:p>
    <w:p w14:paraId="2F1D142F" w14:textId="6522545D" w:rsidR="00D4166F" w:rsidRDefault="007D7904" w:rsidP="00D4166F">
      <w:pPr>
        <w:pStyle w:val="Heading2"/>
      </w:pPr>
      <w:r>
        <w:rPr>
          <w:rFonts w:ascii="Times New Roman" w:hAnsi="Times New Roman" w:cs="Times New Roman"/>
          <w:color w:val="000000" w:themeColor="text1"/>
          <w:sz w:val="24"/>
          <w:szCs w:val="24"/>
        </w:rPr>
        <w:t>(iii)</w:t>
      </w:r>
      <w:r w:rsidR="00D4166F">
        <w:t>Microorganisms Used</w:t>
      </w:r>
    </w:p>
    <w:p w14:paraId="099C25EB" w14:textId="77777777" w:rsidR="00D4166F" w:rsidRDefault="00D4166F" w:rsidP="00D4166F">
      <w:pPr>
        <w:pStyle w:val="NormalWeb"/>
      </w:pPr>
      <w:r>
        <w:t xml:space="preserve">The antimicrobial activity of the plant extracts was evaluated against both vegetable spoilage bacteria and selected human pathogenic bacterial strains. The pathogenic strains used in the study included </w:t>
      </w:r>
      <w:r>
        <w:rPr>
          <w:rStyle w:val="Emphasis"/>
        </w:rPr>
        <w:t>Klebsiella</w:t>
      </w:r>
      <w:r>
        <w:t xml:space="preserve"> spp., </w:t>
      </w:r>
      <w:r>
        <w:rPr>
          <w:rStyle w:val="Emphasis"/>
        </w:rPr>
        <w:t>Proteus mirabilis</w:t>
      </w:r>
      <w:r>
        <w:t xml:space="preserve"> (MTCC-3310), </w:t>
      </w:r>
      <w:r>
        <w:rPr>
          <w:rStyle w:val="Emphasis"/>
        </w:rPr>
        <w:t>Serratia marcescens</w:t>
      </w:r>
      <w:r>
        <w:t xml:space="preserve"> (MTCC-4622), </w:t>
      </w:r>
      <w:r>
        <w:rPr>
          <w:rStyle w:val="Emphasis"/>
        </w:rPr>
        <w:t>Staphylococcus aureus</w:t>
      </w:r>
      <w:r>
        <w:t xml:space="preserve"> (MTCC-15029), </w:t>
      </w:r>
      <w:r>
        <w:rPr>
          <w:rStyle w:val="Emphasis"/>
        </w:rPr>
        <w:t>Enterococcus faecalis</w:t>
      </w:r>
      <w:r>
        <w:t xml:space="preserve"> (MTCC-15036), </w:t>
      </w:r>
      <w:r>
        <w:rPr>
          <w:rStyle w:val="Emphasis"/>
        </w:rPr>
        <w:t>Bacillus cereus</w:t>
      </w:r>
      <w:r>
        <w:t xml:space="preserve"> (MTCC-12856), </w:t>
      </w:r>
      <w:r>
        <w:rPr>
          <w:rStyle w:val="Emphasis"/>
        </w:rPr>
        <w:t>Streptococcus mutans</w:t>
      </w:r>
      <w:r>
        <w:t xml:space="preserve"> (MTCC-497), and Methicillin-resistant </w:t>
      </w:r>
      <w:r>
        <w:rPr>
          <w:rStyle w:val="Emphasis"/>
        </w:rPr>
        <w:t>Staphylococcus aureus</w:t>
      </w:r>
      <w:r>
        <w:t xml:space="preserve"> (MRSA).</w:t>
      </w:r>
    </w:p>
    <w:p w14:paraId="46676FDA" w14:textId="77777777" w:rsidR="00D4166F" w:rsidRDefault="00D4166F" w:rsidP="00D4166F">
      <w:pPr>
        <w:pStyle w:val="NormalWeb"/>
      </w:pPr>
      <w:r>
        <w:t>These cultures were obtained from a recognized microbial culture collection and maintained in the microbiology laboratory under appropriate conditions. Prior to the antimicrobial assay, bacterial cultures were revived and grown in nutrient broth at 37 °C for 18–24 hours to obtain actively growing cultures.</w:t>
      </w:r>
    </w:p>
    <w:p w14:paraId="093AE2FA" w14:textId="77777777" w:rsidR="00D4166F" w:rsidRDefault="00D4166F" w:rsidP="00D4166F">
      <w:pPr>
        <w:pStyle w:val="NormalWeb"/>
      </w:pPr>
      <w:r>
        <w:t>In addition to these pathogenic strains, seven bacterial isolates obtained from spoiled vegetables (designated as V1–V7) were also included in the study to evaluate the effectiveness of plant extracts against food spoilage microorganisms.</w:t>
      </w:r>
    </w:p>
    <w:p w14:paraId="77377BAB" w14:textId="77777777" w:rsidR="00D4166F" w:rsidRDefault="007D7904" w:rsidP="00D4166F">
      <w:pPr>
        <w:pStyle w:val="Heading2"/>
      </w:pPr>
      <w:r>
        <w:rPr>
          <w:rFonts w:ascii="Times New Roman" w:hAnsi="Times New Roman" w:cs="Times New Roman"/>
          <w:color w:val="000000" w:themeColor="text1"/>
          <w:sz w:val="24"/>
          <w:szCs w:val="24"/>
        </w:rPr>
        <w:t xml:space="preserve">(iv) </w:t>
      </w:r>
      <w:r w:rsidR="00D4166F">
        <w:t>Antimicrobial Assay</w:t>
      </w:r>
    </w:p>
    <w:p w14:paraId="26904390" w14:textId="77777777" w:rsidR="00D4166F" w:rsidRDefault="00D4166F" w:rsidP="00D4166F">
      <w:pPr>
        <w:pStyle w:val="NormalWeb"/>
      </w:pPr>
      <w:r>
        <w:t>The antimicrobial activity of the ethanolic plant extracts was determined using the standard disc diffusion method on Mueller–Hinton agar plates. Fresh bacterial cultures were adjusted to an appropriate turbidity equivalent to the 0.5 McFarland standard to ensure uniform bacterial inoculum.</w:t>
      </w:r>
    </w:p>
    <w:p w14:paraId="077CA948" w14:textId="77777777" w:rsidR="00D4166F" w:rsidRDefault="00D4166F" w:rsidP="00D4166F">
      <w:pPr>
        <w:pStyle w:val="NormalWeb"/>
      </w:pPr>
      <w:r>
        <w:t>Sterile Mueller–Hinton agar plates were prepared and allowed to solidify. The surface of each plate was uniformly inoculated with the bacterial suspension using a sterile cotton swab to create a lawn culture. Sterile filter paper discs (6 mm diameter) were impregnated with different concentrations of the plant extracts.</w:t>
      </w:r>
    </w:p>
    <w:p w14:paraId="5476EAF3" w14:textId="77777777" w:rsidR="00D4166F" w:rsidRDefault="00D4166F" w:rsidP="00D4166F">
      <w:pPr>
        <w:pStyle w:val="NormalWeb"/>
      </w:pPr>
      <w:r>
        <w:t>Two concentrations of the extracts were tested: 5 mg/disc and 10 mg/disc. The impregnated discs were carefully placed on the surface of the inoculated agar plates using sterile forceps. Streptomycin (25 µg/disc) was used as the positive control to compare the antimicrobial effectiveness of the plant extracts. A disc containing only ethanol served as the negative control.</w:t>
      </w:r>
    </w:p>
    <w:p w14:paraId="7120442A" w14:textId="77777777" w:rsidR="00D4166F" w:rsidRDefault="00D4166F" w:rsidP="00D4166F">
      <w:pPr>
        <w:pStyle w:val="NormalWeb"/>
      </w:pPr>
      <w:r>
        <w:lastRenderedPageBreak/>
        <w:t>The plates were incubated at 37 °C for 24 hours under suitable conditions. After incubation, the antimicrobial activity was assessed by measuring the diameter of the zones of inhibition around each disc. The zones were measured in millimeters (mm) using a standard ruler or caliper. The experiments were performed in triplicate, and the average values of the inhibition zones were recorded for analysis.</w:t>
      </w:r>
    </w:p>
    <w:p w14:paraId="524743C0" w14:textId="7DE401EE" w:rsidR="00D4166F" w:rsidRDefault="00D4166F" w:rsidP="00D4166F">
      <w:pPr>
        <w:pStyle w:val="Heading3"/>
        <w:rPr>
          <w:rFonts w:ascii="Times New Roman" w:hAnsi="Times New Roman" w:cs="Times New Roman"/>
          <w:color w:val="000000" w:themeColor="text1"/>
          <w:sz w:val="24"/>
          <w:szCs w:val="24"/>
        </w:rPr>
      </w:pPr>
    </w:p>
    <w:p w14:paraId="5871B87F" w14:textId="447AD2A5" w:rsidR="00EB5561" w:rsidRPr="005962EA" w:rsidRDefault="007D7904" w:rsidP="00D4166F">
      <w:pPr>
        <w:pStyle w:val="Heading3"/>
        <w:rPr>
          <w:rFonts w:ascii="Times New Roman" w:hAnsi="Times New Roman" w:cs="Times New Roman"/>
          <w:sz w:val="24"/>
          <w:szCs w:val="24"/>
        </w:rPr>
      </w:pPr>
      <w:r w:rsidRPr="005962EA">
        <w:rPr>
          <w:rFonts w:ascii="Times New Roman" w:hAnsi="Times New Roman" w:cs="Times New Roman"/>
          <w:b w:val="0"/>
          <w:noProof/>
          <w:sz w:val="24"/>
          <w:szCs w:val="24"/>
        </w:rPr>
        <w:drawing>
          <wp:anchor distT="0" distB="0" distL="0" distR="0" simplePos="0" relativeHeight="251609600" behindDoc="1" locked="0" layoutInCell="1" allowOverlap="1" wp14:anchorId="0F41D010" wp14:editId="00D8885A">
            <wp:simplePos x="0" y="0"/>
            <wp:positionH relativeFrom="page">
              <wp:posOffset>3736313</wp:posOffset>
            </wp:positionH>
            <wp:positionV relativeFrom="paragraph">
              <wp:posOffset>324954</wp:posOffset>
            </wp:positionV>
            <wp:extent cx="2233930" cy="1615440"/>
            <wp:effectExtent l="0" t="0" r="0" b="3810"/>
            <wp:wrapTopAndBottom/>
            <wp:docPr id="3" name="Image 28" descr="A glass with a brown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lass with a brown liquid&#10;&#10;Description automatically generated"/>
                    <pic:cNvPicPr/>
                  </pic:nvPicPr>
                  <pic:blipFill>
                    <a:blip r:embed="rId17" cstate="print"/>
                    <a:stretch>
                      <a:fillRect/>
                    </a:stretch>
                  </pic:blipFill>
                  <pic:spPr>
                    <a:xfrm>
                      <a:off x="0" y="0"/>
                      <a:ext cx="2233930" cy="1615440"/>
                    </a:xfrm>
                    <a:prstGeom prst="rect">
                      <a:avLst/>
                    </a:prstGeom>
                  </pic:spPr>
                </pic:pic>
              </a:graphicData>
            </a:graphic>
            <wp14:sizeRelH relativeFrom="margin">
              <wp14:pctWidth>0</wp14:pctWidth>
            </wp14:sizeRelH>
            <wp14:sizeRelV relativeFrom="margin">
              <wp14:pctHeight>0</wp14:pctHeight>
            </wp14:sizeRelV>
          </wp:anchor>
        </w:drawing>
      </w:r>
      <w:r w:rsidRPr="005962EA">
        <w:rPr>
          <w:rFonts w:ascii="Times New Roman" w:hAnsi="Times New Roman" w:cs="Times New Roman"/>
          <w:b w:val="0"/>
          <w:noProof/>
          <w:sz w:val="24"/>
          <w:szCs w:val="24"/>
        </w:rPr>
        <w:drawing>
          <wp:anchor distT="0" distB="0" distL="0" distR="0" simplePos="0" relativeHeight="251768320" behindDoc="1" locked="0" layoutInCell="1" allowOverlap="1" wp14:anchorId="4C71B702" wp14:editId="76D7DF33">
            <wp:simplePos x="0" y="0"/>
            <wp:positionH relativeFrom="page">
              <wp:posOffset>594940</wp:posOffset>
            </wp:positionH>
            <wp:positionV relativeFrom="paragraph">
              <wp:posOffset>352205</wp:posOffset>
            </wp:positionV>
            <wp:extent cx="2233930" cy="1615440"/>
            <wp:effectExtent l="0" t="0" r="0" b="3810"/>
            <wp:wrapTopAndBottom/>
            <wp:docPr id="24" name="Image 28" descr="A glass with a brown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glass with a brown liquid&#10;&#10;Description automatically generated"/>
                    <pic:cNvPicPr/>
                  </pic:nvPicPr>
                  <pic:blipFill>
                    <a:blip r:embed="rId17" cstate="print"/>
                    <a:stretch>
                      <a:fillRect/>
                    </a:stretch>
                  </pic:blipFill>
                  <pic:spPr>
                    <a:xfrm>
                      <a:off x="0" y="0"/>
                      <a:ext cx="2233930" cy="1615440"/>
                    </a:xfrm>
                    <a:prstGeom prst="rect">
                      <a:avLst/>
                    </a:prstGeom>
                  </pic:spPr>
                </pic:pic>
              </a:graphicData>
            </a:graphic>
            <wp14:sizeRelH relativeFrom="margin">
              <wp14:pctWidth>0</wp14:pctWidth>
            </wp14:sizeRelH>
            <wp14:sizeRelV relativeFrom="margin">
              <wp14:pctHeight>0</wp14:pctHeight>
            </wp14:sizeRelV>
          </wp:anchor>
        </w:drawing>
      </w:r>
      <w:r w:rsidR="00EB5561" w:rsidRPr="005962EA">
        <w:rPr>
          <w:rFonts w:ascii="Times New Roman" w:hAnsi="Times New Roman" w:cs="Times New Roman"/>
          <w:sz w:val="24"/>
          <w:szCs w:val="24"/>
        </w:rPr>
        <w:t xml:space="preserve">Star anise ethanol </w:t>
      </w:r>
      <w:proofErr w:type="gramStart"/>
      <w:r w:rsidR="00EB5561" w:rsidRPr="005962EA">
        <w:rPr>
          <w:rFonts w:ascii="Times New Roman" w:hAnsi="Times New Roman" w:cs="Times New Roman"/>
          <w:sz w:val="24"/>
          <w:szCs w:val="24"/>
        </w:rPr>
        <w:t>extract</w:t>
      </w:r>
      <w:r w:rsidR="006A52BE" w:rsidRPr="005962EA">
        <w:rPr>
          <w:rFonts w:ascii="Times New Roman" w:hAnsi="Times New Roman" w:cs="Times New Roman"/>
          <w:sz w:val="24"/>
          <w:szCs w:val="24"/>
        </w:rPr>
        <w:t xml:space="preserve">,   </w:t>
      </w:r>
      <w:proofErr w:type="gramEnd"/>
      <w:r w:rsidR="006A52BE" w:rsidRPr="005962EA">
        <w:rPr>
          <w:rFonts w:ascii="Times New Roman" w:hAnsi="Times New Roman" w:cs="Times New Roman"/>
          <w:sz w:val="24"/>
          <w:szCs w:val="24"/>
        </w:rPr>
        <w:t xml:space="preserve">                                         </w:t>
      </w:r>
      <w:r w:rsidR="00EB5561" w:rsidRPr="005962EA">
        <w:rPr>
          <w:rFonts w:ascii="Times New Roman" w:hAnsi="Times New Roman" w:cs="Times New Roman"/>
          <w:sz w:val="24"/>
          <w:szCs w:val="24"/>
        </w:rPr>
        <w:t>Cinnamon</w:t>
      </w:r>
      <w:r w:rsidR="00EB5561" w:rsidRPr="005962EA">
        <w:rPr>
          <w:rFonts w:ascii="Times New Roman" w:hAnsi="Times New Roman" w:cs="Times New Roman"/>
          <w:spacing w:val="-10"/>
          <w:sz w:val="24"/>
          <w:szCs w:val="24"/>
        </w:rPr>
        <w:t xml:space="preserve"> </w:t>
      </w:r>
      <w:r w:rsidR="00EB5561" w:rsidRPr="005962EA">
        <w:rPr>
          <w:rFonts w:ascii="Times New Roman" w:hAnsi="Times New Roman" w:cs="Times New Roman"/>
          <w:sz w:val="24"/>
          <w:szCs w:val="24"/>
        </w:rPr>
        <w:t>sticks,</w:t>
      </w:r>
      <w:r w:rsidR="00EB5561" w:rsidRPr="005962EA">
        <w:rPr>
          <w:rFonts w:ascii="Times New Roman" w:hAnsi="Times New Roman" w:cs="Times New Roman"/>
          <w:spacing w:val="-7"/>
          <w:sz w:val="24"/>
          <w:szCs w:val="24"/>
        </w:rPr>
        <w:t xml:space="preserve"> </w:t>
      </w:r>
      <w:r w:rsidR="00EB5561" w:rsidRPr="005962EA">
        <w:rPr>
          <w:rFonts w:ascii="Times New Roman" w:hAnsi="Times New Roman" w:cs="Times New Roman"/>
          <w:sz w:val="24"/>
          <w:szCs w:val="24"/>
        </w:rPr>
        <w:t>ethanol</w:t>
      </w:r>
      <w:r w:rsidR="00EB5561" w:rsidRPr="005962EA">
        <w:rPr>
          <w:rFonts w:ascii="Times New Roman" w:hAnsi="Times New Roman" w:cs="Times New Roman"/>
          <w:spacing w:val="-13"/>
          <w:sz w:val="24"/>
          <w:szCs w:val="24"/>
        </w:rPr>
        <w:t xml:space="preserve"> </w:t>
      </w:r>
      <w:r w:rsidR="00EB5561" w:rsidRPr="005962EA">
        <w:rPr>
          <w:rFonts w:ascii="Times New Roman" w:hAnsi="Times New Roman" w:cs="Times New Roman"/>
          <w:spacing w:val="-2"/>
          <w:sz w:val="24"/>
          <w:szCs w:val="24"/>
        </w:rPr>
        <w:t>Extract</w:t>
      </w:r>
      <w:r w:rsidR="00EB5561" w:rsidRPr="005962EA">
        <w:rPr>
          <w:rFonts w:ascii="Times New Roman" w:hAnsi="Times New Roman" w:cs="Times New Roman"/>
          <w:sz w:val="24"/>
          <w:szCs w:val="24"/>
        </w:rPr>
        <w:t xml:space="preserve">                                                                              </w:t>
      </w:r>
      <w:r w:rsidR="006A52BE" w:rsidRPr="005962EA">
        <w:rPr>
          <w:rFonts w:ascii="Times New Roman" w:hAnsi="Times New Roman" w:cs="Times New Roman"/>
          <w:sz w:val="24"/>
          <w:szCs w:val="24"/>
        </w:rPr>
        <w:t xml:space="preserve">                         </w:t>
      </w:r>
    </w:p>
    <w:p w14:paraId="1872E315" w14:textId="2F38656B" w:rsidR="0050723C" w:rsidRPr="005962EA" w:rsidRDefault="0050723C">
      <w:pPr>
        <w:rPr>
          <w:rFonts w:ascii="Times New Roman" w:hAnsi="Times New Roman" w:cs="Times New Roman"/>
          <w:sz w:val="24"/>
          <w:szCs w:val="24"/>
        </w:rPr>
      </w:pPr>
      <w:r w:rsidRPr="005962EA">
        <w:rPr>
          <w:rFonts w:ascii="Times New Roman" w:hAnsi="Times New Roman" w:cs="Times New Roman"/>
          <w:sz w:val="24"/>
          <w:szCs w:val="24"/>
        </w:rPr>
        <w:t xml:space="preserve">                                                                                      </w:t>
      </w:r>
    </w:p>
    <w:p w14:paraId="2C16D370" w14:textId="41215666" w:rsidR="007D7904" w:rsidRDefault="001C0553">
      <w:pPr>
        <w:rPr>
          <w:rFonts w:ascii="Times New Roman" w:hAnsi="Times New Roman" w:cs="Times New Roman"/>
          <w:sz w:val="24"/>
          <w:szCs w:val="24"/>
        </w:rPr>
      </w:pPr>
      <w:r w:rsidRPr="005962EA">
        <w:rPr>
          <w:rFonts w:ascii="Times New Roman" w:hAnsi="Times New Roman" w:cs="Times New Roman"/>
          <w:sz w:val="24"/>
          <w:szCs w:val="24"/>
        </w:rPr>
        <w:t xml:space="preserve">  </w:t>
      </w:r>
    </w:p>
    <w:p w14:paraId="438468C7" w14:textId="052E4082" w:rsidR="001C0553" w:rsidRPr="005962EA" w:rsidRDefault="00C12DAF">
      <w:pPr>
        <w:rPr>
          <w:rFonts w:ascii="Times New Roman" w:hAnsi="Times New Roman" w:cs="Times New Roman"/>
          <w:sz w:val="24"/>
          <w:szCs w:val="24"/>
        </w:rPr>
      </w:pPr>
      <w:r w:rsidRPr="005962EA">
        <w:rPr>
          <w:rFonts w:ascii="Times New Roman" w:hAnsi="Times New Roman" w:cs="Times New Roman"/>
          <w:b/>
          <w:noProof/>
          <w:sz w:val="24"/>
          <w:szCs w:val="24"/>
        </w:rPr>
        <w:drawing>
          <wp:anchor distT="0" distB="0" distL="0" distR="0" simplePos="0" relativeHeight="251595264" behindDoc="1" locked="0" layoutInCell="1" allowOverlap="1" wp14:anchorId="0A62D1E5" wp14:editId="76B7E206">
            <wp:simplePos x="0" y="0"/>
            <wp:positionH relativeFrom="page">
              <wp:posOffset>3854919</wp:posOffset>
            </wp:positionH>
            <wp:positionV relativeFrom="paragraph">
              <wp:posOffset>-57674</wp:posOffset>
            </wp:positionV>
            <wp:extent cx="1971675" cy="1852295"/>
            <wp:effectExtent l="0" t="0" r="9525" b="0"/>
            <wp:wrapTopAndBottom/>
            <wp:docPr id="36" name="Image 36" descr="A round plate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round plate with white substance&#10;&#10;Description automatically generated"/>
                    <pic:cNvPicPr/>
                  </pic:nvPicPr>
                  <pic:blipFill>
                    <a:blip r:embed="rId18" cstate="print"/>
                    <a:stretch>
                      <a:fillRect/>
                    </a:stretch>
                  </pic:blipFill>
                  <pic:spPr>
                    <a:xfrm>
                      <a:off x="0" y="0"/>
                      <a:ext cx="1971675" cy="1852295"/>
                    </a:xfrm>
                    <a:prstGeom prst="rect">
                      <a:avLst/>
                    </a:prstGeom>
                  </pic:spPr>
                </pic:pic>
              </a:graphicData>
            </a:graphic>
            <wp14:sizeRelH relativeFrom="margin">
              <wp14:pctWidth>0</wp14:pctWidth>
            </wp14:sizeRelH>
            <wp14:sizeRelV relativeFrom="margin">
              <wp14:pctHeight>0</wp14:pctHeight>
            </wp14:sizeRelV>
          </wp:anchor>
        </w:drawing>
      </w:r>
      <w:r w:rsidR="007D7904" w:rsidRPr="005962EA">
        <w:rPr>
          <w:rFonts w:ascii="Times New Roman" w:hAnsi="Times New Roman" w:cs="Times New Roman"/>
          <w:b/>
          <w:noProof/>
          <w:sz w:val="24"/>
          <w:szCs w:val="24"/>
        </w:rPr>
        <w:drawing>
          <wp:anchor distT="0" distB="0" distL="0" distR="0" simplePos="0" relativeHeight="251577856" behindDoc="1" locked="0" layoutInCell="1" allowOverlap="1" wp14:anchorId="2A30DB4C" wp14:editId="3D115D07">
            <wp:simplePos x="0" y="0"/>
            <wp:positionH relativeFrom="page">
              <wp:posOffset>960893</wp:posOffset>
            </wp:positionH>
            <wp:positionV relativeFrom="paragraph">
              <wp:posOffset>-66702</wp:posOffset>
            </wp:positionV>
            <wp:extent cx="2242185" cy="1637665"/>
            <wp:effectExtent l="0" t="0" r="5715" b="635"/>
            <wp:wrapTopAndBottom/>
            <wp:docPr id="35" name="Image 35"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circular object with lines drawn on it&#10;&#10;Description automatically generated"/>
                    <pic:cNvPicPr/>
                  </pic:nvPicPr>
                  <pic:blipFill>
                    <a:blip r:embed="rId19" cstate="print"/>
                    <a:stretch>
                      <a:fillRect/>
                    </a:stretch>
                  </pic:blipFill>
                  <pic:spPr>
                    <a:xfrm>
                      <a:off x="0" y="0"/>
                      <a:ext cx="2242185" cy="1637665"/>
                    </a:xfrm>
                    <a:prstGeom prst="rect">
                      <a:avLst/>
                    </a:prstGeom>
                  </pic:spPr>
                </pic:pic>
              </a:graphicData>
            </a:graphic>
            <wp14:sizeRelH relativeFrom="margin">
              <wp14:pctWidth>0</wp14:pctWidth>
            </wp14:sizeRelH>
            <wp14:sizeRelV relativeFrom="margin">
              <wp14:pctHeight>0</wp14:pctHeight>
            </wp14:sizeRelV>
          </wp:anchor>
        </w:drawing>
      </w:r>
      <w:r w:rsidR="001C0553" w:rsidRPr="005962EA">
        <w:rPr>
          <w:rFonts w:ascii="Times New Roman" w:hAnsi="Times New Roman" w:cs="Times New Roman"/>
          <w:sz w:val="24"/>
          <w:szCs w:val="24"/>
        </w:rPr>
        <w:t xml:space="preserve">                                                                                 </w:t>
      </w:r>
    </w:p>
    <w:p w14:paraId="326DE8E8" w14:textId="4375FBBF" w:rsidR="00EB5561" w:rsidRPr="005962EA" w:rsidRDefault="00A82B0A" w:rsidP="00EB5561">
      <w:pPr>
        <w:spacing w:before="63"/>
        <w:rPr>
          <w:rFonts w:ascii="Times New Roman" w:hAnsi="Times New Roman" w:cs="Times New Roman"/>
          <w:spacing w:val="-4"/>
          <w:sz w:val="24"/>
          <w:szCs w:val="24"/>
        </w:rPr>
      </w:pPr>
      <w:r w:rsidRPr="005962EA">
        <w:rPr>
          <w:rFonts w:ascii="Times New Roman" w:hAnsi="Times New Roman" w:cs="Times New Roman"/>
          <w:b/>
          <w:sz w:val="24"/>
          <w:szCs w:val="24"/>
        </w:rPr>
        <w:t>Plate :2</w:t>
      </w:r>
      <w:r w:rsidR="001C0553" w:rsidRPr="005962EA">
        <w:rPr>
          <w:rFonts w:ascii="Times New Roman" w:hAnsi="Times New Roman" w:cs="Times New Roman"/>
          <w:b/>
          <w:sz w:val="24"/>
          <w:szCs w:val="24"/>
        </w:rPr>
        <w:t xml:space="preserve">    </w:t>
      </w:r>
      <w:r w:rsidR="00EB5561" w:rsidRPr="005962EA">
        <w:rPr>
          <w:rFonts w:ascii="Times New Roman" w:hAnsi="Times New Roman" w:cs="Times New Roman"/>
          <w:sz w:val="24"/>
          <w:szCs w:val="24"/>
        </w:rPr>
        <w:t>Vegetable</w:t>
      </w:r>
      <w:r w:rsidR="00EB5561" w:rsidRPr="005962EA">
        <w:rPr>
          <w:rFonts w:ascii="Times New Roman" w:hAnsi="Times New Roman" w:cs="Times New Roman"/>
          <w:spacing w:val="-9"/>
          <w:sz w:val="24"/>
          <w:szCs w:val="24"/>
        </w:rPr>
        <w:t xml:space="preserve"> </w:t>
      </w:r>
      <w:r w:rsidR="00EB5561" w:rsidRPr="005962EA">
        <w:rPr>
          <w:rFonts w:ascii="Times New Roman" w:hAnsi="Times New Roman" w:cs="Times New Roman"/>
          <w:sz w:val="24"/>
          <w:szCs w:val="24"/>
        </w:rPr>
        <w:t>Bacteria</w:t>
      </w:r>
      <w:r w:rsidR="00EB5561" w:rsidRPr="005962EA">
        <w:rPr>
          <w:rFonts w:ascii="Times New Roman" w:hAnsi="Times New Roman" w:cs="Times New Roman"/>
          <w:spacing w:val="-8"/>
          <w:sz w:val="24"/>
          <w:szCs w:val="24"/>
        </w:rPr>
        <w:t xml:space="preserve"> </w:t>
      </w:r>
      <w:r w:rsidR="00EB5561" w:rsidRPr="005962EA">
        <w:rPr>
          <w:rFonts w:ascii="Times New Roman" w:hAnsi="Times New Roman" w:cs="Times New Roman"/>
          <w:sz w:val="24"/>
          <w:szCs w:val="24"/>
        </w:rPr>
        <w:t>and</w:t>
      </w:r>
      <w:r w:rsidR="00EB5561" w:rsidRPr="005962EA">
        <w:rPr>
          <w:rFonts w:ascii="Times New Roman" w:hAnsi="Times New Roman" w:cs="Times New Roman"/>
          <w:spacing w:val="-9"/>
          <w:sz w:val="24"/>
          <w:szCs w:val="24"/>
        </w:rPr>
        <w:t xml:space="preserve"> </w:t>
      </w:r>
      <w:r w:rsidR="00EB5561" w:rsidRPr="005962EA">
        <w:rPr>
          <w:rFonts w:ascii="Times New Roman" w:hAnsi="Times New Roman" w:cs="Times New Roman"/>
          <w:sz w:val="24"/>
          <w:szCs w:val="24"/>
        </w:rPr>
        <w:t>Sub-Culture</w:t>
      </w:r>
      <w:r w:rsidR="00EB5561" w:rsidRPr="005962EA">
        <w:rPr>
          <w:rFonts w:ascii="Times New Roman" w:hAnsi="Times New Roman" w:cs="Times New Roman"/>
          <w:spacing w:val="-8"/>
          <w:sz w:val="24"/>
          <w:szCs w:val="24"/>
        </w:rPr>
        <w:t xml:space="preserve"> </w:t>
      </w:r>
      <w:r w:rsidR="00EB5561" w:rsidRPr="005962EA">
        <w:rPr>
          <w:rFonts w:ascii="Times New Roman" w:hAnsi="Times New Roman" w:cs="Times New Roman"/>
          <w:spacing w:val="-4"/>
          <w:sz w:val="24"/>
          <w:szCs w:val="24"/>
        </w:rPr>
        <w:t>Plate</w:t>
      </w:r>
    </w:p>
    <w:p w14:paraId="0DA5FD00" w14:textId="695DF8D5" w:rsidR="00E97B7D" w:rsidRPr="005962EA" w:rsidRDefault="00C12DAF" w:rsidP="00EB5561">
      <w:pPr>
        <w:spacing w:before="63"/>
        <w:rPr>
          <w:rFonts w:ascii="Times New Roman" w:hAnsi="Times New Roman" w:cs="Times New Roman"/>
          <w:spacing w:val="-4"/>
          <w:sz w:val="24"/>
          <w:szCs w:val="24"/>
        </w:rPr>
      </w:pPr>
      <w:r w:rsidRPr="005962EA">
        <w:rPr>
          <w:rFonts w:ascii="Times New Roman" w:hAnsi="Times New Roman" w:cs="Times New Roman"/>
          <w:noProof/>
          <w:sz w:val="24"/>
          <w:szCs w:val="24"/>
        </w:rPr>
        <w:drawing>
          <wp:anchor distT="0" distB="0" distL="114300" distR="114300" simplePos="0" relativeHeight="251613696" behindDoc="0" locked="0" layoutInCell="1" allowOverlap="1" wp14:anchorId="4082BE6D" wp14:editId="4AADEC49">
            <wp:simplePos x="0" y="0"/>
            <wp:positionH relativeFrom="column">
              <wp:posOffset>1270</wp:posOffset>
            </wp:positionH>
            <wp:positionV relativeFrom="paragraph">
              <wp:posOffset>328930</wp:posOffset>
            </wp:positionV>
            <wp:extent cx="2082800" cy="1843405"/>
            <wp:effectExtent l="0" t="0" r="0" b="4445"/>
            <wp:wrapSquare wrapText="bothSides"/>
            <wp:docPr id="43" name="Image 43"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ircular object with lines drawn on it&#10;&#10;Description automatically generated"/>
                    <pic:cNvPicPr/>
                  </pic:nvPicPr>
                  <pic:blipFill>
                    <a:blip r:embed="rId20" cstate="print"/>
                    <a:stretch>
                      <a:fillRect/>
                    </a:stretch>
                  </pic:blipFill>
                  <pic:spPr>
                    <a:xfrm>
                      <a:off x="0" y="0"/>
                      <a:ext cx="2082800" cy="1843405"/>
                    </a:xfrm>
                    <a:prstGeom prst="rect">
                      <a:avLst/>
                    </a:prstGeom>
                  </pic:spPr>
                </pic:pic>
              </a:graphicData>
            </a:graphic>
            <wp14:sizeRelH relativeFrom="margin">
              <wp14:pctWidth>0</wp14:pctWidth>
            </wp14:sizeRelH>
          </wp:anchor>
        </w:drawing>
      </w:r>
    </w:p>
    <w:p w14:paraId="55D473BD" w14:textId="26280BEB" w:rsidR="00E97B7D" w:rsidRPr="005962EA" w:rsidRDefault="00E97B7D" w:rsidP="00EB5561">
      <w:pPr>
        <w:spacing w:before="63"/>
        <w:rPr>
          <w:rFonts w:ascii="Times New Roman" w:hAnsi="Times New Roman" w:cs="Times New Roman"/>
          <w:sz w:val="24"/>
          <w:szCs w:val="24"/>
        </w:rPr>
      </w:pPr>
      <w:r w:rsidRPr="005962EA">
        <w:rPr>
          <w:rFonts w:ascii="Times New Roman" w:hAnsi="Times New Roman" w:cs="Times New Roman"/>
          <w:sz w:val="24"/>
          <w:szCs w:val="24"/>
        </w:rPr>
        <w:t xml:space="preserve">                            </w:t>
      </w:r>
      <w:r w:rsidRPr="005962EA">
        <w:rPr>
          <w:rFonts w:ascii="Times New Roman" w:hAnsi="Times New Roman" w:cs="Times New Roman"/>
          <w:noProof/>
          <w:sz w:val="24"/>
          <w:szCs w:val="24"/>
        </w:rPr>
        <w:drawing>
          <wp:inline distT="0" distB="0" distL="0" distR="0" wp14:anchorId="5360E13A" wp14:editId="46AD5B17">
            <wp:extent cx="1931670" cy="1820467"/>
            <wp:effectExtent l="0" t="0" r="0" b="8890"/>
            <wp:docPr id="44" name="Image 44" descr="A round white object with a circular patter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round white object with a circular pattern&#10;&#10;Description automatically generated with medium confidence"/>
                    <pic:cNvPicPr/>
                  </pic:nvPicPr>
                  <pic:blipFill>
                    <a:blip r:embed="rId21" cstate="print"/>
                    <a:stretch>
                      <a:fillRect/>
                    </a:stretch>
                  </pic:blipFill>
                  <pic:spPr>
                    <a:xfrm>
                      <a:off x="0" y="0"/>
                      <a:ext cx="1940447" cy="1828739"/>
                    </a:xfrm>
                    <a:prstGeom prst="rect">
                      <a:avLst/>
                    </a:prstGeom>
                  </pic:spPr>
                </pic:pic>
              </a:graphicData>
            </a:graphic>
          </wp:inline>
        </w:drawing>
      </w:r>
      <w:r w:rsidRPr="005962EA">
        <w:rPr>
          <w:rFonts w:ascii="Times New Roman" w:hAnsi="Times New Roman" w:cs="Times New Roman"/>
          <w:sz w:val="24"/>
          <w:szCs w:val="24"/>
        </w:rPr>
        <w:t xml:space="preserve">         </w:t>
      </w:r>
    </w:p>
    <w:p w14:paraId="7C56E1C7" w14:textId="1DF340C9" w:rsidR="007D7904" w:rsidRDefault="007D7904" w:rsidP="007D7904">
      <w:pPr>
        <w:spacing w:before="63"/>
        <w:ind w:left="102" w:right="107"/>
        <w:rPr>
          <w:sz w:val="20"/>
        </w:rPr>
      </w:pPr>
      <w:r>
        <w:rPr>
          <w:rFonts w:ascii="Times New Roman" w:hAnsi="Times New Roman" w:cs="Times New Roman"/>
          <w:sz w:val="24"/>
          <w:szCs w:val="24"/>
        </w:rPr>
        <w:t xml:space="preserve">                                               </w:t>
      </w:r>
      <w:r w:rsidR="00E97B7D" w:rsidRPr="005962EA">
        <w:rPr>
          <w:rFonts w:ascii="Times New Roman" w:hAnsi="Times New Roman" w:cs="Times New Roman"/>
          <w:sz w:val="24"/>
          <w:szCs w:val="24"/>
        </w:rPr>
        <w:t xml:space="preserve"> </w:t>
      </w:r>
      <w:r>
        <w:rPr>
          <w:sz w:val="20"/>
        </w:rPr>
        <w:t>Sub</w:t>
      </w:r>
      <w:r>
        <w:rPr>
          <w:spacing w:val="-10"/>
          <w:sz w:val="20"/>
        </w:rPr>
        <w:t xml:space="preserve"> </w:t>
      </w:r>
      <w:r>
        <w:rPr>
          <w:sz w:val="20"/>
        </w:rPr>
        <w:t>culture</w:t>
      </w:r>
      <w:r>
        <w:rPr>
          <w:spacing w:val="-6"/>
          <w:sz w:val="20"/>
        </w:rPr>
        <w:t xml:space="preserve"> </w:t>
      </w:r>
      <w:r>
        <w:rPr>
          <w:spacing w:val="-4"/>
          <w:sz w:val="20"/>
        </w:rPr>
        <w:t>plate</w:t>
      </w:r>
    </w:p>
    <w:p w14:paraId="2218473B" w14:textId="12DD27F9" w:rsidR="00E97B7D" w:rsidRPr="005962EA" w:rsidRDefault="00697024" w:rsidP="00EB5561">
      <w:pPr>
        <w:spacing w:before="63"/>
        <w:rPr>
          <w:rFonts w:ascii="Times New Roman" w:hAnsi="Times New Roman" w:cs="Times New Roman"/>
          <w:sz w:val="24"/>
          <w:szCs w:val="24"/>
        </w:rPr>
      </w:pPr>
      <w:r w:rsidRPr="005962EA">
        <w:rPr>
          <w:rFonts w:ascii="Times New Roman" w:hAnsi="Times New Roman" w:cs="Times New Roman"/>
          <w:b/>
          <w:noProof/>
          <w:sz w:val="24"/>
          <w:szCs w:val="24"/>
        </w:rPr>
        <w:lastRenderedPageBreak/>
        <w:drawing>
          <wp:anchor distT="0" distB="0" distL="0" distR="0" simplePos="0" relativeHeight="251624960" behindDoc="1" locked="0" layoutInCell="1" allowOverlap="1" wp14:anchorId="239DEB1B" wp14:editId="033FE197">
            <wp:simplePos x="0" y="0"/>
            <wp:positionH relativeFrom="page">
              <wp:posOffset>810895</wp:posOffset>
            </wp:positionH>
            <wp:positionV relativeFrom="paragraph">
              <wp:posOffset>375920</wp:posOffset>
            </wp:positionV>
            <wp:extent cx="1772920" cy="1939925"/>
            <wp:effectExtent l="0" t="0" r="0" b="3175"/>
            <wp:wrapTopAndBottom/>
            <wp:docPr id="53" name="Image 53" descr="A circular object with lines drawn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circular object with lines drawn on it&#10;&#10;Description automatically generated"/>
                    <pic:cNvPicPr/>
                  </pic:nvPicPr>
                  <pic:blipFill>
                    <a:blip r:embed="rId22" cstate="print"/>
                    <a:stretch>
                      <a:fillRect/>
                    </a:stretch>
                  </pic:blipFill>
                  <pic:spPr>
                    <a:xfrm>
                      <a:off x="0" y="0"/>
                      <a:ext cx="1772920" cy="1939925"/>
                    </a:xfrm>
                    <a:prstGeom prst="rect">
                      <a:avLst/>
                    </a:prstGeom>
                  </pic:spPr>
                </pic:pic>
              </a:graphicData>
            </a:graphic>
            <wp14:sizeRelH relativeFrom="margin">
              <wp14:pctWidth>0</wp14:pctWidth>
            </wp14:sizeRelH>
            <wp14:sizeRelV relativeFrom="margin">
              <wp14:pctHeight>0</wp14:pctHeight>
            </wp14:sizeRelV>
          </wp:anchor>
        </w:drawing>
      </w:r>
      <w:r w:rsidR="00C12DAF" w:rsidRPr="005962EA">
        <w:rPr>
          <w:rFonts w:ascii="Times New Roman" w:hAnsi="Times New Roman" w:cs="Times New Roman"/>
          <w:b/>
          <w:noProof/>
          <w:sz w:val="24"/>
          <w:szCs w:val="24"/>
        </w:rPr>
        <w:drawing>
          <wp:anchor distT="0" distB="0" distL="0" distR="0" simplePos="0" relativeHeight="251635200" behindDoc="1" locked="0" layoutInCell="1" allowOverlap="1" wp14:anchorId="45A09674" wp14:editId="578FBBE5">
            <wp:simplePos x="0" y="0"/>
            <wp:positionH relativeFrom="page">
              <wp:posOffset>3935730</wp:posOffset>
            </wp:positionH>
            <wp:positionV relativeFrom="paragraph">
              <wp:posOffset>351790</wp:posOffset>
            </wp:positionV>
            <wp:extent cx="1963420" cy="2035175"/>
            <wp:effectExtent l="0" t="0" r="0" b="3175"/>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963420" cy="2035175"/>
                    </a:xfrm>
                    <a:prstGeom prst="rect">
                      <a:avLst/>
                    </a:prstGeom>
                  </pic:spPr>
                </pic:pic>
              </a:graphicData>
            </a:graphic>
            <wp14:sizeRelH relativeFrom="margin">
              <wp14:pctWidth>0</wp14:pctWidth>
            </wp14:sizeRelH>
            <wp14:sizeRelV relativeFrom="margin">
              <wp14:pctHeight>0</wp14:pctHeight>
            </wp14:sizeRelV>
          </wp:anchor>
        </w:drawing>
      </w:r>
    </w:p>
    <w:p w14:paraId="0DA07225" w14:textId="337B6303" w:rsidR="0070375D" w:rsidRPr="005962EA" w:rsidRDefault="00E97B7D" w:rsidP="00325F52">
      <w:pPr>
        <w:spacing w:before="63"/>
        <w:ind w:left="102" w:right="107"/>
        <w:rPr>
          <w:rFonts w:ascii="Times New Roman" w:hAnsi="Times New Roman" w:cs="Times New Roman"/>
          <w:spacing w:val="-4"/>
          <w:sz w:val="24"/>
          <w:szCs w:val="24"/>
        </w:rPr>
      </w:pPr>
      <w:r w:rsidRPr="005962EA">
        <w:rPr>
          <w:rFonts w:ascii="Times New Roman" w:hAnsi="Times New Roman" w:cs="Times New Roman"/>
          <w:sz w:val="24"/>
          <w:szCs w:val="24"/>
        </w:rPr>
        <w:tab/>
        <w:t xml:space="preserve">         </w:t>
      </w:r>
      <w:r w:rsidRPr="005962EA">
        <w:rPr>
          <w:rFonts w:ascii="Times New Roman" w:hAnsi="Times New Roman" w:cs="Times New Roman"/>
          <w:sz w:val="24"/>
          <w:szCs w:val="24"/>
        </w:rPr>
        <w:br w:type="textWrapping" w:clear="all"/>
        <w:t xml:space="preserve">                                                        </w:t>
      </w:r>
      <w:r w:rsidR="0070375D" w:rsidRPr="005962EA">
        <w:rPr>
          <w:rFonts w:ascii="Times New Roman" w:hAnsi="Times New Roman" w:cs="Times New Roman"/>
          <w:sz w:val="24"/>
          <w:szCs w:val="24"/>
        </w:rPr>
        <w:t xml:space="preserve">                                                         </w:t>
      </w:r>
    </w:p>
    <w:p w14:paraId="5603426A" w14:textId="2953D93F" w:rsidR="0070375D" w:rsidRDefault="0070375D" w:rsidP="0070375D">
      <w:pPr>
        <w:spacing w:before="63"/>
        <w:ind w:left="93" w:right="200"/>
        <w:rPr>
          <w:rFonts w:ascii="Times New Roman" w:hAnsi="Times New Roman" w:cs="Times New Roman"/>
          <w:sz w:val="24"/>
          <w:szCs w:val="24"/>
        </w:rPr>
      </w:pPr>
      <w:r w:rsidRPr="005962EA">
        <w:rPr>
          <w:rFonts w:ascii="Times New Roman" w:hAnsi="Times New Roman" w:cs="Times New Roman"/>
          <w:sz w:val="24"/>
          <w:szCs w:val="24"/>
        </w:rPr>
        <w:t xml:space="preserve">                                                              Plate:</w:t>
      </w:r>
      <w:r w:rsidR="00B34AB2">
        <w:rPr>
          <w:rFonts w:ascii="Times New Roman" w:hAnsi="Times New Roman" w:cs="Times New Roman"/>
          <w:sz w:val="24"/>
          <w:szCs w:val="24"/>
        </w:rPr>
        <w:t xml:space="preserve"> </w:t>
      </w:r>
      <w:proofErr w:type="gramStart"/>
      <w:r w:rsidRPr="005962EA">
        <w:rPr>
          <w:rFonts w:ascii="Times New Roman" w:hAnsi="Times New Roman" w:cs="Times New Roman"/>
          <w:sz w:val="24"/>
          <w:szCs w:val="24"/>
        </w:rPr>
        <w:t xml:space="preserve">3 </w:t>
      </w:r>
      <w:r w:rsidR="00325F52">
        <w:rPr>
          <w:rFonts w:ascii="Times New Roman" w:hAnsi="Times New Roman" w:cs="Times New Roman"/>
          <w:sz w:val="24"/>
          <w:szCs w:val="24"/>
        </w:rPr>
        <w:t>.</w:t>
      </w:r>
      <w:proofErr w:type="gramEnd"/>
      <w:r w:rsidR="00325F52">
        <w:rPr>
          <w:rFonts w:ascii="Times New Roman" w:hAnsi="Times New Roman" w:cs="Times New Roman"/>
          <w:sz w:val="24"/>
          <w:szCs w:val="24"/>
        </w:rPr>
        <w:t xml:space="preserve"> </w:t>
      </w:r>
      <w:r w:rsidR="00325F52" w:rsidRPr="00325F52">
        <w:rPr>
          <w:rFonts w:ascii="Times New Roman" w:hAnsi="Times New Roman" w:cs="Times New Roman"/>
          <w:sz w:val="24"/>
          <w:szCs w:val="24"/>
        </w:rPr>
        <w:t>Sub culture plate</w:t>
      </w:r>
    </w:p>
    <w:p w14:paraId="7CBA288D" w14:textId="410310FE" w:rsidR="001C0553" w:rsidRPr="005962EA" w:rsidRDefault="001C0553" w:rsidP="001C0553">
      <w:pPr>
        <w:pStyle w:val="BodyText"/>
        <w:spacing w:before="112"/>
        <w:rPr>
          <w:rFonts w:ascii="Times New Roman" w:hAnsi="Times New Roman" w:cs="Times New Roman"/>
          <w:b/>
          <w:sz w:val="24"/>
          <w:szCs w:val="24"/>
        </w:rPr>
      </w:pPr>
      <w:r w:rsidRPr="005962EA">
        <w:rPr>
          <w:rFonts w:ascii="Times New Roman" w:hAnsi="Times New Roman" w:cs="Times New Roman"/>
          <w:b/>
          <w:sz w:val="24"/>
          <w:szCs w:val="24"/>
        </w:rPr>
        <w:t xml:space="preserve">            </w:t>
      </w:r>
    </w:p>
    <w:p w14:paraId="0CB2B471" w14:textId="24F7D941" w:rsidR="001C0553" w:rsidRPr="005962EA" w:rsidRDefault="00805ED4" w:rsidP="001C0553">
      <w:pPr>
        <w:pStyle w:val="BodyText"/>
        <w:spacing w:before="100"/>
        <w:rPr>
          <w:rFonts w:ascii="Times New Roman" w:hAnsi="Times New Roman" w:cs="Times New Roman"/>
          <w:b/>
          <w:sz w:val="28"/>
          <w:szCs w:val="28"/>
        </w:rPr>
      </w:pPr>
      <w:r w:rsidRPr="005962EA">
        <w:rPr>
          <w:rFonts w:ascii="Times New Roman" w:hAnsi="Times New Roman" w:cs="Times New Roman"/>
          <w:b/>
          <w:sz w:val="28"/>
          <w:szCs w:val="28"/>
        </w:rPr>
        <w:t>Result:</w:t>
      </w:r>
    </w:p>
    <w:p w14:paraId="5670E84E"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antimicrobial activity of the ethanolic extracts of </w:t>
      </w:r>
      <w:r w:rsidRPr="00FF23A7">
        <w:rPr>
          <w:rFonts w:ascii="Times New Roman" w:eastAsia="Times New Roman" w:hAnsi="Times New Roman" w:cs="Times New Roman"/>
          <w:i/>
          <w:iCs/>
          <w:sz w:val="24"/>
          <w:szCs w:val="24"/>
          <w:lang w:bidi="ta-IN"/>
        </w:rPr>
        <w:t>Cinnamomum zeylanicum</w:t>
      </w:r>
      <w:r w:rsidRPr="00FF23A7">
        <w:rPr>
          <w:rFonts w:ascii="Times New Roman" w:eastAsia="Times New Roman" w:hAnsi="Times New Roman" w:cs="Times New Roman"/>
          <w:sz w:val="24"/>
          <w:szCs w:val="24"/>
          <w:lang w:bidi="ta-IN"/>
        </w:rPr>
        <w:t xml:space="preserve"> (cinnamon) and </w:t>
      </w:r>
      <w:r w:rsidRPr="00FF23A7">
        <w:rPr>
          <w:rFonts w:ascii="Times New Roman" w:eastAsia="Times New Roman" w:hAnsi="Times New Roman" w:cs="Times New Roman"/>
          <w:i/>
          <w:iCs/>
          <w:sz w:val="24"/>
          <w:szCs w:val="24"/>
          <w:lang w:bidi="ta-IN"/>
        </w:rPr>
        <w:t>Illicium verum</w:t>
      </w:r>
      <w:r w:rsidRPr="00FF23A7">
        <w:rPr>
          <w:rFonts w:ascii="Times New Roman" w:eastAsia="Times New Roman" w:hAnsi="Times New Roman" w:cs="Times New Roman"/>
          <w:sz w:val="24"/>
          <w:szCs w:val="24"/>
          <w:lang w:bidi="ta-IN"/>
        </w:rPr>
        <w:t xml:space="preserve"> (star anise) was evaluated against selected human pathogenic bacteria and bacterial isolates obtained from spoiled vegetables using the disc diffusion method. The antibacterial potential of the extracts was determined by measuring the diameter of the clear zones of inhibition formed around the discs containing the plant extracts. The results were expressed in millimeters (mm), representing the susceptibility of the tested microorganisms to the extracts.</w:t>
      </w:r>
    </w:p>
    <w:p w14:paraId="448CE67B"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Overall, the extracts from the studied plants demonstrated varying levels of antibacterial activity against the tested bacterial strains. The presence of clear inhibition zones around the discs indicated that both plant extracts possessed antimicrobial properties. However, differences in the magnitude of the inhibition zones suggested variations in the antibacterial effectiveness of the two plant extracts as well as differences in susceptibility among the bacterial species.</w:t>
      </w:r>
    </w:p>
    <w:p w14:paraId="6C72D6F8"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ethanolic crude extract of </w:t>
      </w:r>
      <w:r w:rsidRPr="00FF23A7">
        <w:rPr>
          <w:rFonts w:ascii="Times New Roman" w:eastAsia="Times New Roman" w:hAnsi="Times New Roman" w:cs="Times New Roman"/>
          <w:i/>
          <w:iCs/>
          <w:sz w:val="24"/>
          <w:szCs w:val="24"/>
          <w:lang w:bidi="ta-IN"/>
        </w:rPr>
        <w:t>Cinnamomum zeylanicum</w:t>
      </w:r>
      <w:r w:rsidRPr="00FF23A7">
        <w:rPr>
          <w:rFonts w:ascii="Times New Roman" w:eastAsia="Times New Roman" w:hAnsi="Times New Roman" w:cs="Times New Roman"/>
          <w:sz w:val="24"/>
          <w:szCs w:val="24"/>
          <w:lang w:bidi="ta-IN"/>
        </w:rPr>
        <w:t xml:space="preserve"> exhibited comparatively stronger antibacterial activity than the extract of </w:t>
      </w:r>
      <w:r w:rsidRPr="00FF23A7">
        <w:rPr>
          <w:rFonts w:ascii="Times New Roman" w:eastAsia="Times New Roman" w:hAnsi="Times New Roman" w:cs="Times New Roman"/>
          <w:i/>
          <w:iCs/>
          <w:sz w:val="24"/>
          <w:szCs w:val="24"/>
          <w:lang w:bidi="ta-IN"/>
        </w:rPr>
        <w:t>Illicium verum</w:t>
      </w:r>
      <w:r w:rsidRPr="00FF23A7">
        <w:rPr>
          <w:rFonts w:ascii="Times New Roman" w:eastAsia="Times New Roman" w:hAnsi="Times New Roman" w:cs="Times New Roman"/>
          <w:sz w:val="24"/>
          <w:szCs w:val="24"/>
          <w:lang w:bidi="ta-IN"/>
        </w:rPr>
        <w:t xml:space="preserve">. Among the tested pathogens, the highest antibacterial activity of the cinnamon extract was observed against </w:t>
      </w:r>
      <w:r w:rsidRPr="00FF23A7">
        <w:rPr>
          <w:rFonts w:ascii="Times New Roman" w:eastAsia="Times New Roman" w:hAnsi="Times New Roman" w:cs="Times New Roman"/>
          <w:i/>
          <w:iCs/>
          <w:sz w:val="24"/>
          <w:szCs w:val="24"/>
          <w:lang w:bidi="ta-IN"/>
        </w:rPr>
        <w:t>Proteus mirabilis</w:t>
      </w:r>
      <w:r w:rsidRPr="00FF23A7">
        <w:rPr>
          <w:rFonts w:ascii="Times New Roman" w:eastAsia="Times New Roman" w:hAnsi="Times New Roman" w:cs="Times New Roman"/>
          <w:sz w:val="24"/>
          <w:szCs w:val="24"/>
          <w:lang w:bidi="ta-IN"/>
        </w:rPr>
        <w:t xml:space="preserve">, which produced a maximum inhibition zone of 14 mm. Moderate antibacterial activity was observed against </w:t>
      </w:r>
      <w:r w:rsidRPr="00FF23A7">
        <w:rPr>
          <w:rFonts w:ascii="Times New Roman" w:eastAsia="Times New Roman" w:hAnsi="Times New Roman" w:cs="Times New Roman"/>
          <w:i/>
          <w:iCs/>
          <w:sz w:val="24"/>
          <w:szCs w:val="24"/>
          <w:lang w:bidi="ta-IN"/>
        </w:rPr>
        <w:t>Bacillus cereus</w:t>
      </w:r>
      <w:r w:rsidRPr="00FF23A7">
        <w:rPr>
          <w:rFonts w:ascii="Times New Roman" w:eastAsia="Times New Roman" w:hAnsi="Times New Roman" w:cs="Times New Roman"/>
          <w:sz w:val="24"/>
          <w:szCs w:val="24"/>
          <w:lang w:bidi="ta-IN"/>
        </w:rPr>
        <w:t xml:space="preserve"> MTCC-12856 with an inhibition zone of 13 mm, followed by </w:t>
      </w:r>
      <w:r w:rsidRPr="00FF23A7">
        <w:rPr>
          <w:rFonts w:ascii="Times New Roman" w:eastAsia="Times New Roman" w:hAnsi="Times New Roman" w:cs="Times New Roman"/>
          <w:i/>
          <w:iCs/>
          <w:sz w:val="24"/>
          <w:szCs w:val="24"/>
          <w:lang w:bidi="ta-IN"/>
        </w:rPr>
        <w:t>Streptococcus mutans</w:t>
      </w:r>
      <w:r w:rsidRPr="00FF23A7">
        <w:rPr>
          <w:rFonts w:ascii="Times New Roman" w:eastAsia="Times New Roman" w:hAnsi="Times New Roman" w:cs="Times New Roman"/>
          <w:sz w:val="24"/>
          <w:szCs w:val="24"/>
          <w:lang w:bidi="ta-IN"/>
        </w:rPr>
        <w:t xml:space="preserve"> MTCC-497 with an inhibition zone of 12 mm. The extract also showed inhibitory activity against several vegetable-derived bacterial isolates including Vegetables Bacteria 1 (V-1), Vegetables Bacteria 3 (V-3), Vegetables Bacteria 4 (V-4), and Vegetables Bacteria 5 (V-5). Additionally, the extract demonstrated inhibitory effects against </w:t>
      </w:r>
      <w:r w:rsidRPr="00FF23A7">
        <w:rPr>
          <w:rFonts w:ascii="Times New Roman" w:eastAsia="Times New Roman" w:hAnsi="Times New Roman" w:cs="Times New Roman"/>
          <w:i/>
          <w:iCs/>
          <w:sz w:val="24"/>
          <w:szCs w:val="24"/>
          <w:lang w:bidi="ta-IN"/>
        </w:rPr>
        <w:t>Klebsiella</w:t>
      </w:r>
      <w:r w:rsidRPr="00FF23A7">
        <w:rPr>
          <w:rFonts w:ascii="Times New Roman" w:eastAsia="Times New Roman" w:hAnsi="Times New Roman" w:cs="Times New Roman"/>
          <w:sz w:val="24"/>
          <w:szCs w:val="24"/>
          <w:lang w:bidi="ta-IN"/>
        </w:rPr>
        <w:t xml:space="preserve"> spp. and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MTCC-15029 with a zone of inhibition measuring approximately 8 mm. The lowest inhibitory activity of the cinnamon extract was observed against Vegetables Bacteria 7 (V-7), with an inhibition zone of 5 mm.</w:t>
      </w:r>
    </w:p>
    <w:p w14:paraId="0CADE394"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Similarly, the ethanolic crude extract of </w:t>
      </w:r>
      <w:r w:rsidRPr="00FF23A7">
        <w:rPr>
          <w:rFonts w:ascii="Times New Roman" w:eastAsia="Times New Roman" w:hAnsi="Times New Roman" w:cs="Times New Roman"/>
          <w:i/>
          <w:iCs/>
          <w:sz w:val="24"/>
          <w:szCs w:val="24"/>
          <w:lang w:bidi="ta-IN"/>
        </w:rPr>
        <w:t>Illicium verum</w:t>
      </w:r>
      <w:r w:rsidRPr="00FF23A7">
        <w:rPr>
          <w:rFonts w:ascii="Times New Roman" w:eastAsia="Times New Roman" w:hAnsi="Times New Roman" w:cs="Times New Roman"/>
          <w:sz w:val="24"/>
          <w:szCs w:val="24"/>
          <w:lang w:bidi="ta-IN"/>
        </w:rPr>
        <w:t xml:space="preserve"> also exhibited noticeable antibacterial activity, though comparatively lower than that of the cinnamon extract. The highest inhibition </w:t>
      </w:r>
      <w:r w:rsidRPr="00FF23A7">
        <w:rPr>
          <w:rFonts w:ascii="Times New Roman" w:eastAsia="Times New Roman" w:hAnsi="Times New Roman" w:cs="Times New Roman"/>
          <w:sz w:val="24"/>
          <w:szCs w:val="24"/>
          <w:lang w:bidi="ta-IN"/>
        </w:rPr>
        <w:lastRenderedPageBreak/>
        <w:t xml:space="preserve">produced by the star anise extract was recorded against </w:t>
      </w:r>
      <w:r w:rsidRPr="00FF23A7">
        <w:rPr>
          <w:rFonts w:ascii="Times New Roman" w:eastAsia="Times New Roman" w:hAnsi="Times New Roman" w:cs="Times New Roman"/>
          <w:i/>
          <w:iCs/>
          <w:sz w:val="24"/>
          <w:szCs w:val="24"/>
          <w:lang w:bidi="ta-IN"/>
        </w:rPr>
        <w:t>Bacillus cereus</w:t>
      </w:r>
      <w:r w:rsidRPr="00FF23A7">
        <w:rPr>
          <w:rFonts w:ascii="Times New Roman" w:eastAsia="Times New Roman" w:hAnsi="Times New Roman" w:cs="Times New Roman"/>
          <w:sz w:val="24"/>
          <w:szCs w:val="24"/>
          <w:lang w:bidi="ta-IN"/>
        </w:rPr>
        <w:t xml:space="preserve"> MTCC-12856, with a zone of inhibition measuring 12 mm. Moderate antibacterial activity was observed against </w:t>
      </w:r>
      <w:r w:rsidRPr="00FF23A7">
        <w:rPr>
          <w:rFonts w:ascii="Times New Roman" w:eastAsia="Times New Roman" w:hAnsi="Times New Roman" w:cs="Times New Roman"/>
          <w:i/>
          <w:iCs/>
          <w:sz w:val="24"/>
          <w:szCs w:val="24"/>
          <w:lang w:bidi="ta-IN"/>
        </w:rPr>
        <w:t>Streptococcus mutans</w:t>
      </w:r>
      <w:r w:rsidRPr="00FF23A7">
        <w:rPr>
          <w:rFonts w:ascii="Times New Roman" w:eastAsia="Times New Roman" w:hAnsi="Times New Roman" w:cs="Times New Roman"/>
          <w:sz w:val="24"/>
          <w:szCs w:val="24"/>
          <w:lang w:bidi="ta-IN"/>
        </w:rPr>
        <w:t xml:space="preserve"> MTCC-497 with an inhibition zone of 10 mm. The extract also demonstrated inhibitory effects against Methicillin-resistant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(MRSA), producing an inhibition zone of 9 mm, indicating the potential effectiveness of the extract against antibiotic-resistant bacterial strains.</w:t>
      </w:r>
    </w:p>
    <w:p w14:paraId="0600656F"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In addition, the star anise extract showed inhibitory activity against </w:t>
      </w:r>
      <w:r w:rsidRPr="00FF23A7">
        <w:rPr>
          <w:rFonts w:ascii="Times New Roman" w:eastAsia="Times New Roman" w:hAnsi="Times New Roman" w:cs="Times New Roman"/>
          <w:i/>
          <w:iCs/>
          <w:sz w:val="24"/>
          <w:szCs w:val="24"/>
          <w:lang w:bidi="ta-IN"/>
        </w:rPr>
        <w:t>Staphylococcus aureus</w:t>
      </w:r>
      <w:r w:rsidRPr="00FF23A7">
        <w:rPr>
          <w:rFonts w:ascii="Times New Roman" w:eastAsia="Times New Roman" w:hAnsi="Times New Roman" w:cs="Times New Roman"/>
          <w:sz w:val="24"/>
          <w:szCs w:val="24"/>
          <w:lang w:bidi="ta-IN"/>
        </w:rPr>
        <w:t xml:space="preserve"> MTCC-15029, </w:t>
      </w:r>
      <w:r w:rsidRPr="00FF23A7">
        <w:rPr>
          <w:rFonts w:ascii="Times New Roman" w:eastAsia="Times New Roman" w:hAnsi="Times New Roman" w:cs="Times New Roman"/>
          <w:i/>
          <w:iCs/>
          <w:sz w:val="24"/>
          <w:szCs w:val="24"/>
          <w:lang w:bidi="ta-IN"/>
        </w:rPr>
        <w:t>Proteus mirabilis</w:t>
      </w:r>
      <w:r w:rsidRPr="00FF23A7">
        <w:rPr>
          <w:rFonts w:ascii="Times New Roman" w:eastAsia="Times New Roman" w:hAnsi="Times New Roman" w:cs="Times New Roman"/>
          <w:sz w:val="24"/>
          <w:szCs w:val="24"/>
          <w:lang w:bidi="ta-IN"/>
        </w:rPr>
        <w:t>, and Vegetables Bacteria 5 (V-5), each producing inhibition zones of approximately 7 mm. Lower levels of activity were observed against Vegetables Bacteria 3 (V-3) and Vegetables Bacteria 1 (V-1), both showing inhibition zones of about 5 mm.</w:t>
      </w:r>
    </w:p>
    <w:p w14:paraId="583FFD6F"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variation in antimicrobial activity observed among the tested microorganisms may be attributed to differences in the structural and physiological characteristics of bacterial cell walls, as well as the sensitivity of individual species to the bioactive compounds present in the plant extracts. The higher antibacterial activity exhibited by </w:t>
      </w:r>
      <w:r w:rsidRPr="00FF23A7">
        <w:rPr>
          <w:rFonts w:ascii="Times New Roman" w:eastAsia="Times New Roman" w:hAnsi="Times New Roman" w:cs="Times New Roman"/>
          <w:i/>
          <w:iCs/>
          <w:sz w:val="24"/>
          <w:szCs w:val="24"/>
          <w:lang w:bidi="ta-IN"/>
        </w:rPr>
        <w:t>Cinnamomum zeylanicum</w:t>
      </w:r>
      <w:r w:rsidRPr="00FF23A7">
        <w:rPr>
          <w:rFonts w:ascii="Times New Roman" w:eastAsia="Times New Roman" w:hAnsi="Times New Roman" w:cs="Times New Roman"/>
          <w:sz w:val="24"/>
          <w:szCs w:val="24"/>
          <w:lang w:bidi="ta-IN"/>
        </w:rPr>
        <w:t xml:space="preserve"> may be associated with the presence of potent phytochemicals such as cinnamaldehyde and eugenol, which are known to disrupt bacterial cell membranes, inhibit enzyme activity, and interfere with microbial metabolic processes. Similarly, the antimicrobial activity of </w:t>
      </w:r>
      <w:r w:rsidRPr="00FF23A7">
        <w:rPr>
          <w:rFonts w:ascii="Times New Roman" w:eastAsia="Times New Roman" w:hAnsi="Times New Roman" w:cs="Times New Roman"/>
          <w:i/>
          <w:iCs/>
          <w:sz w:val="24"/>
          <w:szCs w:val="24"/>
          <w:lang w:bidi="ta-IN"/>
        </w:rPr>
        <w:t>Illicium verum</w:t>
      </w:r>
      <w:r w:rsidRPr="00FF23A7">
        <w:rPr>
          <w:rFonts w:ascii="Times New Roman" w:eastAsia="Times New Roman" w:hAnsi="Times New Roman" w:cs="Times New Roman"/>
          <w:sz w:val="24"/>
          <w:szCs w:val="24"/>
          <w:lang w:bidi="ta-IN"/>
        </w:rPr>
        <w:t xml:space="preserve"> can be attributed to the presence of bioactive compounds such as anethole and various phenolic constituents.</w:t>
      </w:r>
    </w:p>
    <w:p w14:paraId="29EA6850"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The results clearly indicate that both plant extracts possess considerable antibacterial activity against food spoilage bacteria as well as selected human pathogenic bacteria. However, the cinnamon extract demonstrated relatively stronger antimicrobial effects compared to the star anise extract. These findings highlight the potential application of these plant-derived extracts as natural antimicrobial agents in food preservation and food safety management.</w:t>
      </w:r>
    </w:p>
    <w:p w14:paraId="20B08880" w14:textId="77777777" w:rsidR="00FF23A7" w:rsidRPr="00FF23A7" w:rsidRDefault="00FF23A7" w:rsidP="00FF23A7">
      <w:pPr>
        <w:spacing w:before="100" w:beforeAutospacing="1" w:after="100" w:afterAutospacing="1" w:line="240" w:lineRule="auto"/>
        <w:rPr>
          <w:rFonts w:ascii="Times New Roman" w:eastAsia="Times New Roman" w:hAnsi="Times New Roman" w:cs="Times New Roman"/>
          <w:sz w:val="24"/>
          <w:szCs w:val="24"/>
          <w:lang w:bidi="ta-IN"/>
        </w:rPr>
      </w:pPr>
      <w:r w:rsidRPr="00FF23A7">
        <w:rPr>
          <w:rFonts w:ascii="Times New Roman" w:eastAsia="Times New Roman" w:hAnsi="Times New Roman" w:cs="Times New Roman"/>
          <w:sz w:val="24"/>
          <w:szCs w:val="24"/>
          <w:lang w:bidi="ta-IN"/>
        </w:rPr>
        <w:t xml:space="preserve">The detailed results of the antibacterial activity, including the inhibition zone diameters for each bacterial strain, are presented in </w:t>
      </w:r>
      <w:r w:rsidRPr="00FF23A7">
        <w:rPr>
          <w:rFonts w:ascii="Times New Roman" w:eastAsia="Times New Roman" w:hAnsi="Times New Roman" w:cs="Times New Roman"/>
          <w:b/>
          <w:bCs/>
          <w:sz w:val="24"/>
          <w:szCs w:val="24"/>
          <w:lang w:bidi="ta-IN"/>
        </w:rPr>
        <w:t>Table 1</w:t>
      </w:r>
      <w:r w:rsidRPr="00FF23A7">
        <w:rPr>
          <w:rFonts w:ascii="Times New Roman" w:eastAsia="Times New Roman" w:hAnsi="Times New Roman" w:cs="Times New Roman"/>
          <w:sz w:val="24"/>
          <w:szCs w:val="24"/>
          <w:lang w:bidi="ta-IN"/>
        </w:rPr>
        <w:t xml:space="preserve">, while the comparative graphical representation of the antimicrobial activity of the two plant extracts is shown in </w:t>
      </w:r>
      <w:r w:rsidRPr="00FF23A7">
        <w:rPr>
          <w:rFonts w:ascii="Times New Roman" w:eastAsia="Times New Roman" w:hAnsi="Times New Roman" w:cs="Times New Roman"/>
          <w:b/>
          <w:bCs/>
          <w:sz w:val="24"/>
          <w:szCs w:val="24"/>
          <w:lang w:bidi="ta-IN"/>
        </w:rPr>
        <w:t>Figure 1</w:t>
      </w:r>
      <w:r w:rsidRPr="00FF23A7">
        <w:rPr>
          <w:rFonts w:ascii="Times New Roman" w:eastAsia="Times New Roman" w:hAnsi="Times New Roman" w:cs="Times New Roman"/>
          <w:sz w:val="24"/>
          <w:szCs w:val="24"/>
          <w:lang w:bidi="ta-IN"/>
        </w:rPr>
        <w:t>.</w:t>
      </w:r>
    </w:p>
    <w:p w14:paraId="7F1A4947" w14:textId="77777777" w:rsidR="00805ED4" w:rsidRPr="005962EA" w:rsidRDefault="00805ED4" w:rsidP="00FE51CF">
      <w:pPr>
        <w:sectPr w:rsidR="00805ED4" w:rsidRPr="005962EA">
          <w:headerReference w:type="even" r:id="rId24"/>
          <w:headerReference w:type="default" r:id="rId25"/>
          <w:footerReference w:type="even" r:id="rId26"/>
          <w:footerReference w:type="default" r:id="rId27"/>
          <w:headerReference w:type="first" r:id="rId28"/>
          <w:footerReference w:type="first" r:id="rId29"/>
          <w:pgSz w:w="11900" w:h="16840"/>
          <w:pgMar w:top="1380" w:right="992" w:bottom="1260" w:left="1275" w:header="0" w:footer="1061" w:gutter="0"/>
          <w:cols w:space="720"/>
        </w:sectPr>
      </w:pPr>
    </w:p>
    <w:p w14:paraId="2E7A2E18" w14:textId="77777777" w:rsidR="00805ED4" w:rsidRPr="005962EA" w:rsidRDefault="00805ED4" w:rsidP="00FE51CF">
      <w:r w:rsidRPr="005962EA">
        <w:rPr>
          <w:b/>
        </w:rPr>
        <w:lastRenderedPageBreak/>
        <w:t>Table</w:t>
      </w:r>
      <w:r w:rsidRPr="005962EA">
        <w:rPr>
          <w:b/>
          <w:spacing w:val="-4"/>
        </w:rPr>
        <w:t xml:space="preserve"> </w:t>
      </w:r>
      <w:r w:rsidRPr="005962EA">
        <w:rPr>
          <w:b/>
        </w:rPr>
        <w:t>1:</w:t>
      </w:r>
      <w:r w:rsidRPr="005962EA">
        <w:rPr>
          <w:b/>
          <w:spacing w:val="-2"/>
        </w:rPr>
        <w:t xml:space="preserve"> </w:t>
      </w:r>
      <w:r w:rsidRPr="005962EA">
        <w:t>Antimicrobial</w:t>
      </w:r>
      <w:r w:rsidRPr="005962EA">
        <w:rPr>
          <w:spacing w:val="-7"/>
        </w:rPr>
        <w:t xml:space="preserve"> </w:t>
      </w:r>
      <w:r w:rsidRPr="005962EA">
        <w:t>activities</w:t>
      </w:r>
      <w:r w:rsidRPr="005962EA">
        <w:rPr>
          <w:spacing w:val="-5"/>
        </w:rPr>
        <w:t xml:space="preserve"> </w:t>
      </w:r>
      <w:r w:rsidRPr="005962EA">
        <w:t>(in</w:t>
      </w:r>
      <w:r w:rsidRPr="005962EA">
        <w:rPr>
          <w:spacing w:val="-3"/>
        </w:rPr>
        <w:t xml:space="preserve"> </w:t>
      </w:r>
      <w:r w:rsidRPr="005962EA">
        <w:t>mm)</w:t>
      </w:r>
      <w:r w:rsidRPr="005962EA">
        <w:rPr>
          <w:spacing w:val="-1"/>
        </w:rPr>
        <w:t xml:space="preserve"> </w:t>
      </w:r>
      <w:r w:rsidRPr="005962EA">
        <w:t>of</w:t>
      </w:r>
      <w:r w:rsidRPr="005962EA">
        <w:rPr>
          <w:spacing w:val="-11"/>
        </w:rPr>
        <w:t xml:space="preserve"> </w:t>
      </w:r>
      <w:r w:rsidRPr="005962EA">
        <w:t>different crude</w:t>
      </w:r>
      <w:r w:rsidRPr="005962EA">
        <w:rPr>
          <w:spacing w:val="-4"/>
        </w:rPr>
        <w:t xml:space="preserve"> </w:t>
      </w:r>
      <w:r w:rsidRPr="005962EA">
        <w:t>extract against random</w:t>
      </w:r>
      <w:r w:rsidRPr="005962EA">
        <w:rPr>
          <w:spacing w:val="-7"/>
        </w:rPr>
        <w:t xml:space="preserve"> </w:t>
      </w:r>
      <w:r w:rsidRPr="005962EA">
        <w:t>bacteria in rotten vegetables</w:t>
      </w:r>
    </w:p>
    <w:p w14:paraId="20470797" w14:textId="77777777" w:rsidR="00805ED4" w:rsidRPr="005962EA" w:rsidRDefault="00805ED4" w:rsidP="00805ED4">
      <w:pPr>
        <w:pStyle w:val="BodyText"/>
        <w:spacing w:before="10"/>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40320" behindDoc="1" locked="0" layoutInCell="1" allowOverlap="1" wp14:anchorId="57CE7B01" wp14:editId="2751B3A0">
                <wp:simplePos x="0" y="0"/>
                <wp:positionH relativeFrom="page">
                  <wp:posOffset>844296</wp:posOffset>
                </wp:positionH>
                <wp:positionV relativeFrom="paragraph">
                  <wp:posOffset>138419</wp:posOffset>
                </wp:positionV>
                <wp:extent cx="5995670" cy="6350"/>
                <wp:effectExtent l="0" t="0" r="0" b="0"/>
                <wp:wrapTopAndBottom/>
                <wp:docPr id="1"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670" cy="6350"/>
                        </a:xfrm>
                        <a:custGeom>
                          <a:avLst/>
                          <a:gdLst/>
                          <a:ahLst/>
                          <a:cxnLst/>
                          <a:rect l="l" t="t" r="r" b="b"/>
                          <a:pathLst>
                            <a:path w="5995670" h="6350">
                              <a:moveTo>
                                <a:pt x="5995416" y="0"/>
                              </a:moveTo>
                              <a:lnTo>
                                <a:pt x="5995416" y="0"/>
                              </a:lnTo>
                              <a:lnTo>
                                <a:pt x="0" y="0"/>
                              </a:lnTo>
                              <a:lnTo>
                                <a:pt x="0" y="6096"/>
                              </a:lnTo>
                              <a:lnTo>
                                <a:pt x="5995416" y="6096"/>
                              </a:lnTo>
                              <a:lnTo>
                                <a:pt x="5995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83668" id="Graphic 78" o:spid="_x0000_s1026" style="position:absolute;margin-left:66.5pt;margin-top:10.9pt;width:472.1pt;height:.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9956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" path="m5995416,r,l,,,6096r5995416,l5995416,xe" fillcolor="black" stroked="f">
                <v:path arrowok="t"/>
                <w10:wrap type="topAndBottom" anchorx="page"/>
              </v:shape>
            </w:pict>
          </mc:Fallback>
        </mc:AlternateContent>
      </w:r>
    </w:p>
    <w:p w14:paraId="5FFB0086" w14:textId="77777777" w:rsidR="00805ED4" w:rsidRPr="005962EA" w:rsidRDefault="00805ED4" w:rsidP="00805ED4">
      <w:pPr>
        <w:pStyle w:val="Heading4"/>
        <w:tabs>
          <w:tab w:val="left" w:pos="1302"/>
          <w:tab w:val="left" w:pos="3380"/>
          <w:tab w:val="left" w:pos="6289"/>
        </w:tabs>
        <w:ind w:left="213"/>
        <w:rPr>
          <w:rFonts w:ascii="Times New Roman" w:hAnsi="Times New Roman" w:cs="Times New Roman"/>
          <w:sz w:val="24"/>
          <w:szCs w:val="24"/>
        </w:rPr>
      </w:pPr>
      <w:r w:rsidRPr="005962EA">
        <w:rPr>
          <w:rFonts w:ascii="Times New Roman" w:hAnsi="Times New Roman" w:cs="Times New Roman"/>
          <w:spacing w:val="-5"/>
          <w:sz w:val="24"/>
          <w:szCs w:val="24"/>
        </w:rPr>
        <w:t>S.</w:t>
      </w:r>
      <w:r w:rsidRPr="005962EA">
        <w:rPr>
          <w:rFonts w:ascii="Times New Roman" w:hAnsi="Times New Roman" w:cs="Times New Roman"/>
          <w:sz w:val="24"/>
          <w:szCs w:val="24"/>
        </w:rPr>
        <w:tab/>
      </w:r>
      <w:r w:rsidRPr="005962EA">
        <w:rPr>
          <w:rFonts w:ascii="Times New Roman" w:hAnsi="Times New Roman" w:cs="Times New Roman"/>
          <w:spacing w:val="-2"/>
          <w:sz w:val="24"/>
          <w:szCs w:val="24"/>
        </w:rPr>
        <w:t>Pathogen</w:t>
      </w:r>
      <w:r w:rsidRPr="005962EA">
        <w:rPr>
          <w:rFonts w:ascii="Times New Roman" w:hAnsi="Times New Roman" w:cs="Times New Roman"/>
          <w:sz w:val="24"/>
          <w:szCs w:val="24"/>
        </w:rPr>
        <w:tab/>
      </w:r>
      <w:r w:rsidRPr="005962EA">
        <w:rPr>
          <w:rFonts w:ascii="Times New Roman" w:hAnsi="Times New Roman" w:cs="Times New Roman"/>
          <w:spacing w:val="-2"/>
          <w:sz w:val="24"/>
          <w:szCs w:val="24"/>
        </w:rPr>
        <w:t>Control</w:t>
      </w:r>
      <w:r w:rsidRPr="005962EA">
        <w:rPr>
          <w:rFonts w:ascii="Times New Roman" w:hAnsi="Times New Roman" w:cs="Times New Roman"/>
          <w:sz w:val="24"/>
          <w:szCs w:val="24"/>
        </w:rPr>
        <w:tab/>
      </w:r>
      <w:r w:rsidRPr="005962EA">
        <w:rPr>
          <w:rFonts w:ascii="Times New Roman" w:hAnsi="Times New Roman" w:cs="Times New Roman"/>
          <w:spacing w:val="-2"/>
          <w:sz w:val="24"/>
          <w:szCs w:val="24"/>
        </w:rPr>
        <w:t>Concentration</w:t>
      </w:r>
    </w:p>
    <w:p w14:paraId="3B4FF843" w14:textId="77777777" w:rsidR="00805ED4" w:rsidRPr="005962EA" w:rsidRDefault="00805ED4" w:rsidP="00805ED4">
      <w:pPr>
        <w:pStyle w:val="Heading4"/>
        <w:rPr>
          <w:rFonts w:ascii="Times New Roman" w:hAnsi="Times New Roman" w:cs="Times New Roman"/>
          <w:sz w:val="24"/>
          <w:szCs w:val="24"/>
        </w:rPr>
        <w:sectPr w:rsidR="00805ED4" w:rsidRPr="005962EA">
          <w:pgSz w:w="11900" w:h="16840"/>
          <w:pgMar w:top="1360" w:right="992" w:bottom="1260" w:left="1275" w:header="0" w:footer="1061" w:gutter="0"/>
          <w:cols w:space="720"/>
        </w:sectPr>
      </w:pPr>
    </w:p>
    <w:p w14:paraId="05F3E52E" w14:textId="77777777" w:rsidR="00805ED4" w:rsidRPr="005962EA" w:rsidRDefault="00805ED4" w:rsidP="00805ED4">
      <w:pPr>
        <w:tabs>
          <w:tab w:val="left" w:pos="3107"/>
        </w:tabs>
        <w:ind w:left="184"/>
        <w:rPr>
          <w:rFonts w:ascii="Times New Roman" w:hAnsi="Times New Roman" w:cs="Times New Roman"/>
          <w:b/>
          <w:sz w:val="24"/>
          <w:szCs w:val="24"/>
        </w:rPr>
      </w:pPr>
      <w:r w:rsidRPr="005962EA">
        <w:rPr>
          <w:rFonts w:ascii="Times New Roman" w:hAnsi="Times New Roman" w:cs="Times New Roman"/>
          <w:b/>
          <w:spacing w:val="-5"/>
          <w:sz w:val="24"/>
          <w:szCs w:val="24"/>
        </w:rPr>
        <w:t>no</w:t>
      </w:r>
      <w:r w:rsidRPr="005962EA">
        <w:rPr>
          <w:rFonts w:ascii="Times New Roman" w:hAnsi="Times New Roman" w:cs="Times New Roman"/>
          <w:b/>
          <w:sz w:val="24"/>
          <w:szCs w:val="24"/>
        </w:rPr>
        <w:tab/>
      </w:r>
      <w:r w:rsidRPr="005962EA">
        <w:rPr>
          <w:rFonts w:ascii="Times New Roman" w:hAnsi="Times New Roman" w:cs="Times New Roman"/>
          <w:b/>
          <w:spacing w:val="-2"/>
          <w:sz w:val="24"/>
          <w:szCs w:val="24"/>
        </w:rPr>
        <w:t>streptomycin</w:t>
      </w:r>
    </w:p>
    <w:p w14:paraId="78ABCA15" w14:textId="77777777" w:rsidR="00805ED4" w:rsidRPr="005962EA" w:rsidRDefault="00805ED4" w:rsidP="00805ED4">
      <w:pPr>
        <w:ind w:left="180" w:right="38"/>
        <w:rPr>
          <w:rFonts w:ascii="Times New Roman" w:hAnsi="Times New Roman" w:cs="Times New Roman"/>
          <w:b/>
          <w:sz w:val="24"/>
          <w:szCs w:val="24"/>
        </w:rPr>
      </w:pPr>
      <w:r w:rsidRPr="005962EA">
        <w:rPr>
          <w:rFonts w:ascii="Times New Roman" w:hAnsi="Times New Roman" w:cs="Times New Roman"/>
          <w:sz w:val="24"/>
          <w:szCs w:val="24"/>
        </w:rPr>
        <w:br w:type="column"/>
      </w:r>
      <w:proofErr w:type="spellStart"/>
      <w:r w:rsidRPr="005962EA">
        <w:rPr>
          <w:rFonts w:ascii="Times New Roman" w:hAnsi="Times New Roman" w:cs="Times New Roman"/>
          <w:b/>
          <w:spacing w:val="-2"/>
          <w:sz w:val="24"/>
          <w:szCs w:val="24"/>
        </w:rPr>
        <w:t>Cinnamonsticks</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i/>
          <w:spacing w:val="-2"/>
          <w:sz w:val="24"/>
          <w:szCs w:val="24"/>
        </w:rPr>
        <w:t>Cinnamomum</w:t>
      </w:r>
      <w:proofErr w:type="spellEnd"/>
      <w:r w:rsidRPr="005962EA">
        <w:rPr>
          <w:rFonts w:ascii="Times New Roman" w:hAnsi="Times New Roman" w:cs="Times New Roman"/>
          <w:b/>
          <w:i/>
          <w:spacing w:val="-2"/>
          <w:sz w:val="24"/>
          <w:szCs w:val="24"/>
        </w:rPr>
        <w:t xml:space="preserve"> </w:t>
      </w:r>
      <w:proofErr w:type="spellStart"/>
      <w:r w:rsidRPr="005962EA">
        <w:rPr>
          <w:rFonts w:ascii="Times New Roman" w:hAnsi="Times New Roman" w:cs="Times New Roman"/>
          <w:b/>
          <w:i/>
          <w:spacing w:val="-2"/>
          <w:sz w:val="24"/>
          <w:szCs w:val="24"/>
        </w:rPr>
        <w:t>zeylanicum</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sz w:val="24"/>
          <w:szCs w:val="24"/>
        </w:rPr>
        <w:t>Ethanolextract</w:t>
      </w:r>
      <w:proofErr w:type="spellEnd"/>
      <w:r w:rsidRPr="005962EA">
        <w:rPr>
          <w:rFonts w:ascii="Times New Roman" w:hAnsi="Times New Roman" w:cs="Times New Roman"/>
          <w:b/>
          <w:spacing w:val="-15"/>
          <w:sz w:val="24"/>
          <w:szCs w:val="24"/>
        </w:rPr>
        <w:t xml:space="preserve"> </w:t>
      </w:r>
      <w:r w:rsidRPr="005962EA">
        <w:rPr>
          <w:rFonts w:ascii="Times New Roman" w:hAnsi="Times New Roman" w:cs="Times New Roman"/>
          <w:b/>
          <w:sz w:val="24"/>
          <w:szCs w:val="24"/>
        </w:rPr>
        <w:t>(3)</w:t>
      </w:r>
    </w:p>
    <w:p w14:paraId="7174868E" w14:textId="77777777" w:rsidR="00805ED4" w:rsidRPr="005962EA" w:rsidRDefault="00805ED4" w:rsidP="00805ED4">
      <w:pPr>
        <w:spacing w:before="2" w:line="237" w:lineRule="auto"/>
        <w:ind w:left="184"/>
        <w:rPr>
          <w:rFonts w:ascii="Times New Roman" w:hAnsi="Times New Roman" w:cs="Times New Roman"/>
          <w:b/>
          <w:sz w:val="24"/>
          <w:szCs w:val="24"/>
        </w:rPr>
      </w:pPr>
      <w:r w:rsidRPr="005962EA">
        <w:rPr>
          <w:rFonts w:ascii="Times New Roman" w:hAnsi="Times New Roman" w:cs="Times New Roman"/>
          <w:sz w:val="24"/>
          <w:szCs w:val="24"/>
        </w:rPr>
        <w:br w:type="column"/>
      </w:r>
      <w:proofErr w:type="spellStart"/>
      <w:r w:rsidRPr="005962EA">
        <w:rPr>
          <w:rFonts w:ascii="Times New Roman" w:hAnsi="Times New Roman" w:cs="Times New Roman"/>
          <w:b/>
          <w:spacing w:val="-2"/>
          <w:sz w:val="24"/>
          <w:szCs w:val="24"/>
        </w:rPr>
        <w:t>Staranise</w:t>
      </w:r>
      <w:proofErr w:type="spellEnd"/>
      <w:r w:rsidRPr="005962EA">
        <w:rPr>
          <w:rFonts w:ascii="Times New Roman" w:hAnsi="Times New Roman" w:cs="Times New Roman"/>
          <w:b/>
          <w:spacing w:val="-2"/>
          <w:sz w:val="24"/>
          <w:szCs w:val="24"/>
        </w:rPr>
        <w:t xml:space="preserve"> (</w:t>
      </w:r>
      <w:proofErr w:type="spellStart"/>
      <w:r w:rsidRPr="005962EA">
        <w:rPr>
          <w:rFonts w:ascii="Times New Roman" w:hAnsi="Times New Roman" w:cs="Times New Roman"/>
          <w:b/>
          <w:i/>
          <w:spacing w:val="-2"/>
          <w:sz w:val="24"/>
          <w:szCs w:val="24"/>
        </w:rPr>
        <w:t>Illiciumverum</w:t>
      </w:r>
      <w:proofErr w:type="spellEnd"/>
      <w:r w:rsidRPr="005962EA">
        <w:rPr>
          <w:rFonts w:ascii="Times New Roman" w:hAnsi="Times New Roman" w:cs="Times New Roman"/>
          <w:b/>
          <w:spacing w:val="-2"/>
          <w:sz w:val="24"/>
          <w:szCs w:val="24"/>
        </w:rPr>
        <w:t>)</w:t>
      </w:r>
    </w:p>
    <w:p w14:paraId="1E5AEA67" w14:textId="77777777" w:rsidR="00805ED4" w:rsidRPr="005962EA" w:rsidRDefault="00805ED4" w:rsidP="00805ED4">
      <w:pPr>
        <w:pStyle w:val="BodyText"/>
        <w:spacing w:before="1"/>
        <w:rPr>
          <w:rFonts w:ascii="Times New Roman" w:hAnsi="Times New Roman" w:cs="Times New Roman"/>
          <w:b/>
          <w:sz w:val="24"/>
          <w:szCs w:val="24"/>
        </w:rPr>
      </w:pPr>
    </w:p>
    <w:p w14:paraId="20DF2BCA" w14:textId="77777777" w:rsidR="00805ED4" w:rsidRPr="005962EA" w:rsidRDefault="00805ED4" w:rsidP="00805ED4">
      <w:pPr>
        <w:pStyle w:val="Heading4"/>
        <w:ind w:left="184"/>
        <w:rPr>
          <w:rFonts w:ascii="Times New Roman" w:hAnsi="Times New Roman" w:cs="Times New Roman"/>
          <w:sz w:val="24"/>
          <w:szCs w:val="24"/>
        </w:rPr>
      </w:pPr>
      <w:proofErr w:type="spellStart"/>
      <w:proofErr w:type="gramStart"/>
      <w:r w:rsidRPr="005962EA">
        <w:rPr>
          <w:rFonts w:ascii="Times New Roman" w:hAnsi="Times New Roman" w:cs="Times New Roman"/>
          <w:spacing w:val="-2"/>
          <w:sz w:val="24"/>
          <w:szCs w:val="24"/>
        </w:rPr>
        <w:t>Ethanolextract</w:t>
      </w:r>
      <w:proofErr w:type="spellEnd"/>
      <w:r w:rsidRPr="005962EA">
        <w:rPr>
          <w:rFonts w:ascii="Times New Roman" w:hAnsi="Times New Roman" w:cs="Times New Roman"/>
          <w:spacing w:val="-2"/>
          <w:sz w:val="24"/>
          <w:szCs w:val="24"/>
        </w:rPr>
        <w:t>(</w:t>
      </w:r>
      <w:proofErr w:type="gramEnd"/>
      <w:r w:rsidRPr="005962EA">
        <w:rPr>
          <w:rFonts w:ascii="Times New Roman" w:hAnsi="Times New Roman" w:cs="Times New Roman"/>
          <w:spacing w:val="-2"/>
          <w:sz w:val="24"/>
          <w:szCs w:val="24"/>
        </w:rPr>
        <w:t>4)</w:t>
      </w:r>
    </w:p>
    <w:p w14:paraId="2C9FAAF7" w14:textId="77777777" w:rsidR="00805ED4" w:rsidRPr="005962EA" w:rsidRDefault="00805ED4" w:rsidP="00805ED4">
      <w:pPr>
        <w:pStyle w:val="Heading4"/>
        <w:rPr>
          <w:rFonts w:ascii="Times New Roman" w:hAnsi="Times New Roman" w:cs="Times New Roman"/>
          <w:sz w:val="24"/>
          <w:szCs w:val="24"/>
        </w:rPr>
        <w:sectPr w:rsidR="00805ED4" w:rsidRPr="005962EA">
          <w:type w:val="continuous"/>
          <w:pgSz w:w="11900" w:h="16840"/>
          <w:pgMar w:top="1360" w:right="992" w:bottom="280" w:left="1275" w:header="0" w:footer="1061" w:gutter="0"/>
          <w:cols w:num="3" w:space="720" w:equalWidth="0">
            <w:col w:w="4452" w:space="40"/>
            <w:col w:w="2097" w:space="395"/>
            <w:col w:w="2649"/>
          </w:cols>
        </w:sectPr>
      </w:pPr>
    </w:p>
    <w:tbl>
      <w:tblPr>
        <w:tblW w:w="0" w:type="auto"/>
        <w:tblInd w:w="62" w:type="dxa"/>
        <w:tblLayout w:type="fixed"/>
        <w:tblCellMar>
          <w:left w:w="0" w:type="dxa"/>
          <w:right w:w="0" w:type="dxa"/>
        </w:tblCellMar>
        <w:tblLook w:val="01E0" w:firstRow="1" w:lastRow="1" w:firstColumn="1" w:lastColumn="1" w:noHBand="0" w:noVBand="0"/>
      </w:tblPr>
      <w:tblGrid>
        <w:gridCol w:w="3124"/>
        <w:gridCol w:w="1225"/>
        <w:gridCol w:w="1360"/>
        <w:gridCol w:w="1292"/>
        <w:gridCol w:w="1160"/>
        <w:gridCol w:w="1284"/>
      </w:tblGrid>
      <w:tr w:rsidR="00805ED4" w:rsidRPr="005962EA" w14:paraId="01C3041F" w14:textId="77777777" w:rsidTr="00F16862">
        <w:trPr>
          <w:trHeight w:val="264"/>
        </w:trPr>
        <w:tc>
          <w:tcPr>
            <w:tcW w:w="4349" w:type="dxa"/>
            <w:gridSpan w:val="2"/>
            <w:vMerge w:val="restart"/>
            <w:tcBorders>
              <w:bottom w:val="single" w:sz="4" w:space="0" w:color="000000"/>
            </w:tcBorders>
          </w:tcPr>
          <w:p w14:paraId="046EA39F" w14:textId="77777777" w:rsidR="00805ED4" w:rsidRPr="005962EA" w:rsidRDefault="00805ED4" w:rsidP="00F16862">
            <w:pPr>
              <w:pStyle w:val="TableParagraph"/>
              <w:spacing w:line="240" w:lineRule="auto"/>
              <w:jc w:val="left"/>
              <w:rPr>
                <w:sz w:val="24"/>
                <w:szCs w:val="24"/>
              </w:rPr>
            </w:pPr>
          </w:p>
        </w:tc>
        <w:tc>
          <w:tcPr>
            <w:tcW w:w="1360" w:type="dxa"/>
          </w:tcPr>
          <w:p w14:paraId="2387AEBB" w14:textId="77777777" w:rsidR="00805ED4" w:rsidRPr="005962EA" w:rsidRDefault="00805ED4" w:rsidP="00F16862">
            <w:pPr>
              <w:pStyle w:val="TableParagraph"/>
              <w:spacing w:line="245" w:lineRule="exact"/>
              <w:ind w:left="179" w:right="3"/>
              <w:rPr>
                <w:b/>
                <w:sz w:val="24"/>
                <w:szCs w:val="24"/>
              </w:rPr>
            </w:pPr>
            <w:r w:rsidRPr="005962EA">
              <w:rPr>
                <w:b/>
                <w:spacing w:val="-2"/>
                <w:sz w:val="24"/>
                <w:szCs w:val="24"/>
              </w:rPr>
              <w:t>5mg/disc</w:t>
            </w:r>
          </w:p>
        </w:tc>
        <w:tc>
          <w:tcPr>
            <w:tcW w:w="1292" w:type="dxa"/>
          </w:tcPr>
          <w:p w14:paraId="2746F69B" w14:textId="77777777" w:rsidR="00805ED4" w:rsidRPr="005962EA" w:rsidRDefault="00805ED4" w:rsidP="00F16862">
            <w:pPr>
              <w:pStyle w:val="TableParagraph"/>
              <w:spacing w:line="245" w:lineRule="exact"/>
              <w:ind w:left="14" w:right="8"/>
              <w:rPr>
                <w:b/>
                <w:sz w:val="24"/>
                <w:szCs w:val="24"/>
              </w:rPr>
            </w:pPr>
            <w:r w:rsidRPr="005962EA">
              <w:rPr>
                <w:b/>
                <w:spacing w:val="-2"/>
                <w:sz w:val="24"/>
                <w:szCs w:val="24"/>
              </w:rPr>
              <w:t>10mg/disc</w:t>
            </w:r>
          </w:p>
        </w:tc>
        <w:tc>
          <w:tcPr>
            <w:tcW w:w="1160" w:type="dxa"/>
          </w:tcPr>
          <w:p w14:paraId="686F5466" w14:textId="77777777" w:rsidR="00805ED4" w:rsidRPr="005962EA" w:rsidRDefault="00805ED4" w:rsidP="00F16862">
            <w:pPr>
              <w:pStyle w:val="TableParagraph"/>
              <w:spacing w:line="245" w:lineRule="exact"/>
              <w:ind w:left="9" w:right="9"/>
              <w:rPr>
                <w:b/>
                <w:sz w:val="24"/>
                <w:szCs w:val="24"/>
              </w:rPr>
            </w:pPr>
            <w:r w:rsidRPr="005962EA">
              <w:rPr>
                <w:b/>
                <w:spacing w:val="-2"/>
                <w:sz w:val="24"/>
                <w:szCs w:val="24"/>
              </w:rPr>
              <w:t>5mg/disc</w:t>
            </w:r>
          </w:p>
        </w:tc>
        <w:tc>
          <w:tcPr>
            <w:tcW w:w="1284" w:type="dxa"/>
          </w:tcPr>
          <w:p w14:paraId="1205C0D2" w14:textId="77777777" w:rsidR="00805ED4" w:rsidRPr="005962EA" w:rsidRDefault="00805ED4" w:rsidP="00F16862">
            <w:pPr>
              <w:pStyle w:val="TableParagraph"/>
              <w:spacing w:line="245" w:lineRule="exact"/>
              <w:ind w:right="10"/>
              <w:rPr>
                <w:b/>
                <w:sz w:val="24"/>
                <w:szCs w:val="24"/>
              </w:rPr>
            </w:pPr>
            <w:r w:rsidRPr="005962EA">
              <w:rPr>
                <w:b/>
                <w:spacing w:val="-2"/>
                <w:sz w:val="24"/>
                <w:szCs w:val="24"/>
              </w:rPr>
              <w:t>10mg/disc</w:t>
            </w:r>
          </w:p>
        </w:tc>
      </w:tr>
      <w:tr w:rsidR="00805ED4" w:rsidRPr="005962EA" w14:paraId="1A1B6ED6" w14:textId="77777777" w:rsidTr="00F16862">
        <w:trPr>
          <w:trHeight w:val="270"/>
        </w:trPr>
        <w:tc>
          <w:tcPr>
            <w:tcW w:w="4349" w:type="dxa"/>
            <w:gridSpan w:val="2"/>
            <w:vMerge/>
            <w:tcBorders>
              <w:top w:val="nil"/>
              <w:bottom w:val="single" w:sz="4" w:space="0" w:color="000000"/>
            </w:tcBorders>
          </w:tcPr>
          <w:p w14:paraId="3181C5D8" w14:textId="77777777" w:rsidR="00805ED4" w:rsidRPr="005962EA" w:rsidRDefault="00805ED4" w:rsidP="00F16862">
            <w:pPr>
              <w:rPr>
                <w:rFonts w:ascii="Times New Roman" w:hAnsi="Times New Roman" w:cs="Times New Roman"/>
                <w:sz w:val="24"/>
                <w:szCs w:val="24"/>
              </w:rPr>
            </w:pPr>
          </w:p>
        </w:tc>
        <w:tc>
          <w:tcPr>
            <w:tcW w:w="1360" w:type="dxa"/>
            <w:tcBorders>
              <w:bottom w:val="single" w:sz="4" w:space="0" w:color="000000"/>
            </w:tcBorders>
          </w:tcPr>
          <w:p w14:paraId="5A8FCC3B" w14:textId="77777777" w:rsidR="00805ED4" w:rsidRPr="005962EA" w:rsidRDefault="00805ED4" w:rsidP="00F16862">
            <w:pPr>
              <w:pStyle w:val="TableParagraph"/>
              <w:spacing w:line="250" w:lineRule="exact"/>
              <w:ind w:left="179" w:right="1"/>
              <w:rPr>
                <w:b/>
                <w:sz w:val="24"/>
                <w:szCs w:val="24"/>
              </w:rPr>
            </w:pPr>
            <w:r w:rsidRPr="005962EA">
              <w:rPr>
                <w:b/>
                <w:spacing w:val="-5"/>
                <w:sz w:val="24"/>
                <w:szCs w:val="24"/>
              </w:rPr>
              <w:t>(5)</w:t>
            </w:r>
          </w:p>
        </w:tc>
        <w:tc>
          <w:tcPr>
            <w:tcW w:w="1292" w:type="dxa"/>
            <w:tcBorders>
              <w:bottom w:val="single" w:sz="4" w:space="0" w:color="000000"/>
            </w:tcBorders>
          </w:tcPr>
          <w:p w14:paraId="599ADF54" w14:textId="77777777" w:rsidR="00805ED4" w:rsidRPr="005962EA" w:rsidRDefault="00805ED4" w:rsidP="00F16862">
            <w:pPr>
              <w:pStyle w:val="TableParagraph"/>
              <w:spacing w:line="250" w:lineRule="exact"/>
              <w:ind w:left="14" w:right="1"/>
              <w:rPr>
                <w:b/>
                <w:sz w:val="24"/>
                <w:szCs w:val="24"/>
              </w:rPr>
            </w:pPr>
            <w:r w:rsidRPr="005962EA">
              <w:rPr>
                <w:b/>
                <w:spacing w:val="-5"/>
                <w:sz w:val="24"/>
                <w:szCs w:val="24"/>
              </w:rPr>
              <w:t>(6)</w:t>
            </w:r>
          </w:p>
        </w:tc>
        <w:tc>
          <w:tcPr>
            <w:tcW w:w="1160" w:type="dxa"/>
            <w:tcBorders>
              <w:bottom w:val="single" w:sz="4" w:space="0" w:color="000000"/>
            </w:tcBorders>
          </w:tcPr>
          <w:p w14:paraId="257688F0" w14:textId="77777777" w:rsidR="00805ED4" w:rsidRPr="005962EA" w:rsidRDefault="00805ED4" w:rsidP="00F16862">
            <w:pPr>
              <w:pStyle w:val="TableParagraph"/>
              <w:spacing w:line="250" w:lineRule="exact"/>
              <w:ind w:left="9"/>
              <w:rPr>
                <w:b/>
                <w:sz w:val="24"/>
                <w:szCs w:val="24"/>
              </w:rPr>
            </w:pPr>
            <w:r w:rsidRPr="005962EA">
              <w:rPr>
                <w:b/>
                <w:spacing w:val="-5"/>
                <w:sz w:val="24"/>
                <w:szCs w:val="24"/>
              </w:rPr>
              <w:t>(7)</w:t>
            </w:r>
          </w:p>
        </w:tc>
        <w:tc>
          <w:tcPr>
            <w:tcW w:w="1284" w:type="dxa"/>
            <w:tcBorders>
              <w:bottom w:val="single" w:sz="4" w:space="0" w:color="000000"/>
            </w:tcBorders>
          </w:tcPr>
          <w:p w14:paraId="4F70167C" w14:textId="77777777" w:rsidR="00805ED4" w:rsidRPr="005962EA" w:rsidRDefault="00805ED4" w:rsidP="00F16862">
            <w:pPr>
              <w:pStyle w:val="TableParagraph"/>
              <w:spacing w:line="250" w:lineRule="exact"/>
              <w:ind w:left="6" w:right="10"/>
              <w:rPr>
                <w:b/>
                <w:sz w:val="24"/>
                <w:szCs w:val="24"/>
              </w:rPr>
            </w:pPr>
            <w:r w:rsidRPr="005962EA">
              <w:rPr>
                <w:b/>
                <w:spacing w:val="-5"/>
                <w:sz w:val="24"/>
                <w:szCs w:val="24"/>
              </w:rPr>
              <w:t>(8)</w:t>
            </w:r>
          </w:p>
        </w:tc>
      </w:tr>
      <w:tr w:rsidR="00805ED4" w:rsidRPr="005962EA" w14:paraId="55C3A332" w14:textId="77777777" w:rsidTr="00F16862">
        <w:trPr>
          <w:trHeight w:val="271"/>
        </w:trPr>
        <w:tc>
          <w:tcPr>
            <w:tcW w:w="3124" w:type="dxa"/>
            <w:tcBorders>
              <w:top w:val="single" w:sz="4" w:space="0" w:color="000000"/>
            </w:tcBorders>
          </w:tcPr>
          <w:p w14:paraId="2977CEC7" w14:textId="77777777" w:rsidR="00805ED4" w:rsidRPr="005962EA" w:rsidRDefault="00805ED4" w:rsidP="00F16862">
            <w:pPr>
              <w:pStyle w:val="TableParagraph"/>
              <w:tabs>
                <w:tab w:val="left" w:pos="623"/>
              </w:tabs>
              <w:spacing w:line="252" w:lineRule="exact"/>
              <w:ind w:left="110"/>
              <w:jc w:val="left"/>
              <w:rPr>
                <w:sz w:val="24"/>
                <w:szCs w:val="24"/>
              </w:rPr>
            </w:pPr>
            <w:r w:rsidRPr="005962EA">
              <w:rPr>
                <w:spacing w:val="-10"/>
                <w:sz w:val="24"/>
                <w:szCs w:val="24"/>
              </w:rPr>
              <w:t>1</w:t>
            </w:r>
            <w:r w:rsidRPr="005962EA">
              <w:rPr>
                <w:sz w:val="24"/>
                <w:szCs w:val="24"/>
              </w:rPr>
              <w:tab/>
              <w:t>Vegetables</w:t>
            </w:r>
            <w:r w:rsidRPr="005962EA">
              <w:rPr>
                <w:spacing w:val="-14"/>
                <w:sz w:val="24"/>
                <w:szCs w:val="24"/>
              </w:rPr>
              <w:t xml:space="preserve"> </w:t>
            </w:r>
            <w:r w:rsidRPr="005962EA">
              <w:rPr>
                <w:sz w:val="24"/>
                <w:szCs w:val="24"/>
              </w:rPr>
              <w:t>Bacteria</w:t>
            </w:r>
            <w:r w:rsidRPr="005962EA">
              <w:rPr>
                <w:spacing w:val="-12"/>
                <w:sz w:val="24"/>
                <w:szCs w:val="24"/>
              </w:rPr>
              <w:t xml:space="preserve"> </w:t>
            </w:r>
            <w:r w:rsidRPr="005962EA">
              <w:rPr>
                <w:spacing w:val="-10"/>
                <w:sz w:val="24"/>
                <w:szCs w:val="24"/>
              </w:rPr>
              <w:t>1</w:t>
            </w:r>
          </w:p>
        </w:tc>
        <w:tc>
          <w:tcPr>
            <w:tcW w:w="1225" w:type="dxa"/>
            <w:tcBorders>
              <w:top w:val="single" w:sz="4" w:space="0" w:color="000000"/>
            </w:tcBorders>
          </w:tcPr>
          <w:p w14:paraId="74446342" w14:textId="77777777" w:rsidR="00805ED4" w:rsidRPr="005962EA" w:rsidRDefault="00805ED4" w:rsidP="00F16862">
            <w:pPr>
              <w:pStyle w:val="TableParagraph"/>
              <w:spacing w:line="252" w:lineRule="exact"/>
              <w:ind w:right="21"/>
              <w:rPr>
                <w:sz w:val="24"/>
                <w:szCs w:val="24"/>
              </w:rPr>
            </w:pPr>
            <w:r w:rsidRPr="005962EA">
              <w:rPr>
                <w:spacing w:val="-4"/>
                <w:sz w:val="24"/>
                <w:szCs w:val="24"/>
              </w:rPr>
              <w:t>15mm</w:t>
            </w:r>
          </w:p>
        </w:tc>
        <w:tc>
          <w:tcPr>
            <w:tcW w:w="1360" w:type="dxa"/>
            <w:tcBorders>
              <w:top w:val="single" w:sz="4" w:space="0" w:color="000000"/>
            </w:tcBorders>
          </w:tcPr>
          <w:p w14:paraId="7EA0D94D" w14:textId="77777777" w:rsidR="00805ED4" w:rsidRPr="005962EA" w:rsidRDefault="00805ED4" w:rsidP="00F16862">
            <w:pPr>
              <w:pStyle w:val="TableParagraph"/>
              <w:spacing w:line="252" w:lineRule="exact"/>
              <w:ind w:left="179"/>
              <w:rPr>
                <w:sz w:val="24"/>
                <w:szCs w:val="24"/>
              </w:rPr>
            </w:pPr>
            <w:r w:rsidRPr="005962EA">
              <w:rPr>
                <w:spacing w:val="-5"/>
                <w:sz w:val="24"/>
                <w:szCs w:val="24"/>
              </w:rPr>
              <w:t>7mm</w:t>
            </w:r>
          </w:p>
        </w:tc>
        <w:tc>
          <w:tcPr>
            <w:tcW w:w="1292" w:type="dxa"/>
            <w:tcBorders>
              <w:top w:val="single" w:sz="4" w:space="0" w:color="000000"/>
            </w:tcBorders>
          </w:tcPr>
          <w:p w14:paraId="7BBD68C3" w14:textId="77777777" w:rsidR="00805ED4" w:rsidRPr="005962EA" w:rsidRDefault="00805ED4" w:rsidP="00F16862">
            <w:pPr>
              <w:pStyle w:val="TableParagraph"/>
              <w:spacing w:line="252" w:lineRule="exact"/>
              <w:ind w:left="14"/>
              <w:rPr>
                <w:sz w:val="24"/>
                <w:szCs w:val="24"/>
              </w:rPr>
            </w:pPr>
            <w:r w:rsidRPr="005962EA">
              <w:rPr>
                <w:spacing w:val="-5"/>
                <w:sz w:val="24"/>
                <w:szCs w:val="24"/>
              </w:rPr>
              <w:t>8mm</w:t>
            </w:r>
          </w:p>
        </w:tc>
        <w:tc>
          <w:tcPr>
            <w:tcW w:w="1160" w:type="dxa"/>
            <w:tcBorders>
              <w:top w:val="single" w:sz="4" w:space="0" w:color="000000"/>
            </w:tcBorders>
          </w:tcPr>
          <w:p w14:paraId="2C69028B" w14:textId="77777777" w:rsidR="00805ED4" w:rsidRPr="005962EA" w:rsidRDefault="00805ED4" w:rsidP="00F16862">
            <w:pPr>
              <w:pStyle w:val="TableParagraph"/>
              <w:spacing w:line="252" w:lineRule="exact"/>
              <w:ind w:left="9" w:right="9"/>
              <w:rPr>
                <w:sz w:val="24"/>
                <w:szCs w:val="24"/>
              </w:rPr>
            </w:pPr>
            <w:r w:rsidRPr="005962EA">
              <w:rPr>
                <w:spacing w:val="-10"/>
                <w:sz w:val="24"/>
                <w:szCs w:val="24"/>
              </w:rPr>
              <w:t>-</w:t>
            </w:r>
          </w:p>
        </w:tc>
        <w:tc>
          <w:tcPr>
            <w:tcW w:w="1284" w:type="dxa"/>
            <w:tcBorders>
              <w:top w:val="single" w:sz="4" w:space="0" w:color="000000"/>
            </w:tcBorders>
          </w:tcPr>
          <w:p w14:paraId="53935228" w14:textId="77777777" w:rsidR="00805ED4" w:rsidRPr="005962EA" w:rsidRDefault="00805ED4" w:rsidP="00F16862">
            <w:pPr>
              <w:pStyle w:val="TableParagraph"/>
              <w:spacing w:line="252" w:lineRule="exact"/>
              <w:ind w:left="8" w:right="10"/>
              <w:rPr>
                <w:sz w:val="24"/>
                <w:szCs w:val="24"/>
              </w:rPr>
            </w:pPr>
            <w:r w:rsidRPr="005962EA">
              <w:rPr>
                <w:spacing w:val="-5"/>
                <w:sz w:val="24"/>
                <w:szCs w:val="24"/>
              </w:rPr>
              <w:t>5mm</w:t>
            </w:r>
          </w:p>
        </w:tc>
      </w:tr>
      <w:tr w:rsidR="00805ED4" w:rsidRPr="005962EA" w14:paraId="62443E5A" w14:textId="77777777" w:rsidTr="00F16862">
        <w:trPr>
          <w:trHeight w:val="275"/>
        </w:trPr>
        <w:tc>
          <w:tcPr>
            <w:tcW w:w="3124" w:type="dxa"/>
          </w:tcPr>
          <w:p w14:paraId="4D5886C3" w14:textId="77777777" w:rsidR="00805ED4" w:rsidRPr="005962EA" w:rsidRDefault="00805ED4" w:rsidP="00F16862">
            <w:pPr>
              <w:pStyle w:val="TableParagraph"/>
              <w:ind w:left="624"/>
              <w:jc w:val="left"/>
              <w:rPr>
                <w:sz w:val="24"/>
                <w:szCs w:val="24"/>
              </w:rPr>
            </w:pPr>
            <w:r w:rsidRPr="005962EA">
              <w:rPr>
                <w:spacing w:val="-2"/>
                <w:sz w:val="24"/>
                <w:szCs w:val="24"/>
              </w:rPr>
              <w:t>(V-</w:t>
            </w:r>
            <w:r w:rsidRPr="005962EA">
              <w:rPr>
                <w:spacing w:val="-5"/>
                <w:sz w:val="24"/>
                <w:szCs w:val="24"/>
              </w:rPr>
              <w:t>1)</w:t>
            </w:r>
          </w:p>
        </w:tc>
        <w:tc>
          <w:tcPr>
            <w:tcW w:w="1225" w:type="dxa"/>
          </w:tcPr>
          <w:p w14:paraId="5836B943" w14:textId="77777777" w:rsidR="00805ED4" w:rsidRPr="005962EA" w:rsidRDefault="00805ED4" w:rsidP="00F16862">
            <w:pPr>
              <w:pStyle w:val="TableParagraph"/>
              <w:spacing w:line="240" w:lineRule="auto"/>
              <w:jc w:val="left"/>
              <w:rPr>
                <w:sz w:val="24"/>
                <w:szCs w:val="24"/>
              </w:rPr>
            </w:pPr>
          </w:p>
        </w:tc>
        <w:tc>
          <w:tcPr>
            <w:tcW w:w="1360" w:type="dxa"/>
          </w:tcPr>
          <w:p w14:paraId="466E11B0" w14:textId="77777777" w:rsidR="00805ED4" w:rsidRPr="005962EA" w:rsidRDefault="00805ED4" w:rsidP="00F16862">
            <w:pPr>
              <w:pStyle w:val="TableParagraph"/>
              <w:spacing w:line="240" w:lineRule="auto"/>
              <w:jc w:val="left"/>
              <w:rPr>
                <w:sz w:val="24"/>
                <w:szCs w:val="24"/>
              </w:rPr>
            </w:pPr>
          </w:p>
        </w:tc>
        <w:tc>
          <w:tcPr>
            <w:tcW w:w="1292" w:type="dxa"/>
          </w:tcPr>
          <w:p w14:paraId="07A95852" w14:textId="77777777" w:rsidR="00805ED4" w:rsidRPr="005962EA" w:rsidRDefault="00805ED4" w:rsidP="00F16862">
            <w:pPr>
              <w:pStyle w:val="TableParagraph"/>
              <w:spacing w:line="240" w:lineRule="auto"/>
              <w:jc w:val="left"/>
              <w:rPr>
                <w:sz w:val="24"/>
                <w:szCs w:val="24"/>
              </w:rPr>
            </w:pPr>
          </w:p>
        </w:tc>
        <w:tc>
          <w:tcPr>
            <w:tcW w:w="1160" w:type="dxa"/>
          </w:tcPr>
          <w:p w14:paraId="06ADEAEE" w14:textId="77777777" w:rsidR="00805ED4" w:rsidRPr="005962EA" w:rsidRDefault="00805ED4" w:rsidP="00F16862">
            <w:pPr>
              <w:pStyle w:val="TableParagraph"/>
              <w:spacing w:line="240" w:lineRule="auto"/>
              <w:jc w:val="left"/>
              <w:rPr>
                <w:sz w:val="24"/>
                <w:szCs w:val="24"/>
              </w:rPr>
            </w:pPr>
          </w:p>
        </w:tc>
        <w:tc>
          <w:tcPr>
            <w:tcW w:w="1284" w:type="dxa"/>
          </w:tcPr>
          <w:p w14:paraId="591A5539" w14:textId="77777777" w:rsidR="00805ED4" w:rsidRPr="005962EA" w:rsidRDefault="00805ED4" w:rsidP="00F16862">
            <w:pPr>
              <w:pStyle w:val="TableParagraph"/>
              <w:spacing w:line="240" w:lineRule="auto"/>
              <w:jc w:val="left"/>
              <w:rPr>
                <w:sz w:val="24"/>
                <w:szCs w:val="24"/>
              </w:rPr>
            </w:pPr>
          </w:p>
        </w:tc>
      </w:tr>
      <w:tr w:rsidR="00805ED4" w:rsidRPr="005962EA" w14:paraId="0DC2F484" w14:textId="77777777" w:rsidTr="00F16862">
        <w:trPr>
          <w:trHeight w:val="276"/>
        </w:trPr>
        <w:tc>
          <w:tcPr>
            <w:tcW w:w="3124" w:type="dxa"/>
          </w:tcPr>
          <w:p w14:paraId="6F18E9F2"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2</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29D3CE4B"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3D9DE3F2"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6D3E8670"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12B87A7D"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4A3FD45E"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11B3D268" w14:textId="77777777" w:rsidTr="00F16862">
        <w:trPr>
          <w:trHeight w:val="276"/>
        </w:trPr>
        <w:tc>
          <w:tcPr>
            <w:tcW w:w="3124" w:type="dxa"/>
          </w:tcPr>
          <w:p w14:paraId="0B2B21AE" w14:textId="77777777" w:rsidR="00805ED4" w:rsidRPr="005962EA" w:rsidRDefault="00805ED4" w:rsidP="00F16862">
            <w:pPr>
              <w:pStyle w:val="TableParagraph"/>
              <w:ind w:left="624"/>
              <w:jc w:val="left"/>
              <w:rPr>
                <w:sz w:val="24"/>
                <w:szCs w:val="24"/>
              </w:rPr>
            </w:pPr>
            <w:r w:rsidRPr="005962EA">
              <w:rPr>
                <w:spacing w:val="-2"/>
                <w:sz w:val="24"/>
                <w:szCs w:val="24"/>
              </w:rPr>
              <w:t>2(V-</w:t>
            </w:r>
            <w:r w:rsidRPr="005962EA">
              <w:rPr>
                <w:spacing w:val="-5"/>
                <w:sz w:val="24"/>
                <w:szCs w:val="24"/>
              </w:rPr>
              <w:t>2)</w:t>
            </w:r>
          </w:p>
        </w:tc>
        <w:tc>
          <w:tcPr>
            <w:tcW w:w="1225" w:type="dxa"/>
          </w:tcPr>
          <w:p w14:paraId="10B7CCC2" w14:textId="77777777" w:rsidR="00805ED4" w:rsidRPr="005962EA" w:rsidRDefault="00805ED4" w:rsidP="00F16862">
            <w:pPr>
              <w:pStyle w:val="TableParagraph"/>
              <w:spacing w:line="240" w:lineRule="auto"/>
              <w:jc w:val="left"/>
              <w:rPr>
                <w:sz w:val="24"/>
                <w:szCs w:val="24"/>
              </w:rPr>
            </w:pPr>
          </w:p>
        </w:tc>
        <w:tc>
          <w:tcPr>
            <w:tcW w:w="1360" w:type="dxa"/>
          </w:tcPr>
          <w:p w14:paraId="7636D8F5" w14:textId="77777777" w:rsidR="00805ED4" w:rsidRPr="005962EA" w:rsidRDefault="00805ED4" w:rsidP="00F16862">
            <w:pPr>
              <w:pStyle w:val="TableParagraph"/>
              <w:spacing w:line="240" w:lineRule="auto"/>
              <w:jc w:val="left"/>
              <w:rPr>
                <w:sz w:val="24"/>
                <w:szCs w:val="24"/>
              </w:rPr>
            </w:pPr>
          </w:p>
        </w:tc>
        <w:tc>
          <w:tcPr>
            <w:tcW w:w="1292" w:type="dxa"/>
          </w:tcPr>
          <w:p w14:paraId="312E2ED5" w14:textId="77777777" w:rsidR="00805ED4" w:rsidRPr="005962EA" w:rsidRDefault="00805ED4" w:rsidP="00F16862">
            <w:pPr>
              <w:pStyle w:val="TableParagraph"/>
              <w:spacing w:line="240" w:lineRule="auto"/>
              <w:jc w:val="left"/>
              <w:rPr>
                <w:sz w:val="24"/>
                <w:szCs w:val="24"/>
              </w:rPr>
            </w:pPr>
          </w:p>
        </w:tc>
        <w:tc>
          <w:tcPr>
            <w:tcW w:w="1160" w:type="dxa"/>
          </w:tcPr>
          <w:p w14:paraId="53C776B9" w14:textId="77777777" w:rsidR="00805ED4" w:rsidRPr="005962EA" w:rsidRDefault="00805ED4" w:rsidP="00F16862">
            <w:pPr>
              <w:pStyle w:val="TableParagraph"/>
              <w:spacing w:line="240" w:lineRule="auto"/>
              <w:jc w:val="left"/>
              <w:rPr>
                <w:sz w:val="24"/>
                <w:szCs w:val="24"/>
              </w:rPr>
            </w:pPr>
          </w:p>
        </w:tc>
        <w:tc>
          <w:tcPr>
            <w:tcW w:w="1284" w:type="dxa"/>
          </w:tcPr>
          <w:p w14:paraId="26226CC7" w14:textId="77777777" w:rsidR="00805ED4" w:rsidRPr="005962EA" w:rsidRDefault="00805ED4" w:rsidP="00F16862">
            <w:pPr>
              <w:pStyle w:val="TableParagraph"/>
              <w:spacing w:line="240" w:lineRule="auto"/>
              <w:jc w:val="left"/>
              <w:rPr>
                <w:sz w:val="24"/>
                <w:szCs w:val="24"/>
              </w:rPr>
            </w:pPr>
          </w:p>
        </w:tc>
      </w:tr>
      <w:tr w:rsidR="00805ED4" w:rsidRPr="005962EA" w14:paraId="4271DCCB" w14:textId="77777777" w:rsidTr="00F16862">
        <w:trPr>
          <w:trHeight w:val="275"/>
        </w:trPr>
        <w:tc>
          <w:tcPr>
            <w:tcW w:w="3124" w:type="dxa"/>
          </w:tcPr>
          <w:p w14:paraId="3A9B9787"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3</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7E10F546" w14:textId="77777777" w:rsidR="00805ED4" w:rsidRPr="005962EA" w:rsidRDefault="00805ED4" w:rsidP="00F16862">
            <w:pPr>
              <w:pStyle w:val="TableParagraph"/>
              <w:ind w:right="21"/>
              <w:rPr>
                <w:sz w:val="24"/>
                <w:szCs w:val="24"/>
              </w:rPr>
            </w:pPr>
            <w:r w:rsidRPr="005962EA">
              <w:rPr>
                <w:spacing w:val="-4"/>
                <w:sz w:val="24"/>
                <w:szCs w:val="24"/>
              </w:rPr>
              <w:t>15mm</w:t>
            </w:r>
          </w:p>
        </w:tc>
        <w:tc>
          <w:tcPr>
            <w:tcW w:w="1360" w:type="dxa"/>
          </w:tcPr>
          <w:p w14:paraId="6B9E7976"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39A68799"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44ACC96E"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33B85A6D" w14:textId="77777777" w:rsidR="00805ED4" w:rsidRPr="005962EA" w:rsidRDefault="00805ED4" w:rsidP="00F16862">
            <w:pPr>
              <w:pStyle w:val="TableParagraph"/>
              <w:ind w:left="8" w:right="10"/>
              <w:rPr>
                <w:sz w:val="24"/>
                <w:szCs w:val="24"/>
              </w:rPr>
            </w:pPr>
            <w:r w:rsidRPr="005962EA">
              <w:rPr>
                <w:spacing w:val="-5"/>
                <w:sz w:val="24"/>
                <w:szCs w:val="24"/>
              </w:rPr>
              <w:t>5mm</w:t>
            </w:r>
          </w:p>
        </w:tc>
      </w:tr>
      <w:tr w:rsidR="00805ED4" w:rsidRPr="005962EA" w14:paraId="6C0D5A5C" w14:textId="77777777" w:rsidTr="00F16862">
        <w:trPr>
          <w:trHeight w:val="275"/>
        </w:trPr>
        <w:tc>
          <w:tcPr>
            <w:tcW w:w="3124" w:type="dxa"/>
          </w:tcPr>
          <w:p w14:paraId="25301F61" w14:textId="77777777" w:rsidR="00805ED4" w:rsidRPr="005962EA" w:rsidRDefault="00805ED4" w:rsidP="00F16862">
            <w:pPr>
              <w:pStyle w:val="TableParagraph"/>
              <w:ind w:left="624"/>
              <w:jc w:val="left"/>
              <w:rPr>
                <w:sz w:val="24"/>
                <w:szCs w:val="24"/>
              </w:rPr>
            </w:pPr>
            <w:r w:rsidRPr="005962EA">
              <w:rPr>
                <w:spacing w:val="-2"/>
                <w:sz w:val="24"/>
                <w:szCs w:val="24"/>
              </w:rPr>
              <w:t>3(V-</w:t>
            </w:r>
            <w:r w:rsidRPr="005962EA">
              <w:rPr>
                <w:spacing w:val="-5"/>
                <w:sz w:val="24"/>
                <w:szCs w:val="24"/>
              </w:rPr>
              <w:t>3)</w:t>
            </w:r>
          </w:p>
        </w:tc>
        <w:tc>
          <w:tcPr>
            <w:tcW w:w="1225" w:type="dxa"/>
          </w:tcPr>
          <w:p w14:paraId="42309897" w14:textId="77777777" w:rsidR="00805ED4" w:rsidRPr="005962EA" w:rsidRDefault="00805ED4" w:rsidP="00F16862">
            <w:pPr>
              <w:pStyle w:val="TableParagraph"/>
              <w:spacing w:line="240" w:lineRule="auto"/>
              <w:jc w:val="left"/>
              <w:rPr>
                <w:sz w:val="24"/>
                <w:szCs w:val="24"/>
              </w:rPr>
            </w:pPr>
          </w:p>
        </w:tc>
        <w:tc>
          <w:tcPr>
            <w:tcW w:w="1360" w:type="dxa"/>
          </w:tcPr>
          <w:p w14:paraId="5D5AB637" w14:textId="77777777" w:rsidR="00805ED4" w:rsidRPr="005962EA" w:rsidRDefault="00805ED4" w:rsidP="00F16862">
            <w:pPr>
              <w:pStyle w:val="TableParagraph"/>
              <w:spacing w:line="240" w:lineRule="auto"/>
              <w:jc w:val="left"/>
              <w:rPr>
                <w:sz w:val="24"/>
                <w:szCs w:val="24"/>
              </w:rPr>
            </w:pPr>
          </w:p>
        </w:tc>
        <w:tc>
          <w:tcPr>
            <w:tcW w:w="1292" w:type="dxa"/>
          </w:tcPr>
          <w:p w14:paraId="7C0D4241" w14:textId="77777777" w:rsidR="00805ED4" w:rsidRPr="005962EA" w:rsidRDefault="00805ED4" w:rsidP="00F16862">
            <w:pPr>
              <w:pStyle w:val="TableParagraph"/>
              <w:spacing w:line="240" w:lineRule="auto"/>
              <w:jc w:val="left"/>
              <w:rPr>
                <w:sz w:val="24"/>
                <w:szCs w:val="24"/>
              </w:rPr>
            </w:pPr>
          </w:p>
        </w:tc>
        <w:tc>
          <w:tcPr>
            <w:tcW w:w="1160" w:type="dxa"/>
          </w:tcPr>
          <w:p w14:paraId="23B3B57F" w14:textId="77777777" w:rsidR="00805ED4" w:rsidRPr="005962EA" w:rsidRDefault="00805ED4" w:rsidP="00F16862">
            <w:pPr>
              <w:pStyle w:val="TableParagraph"/>
              <w:spacing w:line="240" w:lineRule="auto"/>
              <w:jc w:val="left"/>
              <w:rPr>
                <w:sz w:val="24"/>
                <w:szCs w:val="24"/>
              </w:rPr>
            </w:pPr>
          </w:p>
        </w:tc>
        <w:tc>
          <w:tcPr>
            <w:tcW w:w="1284" w:type="dxa"/>
          </w:tcPr>
          <w:p w14:paraId="4046829B" w14:textId="77777777" w:rsidR="00805ED4" w:rsidRPr="005962EA" w:rsidRDefault="00805ED4" w:rsidP="00F16862">
            <w:pPr>
              <w:pStyle w:val="TableParagraph"/>
              <w:spacing w:line="240" w:lineRule="auto"/>
              <w:jc w:val="left"/>
              <w:rPr>
                <w:sz w:val="24"/>
                <w:szCs w:val="24"/>
              </w:rPr>
            </w:pPr>
          </w:p>
        </w:tc>
      </w:tr>
      <w:tr w:rsidR="00805ED4" w:rsidRPr="005962EA" w14:paraId="0E86ADE6" w14:textId="77777777" w:rsidTr="00F16862">
        <w:trPr>
          <w:trHeight w:val="275"/>
        </w:trPr>
        <w:tc>
          <w:tcPr>
            <w:tcW w:w="3124" w:type="dxa"/>
          </w:tcPr>
          <w:p w14:paraId="57506465"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4</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422862F7" w14:textId="77777777" w:rsidR="00805ED4" w:rsidRPr="005962EA" w:rsidRDefault="00805ED4" w:rsidP="00F16862">
            <w:pPr>
              <w:pStyle w:val="TableParagraph"/>
              <w:ind w:left="4" w:right="21"/>
              <w:rPr>
                <w:sz w:val="24"/>
                <w:szCs w:val="24"/>
              </w:rPr>
            </w:pPr>
            <w:r w:rsidRPr="005962EA">
              <w:rPr>
                <w:spacing w:val="-5"/>
                <w:sz w:val="24"/>
                <w:szCs w:val="24"/>
              </w:rPr>
              <w:t>6mm</w:t>
            </w:r>
          </w:p>
        </w:tc>
        <w:tc>
          <w:tcPr>
            <w:tcW w:w="1360" w:type="dxa"/>
          </w:tcPr>
          <w:p w14:paraId="22696344" w14:textId="77777777" w:rsidR="00805ED4" w:rsidRPr="005962EA" w:rsidRDefault="00805ED4" w:rsidP="00F16862">
            <w:pPr>
              <w:pStyle w:val="TableParagraph"/>
              <w:ind w:left="179"/>
              <w:rPr>
                <w:sz w:val="24"/>
                <w:szCs w:val="24"/>
              </w:rPr>
            </w:pPr>
            <w:r w:rsidRPr="005962EA">
              <w:rPr>
                <w:spacing w:val="-5"/>
                <w:sz w:val="24"/>
                <w:szCs w:val="24"/>
              </w:rPr>
              <w:t>5mm</w:t>
            </w:r>
          </w:p>
        </w:tc>
        <w:tc>
          <w:tcPr>
            <w:tcW w:w="1292" w:type="dxa"/>
          </w:tcPr>
          <w:p w14:paraId="4011F0C2"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0B4E202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4F33BA80"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3616FCA0" w14:textId="77777777" w:rsidTr="00F16862">
        <w:trPr>
          <w:trHeight w:val="276"/>
        </w:trPr>
        <w:tc>
          <w:tcPr>
            <w:tcW w:w="3124" w:type="dxa"/>
          </w:tcPr>
          <w:p w14:paraId="5FCA0B86" w14:textId="77777777" w:rsidR="00805ED4" w:rsidRPr="005962EA" w:rsidRDefault="00805ED4" w:rsidP="00F16862">
            <w:pPr>
              <w:pStyle w:val="TableParagraph"/>
              <w:ind w:left="624"/>
              <w:jc w:val="left"/>
              <w:rPr>
                <w:sz w:val="24"/>
                <w:szCs w:val="24"/>
              </w:rPr>
            </w:pPr>
            <w:r w:rsidRPr="005962EA">
              <w:rPr>
                <w:spacing w:val="-2"/>
                <w:sz w:val="24"/>
                <w:szCs w:val="24"/>
              </w:rPr>
              <w:t>4(V-</w:t>
            </w:r>
            <w:r w:rsidRPr="005962EA">
              <w:rPr>
                <w:spacing w:val="-5"/>
                <w:sz w:val="24"/>
                <w:szCs w:val="24"/>
              </w:rPr>
              <w:t>4)</w:t>
            </w:r>
          </w:p>
        </w:tc>
        <w:tc>
          <w:tcPr>
            <w:tcW w:w="1225" w:type="dxa"/>
          </w:tcPr>
          <w:p w14:paraId="6528EBA5" w14:textId="77777777" w:rsidR="00805ED4" w:rsidRPr="005962EA" w:rsidRDefault="00805ED4" w:rsidP="00F16862">
            <w:pPr>
              <w:pStyle w:val="TableParagraph"/>
              <w:spacing w:line="240" w:lineRule="auto"/>
              <w:jc w:val="left"/>
              <w:rPr>
                <w:sz w:val="24"/>
                <w:szCs w:val="24"/>
              </w:rPr>
            </w:pPr>
          </w:p>
        </w:tc>
        <w:tc>
          <w:tcPr>
            <w:tcW w:w="1360" w:type="dxa"/>
          </w:tcPr>
          <w:p w14:paraId="6DE4FC38" w14:textId="77777777" w:rsidR="00805ED4" w:rsidRPr="005962EA" w:rsidRDefault="00805ED4" w:rsidP="00F16862">
            <w:pPr>
              <w:pStyle w:val="TableParagraph"/>
              <w:spacing w:line="240" w:lineRule="auto"/>
              <w:jc w:val="left"/>
              <w:rPr>
                <w:sz w:val="24"/>
                <w:szCs w:val="24"/>
              </w:rPr>
            </w:pPr>
          </w:p>
        </w:tc>
        <w:tc>
          <w:tcPr>
            <w:tcW w:w="1292" w:type="dxa"/>
          </w:tcPr>
          <w:p w14:paraId="04ACE409" w14:textId="77777777" w:rsidR="00805ED4" w:rsidRPr="005962EA" w:rsidRDefault="00805ED4" w:rsidP="00F16862">
            <w:pPr>
              <w:pStyle w:val="TableParagraph"/>
              <w:spacing w:line="240" w:lineRule="auto"/>
              <w:jc w:val="left"/>
              <w:rPr>
                <w:sz w:val="24"/>
                <w:szCs w:val="24"/>
              </w:rPr>
            </w:pPr>
          </w:p>
        </w:tc>
        <w:tc>
          <w:tcPr>
            <w:tcW w:w="1160" w:type="dxa"/>
          </w:tcPr>
          <w:p w14:paraId="77B4F220" w14:textId="77777777" w:rsidR="00805ED4" w:rsidRPr="005962EA" w:rsidRDefault="00805ED4" w:rsidP="00F16862">
            <w:pPr>
              <w:pStyle w:val="TableParagraph"/>
              <w:spacing w:line="240" w:lineRule="auto"/>
              <w:jc w:val="left"/>
              <w:rPr>
                <w:sz w:val="24"/>
                <w:szCs w:val="24"/>
              </w:rPr>
            </w:pPr>
          </w:p>
        </w:tc>
        <w:tc>
          <w:tcPr>
            <w:tcW w:w="1284" w:type="dxa"/>
          </w:tcPr>
          <w:p w14:paraId="73B9B30D" w14:textId="77777777" w:rsidR="00805ED4" w:rsidRPr="005962EA" w:rsidRDefault="00805ED4" w:rsidP="00F16862">
            <w:pPr>
              <w:pStyle w:val="TableParagraph"/>
              <w:spacing w:line="240" w:lineRule="auto"/>
              <w:jc w:val="left"/>
              <w:rPr>
                <w:sz w:val="24"/>
                <w:szCs w:val="24"/>
              </w:rPr>
            </w:pPr>
          </w:p>
        </w:tc>
      </w:tr>
      <w:tr w:rsidR="00805ED4" w:rsidRPr="005962EA" w14:paraId="55BBE23B" w14:textId="77777777" w:rsidTr="00F16862">
        <w:trPr>
          <w:trHeight w:val="275"/>
        </w:trPr>
        <w:tc>
          <w:tcPr>
            <w:tcW w:w="3124" w:type="dxa"/>
          </w:tcPr>
          <w:p w14:paraId="2AE64631"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5</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5F1F84E4"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5739F66B" w14:textId="77777777" w:rsidR="00805ED4" w:rsidRPr="005962EA" w:rsidRDefault="00805ED4" w:rsidP="00F16862">
            <w:pPr>
              <w:pStyle w:val="TableParagraph"/>
              <w:ind w:left="179"/>
              <w:rPr>
                <w:sz w:val="24"/>
                <w:szCs w:val="24"/>
              </w:rPr>
            </w:pPr>
            <w:r w:rsidRPr="005962EA">
              <w:rPr>
                <w:spacing w:val="-5"/>
                <w:sz w:val="24"/>
                <w:szCs w:val="24"/>
              </w:rPr>
              <w:t>5mm</w:t>
            </w:r>
          </w:p>
        </w:tc>
        <w:tc>
          <w:tcPr>
            <w:tcW w:w="1292" w:type="dxa"/>
          </w:tcPr>
          <w:p w14:paraId="65AF4DAC"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1143A16B"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6A9448DB"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6FB4C902" w14:textId="77777777" w:rsidTr="00F16862">
        <w:trPr>
          <w:trHeight w:val="276"/>
        </w:trPr>
        <w:tc>
          <w:tcPr>
            <w:tcW w:w="3124" w:type="dxa"/>
          </w:tcPr>
          <w:p w14:paraId="23E2E81F" w14:textId="77777777" w:rsidR="00805ED4" w:rsidRPr="005962EA" w:rsidRDefault="00805ED4" w:rsidP="00F16862">
            <w:pPr>
              <w:pStyle w:val="TableParagraph"/>
              <w:ind w:left="624"/>
              <w:jc w:val="left"/>
              <w:rPr>
                <w:sz w:val="24"/>
                <w:szCs w:val="24"/>
              </w:rPr>
            </w:pPr>
            <w:r w:rsidRPr="005962EA">
              <w:rPr>
                <w:spacing w:val="-2"/>
                <w:sz w:val="24"/>
                <w:szCs w:val="24"/>
              </w:rPr>
              <w:t>5(V-</w:t>
            </w:r>
            <w:r w:rsidRPr="005962EA">
              <w:rPr>
                <w:spacing w:val="-5"/>
                <w:sz w:val="24"/>
                <w:szCs w:val="24"/>
              </w:rPr>
              <w:t>5)</w:t>
            </w:r>
          </w:p>
        </w:tc>
        <w:tc>
          <w:tcPr>
            <w:tcW w:w="1225" w:type="dxa"/>
          </w:tcPr>
          <w:p w14:paraId="52EFBC4F" w14:textId="77777777" w:rsidR="00805ED4" w:rsidRPr="005962EA" w:rsidRDefault="00805ED4" w:rsidP="00F16862">
            <w:pPr>
              <w:pStyle w:val="TableParagraph"/>
              <w:spacing w:line="240" w:lineRule="auto"/>
              <w:jc w:val="left"/>
              <w:rPr>
                <w:sz w:val="24"/>
                <w:szCs w:val="24"/>
              </w:rPr>
            </w:pPr>
          </w:p>
        </w:tc>
        <w:tc>
          <w:tcPr>
            <w:tcW w:w="1360" w:type="dxa"/>
          </w:tcPr>
          <w:p w14:paraId="521814BD" w14:textId="77777777" w:rsidR="00805ED4" w:rsidRPr="005962EA" w:rsidRDefault="00805ED4" w:rsidP="00F16862">
            <w:pPr>
              <w:pStyle w:val="TableParagraph"/>
              <w:spacing w:line="240" w:lineRule="auto"/>
              <w:jc w:val="left"/>
              <w:rPr>
                <w:sz w:val="24"/>
                <w:szCs w:val="24"/>
              </w:rPr>
            </w:pPr>
          </w:p>
        </w:tc>
        <w:tc>
          <w:tcPr>
            <w:tcW w:w="1292" w:type="dxa"/>
          </w:tcPr>
          <w:p w14:paraId="00E08209" w14:textId="77777777" w:rsidR="00805ED4" w:rsidRPr="005962EA" w:rsidRDefault="00805ED4" w:rsidP="00F16862">
            <w:pPr>
              <w:pStyle w:val="TableParagraph"/>
              <w:spacing w:line="240" w:lineRule="auto"/>
              <w:jc w:val="left"/>
              <w:rPr>
                <w:sz w:val="24"/>
                <w:szCs w:val="24"/>
              </w:rPr>
            </w:pPr>
          </w:p>
        </w:tc>
        <w:tc>
          <w:tcPr>
            <w:tcW w:w="1160" w:type="dxa"/>
          </w:tcPr>
          <w:p w14:paraId="3FE951E9" w14:textId="77777777" w:rsidR="00805ED4" w:rsidRPr="005962EA" w:rsidRDefault="00805ED4" w:rsidP="00F16862">
            <w:pPr>
              <w:pStyle w:val="TableParagraph"/>
              <w:spacing w:line="240" w:lineRule="auto"/>
              <w:jc w:val="left"/>
              <w:rPr>
                <w:sz w:val="24"/>
                <w:szCs w:val="24"/>
              </w:rPr>
            </w:pPr>
          </w:p>
        </w:tc>
        <w:tc>
          <w:tcPr>
            <w:tcW w:w="1284" w:type="dxa"/>
          </w:tcPr>
          <w:p w14:paraId="74F82BCA" w14:textId="77777777" w:rsidR="00805ED4" w:rsidRPr="005962EA" w:rsidRDefault="00805ED4" w:rsidP="00F16862">
            <w:pPr>
              <w:pStyle w:val="TableParagraph"/>
              <w:spacing w:line="240" w:lineRule="auto"/>
              <w:jc w:val="left"/>
              <w:rPr>
                <w:sz w:val="24"/>
                <w:szCs w:val="24"/>
              </w:rPr>
            </w:pPr>
          </w:p>
        </w:tc>
      </w:tr>
      <w:tr w:rsidR="00805ED4" w:rsidRPr="005962EA" w14:paraId="728CF0D4" w14:textId="77777777" w:rsidTr="00F16862">
        <w:trPr>
          <w:trHeight w:val="275"/>
        </w:trPr>
        <w:tc>
          <w:tcPr>
            <w:tcW w:w="3124" w:type="dxa"/>
          </w:tcPr>
          <w:p w14:paraId="05904FD6"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6</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0C536CD5"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7782E1AC"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73186976"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0A92B5F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395AFC47"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439CA30E" w14:textId="77777777" w:rsidTr="00F16862">
        <w:trPr>
          <w:trHeight w:val="276"/>
        </w:trPr>
        <w:tc>
          <w:tcPr>
            <w:tcW w:w="3124" w:type="dxa"/>
          </w:tcPr>
          <w:p w14:paraId="23FFE855" w14:textId="77777777" w:rsidR="00805ED4" w:rsidRPr="005962EA" w:rsidRDefault="00805ED4" w:rsidP="00F16862">
            <w:pPr>
              <w:pStyle w:val="TableParagraph"/>
              <w:ind w:left="624"/>
              <w:jc w:val="left"/>
              <w:rPr>
                <w:sz w:val="24"/>
                <w:szCs w:val="24"/>
              </w:rPr>
            </w:pPr>
            <w:r w:rsidRPr="005962EA">
              <w:rPr>
                <w:spacing w:val="-2"/>
                <w:sz w:val="24"/>
                <w:szCs w:val="24"/>
              </w:rPr>
              <w:t>6(V-</w:t>
            </w:r>
            <w:r w:rsidRPr="005962EA">
              <w:rPr>
                <w:spacing w:val="-5"/>
                <w:sz w:val="24"/>
                <w:szCs w:val="24"/>
              </w:rPr>
              <w:t>6)</w:t>
            </w:r>
          </w:p>
        </w:tc>
        <w:tc>
          <w:tcPr>
            <w:tcW w:w="1225" w:type="dxa"/>
          </w:tcPr>
          <w:p w14:paraId="2B80CD56" w14:textId="77777777" w:rsidR="00805ED4" w:rsidRPr="005962EA" w:rsidRDefault="00805ED4" w:rsidP="00F16862">
            <w:pPr>
              <w:pStyle w:val="TableParagraph"/>
              <w:spacing w:line="240" w:lineRule="auto"/>
              <w:jc w:val="left"/>
              <w:rPr>
                <w:sz w:val="24"/>
                <w:szCs w:val="24"/>
              </w:rPr>
            </w:pPr>
          </w:p>
        </w:tc>
        <w:tc>
          <w:tcPr>
            <w:tcW w:w="1360" w:type="dxa"/>
          </w:tcPr>
          <w:p w14:paraId="07522886" w14:textId="77777777" w:rsidR="00805ED4" w:rsidRPr="005962EA" w:rsidRDefault="00805ED4" w:rsidP="00F16862">
            <w:pPr>
              <w:pStyle w:val="TableParagraph"/>
              <w:spacing w:line="240" w:lineRule="auto"/>
              <w:jc w:val="left"/>
              <w:rPr>
                <w:sz w:val="24"/>
                <w:szCs w:val="24"/>
              </w:rPr>
            </w:pPr>
          </w:p>
        </w:tc>
        <w:tc>
          <w:tcPr>
            <w:tcW w:w="1292" w:type="dxa"/>
          </w:tcPr>
          <w:p w14:paraId="75E94CB5" w14:textId="77777777" w:rsidR="00805ED4" w:rsidRPr="005962EA" w:rsidRDefault="00805ED4" w:rsidP="00F16862">
            <w:pPr>
              <w:pStyle w:val="TableParagraph"/>
              <w:spacing w:line="240" w:lineRule="auto"/>
              <w:jc w:val="left"/>
              <w:rPr>
                <w:sz w:val="24"/>
                <w:szCs w:val="24"/>
              </w:rPr>
            </w:pPr>
          </w:p>
        </w:tc>
        <w:tc>
          <w:tcPr>
            <w:tcW w:w="1160" w:type="dxa"/>
          </w:tcPr>
          <w:p w14:paraId="1230A628" w14:textId="77777777" w:rsidR="00805ED4" w:rsidRPr="005962EA" w:rsidRDefault="00805ED4" w:rsidP="00F16862">
            <w:pPr>
              <w:pStyle w:val="TableParagraph"/>
              <w:spacing w:line="240" w:lineRule="auto"/>
              <w:jc w:val="left"/>
              <w:rPr>
                <w:sz w:val="24"/>
                <w:szCs w:val="24"/>
              </w:rPr>
            </w:pPr>
          </w:p>
        </w:tc>
        <w:tc>
          <w:tcPr>
            <w:tcW w:w="1284" w:type="dxa"/>
          </w:tcPr>
          <w:p w14:paraId="6F62FD4F" w14:textId="77777777" w:rsidR="00805ED4" w:rsidRPr="005962EA" w:rsidRDefault="00805ED4" w:rsidP="00F16862">
            <w:pPr>
              <w:pStyle w:val="TableParagraph"/>
              <w:spacing w:line="240" w:lineRule="auto"/>
              <w:jc w:val="left"/>
              <w:rPr>
                <w:sz w:val="24"/>
                <w:szCs w:val="24"/>
              </w:rPr>
            </w:pPr>
          </w:p>
        </w:tc>
      </w:tr>
      <w:tr w:rsidR="00805ED4" w:rsidRPr="005962EA" w14:paraId="5BA8A435" w14:textId="77777777" w:rsidTr="00F16862">
        <w:trPr>
          <w:trHeight w:val="276"/>
        </w:trPr>
        <w:tc>
          <w:tcPr>
            <w:tcW w:w="3124" w:type="dxa"/>
          </w:tcPr>
          <w:p w14:paraId="6B282487" w14:textId="77777777" w:rsidR="00805ED4" w:rsidRPr="005962EA" w:rsidRDefault="00805ED4" w:rsidP="00F16862">
            <w:pPr>
              <w:pStyle w:val="TableParagraph"/>
              <w:tabs>
                <w:tab w:val="left" w:pos="623"/>
              </w:tabs>
              <w:ind w:left="110"/>
              <w:jc w:val="left"/>
              <w:rPr>
                <w:sz w:val="24"/>
                <w:szCs w:val="24"/>
              </w:rPr>
            </w:pPr>
            <w:r w:rsidRPr="005962EA">
              <w:rPr>
                <w:spacing w:val="-10"/>
                <w:sz w:val="24"/>
                <w:szCs w:val="24"/>
              </w:rPr>
              <w:t>7</w:t>
            </w:r>
            <w:r w:rsidRPr="005962EA">
              <w:rPr>
                <w:sz w:val="24"/>
                <w:szCs w:val="24"/>
              </w:rPr>
              <w:tab/>
            </w:r>
            <w:r w:rsidRPr="005962EA">
              <w:rPr>
                <w:spacing w:val="-2"/>
                <w:sz w:val="24"/>
                <w:szCs w:val="24"/>
              </w:rPr>
              <w:t>Vegetables</w:t>
            </w:r>
            <w:r w:rsidRPr="005962EA">
              <w:rPr>
                <w:spacing w:val="4"/>
                <w:sz w:val="24"/>
                <w:szCs w:val="24"/>
              </w:rPr>
              <w:t xml:space="preserve"> </w:t>
            </w:r>
            <w:r w:rsidRPr="005962EA">
              <w:rPr>
                <w:spacing w:val="-2"/>
                <w:sz w:val="24"/>
                <w:szCs w:val="24"/>
              </w:rPr>
              <w:t>Bacteria</w:t>
            </w:r>
          </w:p>
        </w:tc>
        <w:tc>
          <w:tcPr>
            <w:tcW w:w="1225" w:type="dxa"/>
          </w:tcPr>
          <w:p w14:paraId="7E0E4414"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0456A8FB"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0B9D6673" w14:textId="77777777" w:rsidR="00805ED4" w:rsidRPr="005962EA" w:rsidRDefault="00805ED4" w:rsidP="00F16862">
            <w:pPr>
              <w:pStyle w:val="TableParagraph"/>
              <w:ind w:left="14"/>
              <w:rPr>
                <w:sz w:val="24"/>
                <w:szCs w:val="24"/>
              </w:rPr>
            </w:pPr>
            <w:r w:rsidRPr="005962EA">
              <w:rPr>
                <w:spacing w:val="-5"/>
                <w:sz w:val="24"/>
                <w:szCs w:val="24"/>
              </w:rPr>
              <w:t>5mm</w:t>
            </w:r>
          </w:p>
        </w:tc>
        <w:tc>
          <w:tcPr>
            <w:tcW w:w="1160" w:type="dxa"/>
          </w:tcPr>
          <w:p w14:paraId="30700546"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54870A72"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28D6BB06" w14:textId="77777777" w:rsidTr="00F16862">
        <w:trPr>
          <w:trHeight w:val="275"/>
        </w:trPr>
        <w:tc>
          <w:tcPr>
            <w:tcW w:w="3124" w:type="dxa"/>
          </w:tcPr>
          <w:p w14:paraId="6FB07B90" w14:textId="77777777" w:rsidR="00805ED4" w:rsidRPr="005962EA" w:rsidRDefault="00805ED4" w:rsidP="00F16862">
            <w:pPr>
              <w:pStyle w:val="TableParagraph"/>
              <w:ind w:left="624"/>
              <w:jc w:val="left"/>
              <w:rPr>
                <w:sz w:val="24"/>
                <w:szCs w:val="24"/>
              </w:rPr>
            </w:pPr>
            <w:r w:rsidRPr="005962EA">
              <w:rPr>
                <w:spacing w:val="-2"/>
                <w:sz w:val="24"/>
                <w:szCs w:val="24"/>
              </w:rPr>
              <w:t>7(V-</w:t>
            </w:r>
            <w:r w:rsidRPr="005962EA">
              <w:rPr>
                <w:spacing w:val="-5"/>
                <w:sz w:val="24"/>
                <w:szCs w:val="24"/>
              </w:rPr>
              <w:t>7)</w:t>
            </w:r>
          </w:p>
        </w:tc>
        <w:tc>
          <w:tcPr>
            <w:tcW w:w="1225" w:type="dxa"/>
          </w:tcPr>
          <w:p w14:paraId="60813C3F" w14:textId="77777777" w:rsidR="00805ED4" w:rsidRPr="005962EA" w:rsidRDefault="00805ED4" w:rsidP="00F16862">
            <w:pPr>
              <w:pStyle w:val="TableParagraph"/>
              <w:spacing w:line="240" w:lineRule="auto"/>
              <w:jc w:val="left"/>
              <w:rPr>
                <w:sz w:val="24"/>
                <w:szCs w:val="24"/>
              </w:rPr>
            </w:pPr>
          </w:p>
        </w:tc>
        <w:tc>
          <w:tcPr>
            <w:tcW w:w="1360" w:type="dxa"/>
          </w:tcPr>
          <w:p w14:paraId="58F11D51" w14:textId="77777777" w:rsidR="00805ED4" w:rsidRPr="005962EA" w:rsidRDefault="00805ED4" w:rsidP="00F16862">
            <w:pPr>
              <w:pStyle w:val="TableParagraph"/>
              <w:spacing w:line="240" w:lineRule="auto"/>
              <w:jc w:val="left"/>
              <w:rPr>
                <w:sz w:val="24"/>
                <w:szCs w:val="24"/>
              </w:rPr>
            </w:pPr>
          </w:p>
        </w:tc>
        <w:tc>
          <w:tcPr>
            <w:tcW w:w="1292" w:type="dxa"/>
          </w:tcPr>
          <w:p w14:paraId="34FEA3DD" w14:textId="77777777" w:rsidR="00805ED4" w:rsidRPr="005962EA" w:rsidRDefault="00805ED4" w:rsidP="00F16862">
            <w:pPr>
              <w:pStyle w:val="TableParagraph"/>
              <w:spacing w:line="240" w:lineRule="auto"/>
              <w:jc w:val="left"/>
              <w:rPr>
                <w:sz w:val="24"/>
                <w:szCs w:val="24"/>
              </w:rPr>
            </w:pPr>
          </w:p>
        </w:tc>
        <w:tc>
          <w:tcPr>
            <w:tcW w:w="1160" w:type="dxa"/>
          </w:tcPr>
          <w:p w14:paraId="27E11D4B" w14:textId="77777777" w:rsidR="00805ED4" w:rsidRPr="005962EA" w:rsidRDefault="00805ED4" w:rsidP="00F16862">
            <w:pPr>
              <w:pStyle w:val="TableParagraph"/>
              <w:spacing w:line="240" w:lineRule="auto"/>
              <w:jc w:val="left"/>
              <w:rPr>
                <w:sz w:val="24"/>
                <w:szCs w:val="24"/>
              </w:rPr>
            </w:pPr>
          </w:p>
        </w:tc>
        <w:tc>
          <w:tcPr>
            <w:tcW w:w="1284" w:type="dxa"/>
          </w:tcPr>
          <w:p w14:paraId="022D8F15" w14:textId="77777777" w:rsidR="00805ED4" w:rsidRPr="005962EA" w:rsidRDefault="00805ED4" w:rsidP="00F16862">
            <w:pPr>
              <w:pStyle w:val="TableParagraph"/>
              <w:spacing w:line="240" w:lineRule="auto"/>
              <w:jc w:val="left"/>
              <w:rPr>
                <w:sz w:val="24"/>
                <w:szCs w:val="24"/>
              </w:rPr>
            </w:pPr>
          </w:p>
        </w:tc>
      </w:tr>
      <w:tr w:rsidR="00805ED4" w:rsidRPr="005962EA" w14:paraId="55B77A6E" w14:textId="77777777" w:rsidTr="00F16862">
        <w:trPr>
          <w:trHeight w:val="276"/>
        </w:trPr>
        <w:tc>
          <w:tcPr>
            <w:tcW w:w="3124" w:type="dxa"/>
          </w:tcPr>
          <w:p w14:paraId="50D196F8" w14:textId="77777777" w:rsidR="00805ED4" w:rsidRPr="005962EA" w:rsidRDefault="00805ED4" w:rsidP="00F16862">
            <w:pPr>
              <w:pStyle w:val="TableParagraph"/>
              <w:tabs>
                <w:tab w:val="left" w:pos="623"/>
              </w:tabs>
              <w:ind w:left="110"/>
              <w:jc w:val="left"/>
              <w:rPr>
                <w:i/>
                <w:sz w:val="24"/>
                <w:szCs w:val="24"/>
              </w:rPr>
            </w:pPr>
            <w:r w:rsidRPr="005962EA">
              <w:rPr>
                <w:spacing w:val="-10"/>
                <w:sz w:val="24"/>
                <w:szCs w:val="24"/>
              </w:rPr>
              <w:t>8</w:t>
            </w:r>
            <w:r w:rsidRPr="005962EA">
              <w:rPr>
                <w:sz w:val="24"/>
                <w:szCs w:val="24"/>
              </w:rPr>
              <w:tab/>
            </w:r>
            <w:r w:rsidRPr="005962EA">
              <w:rPr>
                <w:i/>
                <w:sz w:val="24"/>
                <w:szCs w:val="24"/>
              </w:rPr>
              <w:t>Serratia</w:t>
            </w:r>
            <w:r w:rsidRPr="005962EA">
              <w:rPr>
                <w:i/>
                <w:spacing w:val="-11"/>
                <w:sz w:val="24"/>
                <w:szCs w:val="24"/>
              </w:rPr>
              <w:t xml:space="preserve"> </w:t>
            </w:r>
            <w:r w:rsidRPr="005962EA">
              <w:rPr>
                <w:i/>
                <w:spacing w:val="-2"/>
                <w:sz w:val="24"/>
                <w:szCs w:val="24"/>
              </w:rPr>
              <w:t>marcescens</w:t>
            </w:r>
          </w:p>
        </w:tc>
        <w:tc>
          <w:tcPr>
            <w:tcW w:w="1225" w:type="dxa"/>
          </w:tcPr>
          <w:p w14:paraId="13998502"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03905A33"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53E0FA0B"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78E55594"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111109F3"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70EF214E" w14:textId="77777777" w:rsidTr="00F16862">
        <w:trPr>
          <w:trHeight w:val="275"/>
        </w:trPr>
        <w:tc>
          <w:tcPr>
            <w:tcW w:w="3124" w:type="dxa"/>
          </w:tcPr>
          <w:p w14:paraId="7AE0AEEA" w14:textId="77777777" w:rsidR="00805ED4" w:rsidRPr="005962EA" w:rsidRDefault="00805ED4" w:rsidP="00F16862">
            <w:pPr>
              <w:pStyle w:val="TableParagraph"/>
              <w:tabs>
                <w:tab w:val="left" w:pos="623"/>
              </w:tabs>
              <w:ind w:left="110"/>
              <w:jc w:val="left"/>
              <w:rPr>
                <w:i/>
                <w:sz w:val="24"/>
                <w:szCs w:val="24"/>
              </w:rPr>
            </w:pPr>
            <w:r w:rsidRPr="005962EA">
              <w:rPr>
                <w:spacing w:val="-10"/>
                <w:sz w:val="24"/>
                <w:szCs w:val="24"/>
              </w:rPr>
              <w:t>9</w:t>
            </w:r>
            <w:r w:rsidRPr="005962EA">
              <w:rPr>
                <w:sz w:val="24"/>
                <w:szCs w:val="24"/>
              </w:rPr>
              <w:tab/>
            </w:r>
            <w:r w:rsidRPr="005962EA">
              <w:rPr>
                <w:i/>
                <w:sz w:val="24"/>
                <w:szCs w:val="24"/>
              </w:rPr>
              <w:t>Klebsiella</w:t>
            </w:r>
            <w:r w:rsidRPr="005962EA">
              <w:rPr>
                <w:i/>
                <w:spacing w:val="-15"/>
                <w:sz w:val="24"/>
                <w:szCs w:val="24"/>
              </w:rPr>
              <w:t xml:space="preserve"> </w:t>
            </w:r>
            <w:r w:rsidRPr="005962EA">
              <w:rPr>
                <w:spacing w:val="-4"/>
                <w:sz w:val="24"/>
                <w:szCs w:val="24"/>
              </w:rPr>
              <w:t>spp</w:t>
            </w:r>
            <w:r w:rsidRPr="005962EA">
              <w:rPr>
                <w:i/>
                <w:spacing w:val="-4"/>
                <w:sz w:val="24"/>
                <w:szCs w:val="24"/>
              </w:rPr>
              <w:t>.</w:t>
            </w:r>
          </w:p>
        </w:tc>
        <w:tc>
          <w:tcPr>
            <w:tcW w:w="1225" w:type="dxa"/>
          </w:tcPr>
          <w:p w14:paraId="18A348DC" w14:textId="77777777" w:rsidR="00805ED4" w:rsidRPr="005962EA" w:rsidRDefault="00805ED4" w:rsidP="00F16862">
            <w:pPr>
              <w:pStyle w:val="TableParagraph"/>
              <w:ind w:right="21"/>
              <w:rPr>
                <w:sz w:val="24"/>
                <w:szCs w:val="24"/>
              </w:rPr>
            </w:pPr>
            <w:r w:rsidRPr="005962EA">
              <w:rPr>
                <w:spacing w:val="-4"/>
                <w:sz w:val="24"/>
                <w:szCs w:val="24"/>
              </w:rPr>
              <w:t>17mm</w:t>
            </w:r>
          </w:p>
        </w:tc>
        <w:tc>
          <w:tcPr>
            <w:tcW w:w="1360" w:type="dxa"/>
          </w:tcPr>
          <w:p w14:paraId="4B2EF185"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62F44DBC"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51571E01"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1626FE1B"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652C650A" w14:textId="77777777" w:rsidTr="00F16862">
        <w:trPr>
          <w:trHeight w:val="276"/>
        </w:trPr>
        <w:tc>
          <w:tcPr>
            <w:tcW w:w="3124" w:type="dxa"/>
          </w:tcPr>
          <w:p w14:paraId="20DDA2D3"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10</w:t>
            </w:r>
            <w:r w:rsidRPr="005962EA">
              <w:rPr>
                <w:sz w:val="24"/>
                <w:szCs w:val="24"/>
              </w:rPr>
              <w:tab/>
            </w:r>
            <w:r w:rsidRPr="005962EA">
              <w:rPr>
                <w:i/>
                <w:sz w:val="24"/>
                <w:szCs w:val="24"/>
              </w:rPr>
              <w:t>Proteus</w:t>
            </w:r>
            <w:r w:rsidRPr="005962EA">
              <w:rPr>
                <w:i/>
                <w:spacing w:val="-10"/>
                <w:sz w:val="24"/>
                <w:szCs w:val="24"/>
              </w:rPr>
              <w:t xml:space="preserve"> </w:t>
            </w:r>
            <w:r w:rsidRPr="005962EA">
              <w:rPr>
                <w:i/>
                <w:spacing w:val="-2"/>
                <w:sz w:val="24"/>
                <w:szCs w:val="24"/>
              </w:rPr>
              <w:t>mirabilis</w:t>
            </w:r>
          </w:p>
        </w:tc>
        <w:tc>
          <w:tcPr>
            <w:tcW w:w="1225" w:type="dxa"/>
          </w:tcPr>
          <w:p w14:paraId="71BC4B4C" w14:textId="77777777" w:rsidR="00805ED4" w:rsidRPr="005962EA" w:rsidRDefault="00805ED4" w:rsidP="00F16862">
            <w:pPr>
              <w:pStyle w:val="TableParagraph"/>
              <w:ind w:right="21"/>
              <w:rPr>
                <w:sz w:val="24"/>
                <w:szCs w:val="24"/>
              </w:rPr>
            </w:pPr>
            <w:r w:rsidRPr="005962EA">
              <w:rPr>
                <w:spacing w:val="-4"/>
                <w:sz w:val="24"/>
                <w:szCs w:val="24"/>
              </w:rPr>
              <w:t>24mm</w:t>
            </w:r>
          </w:p>
        </w:tc>
        <w:tc>
          <w:tcPr>
            <w:tcW w:w="1360" w:type="dxa"/>
          </w:tcPr>
          <w:p w14:paraId="5FA189DC"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Pr>
          <w:p w14:paraId="5332A273" w14:textId="77777777" w:rsidR="00805ED4" w:rsidRPr="005962EA" w:rsidRDefault="00805ED4" w:rsidP="00F16862">
            <w:pPr>
              <w:pStyle w:val="TableParagraph"/>
              <w:ind w:left="14" w:right="5"/>
              <w:rPr>
                <w:sz w:val="24"/>
                <w:szCs w:val="24"/>
              </w:rPr>
            </w:pPr>
            <w:r w:rsidRPr="005962EA">
              <w:rPr>
                <w:spacing w:val="-4"/>
                <w:sz w:val="24"/>
                <w:szCs w:val="24"/>
              </w:rPr>
              <w:t>14mm</w:t>
            </w:r>
          </w:p>
        </w:tc>
        <w:tc>
          <w:tcPr>
            <w:tcW w:w="1160" w:type="dxa"/>
          </w:tcPr>
          <w:p w14:paraId="588EF456"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7F4069EB"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5AD22583" w14:textId="77777777" w:rsidTr="00F16862">
        <w:trPr>
          <w:trHeight w:val="276"/>
        </w:trPr>
        <w:tc>
          <w:tcPr>
            <w:tcW w:w="3124" w:type="dxa"/>
          </w:tcPr>
          <w:p w14:paraId="732D1675"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11</w:t>
            </w:r>
            <w:r w:rsidRPr="005962EA">
              <w:rPr>
                <w:sz w:val="24"/>
                <w:szCs w:val="24"/>
              </w:rPr>
              <w:tab/>
            </w:r>
            <w:r w:rsidRPr="005962EA">
              <w:rPr>
                <w:i/>
                <w:spacing w:val="-2"/>
                <w:sz w:val="24"/>
                <w:szCs w:val="24"/>
              </w:rPr>
              <w:t>Staphylococcus</w:t>
            </w:r>
            <w:r w:rsidRPr="005962EA">
              <w:rPr>
                <w:i/>
                <w:spacing w:val="9"/>
                <w:sz w:val="24"/>
                <w:szCs w:val="24"/>
              </w:rPr>
              <w:t xml:space="preserve"> </w:t>
            </w:r>
            <w:proofErr w:type="gramStart"/>
            <w:r w:rsidRPr="005962EA">
              <w:rPr>
                <w:i/>
                <w:spacing w:val="-2"/>
                <w:sz w:val="24"/>
                <w:szCs w:val="24"/>
              </w:rPr>
              <w:t>aureus</w:t>
            </w:r>
            <w:proofErr w:type="gramEnd"/>
          </w:p>
        </w:tc>
        <w:tc>
          <w:tcPr>
            <w:tcW w:w="1225" w:type="dxa"/>
          </w:tcPr>
          <w:p w14:paraId="23C380F0" w14:textId="77777777" w:rsidR="00805ED4" w:rsidRPr="005962EA" w:rsidRDefault="00805ED4" w:rsidP="00F16862">
            <w:pPr>
              <w:pStyle w:val="TableParagraph"/>
              <w:ind w:right="21"/>
              <w:rPr>
                <w:sz w:val="24"/>
                <w:szCs w:val="24"/>
              </w:rPr>
            </w:pPr>
            <w:r w:rsidRPr="005962EA">
              <w:rPr>
                <w:spacing w:val="-4"/>
                <w:sz w:val="24"/>
                <w:szCs w:val="24"/>
              </w:rPr>
              <w:t>29mm</w:t>
            </w:r>
          </w:p>
        </w:tc>
        <w:tc>
          <w:tcPr>
            <w:tcW w:w="1360" w:type="dxa"/>
          </w:tcPr>
          <w:p w14:paraId="1E364989" w14:textId="77777777" w:rsidR="00805ED4" w:rsidRPr="005962EA" w:rsidRDefault="00805ED4" w:rsidP="00F16862">
            <w:pPr>
              <w:pStyle w:val="TableParagraph"/>
              <w:ind w:left="179"/>
              <w:rPr>
                <w:sz w:val="24"/>
                <w:szCs w:val="24"/>
              </w:rPr>
            </w:pPr>
            <w:r w:rsidRPr="005962EA">
              <w:rPr>
                <w:spacing w:val="-5"/>
                <w:sz w:val="24"/>
                <w:szCs w:val="24"/>
              </w:rPr>
              <w:t>6mm</w:t>
            </w:r>
          </w:p>
        </w:tc>
        <w:tc>
          <w:tcPr>
            <w:tcW w:w="1292" w:type="dxa"/>
          </w:tcPr>
          <w:p w14:paraId="23AFD826" w14:textId="77777777" w:rsidR="00805ED4" w:rsidRPr="005962EA" w:rsidRDefault="00805ED4" w:rsidP="00F16862">
            <w:pPr>
              <w:pStyle w:val="TableParagraph"/>
              <w:ind w:left="14"/>
              <w:rPr>
                <w:sz w:val="24"/>
                <w:szCs w:val="24"/>
              </w:rPr>
            </w:pPr>
            <w:r w:rsidRPr="005962EA">
              <w:rPr>
                <w:spacing w:val="-5"/>
                <w:sz w:val="24"/>
                <w:szCs w:val="24"/>
              </w:rPr>
              <w:t>8mm</w:t>
            </w:r>
          </w:p>
        </w:tc>
        <w:tc>
          <w:tcPr>
            <w:tcW w:w="1160" w:type="dxa"/>
          </w:tcPr>
          <w:p w14:paraId="2C03F94E" w14:textId="77777777" w:rsidR="00805ED4" w:rsidRPr="005962EA" w:rsidRDefault="00805ED4" w:rsidP="00F16862">
            <w:pPr>
              <w:pStyle w:val="TableParagraph"/>
              <w:ind w:left="9" w:right="9"/>
              <w:rPr>
                <w:sz w:val="24"/>
                <w:szCs w:val="24"/>
              </w:rPr>
            </w:pPr>
            <w:r w:rsidRPr="005962EA">
              <w:rPr>
                <w:spacing w:val="-5"/>
                <w:sz w:val="24"/>
                <w:szCs w:val="24"/>
              </w:rPr>
              <w:t>6mm</w:t>
            </w:r>
          </w:p>
        </w:tc>
        <w:tc>
          <w:tcPr>
            <w:tcW w:w="1284" w:type="dxa"/>
          </w:tcPr>
          <w:p w14:paraId="2F7FF476" w14:textId="77777777" w:rsidR="00805ED4" w:rsidRPr="005962EA" w:rsidRDefault="00805ED4" w:rsidP="00F16862">
            <w:pPr>
              <w:pStyle w:val="TableParagraph"/>
              <w:ind w:left="8" w:right="10"/>
              <w:rPr>
                <w:sz w:val="24"/>
                <w:szCs w:val="24"/>
              </w:rPr>
            </w:pPr>
            <w:r w:rsidRPr="005962EA">
              <w:rPr>
                <w:spacing w:val="-5"/>
                <w:sz w:val="24"/>
                <w:szCs w:val="24"/>
              </w:rPr>
              <w:t>7mm</w:t>
            </w:r>
          </w:p>
        </w:tc>
      </w:tr>
      <w:tr w:rsidR="00805ED4" w:rsidRPr="005962EA" w14:paraId="5A98DAB6" w14:textId="77777777" w:rsidTr="00F16862">
        <w:trPr>
          <w:trHeight w:val="275"/>
        </w:trPr>
        <w:tc>
          <w:tcPr>
            <w:tcW w:w="3124" w:type="dxa"/>
          </w:tcPr>
          <w:p w14:paraId="4AF5F9D7"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12</w:t>
            </w:r>
            <w:r w:rsidRPr="005962EA">
              <w:rPr>
                <w:sz w:val="24"/>
                <w:szCs w:val="24"/>
              </w:rPr>
              <w:tab/>
            </w:r>
            <w:r w:rsidRPr="005962EA">
              <w:rPr>
                <w:i/>
                <w:spacing w:val="-2"/>
                <w:sz w:val="24"/>
                <w:szCs w:val="24"/>
              </w:rPr>
              <w:t>Enterococcus</w:t>
            </w:r>
            <w:r w:rsidRPr="005962EA">
              <w:rPr>
                <w:i/>
                <w:spacing w:val="6"/>
                <w:sz w:val="24"/>
                <w:szCs w:val="24"/>
              </w:rPr>
              <w:t xml:space="preserve"> </w:t>
            </w:r>
            <w:r w:rsidRPr="005962EA">
              <w:rPr>
                <w:i/>
                <w:spacing w:val="-2"/>
                <w:sz w:val="24"/>
                <w:szCs w:val="24"/>
              </w:rPr>
              <w:t>faecalis</w:t>
            </w:r>
          </w:p>
        </w:tc>
        <w:tc>
          <w:tcPr>
            <w:tcW w:w="1225" w:type="dxa"/>
          </w:tcPr>
          <w:p w14:paraId="597E927B" w14:textId="77777777" w:rsidR="00805ED4" w:rsidRPr="005962EA" w:rsidRDefault="00805ED4" w:rsidP="00F16862">
            <w:pPr>
              <w:pStyle w:val="TableParagraph"/>
              <w:ind w:left="3" w:right="21"/>
              <w:rPr>
                <w:sz w:val="24"/>
                <w:szCs w:val="24"/>
              </w:rPr>
            </w:pPr>
            <w:r w:rsidRPr="005962EA">
              <w:rPr>
                <w:spacing w:val="-10"/>
                <w:sz w:val="24"/>
                <w:szCs w:val="24"/>
              </w:rPr>
              <w:t>-</w:t>
            </w:r>
          </w:p>
        </w:tc>
        <w:tc>
          <w:tcPr>
            <w:tcW w:w="1360" w:type="dxa"/>
          </w:tcPr>
          <w:p w14:paraId="67C66FAB"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42B6DE0B"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7C712D8D" w14:textId="77777777" w:rsidR="00805ED4" w:rsidRPr="005962EA" w:rsidRDefault="00805ED4" w:rsidP="00F16862">
            <w:pPr>
              <w:pStyle w:val="TableParagraph"/>
              <w:ind w:left="9" w:right="9"/>
              <w:rPr>
                <w:sz w:val="24"/>
                <w:szCs w:val="24"/>
              </w:rPr>
            </w:pPr>
            <w:r w:rsidRPr="005962EA">
              <w:rPr>
                <w:spacing w:val="-10"/>
                <w:sz w:val="24"/>
                <w:szCs w:val="24"/>
              </w:rPr>
              <w:t>-</w:t>
            </w:r>
          </w:p>
        </w:tc>
        <w:tc>
          <w:tcPr>
            <w:tcW w:w="1284" w:type="dxa"/>
          </w:tcPr>
          <w:p w14:paraId="1CED6719" w14:textId="77777777" w:rsidR="00805ED4" w:rsidRPr="005962EA" w:rsidRDefault="00805ED4" w:rsidP="00F16862">
            <w:pPr>
              <w:pStyle w:val="TableParagraph"/>
              <w:ind w:left="6" w:right="10"/>
              <w:rPr>
                <w:sz w:val="24"/>
                <w:szCs w:val="24"/>
              </w:rPr>
            </w:pPr>
            <w:r w:rsidRPr="005962EA">
              <w:rPr>
                <w:spacing w:val="-10"/>
                <w:sz w:val="24"/>
                <w:szCs w:val="24"/>
              </w:rPr>
              <w:t>-</w:t>
            </w:r>
          </w:p>
        </w:tc>
      </w:tr>
      <w:tr w:rsidR="00805ED4" w:rsidRPr="005962EA" w14:paraId="7F05D00E" w14:textId="77777777" w:rsidTr="00F16862">
        <w:trPr>
          <w:trHeight w:val="276"/>
        </w:trPr>
        <w:tc>
          <w:tcPr>
            <w:tcW w:w="3124" w:type="dxa"/>
          </w:tcPr>
          <w:p w14:paraId="350B4D89"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13</w:t>
            </w:r>
            <w:r w:rsidRPr="005962EA">
              <w:rPr>
                <w:sz w:val="24"/>
                <w:szCs w:val="24"/>
              </w:rPr>
              <w:tab/>
            </w:r>
            <w:r w:rsidRPr="005962EA">
              <w:rPr>
                <w:i/>
                <w:sz w:val="24"/>
                <w:szCs w:val="24"/>
              </w:rPr>
              <w:t>Bacillus</w:t>
            </w:r>
            <w:r w:rsidRPr="005962EA">
              <w:rPr>
                <w:i/>
                <w:spacing w:val="-7"/>
                <w:sz w:val="24"/>
                <w:szCs w:val="24"/>
              </w:rPr>
              <w:t xml:space="preserve"> </w:t>
            </w:r>
            <w:proofErr w:type="gramStart"/>
            <w:r w:rsidRPr="005962EA">
              <w:rPr>
                <w:i/>
                <w:spacing w:val="-2"/>
                <w:sz w:val="24"/>
                <w:szCs w:val="24"/>
              </w:rPr>
              <w:t>cereus</w:t>
            </w:r>
            <w:proofErr w:type="gramEnd"/>
          </w:p>
        </w:tc>
        <w:tc>
          <w:tcPr>
            <w:tcW w:w="1225" w:type="dxa"/>
          </w:tcPr>
          <w:p w14:paraId="0DAA5D4F" w14:textId="77777777" w:rsidR="00805ED4" w:rsidRPr="005962EA" w:rsidRDefault="00805ED4" w:rsidP="00F16862">
            <w:pPr>
              <w:pStyle w:val="TableParagraph"/>
              <w:ind w:right="21"/>
              <w:rPr>
                <w:sz w:val="24"/>
                <w:szCs w:val="24"/>
              </w:rPr>
            </w:pPr>
            <w:r w:rsidRPr="005962EA">
              <w:rPr>
                <w:spacing w:val="-4"/>
                <w:sz w:val="24"/>
                <w:szCs w:val="24"/>
              </w:rPr>
              <w:t>29mm</w:t>
            </w:r>
          </w:p>
        </w:tc>
        <w:tc>
          <w:tcPr>
            <w:tcW w:w="1360" w:type="dxa"/>
          </w:tcPr>
          <w:p w14:paraId="5BCA5FB0"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Pr>
          <w:p w14:paraId="7DC5C16B" w14:textId="77777777" w:rsidR="00805ED4" w:rsidRPr="005962EA" w:rsidRDefault="00805ED4" w:rsidP="00F16862">
            <w:pPr>
              <w:pStyle w:val="TableParagraph"/>
              <w:ind w:left="14" w:right="5"/>
              <w:rPr>
                <w:sz w:val="24"/>
                <w:szCs w:val="24"/>
              </w:rPr>
            </w:pPr>
            <w:r w:rsidRPr="005962EA">
              <w:rPr>
                <w:spacing w:val="-4"/>
                <w:sz w:val="24"/>
                <w:szCs w:val="24"/>
              </w:rPr>
              <w:t>13mm</w:t>
            </w:r>
          </w:p>
        </w:tc>
        <w:tc>
          <w:tcPr>
            <w:tcW w:w="1160" w:type="dxa"/>
          </w:tcPr>
          <w:p w14:paraId="269A27F3" w14:textId="77777777" w:rsidR="00805ED4" w:rsidRPr="005962EA" w:rsidRDefault="00805ED4" w:rsidP="00F16862">
            <w:pPr>
              <w:pStyle w:val="TableParagraph"/>
              <w:ind w:left="9" w:right="4"/>
              <w:rPr>
                <w:sz w:val="24"/>
                <w:szCs w:val="24"/>
              </w:rPr>
            </w:pPr>
            <w:r w:rsidRPr="005962EA">
              <w:rPr>
                <w:spacing w:val="-4"/>
                <w:sz w:val="24"/>
                <w:szCs w:val="24"/>
              </w:rPr>
              <w:t>10mm</w:t>
            </w:r>
          </w:p>
        </w:tc>
        <w:tc>
          <w:tcPr>
            <w:tcW w:w="1284" w:type="dxa"/>
          </w:tcPr>
          <w:p w14:paraId="02FB5558" w14:textId="77777777" w:rsidR="00805ED4" w:rsidRPr="005962EA" w:rsidRDefault="00805ED4" w:rsidP="00F16862">
            <w:pPr>
              <w:pStyle w:val="TableParagraph"/>
              <w:ind w:left="3" w:right="10"/>
              <w:rPr>
                <w:sz w:val="24"/>
                <w:szCs w:val="24"/>
              </w:rPr>
            </w:pPr>
            <w:r w:rsidRPr="005962EA">
              <w:rPr>
                <w:spacing w:val="-4"/>
                <w:sz w:val="24"/>
                <w:szCs w:val="24"/>
              </w:rPr>
              <w:t>12mm</w:t>
            </w:r>
          </w:p>
        </w:tc>
      </w:tr>
      <w:tr w:rsidR="00805ED4" w:rsidRPr="005962EA" w14:paraId="4D286831" w14:textId="77777777" w:rsidTr="00F16862">
        <w:trPr>
          <w:trHeight w:val="275"/>
        </w:trPr>
        <w:tc>
          <w:tcPr>
            <w:tcW w:w="3124" w:type="dxa"/>
          </w:tcPr>
          <w:p w14:paraId="1D0BA70C"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14</w:t>
            </w:r>
            <w:r w:rsidRPr="005962EA">
              <w:rPr>
                <w:sz w:val="24"/>
                <w:szCs w:val="24"/>
              </w:rPr>
              <w:tab/>
            </w:r>
            <w:r w:rsidRPr="005962EA">
              <w:rPr>
                <w:i/>
                <w:spacing w:val="-2"/>
                <w:sz w:val="24"/>
                <w:szCs w:val="24"/>
              </w:rPr>
              <w:t>Streptococcus</w:t>
            </w:r>
            <w:r w:rsidRPr="005962EA">
              <w:rPr>
                <w:i/>
                <w:spacing w:val="6"/>
                <w:sz w:val="24"/>
                <w:szCs w:val="24"/>
              </w:rPr>
              <w:t xml:space="preserve"> </w:t>
            </w:r>
            <w:proofErr w:type="spellStart"/>
            <w:r w:rsidRPr="005962EA">
              <w:rPr>
                <w:i/>
                <w:spacing w:val="-2"/>
                <w:sz w:val="24"/>
                <w:szCs w:val="24"/>
              </w:rPr>
              <w:t>mutans</w:t>
            </w:r>
            <w:proofErr w:type="spellEnd"/>
          </w:p>
        </w:tc>
        <w:tc>
          <w:tcPr>
            <w:tcW w:w="1225" w:type="dxa"/>
          </w:tcPr>
          <w:p w14:paraId="63142870" w14:textId="77777777" w:rsidR="00805ED4" w:rsidRPr="005962EA" w:rsidRDefault="00805ED4" w:rsidP="00F16862">
            <w:pPr>
              <w:pStyle w:val="TableParagraph"/>
              <w:ind w:right="21"/>
              <w:rPr>
                <w:sz w:val="24"/>
                <w:szCs w:val="24"/>
              </w:rPr>
            </w:pPr>
            <w:r w:rsidRPr="005962EA">
              <w:rPr>
                <w:spacing w:val="-4"/>
                <w:sz w:val="24"/>
                <w:szCs w:val="24"/>
              </w:rPr>
              <w:t>25mm</w:t>
            </w:r>
          </w:p>
        </w:tc>
        <w:tc>
          <w:tcPr>
            <w:tcW w:w="1360" w:type="dxa"/>
          </w:tcPr>
          <w:p w14:paraId="1760298E" w14:textId="77777777" w:rsidR="00805ED4" w:rsidRPr="005962EA" w:rsidRDefault="00805ED4" w:rsidP="00F16862">
            <w:pPr>
              <w:pStyle w:val="TableParagraph"/>
              <w:ind w:left="179" w:right="4"/>
              <w:rPr>
                <w:sz w:val="24"/>
                <w:szCs w:val="24"/>
              </w:rPr>
            </w:pPr>
            <w:r w:rsidRPr="005962EA">
              <w:rPr>
                <w:spacing w:val="-4"/>
                <w:sz w:val="24"/>
                <w:szCs w:val="24"/>
              </w:rPr>
              <w:t>10mm</w:t>
            </w:r>
          </w:p>
        </w:tc>
        <w:tc>
          <w:tcPr>
            <w:tcW w:w="1292" w:type="dxa"/>
          </w:tcPr>
          <w:p w14:paraId="5F26F065" w14:textId="77777777" w:rsidR="00805ED4" w:rsidRPr="005962EA" w:rsidRDefault="00805ED4" w:rsidP="00F16862">
            <w:pPr>
              <w:pStyle w:val="TableParagraph"/>
              <w:ind w:left="14" w:right="5"/>
              <w:rPr>
                <w:sz w:val="24"/>
                <w:szCs w:val="24"/>
              </w:rPr>
            </w:pPr>
            <w:r w:rsidRPr="005962EA">
              <w:rPr>
                <w:spacing w:val="-4"/>
                <w:sz w:val="24"/>
                <w:szCs w:val="24"/>
              </w:rPr>
              <w:t>12mm</w:t>
            </w:r>
          </w:p>
        </w:tc>
        <w:tc>
          <w:tcPr>
            <w:tcW w:w="1160" w:type="dxa"/>
          </w:tcPr>
          <w:p w14:paraId="73E13B4A" w14:textId="77777777" w:rsidR="00805ED4" w:rsidRPr="005962EA" w:rsidRDefault="00805ED4" w:rsidP="00F16862">
            <w:pPr>
              <w:pStyle w:val="TableParagraph"/>
              <w:ind w:left="9" w:right="9"/>
              <w:rPr>
                <w:sz w:val="24"/>
                <w:szCs w:val="24"/>
              </w:rPr>
            </w:pPr>
            <w:r w:rsidRPr="005962EA">
              <w:rPr>
                <w:spacing w:val="-5"/>
                <w:sz w:val="24"/>
                <w:szCs w:val="24"/>
              </w:rPr>
              <w:t>8mm</w:t>
            </w:r>
          </w:p>
        </w:tc>
        <w:tc>
          <w:tcPr>
            <w:tcW w:w="1284" w:type="dxa"/>
          </w:tcPr>
          <w:p w14:paraId="22AC759A" w14:textId="77777777" w:rsidR="00805ED4" w:rsidRPr="005962EA" w:rsidRDefault="00805ED4" w:rsidP="00F16862">
            <w:pPr>
              <w:pStyle w:val="TableParagraph"/>
              <w:ind w:left="3" w:right="10"/>
              <w:rPr>
                <w:sz w:val="24"/>
                <w:szCs w:val="24"/>
              </w:rPr>
            </w:pPr>
            <w:r w:rsidRPr="005962EA">
              <w:rPr>
                <w:spacing w:val="-4"/>
                <w:sz w:val="24"/>
                <w:szCs w:val="24"/>
              </w:rPr>
              <w:t>10mm</w:t>
            </w:r>
          </w:p>
        </w:tc>
      </w:tr>
      <w:tr w:rsidR="00805ED4" w:rsidRPr="005962EA" w14:paraId="708DD9BC" w14:textId="77777777" w:rsidTr="00F16862">
        <w:trPr>
          <w:trHeight w:val="276"/>
        </w:trPr>
        <w:tc>
          <w:tcPr>
            <w:tcW w:w="3124" w:type="dxa"/>
          </w:tcPr>
          <w:p w14:paraId="2231F213" w14:textId="77777777" w:rsidR="00805ED4" w:rsidRPr="005962EA" w:rsidRDefault="00805ED4" w:rsidP="00F16862">
            <w:pPr>
              <w:pStyle w:val="TableParagraph"/>
              <w:tabs>
                <w:tab w:val="left" w:pos="623"/>
              </w:tabs>
              <w:ind w:left="110"/>
              <w:jc w:val="left"/>
              <w:rPr>
                <w:i/>
                <w:sz w:val="24"/>
                <w:szCs w:val="24"/>
              </w:rPr>
            </w:pPr>
            <w:r w:rsidRPr="005962EA">
              <w:rPr>
                <w:spacing w:val="-5"/>
                <w:sz w:val="24"/>
                <w:szCs w:val="24"/>
              </w:rPr>
              <w:t>15</w:t>
            </w:r>
            <w:r w:rsidRPr="005962EA">
              <w:rPr>
                <w:sz w:val="24"/>
                <w:szCs w:val="24"/>
              </w:rPr>
              <w:tab/>
            </w:r>
            <w:proofErr w:type="spellStart"/>
            <w:r w:rsidRPr="005962EA">
              <w:rPr>
                <w:i/>
                <w:spacing w:val="-2"/>
                <w:sz w:val="24"/>
                <w:szCs w:val="24"/>
              </w:rPr>
              <w:t>Methicilin</w:t>
            </w:r>
            <w:proofErr w:type="spellEnd"/>
            <w:r w:rsidRPr="005962EA">
              <w:rPr>
                <w:i/>
                <w:spacing w:val="-2"/>
                <w:sz w:val="24"/>
                <w:szCs w:val="24"/>
              </w:rPr>
              <w:t>-resistant</w:t>
            </w:r>
          </w:p>
        </w:tc>
        <w:tc>
          <w:tcPr>
            <w:tcW w:w="1225" w:type="dxa"/>
          </w:tcPr>
          <w:p w14:paraId="7120874F" w14:textId="77777777" w:rsidR="00805ED4" w:rsidRPr="005962EA" w:rsidRDefault="00805ED4" w:rsidP="00F16862">
            <w:pPr>
              <w:pStyle w:val="TableParagraph"/>
              <w:ind w:right="21"/>
              <w:rPr>
                <w:sz w:val="24"/>
                <w:szCs w:val="24"/>
              </w:rPr>
            </w:pPr>
            <w:r w:rsidRPr="005962EA">
              <w:rPr>
                <w:spacing w:val="-4"/>
                <w:sz w:val="24"/>
                <w:szCs w:val="24"/>
              </w:rPr>
              <w:t>24mm</w:t>
            </w:r>
          </w:p>
        </w:tc>
        <w:tc>
          <w:tcPr>
            <w:tcW w:w="1360" w:type="dxa"/>
          </w:tcPr>
          <w:p w14:paraId="07F3DBB0" w14:textId="77777777" w:rsidR="00805ED4" w:rsidRPr="005962EA" w:rsidRDefault="00805ED4" w:rsidP="00F16862">
            <w:pPr>
              <w:pStyle w:val="TableParagraph"/>
              <w:ind w:left="179" w:right="1"/>
              <w:rPr>
                <w:sz w:val="24"/>
                <w:szCs w:val="24"/>
              </w:rPr>
            </w:pPr>
            <w:r w:rsidRPr="005962EA">
              <w:rPr>
                <w:spacing w:val="-10"/>
                <w:sz w:val="24"/>
                <w:szCs w:val="24"/>
              </w:rPr>
              <w:t>-</w:t>
            </w:r>
          </w:p>
        </w:tc>
        <w:tc>
          <w:tcPr>
            <w:tcW w:w="1292" w:type="dxa"/>
          </w:tcPr>
          <w:p w14:paraId="313F9753" w14:textId="77777777" w:rsidR="00805ED4" w:rsidRPr="005962EA" w:rsidRDefault="00805ED4" w:rsidP="00F16862">
            <w:pPr>
              <w:pStyle w:val="TableParagraph"/>
              <w:ind w:left="14" w:right="1"/>
              <w:rPr>
                <w:sz w:val="24"/>
                <w:szCs w:val="24"/>
              </w:rPr>
            </w:pPr>
            <w:r w:rsidRPr="005962EA">
              <w:rPr>
                <w:spacing w:val="-10"/>
                <w:sz w:val="24"/>
                <w:szCs w:val="24"/>
              </w:rPr>
              <w:t>-</w:t>
            </w:r>
          </w:p>
        </w:tc>
        <w:tc>
          <w:tcPr>
            <w:tcW w:w="1160" w:type="dxa"/>
          </w:tcPr>
          <w:p w14:paraId="6F9D2151" w14:textId="77777777" w:rsidR="00805ED4" w:rsidRPr="005962EA" w:rsidRDefault="00805ED4" w:rsidP="00F16862">
            <w:pPr>
              <w:pStyle w:val="TableParagraph"/>
              <w:ind w:left="9" w:right="9"/>
              <w:rPr>
                <w:sz w:val="24"/>
                <w:szCs w:val="24"/>
              </w:rPr>
            </w:pPr>
            <w:r w:rsidRPr="005962EA">
              <w:rPr>
                <w:spacing w:val="-5"/>
                <w:sz w:val="24"/>
                <w:szCs w:val="24"/>
              </w:rPr>
              <w:t>7mm</w:t>
            </w:r>
          </w:p>
        </w:tc>
        <w:tc>
          <w:tcPr>
            <w:tcW w:w="1284" w:type="dxa"/>
          </w:tcPr>
          <w:p w14:paraId="7A141C47" w14:textId="77777777" w:rsidR="00805ED4" w:rsidRPr="005962EA" w:rsidRDefault="00805ED4" w:rsidP="00F16862">
            <w:pPr>
              <w:pStyle w:val="TableParagraph"/>
              <w:ind w:left="8" w:right="10"/>
              <w:rPr>
                <w:sz w:val="24"/>
                <w:szCs w:val="24"/>
              </w:rPr>
            </w:pPr>
            <w:r w:rsidRPr="005962EA">
              <w:rPr>
                <w:spacing w:val="-5"/>
                <w:sz w:val="24"/>
                <w:szCs w:val="24"/>
              </w:rPr>
              <w:t>9mm</w:t>
            </w:r>
          </w:p>
        </w:tc>
      </w:tr>
      <w:tr w:rsidR="00805ED4" w:rsidRPr="005962EA" w14:paraId="10B2C164" w14:textId="77777777" w:rsidTr="00F16862">
        <w:trPr>
          <w:trHeight w:val="272"/>
        </w:trPr>
        <w:tc>
          <w:tcPr>
            <w:tcW w:w="3124" w:type="dxa"/>
          </w:tcPr>
          <w:p w14:paraId="0CE6EA93" w14:textId="77777777" w:rsidR="00805ED4" w:rsidRPr="005962EA" w:rsidRDefault="00805ED4" w:rsidP="00F16862">
            <w:pPr>
              <w:pStyle w:val="TableParagraph"/>
              <w:spacing w:line="252" w:lineRule="exact"/>
              <w:ind w:left="624"/>
              <w:jc w:val="left"/>
              <w:rPr>
                <w:i/>
                <w:sz w:val="24"/>
                <w:szCs w:val="24"/>
              </w:rPr>
            </w:pPr>
            <w:r w:rsidRPr="005962EA">
              <w:rPr>
                <w:i/>
                <w:spacing w:val="-2"/>
                <w:sz w:val="24"/>
                <w:szCs w:val="24"/>
              </w:rPr>
              <w:t>Staphylococcus</w:t>
            </w:r>
            <w:r w:rsidRPr="005962EA">
              <w:rPr>
                <w:i/>
                <w:spacing w:val="9"/>
                <w:sz w:val="24"/>
                <w:szCs w:val="24"/>
              </w:rPr>
              <w:t xml:space="preserve"> </w:t>
            </w:r>
            <w:r w:rsidRPr="005962EA">
              <w:rPr>
                <w:i/>
                <w:spacing w:val="-2"/>
                <w:sz w:val="24"/>
                <w:szCs w:val="24"/>
              </w:rPr>
              <w:t>aureus</w:t>
            </w:r>
          </w:p>
        </w:tc>
        <w:tc>
          <w:tcPr>
            <w:tcW w:w="1225" w:type="dxa"/>
          </w:tcPr>
          <w:p w14:paraId="11C1C4D3" w14:textId="77777777" w:rsidR="00805ED4" w:rsidRPr="005962EA" w:rsidRDefault="00805ED4" w:rsidP="00F16862">
            <w:pPr>
              <w:pStyle w:val="TableParagraph"/>
              <w:spacing w:line="240" w:lineRule="auto"/>
              <w:jc w:val="left"/>
              <w:rPr>
                <w:sz w:val="24"/>
                <w:szCs w:val="24"/>
              </w:rPr>
            </w:pPr>
          </w:p>
        </w:tc>
        <w:tc>
          <w:tcPr>
            <w:tcW w:w="1360" w:type="dxa"/>
          </w:tcPr>
          <w:p w14:paraId="51A887B3" w14:textId="77777777" w:rsidR="00805ED4" w:rsidRPr="005962EA" w:rsidRDefault="00805ED4" w:rsidP="00F16862">
            <w:pPr>
              <w:pStyle w:val="TableParagraph"/>
              <w:spacing w:line="240" w:lineRule="auto"/>
              <w:jc w:val="left"/>
              <w:rPr>
                <w:sz w:val="24"/>
                <w:szCs w:val="24"/>
              </w:rPr>
            </w:pPr>
          </w:p>
        </w:tc>
        <w:tc>
          <w:tcPr>
            <w:tcW w:w="1292" w:type="dxa"/>
          </w:tcPr>
          <w:p w14:paraId="496ACEF2" w14:textId="77777777" w:rsidR="00805ED4" w:rsidRPr="005962EA" w:rsidRDefault="00805ED4" w:rsidP="00F16862">
            <w:pPr>
              <w:pStyle w:val="TableParagraph"/>
              <w:spacing w:line="240" w:lineRule="auto"/>
              <w:jc w:val="left"/>
              <w:rPr>
                <w:sz w:val="24"/>
                <w:szCs w:val="24"/>
              </w:rPr>
            </w:pPr>
          </w:p>
        </w:tc>
        <w:tc>
          <w:tcPr>
            <w:tcW w:w="1160" w:type="dxa"/>
          </w:tcPr>
          <w:p w14:paraId="2191E97D" w14:textId="77777777" w:rsidR="00805ED4" w:rsidRPr="005962EA" w:rsidRDefault="00805ED4" w:rsidP="00F16862">
            <w:pPr>
              <w:pStyle w:val="TableParagraph"/>
              <w:spacing w:line="240" w:lineRule="auto"/>
              <w:jc w:val="left"/>
              <w:rPr>
                <w:sz w:val="24"/>
                <w:szCs w:val="24"/>
              </w:rPr>
            </w:pPr>
          </w:p>
        </w:tc>
        <w:tc>
          <w:tcPr>
            <w:tcW w:w="1284" w:type="dxa"/>
          </w:tcPr>
          <w:p w14:paraId="75B73680" w14:textId="77777777" w:rsidR="00805ED4" w:rsidRPr="005962EA" w:rsidRDefault="00805ED4" w:rsidP="00F16862">
            <w:pPr>
              <w:pStyle w:val="TableParagraph"/>
              <w:spacing w:line="240" w:lineRule="auto"/>
              <w:jc w:val="left"/>
              <w:rPr>
                <w:sz w:val="24"/>
                <w:szCs w:val="24"/>
              </w:rPr>
            </w:pPr>
          </w:p>
        </w:tc>
      </w:tr>
    </w:tbl>
    <w:p w14:paraId="34B1DA97" w14:textId="77777777" w:rsidR="00805ED4" w:rsidRPr="005962EA" w:rsidRDefault="00805ED4" w:rsidP="00805ED4">
      <w:pPr>
        <w:pStyle w:val="BodyText"/>
        <w:tabs>
          <w:tab w:val="left" w:pos="678"/>
          <w:tab w:val="left" w:pos="9496"/>
        </w:tabs>
        <w:spacing w:before="19"/>
        <w:ind w:left="40"/>
        <w:rPr>
          <w:rFonts w:ascii="Times New Roman" w:hAnsi="Times New Roman" w:cs="Times New Roman"/>
          <w:sz w:val="24"/>
          <w:szCs w:val="24"/>
        </w:rPr>
      </w:pPr>
      <w:r w:rsidRPr="005962EA">
        <w:rPr>
          <w:rFonts w:ascii="Times New Roman" w:hAnsi="Times New Roman" w:cs="Times New Roman"/>
          <w:sz w:val="24"/>
          <w:szCs w:val="24"/>
          <w:u w:val="single"/>
        </w:rPr>
        <w:tab/>
      </w:r>
      <w:r w:rsidRPr="005962EA">
        <w:rPr>
          <w:rFonts w:ascii="Times New Roman" w:hAnsi="Times New Roman" w:cs="Times New Roman"/>
          <w:spacing w:val="-2"/>
          <w:sz w:val="24"/>
          <w:szCs w:val="24"/>
          <w:u w:val="single"/>
        </w:rPr>
        <w:t>(MRSA)</w:t>
      </w:r>
      <w:r w:rsidRPr="005962EA">
        <w:rPr>
          <w:rFonts w:ascii="Times New Roman" w:hAnsi="Times New Roman" w:cs="Times New Roman"/>
          <w:sz w:val="24"/>
          <w:szCs w:val="24"/>
          <w:u w:val="single"/>
        </w:rPr>
        <w:tab/>
      </w:r>
    </w:p>
    <w:p w14:paraId="261BB4B7" w14:textId="77777777" w:rsidR="00805ED4" w:rsidRPr="005962EA" w:rsidRDefault="00805ED4" w:rsidP="00805ED4">
      <w:pPr>
        <w:pStyle w:val="BodyText"/>
        <w:rPr>
          <w:rFonts w:ascii="Times New Roman" w:hAnsi="Times New Roman" w:cs="Times New Roman"/>
          <w:sz w:val="24"/>
          <w:szCs w:val="24"/>
        </w:rPr>
        <w:sectPr w:rsidR="00805ED4" w:rsidRPr="005962EA">
          <w:type w:val="continuous"/>
          <w:pgSz w:w="11900" w:h="16840"/>
          <w:pgMar w:top="1360" w:right="992" w:bottom="280" w:left="1275" w:header="0" w:footer="1061" w:gutter="0"/>
          <w:cols w:space="720"/>
        </w:sectPr>
      </w:pPr>
    </w:p>
    <w:p w14:paraId="0FF08C80" w14:textId="77777777" w:rsidR="00805ED4" w:rsidRPr="005962EA" w:rsidRDefault="00805ED4" w:rsidP="00805ED4">
      <w:pPr>
        <w:pStyle w:val="BodyText"/>
        <w:spacing w:before="72" w:line="271" w:lineRule="auto"/>
        <w:ind w:left="165" w:right="521"/>
        <w:rPr>
          <w:rFonts w:ascii="Times New Roman" w:hAnsi="Times New Roman" w:cs="Times New Roman"/>
          <w:sz w:val="24"/>
          <w:szCs w:val="24"/>
        </w:rPr>
      </w:pPr>
      <w:r w:rsidRPr="005962EA">
        <w:rPr>
          <w:rFonts w:ascii="Times New Roman" w:hAnsi="Times New Roman" w:cs="Times New Roman"/>
          <w:b/>
          <w:sz w:val="24"/>
          <w:szCs w:val="24"/>
        </w:rPr>
        <w:lastRenderedPageBreak/>
        <w:t>Fig:</w:t>
      </w:r>
      <w:r w:rsidRPr="005962EA">
        <w:rPr>
          <w:rFonts w:ascii="Times New Roman" w:hAnsi="Times New Roman" w:cs="Times New Roman"/>
          <w:b/>
          <w:spacing w:val="-1"/>
          <w:sz w:val="24"/>
          <w:szCs w:val="24"/>
        </w:rPr>
        <w:t xml:space="preserve"> </w:t>
      </w:r>
      <w:r w:rsidRPr="005962EA">
        <w:rPr>
          <w:rFonts w:ascii="Times New Roman" w:hAnsi="Times New Roman" w:cs="Times New Roman"/>
          <w:b/>
          <w:sz w:val="24"/>
          <w:szCs w:val="24"/>
        </w:rPr>
        <w:t>1</w:t>
      </w:r>
      <w:r w:rsidRPr="005962EA">
        <w:rPr>
          <w:rFonts w:ascii="Times New Roman" w:hAnsi="Times New Roman" w:cs="Times New Roman"/>
          <w:b/>
          <w:spacing w:val="-3"/>
          <w:sz w:val="24"/>
          <w:szCs w:val="24"/>
        </w:rPr>
        <w:t xml:space="preserve"> </w:t>
      </w:r>
      <w:r w:rsidRPr="005962EA">
        <w:rPr>
          <w:rFonts w:ascii="Times New Roman" w:hAnsi="Times New Roman" w:cs="Times New Roman"/>
          <w:sz w:val="24"/>
          <w:szCs w:val="24"/>
        </w:rPr>
        <w:t>Antimicrobial</w:t>
      </w:r>
      <w:r w:rsidRPr="005962EA">
        <w:rPr>
          <w:rFonts w:ascii="Times New Roman" w:hAnsi="Times New Roman" w:cs="Times New Roman"/>
          <w:spacing w:val="-11"/>
          <w:sz w:val="24"/>
          <w:szCs w:val="24"/>
        </w:rPr>
        <w:t xml:space="preserve"> </w:t>
      </w:r>
      <w:r w:rsidRPr="005962EA">
        <w:rPr>
          <w:rFonts w:ascii="Times New Roman" w:hAnsi="Times New Roman" w:cs="Times New Roman"/>
          <w:sz w:val="24"/>
          <w:szCs w:val="24"/>
        </w:rPr>
        <w:t>activities</w:t>
      </w:r>
      <w:r w:rsidRPr="005962EA">
        <w:rPr>
          <w:rFonts w:ascii="Times New Roman" w:hAnsi="Times New Roman" w:cs="Times New Roman"/>
          <w:spacing w:val="-5"/>
          <w:sz w:val="24"/>
          <w:szCs w:val="24"/>
        </w:rPr>
        <w:t xml:space="preserve"> </w:t>
      </w:r>
      <w:r w:rsidRPr="005962EA">
        <w:rPr>
          <w:rFonts w:ascii="Times New Roman" w:hAnsi="Times New Roman" w:cs="Times New Roman"/>
          <w:sz w:val="24"/>
          <w:szCs w:val="24"/>
        </w:rPr>
        <w:t>(in</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mm)</w:t>
      </w:r>
      <w:r w:rsidRPr="005962EA">
        <w:rPr>
          <w:rFonts w:ascii="Times New Roman" w:hAnsi="Times New Roman" w:cs="Times New Roman"/>
          <w:spacing w:val="-1"/>
          <w:sz w:val="24"/>
          <w:szCs w:val="24"/>
        </w:rPr>
        <w:t xml:space="preserve"> </w:t>
      </w:r>
      <w:r w:rsidRPr="005962EA">
        <w:rPr>
          <w:rFonts w:ascii="Times New Roman" w:hAnsi="Times New Roman" w:cs="Times New Roman"/>
          <w:sz w:val="24"/>
          <w:szCs w:val="24"/>
        </w:rPr>
        <w:t>of</w:t>
      </w:r>
      <w:r w:rsidRPr="005962EA">
        <w:rPr>
          <w:rFonts w:ascii="Times New Roman" w:hAnsi="Times New Roman" w:cs="Times New Roman"/>
          <w:spacing w:val="-10"/>
          <w:sz w:val="24"/>
          <w:szCs w:val="24"/>
        </w:rPr>
        <w:t xml:space="preserve"> </w:t>
      </w:r>
      <w:r w:rsidRPr="005962EA">
        <w:rPr>
          <w:rFonts w:ascii="Times New Roman" w:hAnsi="Times New Roman" w:cs="Times New Roman"/>
          <w:sz w:val="24"/>
          <w:szCs w:val="24"/>
        </w:rPr>
        <w:t>different crude</w:t>
      </w:r>
      <w:r w:rsidRPr="005962EA">
        <w:rPr>
          <w:rFonts w:ascii="Times New Roman" w:hAnsi="Times New Roman" w:cs="Times New Roman"/>
          <w:spacing w:val="-4"/>
          <w:sz w:val="24"/>
          <w:szCs w:val="24"/>
        </w:rPr>
        <w:t xml:space="preserve"> </w:t>
      </w:r>
      <w:r w:rsidRPr="005962EA">
        <w:rPr>
          <w:rFonts w:ascii="Times New Roman" w:hAnsi="Times New Roman" w:cs="Times New Roman"/>
          <w:sz w:val="24"/>
          <w:szCs w:val="24"/>
        </w:rPr>
        <w:t>extract against random</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bacteria in rotten vegetables</w:t>
      </w:r>
    </w:p>
    <w:p w14:paraId="1A4AD0EF" w14:textId="77777777" w:rsidR="00805ED4" w:rsidRPr="005962EA" w:rsidRDefault="00805ED4" w:rsidP="00805ED4">
      <w:pPr>
        <w:pStyle w:val="BodyText"/>
        <w:rPr>
          <w:rFonts w:ascii="Times New Roman" w:hAnsi="Times New Roman" w:cs="Times New Roman"/>
          <w:sz w:val="24"/>
          <w:szCs w:val="24"/>
        </w:rPr>
      </w:pPr>
      <w:r w:rsidRPr="005962EA">
        <w:rPr>
          <w:rFonts w:ascii="Times New Roman" w:hAnsi="Times New Roman" w:cs="Times New Roman"/>
          <w:noProof/>
          <w:sz w:val="24"/>
          <w:szCs w:val="24"/>
        </w:rPr>
        <w:drawing>
          <wp:anchor distT="0" distB="0" distL="0" distR="0" simplePos="0" relativeHeight="251643392" behindDoc="1" locked="0" layoutInCell="1" allowOverlap="1" wp14:anchorId="0464C7F0" wp14:editId="2956E841">
            <wp:simplePos x="0" y="0"/>
            <wp:positionH relativeFrom="page">
              <wp:posOffset>1478280</wp:posOffset>
            </wp:positionH>
            <wp:positionV relativeFrom="paragraph">
              <wp:posOffset>139378</wp:posOffset>
            </wp:positionV>
            <wp:extent cx="1835238" cy="1823084"/>
            <wp:effectExtent l="0" t="0" r="0" b="0"/>
            <wp:wrapTopAndBottom/>
            <wp:docPr id="79" name="Image 79"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petri dish with different colored circles&#10;&#10;Description automatically generated"/>
                    <pic:cNvPicPr/>
                  </pic:nvPicPr>
                  <pic:blipFill>
                    <a:blip r:embed="rId30" cstate="print"/>
                    <a:stretch>
                      <a:fillRect/>
                    </a:stretch>
                  </pic:blipFill>
                  <pic:spPr>
                    <a:xfrm>
                      <a:off x="0" y="0"/>
                      <a:ext cx="1835238" cy="1823084"/>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46464" behindDoc="1" locked="0" layoutInCell="1" allowOverlap="1" wp14:anchorId="0618C395" wp14:editId="7F13E6EB">
            <wp:simplePos x="0" y="0"/>
            <wp:positionH relativeFrom="page">
              <wp:posOffset>4029455</wp:posOffset>
            </wp:positionH>
            <wp:positionV relativeFrom="paragraph">
              <wp:posOffset>139378</wp:posOffset>
            </wp:positionV>
            <wp:extent cx="1865623" cy="1823084"/>
            <wp:effectExtent l="0" t="0" r="0" b="0"/>
            <wp:wrapTopAndBottom/>
            <wp:docPr id="80" name="Image 80" descr="A petri dish with numbers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petri dish with numbers on it&#10;&#10;Description automatically generated"/>
                    <pic:cNvPicPr/>
                  </pic:nvPicPr>
                  <pic:blipFill>
                    <a:blip r:embed="rId31" cstate="print"/>
                    <a:stretch>
                      <a:fillRect/>
                    </a:stretch>
                  </pic:blipFill>
                  <pic:spPr>
                    <a:xfrm>
                      <a:off x="0" y="0"/>
                      <a:ext cx="1865623" cy="1823084"/>
                    </a:xfrm>
                    <a:prstGeom prst="rect">
                      <a:avLst/>
                    </a:prstGeom>
                  </pic:spPr>
                </pic:pic>
              </a:graphicData>
            </a:graphic>
          </wp:anchor>
        </w:drawing>
      </w:r>
    </w:p>
    <w:p w14:paraId="433E30C6" w14:textId="77777777" w:rsidR="00805ED4" w:rsidRPr="005962EA" w:rsidRDefault="00805ED4" w:rsidP="00805ED4">
      <w:pPr>
        <w:tabs>
          <w:tab w:val="left" w:pos="4348"/>
        </w:tabs>
        <w:spacing w:before="234"/>
        <w:ind w:right="835"/>
        <w:jc w:val="center"/>
        <w:rPr>
          <w:rFonts w:ascii="Times New Roman" w:hAnsi="Times New Roman" w:cs="Times New Roman"/>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5"/>
          <w:sz w:val="24"/>
          <w:szCs w:val="24"/>
        </w:rPr>
        <w:t xml:space="preserve"> </w:t>
      </w:r>
      <w:r w:rsidRPr="005962EA">
        <w:rPr>
          <w:rFonts w:ascii="Times New Roman" w:hAnsi="Times New Roman" w:cs="Times New Roman"/>
          <w:sz w:val="24"/>
          <w:szCs w:val="24"/>
        </w:rPr>
        <w:t>1</w:t>
      </w:r>
      <w:r w:rsidRPr="005962EA">
        <w:rPr>
          <w:rFonts w:ascii="Times New Roman" w:hAnsi="Times New Roman" w:cs="Times New Roman"/>
          <w:spacing w:val="-11"/>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1)</w:t>
      </w:r>
      <w:r w:rsidRPr="005962EA">
        <w:rPr>
          <w:rFonts w:ascii="Times New Roman" w:hAnsi="Times New Roman" w:cs="Times New Roman"/>
          <w:sz w:val="24"/>
          <w:szCs w:val="24"/>
        </w:rPr>
        <w:tab/>
        <w:t>Vegetables</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2</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2)</w:t>
      </w:r>
    </w:p>
    <w:p w14:paraId="43E1EE80" w14:textId="03C86301" w:rsidR="00805ED4" w:rsidRPr="005962EA" w:rsidRDefault="00805ED4" w:rsidP="00805ED4">
      <w:pPr>
        <w:pStyle w:val="BodyText"/>
        <w:spacing w:before="8"/>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49536" behindDoc="1" locked="0" layoutInCell="1" allowOverlap="1" wp14:anchorId="398EC3A0" wp14:editId="34F3AD83">
                <wp:simplePos x="0" y="0"/>
                <wp:positionH relativeFrom="page">
                  <wp:posOffset>1581911</wp:posOffset>
                </wp:positionH>
                <wp:positionV relativeFrom="paragraph">
                  <wp:posOffset>57923</wp:posOffset>
                </wp:positionV>
                <wp:extent cx="1564005" cy="1280160"/>
                <wp:effectExtent l="0" t="0" r="0" b="0"/>
                <wp:wrapTopAndBottom/>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DC64D6B"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5B94B6D8" w14:textId="77777777" w:rsidR="00805ED4" w:rsidRDefault="00805ED4" w:rsidP="00805ED4">
                            <w:pPr>
                              <w:spacing w:before="39"/>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7337666A" w14:textId="77777777" w:rsidR="00805ED4" w:rsidRDefault="00805ED4" w:rsidP="00805ED4">
                            <w:pPr>
                              <w:spacing w:line="229" w:lineRule="exact"/>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2F60EA91"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34139278"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DE6DE9B"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type w14:anchorId="398EC3A0" id="_x0000_t202" coordsize="21600,21600" o:spt="202" path="m,l,21600r21600,l21600,xe">
                <v:stroke joinstyle="miter"/>
                <v:path gradientshapeok="t" o:connecttype="rect"/>
              </v:shapetype>
              <v:shape id="Textbox 81" o:spid="_x0000_s1026" type="#_x0000_t202" style="position:absolute;margin-left:124.55pt;margin-top:4.55pt;width:123.15pt;height:100.8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" filled="f" strokecolor="#4aabc5" strokeweight=".84661mm">
                <v:path arrowok="t"/>
                <v:textbox inset="0,0,0,0">
                  <w:txbxContent>
                    <w:p w14:paraId="1DC64D6B"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5B94B6D8" w14:textId="77777777" w:rsidR="00805ED4" w:rsidRDefault="00805ED4" w:rsidP="00805ED4">
                      <w:pPr>
                        <w:spacing w:before="39"/>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7337666A" w14:textId="77777777" w:rsidR="00805ED4" w:rsidRDefault="00805ED4" w:rsidP="00805ED4">
                      <w:pPr>
                        <w:spacing w:line="229" w:lineRule="exact"/>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2F60EA91"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34139278"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DE6DE9B"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52608" behindDoc="1" locked="0" layoutInCell="1" allowOverlap="1" wp14:anchorId="03545302" wp14:editId="55013417">
                <wp:simplePos x="0" y="0"/>
                <wp:positionH relativeFrom="page">
                  <wp:posOffset>4187952</wp:posOffset>
                </wp:positionH>
                <wp:positionV relativeFrom="paragraph">
                  <wp:posOffset>109739</wp:posOffset>
                </wp:positionV>
                <wp:extent cx="1560830" cy="1280160"/>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34D9614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1276BE6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0738A26"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B87C30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2509FC1"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0D9744" w14:textId="77777777" w:rsidR="00805ED4" w:rsidRDefault="00805ED4" w:rsidP="00805ED4">
                            <w:pPr>
                              <w:spacing w:before="39"/>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03545302" id="Textbox 82" o:spid="_x0000_s1027" type="#_x0000_t202" style="position:absolute;margin-left:329.75pt;margin-top:8.65pt;width:122.9pt;height:100.8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" filled="f" strokecolor="#4aabc5" strokeweight=".84661mm">
                <v:path arrowok="t"/>
                <v:textbox inset="0,0,0,0">
                  <w:txbxContent>
                    <w:p w14:paraId="34D9614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1276BE6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0738A26"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B87C30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2509FC1"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0D9744" w14:textId="77777777" w:rsidR="00805ED4" w:rsidRDefault="00805ED4" w:rsidP="00805ED4">
                      <w:pPr>
                        <w:spacing w:before="39"/>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4D8784C8" w14:textId="2EBE8726" w:rsidR="00805ED4" w:rsidRPr="005962EA" w:rsidRDefault="00805ED4" w:rsidP="00805ED4">
      <w:pPr>
        <w:pStyle w:val="BodyText"/>
        <w:rPr>
          <w:rFonts w:ascii="Times New Roman" w:hAnsi="Times New Roman" w:cs="Times New Roman"/>
          <w:sz w:val="24"/>
          <w:szCs w:val="24"/>
        </w:rPr>
      </w:pPr>
    </w:p>
    <w:p w14:paraId="62FDD627" w14:textId="26BFFFA1" w:rsidR="00805ED4" w:rsidRPr="005962EA" w:rsidRDefault="00805ED4" w:rsidP="00805ED4">
      <w:pPr>
        <w:pStyle w:val="BodyText"/>
        <w:spacing w:before="192"/>
        <w:rPr>
          <w:rFonts w:ascii="Times New Roman" w:hAnsi="Times New Roman" w:cs="Times New Roman"/>
          <w:sz w:val="24"/>
          <w:szCs w:val="24"/>
        </w:rPr>
      </w:pPr>
      <w:r w:rsidRPr="005962EA">
        <w:rPr>
          <w:rFonts w:ascii="Times New Roman" w:hAnsi="Times New Roman" w:cs="Times New Roman"/>
          <w:noProof/>
          <w:sz w:val="24"/>
          <w:szCs w:val="24"/>
        </w:rPr>
        <w:drawing>
          <wp:anchor distT="0" distB="0" distL="0" distR="0" simplePos="0" relativeHeight="251655680" behindDoc="1" locked="0" layoutInCell="1" allowOverlap="1" wp14:anchorId="2A383153" wp14:editId="039374B4">
            <wp:simplePos x="0" y="0"/>
            <wp:positionH relativeFrom="page">
              <wp:posOffset>1478280</wp:posOffset>
            </wp:positionH>
            <wp:positionV relativeFrom="paragraph">
              <wp:posOffset>283730</wp:posOffset>
            </wp:positionV>
            <wp:extent cx="1835238" cy="1823085"/>
            <wp:effectExtent l="0" t="0" r="0" b="0"/>
            <wp:wrapTopAndBottom/>
            <wp:docPr id="83" name="Image 83"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 petri dish with different colored circles&#10;&#10;Description automatically generated"/>
                    <pic:cNvPicPr/>
                  </pic:nvPicPr>
                  <pic:blipFill>
                    <a:blip r:embed="rId32" cstate="print"/>
                    <a:stretch>
                      <a:fillRect/>
                    </a:stretch>
                  </pic:blipFill>
                  <pic:spPr>
                    <a:xfrm>
                      <a:off x="0" y="0"/>
                      <a:ext cx="1835238" cy="1823085"/>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58752" behindDoc="1" locked="0" layoutInCell="1" allowOverlap="1" wp14:anchorId="6067FAC9" wp14:editId="47E6A831">
            <wp:simplePos x="0" y="0"/>
            <wp:positionH relativeFrom="page">
              <wp:posOffset>3916679</wp:posOffset>
            </wp:positionH>
            <wp:positionV relativeFrom="paragraph">
              <wp:posOffset>283730</wp:posOffset>
            </wp:positionV>
            <wp:extent cx="1835238" cy="1823085"/>
            <wp:effectExtent l="0" t="0" r="0" b="0"/>
            <wp:wrapTopAndBottom/>
            <wp:docPr id="84" name="Image 84"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A petri dish with white liquid&#10;&#10;Description automatically generated"/>
                    <pic:cNvPicPr/>
                  </pic:nvPicPr>
                  <pic:blipFill>
                    <a:blip r:embed="rId33" cstate="print"/>
                    <a:stretch>
                      <a:fillRect/>
                    </a:stretch>
                  </pic:blipFill>
                  <pic:spPr>
                    <a:xfrm>
                      <a:off x="0" y="0"/>
                      <a:ext cx="1835238" cy="1823085"/>
                    </a:xfrm>
                    <a:prstGeom prst="rect">
                      <a:avLst/>
                    </a:prstGeom>
                  </pic:spPr>
                </pic:pic>
              </a:graphicData>
            </a:graphic>
          </wp:anchor>
        </w:drawing>
      </w:r>
    </w:p>
    <w:p w14:paraId="05DE9CBE" w14:textId="32F08DD1" w:rsidR="00805ED4" w:rsidRPr="005962EA" w:rsidRDefault="00805ED4" w:rsidP="00805ED4">
      <w:pPr>
        <w:tabs>
          <w:tab w:val="left" w:pos="3777"/>
        </w:tabs>
        <w:ind w:right="878"/>
        <w:jc w:val="center"/>
        <w:rPr>
          <w:rFonts w:ascii="Times New Roman" w:hAnsi="Times New Roman" w:cs="Times New Roman"/>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4"/>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3</w:t>
      </w:r>
      <w:r w:rsidRPr="005962EA">
        <w:rPr>
          <w:rFonts w:ascii="Times New Roman" w:hAnsi="Times New Roman" w:cs="Times New Roman"/>
          <w:spacing w:val="-8"/>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3)</w:t>
      </w:r>
      <w:r w:rsidRPr="005962EA">
        <w:rPr>
          <w:rFonts w:ascii="Times New Roman" w:hAnsi="Times New Roman" w:cs="Times New Roman"/>
          <w:sz w:val="24"/>
          <w:szCs w:val="24"/>
        </w:rPr>
        <w:tab/>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4</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4)</w:t>
      </w:r>
    </w:p>
    <w:p w14:paraId="482FCE75" w14:textId="329B0B0A" w:rsidR="00805ED4" w:rsidRPr="005962EA" w:rsidRDefault="00805ED4" w:rsidP="00805ED4">
      <w:pPr>
        <w:pStyle w:val="BodyText"/>
        <w:spacing w:before="9"/>
        <w:rPr>
          <w:rFonts w:ascii="Times New Roman" w:hAnsi="Times New Roman" w:cs="Times New Roman"/>
          <w:sz w:val="24"/>
          <w:szCs w:val="24"/>
        </w:rPr>
      </w:pPr>
      <w:r w:rsidRPr="005962EA">
        <w:rPr>
          <w:rFonts w:ascii="Times New Roman" w:hAnsi="Times New Roman" w:cs="Times New Roman"/>
          <w:noProof/>
          <w:sz w:val="24"/>
          <w:szCs w:val="24"/>
        </w:rPr>
        <w:lastRenderedPageBreak/>
        <mc:AlternateContent>
          <mc:Choice Requires="wps">
            <w:drawing>
              <wp:anchor distT="0" distB="0" distL="0" distR="0" simplePos="0" relativeHeight="251668992" behindDoc="1" locked="0" layoutInCell="1" allowOverlap="1" wp14:anchorId="5D4BDBB9" wp14:editId="57F1CF96">
                <wp:simplePos x="0" y="0"/>
                <wp:positionH relativeFrom="page">
                  <wp:posOffset>4018280</wp:posOffset>
                </wp:positionH>
                <wp:positionV relativeFrom="paragraph">
                  <wp:posOffset>113030</wp:posOffset>
                </wp:positionV>
                <wp:extent cx="1952625" cy="1280160"/>
                <wp:effectExtent l="19050" t="19050" r="28575" b="1524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1280160"/>
                        </a:xfrm>
                        <a:prstGeom prst="rect">
                          <a:avLst/>
                        </a:prstGeom>
                        <a:ln w="30478">
                          <a:solidFill>
                            <a:srgbClr val="4AABC5"/>
                          </a:solidFill>
                          <a:prstDash val="solid"/>
                        </a:ln>
                      </wps:spPr>
                      <wps:txbx>
                        <w:txbxContent>
                          <w:p w14:paraId="6308D0D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6441C15E"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6 mm length</w:t>
                            </w:r>
                          </w:p>
                          <w:p w14:paraId="49A4227E"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38CC127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07ED3F2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39C0EBD"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4BDBB9" id="Textbox 86" o:spid="_x0000_s1028" type="#_x0000_t202" style="position:absolute;margin-left:316.4pt;margin-top:8.9pt;width:153.75pt;height:100.8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" filled="f" strokecolor="#4aabc5" strokeweight=".84661mm">
                <v:path arrowok="t"/>
                <v:textbox inset="0,0,0,0">
                  <w:txbxContent>
                    <w:p w14:paraId="6308D0DE"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6441C15E"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6 mm length</w:t>
                      </w:r>
                    </w:p>
                    <w:p w14:paraId="49A4227E"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38CC127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07ED3F2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39C0EBD"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63872" behindDoc="1" locked="0" layoutInCell="1" allowOverlap="1" wp14:anchorId="5AC8924D" wp14:editId="5E5F3923">
                <wp:simplePos x="0" y="0"/>
                <wp:positionH relativeFrom="page">
                  <wp:posOffset>1645920</wp:posOffset>
                </wp:positionH>
                <wp:positionV relativeFrom="paragraph">
                  <wp:posOffset>109213</wp:posOffset>
                </wp:positionV>
                <wp:extent cx="1560830" cy="128016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11263992"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27B5F1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51FBF961"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4A9ADA07"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4"/>
                                <w:sz w:val="20"/>
                              </w:rPr>
                              <w:t xml:space="preserve"> </w:t>
                            </w:r>
                            <w:r>
                              <w:rPr>
                                <w:sz w:val="20"/>
                              </w:rPr>
                              <w:t>mg</w:t>
                            </w:r>
                            <w:r>
                              <w:rPr>
                                <w:spacing w:val="-3"/>
                                <w:sz w:val="20"/>
                              </w:rPr>
                              <w:t xml:space="preserve"> </w:t>
                            </w:r>
                            <w:r>
                              <w:rPr>
                                <w:sz w:val="20"/>
                              </w:rPr>
                              <w:t>-8</w:t>
                            </w:r>
                            <w:r>
                              <w:rPr>
                                <w:spacing w:val="-4"/>
                                <w:sz w:val="20"/>
                              </w:rPr>
                              <w:t xml:space="preserve"> </w:t>
                            </w:r>
                            <w:r>
                              <w:rPr>
                                <w:sz w:val="20"/>
                              </w:rPr>
                              <w:t>mm</w:t>
                            </w:r>
                            <w:r>
                              <w:rPr>
                                <w:spacing w:val="-2"/>
                                <w:sz w:val="20"/>
                              </w:rPr>
                              <w:t xml:space="preserve"> length</w:t>
                            </w:r>
                          </w:p>
                          <w:p w14:paraId="31AB1C9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C743209"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5AC8924D" id="Textbox 85" o:spid="_x0000_s1029" type="#_x0000_t202" style="position:absolute;margin-left:129.6pt;margin-top:8.6pt;width:122.9pt;height:100.8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" filled="f" strokecolor="#4aabc5" strokeweight=".84661mm">
                <v:path arrowok="t"/>
                <v:textbox inset="0,0,0,0">
                  <w:txbxContent>
                    <w:p w14:paraId="11263992"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27B5F1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15 mm length</w:t>
                      </w:r>
                    </w:p>
                    <w:p w14:paraId="51FBF961"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4A9ADA07"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4"/>
                          <w:sz w:val="20"/>
                        </w:rPr>
                        <w:t xml:space="preserve"> </w:t>
                      </w:r>
                      <w:r>
                        <w:rPr>
                          <w:sz w:val="20"/>
                        </w:rPr>
                        <w:t>mg</w:t>
                      </w:r>
                      <w:r>
                        <w:rPr>
                          <w:spacing w:val="-3"/>
                          <w:sz w:val="20"/>
                        </w:rPr>
                        <w:t xml:space="preserve"> </w:t>
                      </w:r>
                      <w:r>
                        <w:rPr>
                          <w:sz w:val="20"/>
                        </w:rPr>
                        <w:t>-8</w:t>
                      </w:r>
                      <w:r>
                        <w:rPr>
                          <w:spacing w:val="-4"/>
                          <w:sz w:val="20"/>
                        </w:rPr>
                        <w:t xml:space="preserve"> </w:t>
                      </w:r>
                      <w:r>
                        <w:rPr>
                          <w:sz w:val="20"/>
                        </w:rPr>
                        <w:t>mm</w:t>
                      </w:r>
                      <w:r>
                        <w:rPr>
                          <w:spacing w:val="-2"/>
                          <w:sz w:val="20"/>
                        </w:rPr>
                        <w:t xml:space="preserve"> length</w:t>
                      </w:r>
                    </w:p>
                    <w:p w14:paraId="31AB1C94"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C743209"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177840E3" w14:textId="77777777" w:rsidR="00805ED4" w:rsidRPr="005962EA" w:rsidRDefault="00805ED4" w:rsidP="00805ED4">
      <w:pPr>
        <w:pStyle w:val="BodyText"/>
        <w:rPr>
          <w:rFonts w:ascii="Times New Roman" w:hAnsi="Times New Roman" w:cs="Times New Roman"/>
          <w:sz w:val="24"/>
          <w:szCs w:val="24"/>
        </w:rPr>
      </w:pPr>
    </w:p>
    <w:p w14:paraId="072E1ED0" w14:textId="77777777" w:rsidR="00805ED4" w:rsidRPr="005962EA" w:rsidRDefault="00805ED4" w:rsidP="00805ED4">
      <w:pPr>
        <w:pStyle w:val="BodyText"/>
        <w:rPr>
          <w:rFonts w:ascii="Times New Roman" w:hAnsi="Times New Roman" w:cs="Times New Roman"/>
          <w:sz w:val="24"/>
          <w:szCs w:val="24"/>
        </w:rPr>
      </w:pPr>
    </w:p>
    <w:p w14:paraId="4139E053" w14:textId="77777777" w:rsidR="00805ED4" w:rsidRPr="005962EA" w:rsidRDefault="00805ED4" w:rsidP="00805ED4">
      <w:pPr>
        <w:tabs>
          <w:tab w:val="left" w:pos="4950"/>
        </w:tabs>
        <w:ind w:left="976"/>
        <w:rPr>
          <w:rFonts w:ascii="Times New Roman" w:hAnsi="Times New Roman" w:cs="Times New Roman"/>
          <w:sz w:val="24"/>
          <w:szCs w:val="24"/>
        </w:rPr>
      </w:pPr>
      <w:r w:rsidRPr="005962EA">
        <w:rPr>
          <w:rFonts w:ascii="Times New Roman" w:hAnsi="Times New Roman" w:cs="Times New Roman"/>
          <w:noProof/>
          <w:sz w:val="24"/>
          <w:szCs w:val="24"/>
        </w:rPr>
        <w:drawing>
          <wp:inline distT="0" distB="0" distL="0" distR="0" wp14:anchorId="106E2A70" wp14:editId="6D5EBDDC">
            <wp:extent cx="1813969" cy="1823085"/>
            <wp:effectExtent l="0" t="0" r="0" b="0"/>
            <wp:docPr id="2" name="Image 87" descr="A petri dish with different types of bacter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87" descr="A petri dish with different types of bacteria&#10;&#10;Description automatically generated"/>
                    <pic:cNvPicPr/>
                  </pic:nvPicPr>
                  <pic:blipFill>
                    <a:blip r:embed="rId34" cstate="print"/>
                    <a:stretch>
                      <a:fillRect/>
                    </a:stretch>
                  </pic:blipFill>
                  <pic:spPr>
                    <a:xfrm>
                      <a:off x="0" y="0"/>
                      <a:ext cx="1813969"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66A6A372" wp14:editId="21D93671">
            <wp:extent cx="1859546" cy="1823085"/>
            <wp:effectExtent l="0" t="0" r="0" b="0"/>
            <wp:docPr id="88" name="Image 88" descr="A round plate with numbers and a circl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A round plate with numbers and a circle&#10;&#10;Description automatically generated with medium confidence"/>
                    <pic:cNvPicPr/>
                  </pic:nvPicPr>
                  <pic:blipFill>
                    <a:blip r:embed="rId35" cstate="print"/>
                    <a:stretch>
                      <a:fillRect/>
                    </a:stretch>
                  </pic:blipFill>
                  <pic:spPr>
                    <a:xfrm>
                      <a:off x="0" y="0"/>
                      <a:ext cx="1859546" cy="1823085"/>
                    </a:xfrm>
                    <a:prstGeom prst="rect">
                      <a:avLst/>
                    </a:prstGeom>
                  </pic:spPr>
                </pic:pic>
              </a:graphicData>
            </a:graphic>
          </wp:inline>
        </w:drawing>
      </w:r>
    </w:p>
    <w:p w14:paraId="645FAE7C" w14:textId="77777777" w:rsidR="00805ED4" w:rsidRPr="005962EA" w:rsidRDefault="00805ED4" w:rsidP="00805ED4">
      <w:pPr>
        <w:pStyle w:val="BodyText"/>
        <w:spacing w:before="37"/>
        <w:rPr>
          <w:rFonts w:ascii="Times New Roman" w:hAnsi="Times New Roman" w:cs="Times New Roman"/>
          <w:sz w:val="24"/>
          <w:szCs w:val="24"/>
        </w:rPr>
      </w:pPr>
    </w:p>
    <w:p w14:paraId="45B5BF30" w14:textId="77777777" w:rsidR="00805ED4" w:rsidRPr="005962EA" w:rsidRDefault="00805ED4" w:rsidP="00805ED4">
      <w:pPr>
        <w:tabs>
          <w:tab w:val="left" w:pos="5286"/>
        </w:tabs>
        <w:ind w:left="1293"/>
        <w:rPr>
          <w:rFonts w:ascii="Times New Roman" w:hAnsi="Times New Roman" w:cs="Times New Roman"/>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5</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5)</w:t>
      </w:r>
      <w:r w:rsidRPr="005962EA">
        <w:rPr>
          <w:rFonts w:ascii="Times New Roman" w:hAnsi="Times New Roman" w:cs="Times New Roman"/>
          <w:sz w:val="24"/>
          <w:szCs w:val="24"/>
        </w:rPr>
        <w:tab/>
        <w:t>Vegetables</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6</w:t>
      </w:r>
      <w:r w:rsidRPr="005962EA">
        <w:rPr>
          <w:rFonts w:ascii="Times New Roman" w:hAnsi="Times New Roman" w:cs="Times New Roman"/>
          <w:spacing w:val="-3"/>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6)</w:t>
      </w:r>
    </w:p>
    <w:p w14:paraId="68745CBE" w14:textId="77777777" w:rsidR="00805ED4" w:rsidRPr="005962EA" w:rsidRDefault="00805ED4" w:rsidP="00805ED4">
      <w:pPr>
        <w:pStyle w:val="BodyText"/>
        <w:spacing w:before="5"/>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672064" behindDoc="1" locked="0" layoutInCell="1" allowOverlap="1" wp14:anchorId="250A415A" wp14:editId="1579EB4C">
                <wp:simplePos x="0" y="0"/>
                <wp:positionH relativeFrom="page">
                  <wp:posOffset>1508760</wp:posOffset>
                </wp:positionH>
                <wp:positionV relativeFrom="paragraph">
                  <wp:posOffset>85112</wp:posOffset>
                </wp:positionV>
                <wp:extent cx="1564005" cy="1280160"/>
                <wp:effectExtent l="0" t="0" r="0" b="0"/>
                <wp:wrapTopAndBottom/>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DDE893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7D433E9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17C56D32"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0BFAC32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2E1D542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6335E93"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250A415A" id="Textbox 89" o:spid="_x0000_s1030" type="#_x0000_t202" style="position:absolute;margin-left:118.8pt;margin-top:6.7pt;width:123.15pt;height:100.8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" filled="f" strokecolor="#4aabc5" strokeweight=".84661mm">
                <v:path arrowok="t"/>
                <v:textbox inset="0,0,0,0">
                  <w:txbxContent>
                    <w:p w14:paraId="1DDE893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7D433E99"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17C56D32"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5</w:t>
                      </w:r>
                      <w:r>
                        <w:rPr>
                          <w:spacing w:val="-3"/>
                          <w:sz w:val="20"/>
                        </w:rPr>
                        <w:t xml:space="preserve"> </w:t>
                      </w:r>
                      <w:r>
                        <w:rPr>
                          <w:sz w:val="20"/>
                        </w:rPr>
                        <w:t>mm</w:t>
                      </w:r>
                      <w:r>
                        <w:rPr>
                          <w:spacing w:val="-1"/>
                          <w:sz w:val="20"/>
                        </w:rPr>
                        <w:t xml:space="preserve"> </w:t>
                      </w:r>
                      <w:r>
                        <w:rPr>
                          <w:spacing w:val="-2"/>
                          <w:sz w:val="20"/>
                        </w:rPr>
                        <w:t>length</w:t>
                      </w:r>
                    </w:p>
                    <w:p w14:paraId="0BFAC32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2E1D542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6335E93"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675136" behindDoc="1" locked="0" layoutInCell="1" allowOverlap="1" wp14:anchorId="01446EAC" wp14:editId="39566878">
                <wp:simplePos x="0" y="0"/>
                <wp:positionH relativeFrom="page">
                  <wp:posOffset>4044696</wp:posOffset>
                </wp:positionH>
                <wp:positionV relativeFrom="paragraph">
                  <wp:posOffset>100352</wp:posOffset>
                </wp:positionV>
                <wp:extent cx="1564005" cy="128016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F4799B0"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38DFDC44"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F11E2AF"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C32467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4"/>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5FC5220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8B87E87"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01446EAC" id="Textbox 90" o:spid="_x0000_s1031" type="#_x0000_t202" style="position:absolute;margin-left:318.5pt;margin-top:7.9pt;width:123.15pt;height:100.8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" filled="f" strokecolor="#4aabc5" strokeweight=".84661mm">
                <v:path arrowok="t"/>
                <v:textbox inset="0,0,0,0">
                  <w:txbxContent>
                    <w:p w14:paraId="3F4799B0"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38DFDC44"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F11E2AF"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C324670"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4"/>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5FC5220F"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8B87E87"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5316C9BA" w14:textId="77777777" w:rsidR="00805ED4" w:rsidRPr="005962EA" w:rsidRDefault="00805ED4" w:rsidP="00805ED4">
      <w:pPr>
        <w:pStyle w:val="BodyText"/>
        <w:rPr>
          <w:rFonts w:ascii="Times New Roman" w:hAnsi="Times New Roman" w:cs="Times New Roman"/>
          <w:sz w:val="24"/>
          <w:szCs w:val="24"/>
        </w:rPr>
      </w:pPr>
    </w:p>
    <w:p w14:paraId="2C45C335" w14:textId="77777777" w:rsidR="00805ED4" w:rsidRPr="005962EA" w:rsidRDefault="00805ED4" w:rsidP="00805ED4">
      <w:pPr>
        <w:pStyle w:val="BodyText"/>
        <w:rPr>
          <w:rFonts w:ascii="Times New Roman" w:hAnsi="Times New Roman" w:cs="Times New Roman"/>
          <w:sz w:val="24"/>
          <w:szCs w:val="24"/>
        </w:rPr>
      </w:pPr>
    </w:p>
    <w:p w14:paraId="0B5E8B8B" w14:textId="77777777" w:rsidR="00805ED4" w:rsidRPr="005962EA" w:rsidRDefault="00805ED4" w:rsidP="00805ED4">
      <w:pPr>
        <w:pStyle w:val="BodyText"/>
        <w:rPr>
          <w:rFonts w:ascii="Times New Roman" w:hAnsi="Times New Roman" w:cs="Times New Roman"/>
          <w:sz w:val="24"/>
          <w:szCs w:val="24"/>
        </w:rPr>
      </w:pPr>
    </w:p>
    <w:p w14:paraId="451C0B51" w14:textId="77777777" w:rsidR="00805ED4" w:rsidRPr="005962EA" w:rsidRDefault="00805ED4" w:rsidP="00805ED4">
      <w:pPr>
        <w:pStyle w:val="BodyText"/>
        <w:spacing w:before="227"/>
        <w:rPr>
          <w:rFonts w:ascii="Times New Roman" w:hAnsi="Times New Roman" w:cs="Times New Roman"/>
          <w:sz w:val="24"/>
          <w:szCs w:val="24"/>
        </w:rPr>
      </w:pPr>
      <w:r w:rsidRPr="005962EA">
        <w:rPr>
          <w:rFonts w:ascii="Times New Roman" w:hAnsi="Times New Roman" w:cs="Times New Roman"/>
          <w:noProof/>
          <w:sz w:val="24"/>
          <w:szCs w:val="24"/>
        </w:rPr>
        <w:lastRenderedPageBreak/>
        <w:drawing>
          <wp:anchor distT="0" distB="0" distL="0" distR="0" simplePos="0" relativeHeight="251678208" behindDoc="1" locked="0" layoutInCell="1" allowOverlap="1" wp14:anchorId="42F28EF9" wp14:editId="6E63C16B">
            <wp:simplePos x="0" y="0"/>
            <wp:positionH relativeFrom="page">
              <wp:posOffset>1429511</wp:posOffset>
            </wp:positionH>
            <wp:positionV relativeFrom="paragraph">
              <wp:posOffset>305599</wp:posOffset>
            </wp:positionV>
            <wp:extent cx="1859546" cy="1823085"/>
            <wp:effectExtent l="0" t="0" r="0" b="0"/>
            <wp:wrapTopAndBottom/>
            <wp:docPr id="91" name="Image 91"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A petri dish with white liquid&#10;&#10;Description automatically generated"/>
                    <pic:cNvPicPr/>
                  </pic:nvPicPr>
                  <pic:blipFill>
                    <a:blip r:embed="rId36" cstate="print"/>
                    <a:stretch>
                      <a:fillRect/>
                    </a:stretch>
                  </pic:blipFill>
                  <pic:spPr>
                    <a:xfrm>
                      <a:off x="0" y="0"/>
                      <a:ext cx="1859546" cy="1823085"/>
                    </a:xfrm>
                    <a:prstGeom prst="rect">
                      <a:avLst/>
                    </a:prstGeom>
                  </pic:spPr>
                </pic:pic>
              </a:graphicData>
            </a:graphic>
          </wp:anchor>
        </w:drawing>
      </w:r>
      <w:r w:rsidRPr="005962EA">
        <w:rPr>
          <w:rFonts w:ascii="Times New Roman" w:hAnsi="Times New Roman" w:cs="Times New Roman"/>
          <w:noProof/>
          <w:sz w:val="24"/>
          <w:szCs w:val="24"/>
        </w:rPr>
        <w:drawing>
          <wp:anchor distT="0" distB="0" distL="0" distR="0" simplePos="0" relativeHeight="251681280" behindDoc="1" locked="0" layoutInCell="1" allowOverlap="1" wp14:anchorId="04001358" wp14:editId="11F2D8FC">
            <wp:simplePos x="0" y="0"/>
            <wp:positionH relativeFrom="page">
              <wp:posOffset>3925823</wp:posOffset>
            </wp:positionH>
            <wp:positionV relativeFrom="paragraph">
              <wp:posOffset>305599</wp:posOffset>
            </wp:positionV>
            <wp:extent cx="1801815" cy="1823085"/>
            <wp:effectExtent l="0" t="0" r="0" b="0"/>
            <wp:wrapTopAndBottom/>
            <wp:docPr id="92" name="Image 92" descr="A petri dish with a number of do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A petri dish with a number of dots&#10;&#10;Description automatically generated"/>
                    <pic:cNvPicPr/>
                  </pic:nvPicPr>
                  <pic:blipFill>
                    <a:blip r:embed="rId37" cstate="print"/>
                    <a:stretch>
                      <a:fillRect/>
                    </a:stretch>
                  </pic:blipFill>
                  <pic:spPr>
                    <a:xfrm>
                      <a:off x="0" y="0"/>
                      <a:ext cx="1801815" cy="1823085"/>
                    </a:xfrm>
                    <a:prstGeom prst="rect">
                      <a:avLst/>
                    </a:prstGeom>
                  </pic:spPr>
                </pic:pic>
              </a:graphicData>
            </a:graphic>
          </wp:anchor>
        </w:drawing>
      </w:r>
    </w:p>
    <w:p w14:paraId="5FEB08A0" w14:textId="77777777" w:rsidR="00805ED4" w:rsidRPr="005962EA" w:rsidRDefault="00805ED4" w:rsidP="00805ED4">
      <w:pPr>
        <w:pStyle w:val="BodyText"/>
        <w:spacing w:before="37"/>
        <w:rPr>
          <w:rFonts w:ascii="Times New Roman" w:hAnsi="Times New Roman" w:cs="Times New Roman"/>
          <w:sz w:val="24"/>
          <w:szCs w:val="24"/>
        </w:rPr>
      </w:pPr>
    </w:p>
    <w:p w14:paraId="56B6D909" w14:textId="77777777" w:rsidR="00805ED4" w:rsidRPr="005962EA" w:rsidRDefault="00805ED4" w:rsidP="00805ED4">
      <w:pPr>
        <w:tabs>
          <w:tab w:val="left" w:pos="5435"/>
        </w:tabs>
        <w:ind w:left="1427"/>
        <w:rPr>
          <w:rFonts w:ascii="Times New Roman" w:hAnsi="Times New Roman" w:cs="Times New Roman"/>
          <w:i/>
          <w:sz w:val="24"/>
          <w:szCs w:val="24"/>
        </w:rPr>
      </w:pPr>
      <w:r w:rsidRPr="005962EA">
        <w:rPr>
          <w:rFonts w:ascii="Times New Roman" w:hAnsi="Times New Roman" w:cs="Times New Roman"/>
          <w:sz w:val="24"/>
          <w:szCs w:val="24"/>
        </w:rPr>
        <w:t>Vegetables</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Bacteria</w:t>
      </w:r>
      <w:r w:rsidRPr="005962EA">
        <w:rPr>
          <w:rFonts w:ascii="Times New Roman" w:hAnsi="Times New Roman" w:cs="Times New Roman"/>
          <w:spacing w:val="-7"/>
          <w:sz w:val="24"/>
          <w:szCs w:val="24"/>
        </w:rPr>
        <w:t xml:space="preserve"> </w:t>
      </w:r>
      <w:r w:rsidRPr="005962EA">
        <w:rPr>
          <w:rFonts w:ascii="Times New Roman" w:hAnsi="Times New Roman" w:cs="Times New Roman"/>
          <w:sz w:val="24"/>
          <w:szCs w:val="24"/>
        </w:rPr>
        <w:t>7</w:t>
      </w:r>
      <w:r w:rsidRPr="005962EA">
        <w:rPr>
          <w:rFonts w:ascii="Times New Roman" w:hAnsi="Times New Roman" w:cs="Times New Roman"/>
          <w:spacing w:val="-6"/>
          <w:sz w:val="24"/>
          <w:szCs w:val="24"/>
        </w:rPr>
        <w:t xml:space="preserve"> </w:t>
      </w:r>
      <w:r w:rsidRPr="005962EA">
        <w:rPr>
          <w:rFonts w:ascii="Times New Roman" w:hAnsi="Times New Roman" w:cs="Times New Roman"/>
          <w:sz w:val="24"/>
          <w:szCs w:val="24"/>
        </w:rPr>
        <w:t>(V-</w:t>
      </w:r>
      <w:r w:rsidRPr="005962EA">
        <w:rPr>
          <w:rFonts w:ascii="Times New Roman" w:hAnsi="Times New Roman" w:cs="Times New Roman"/>
          <w:spacing w:val="-5"/>
          <w:sz w:val="24"/>
          <w:szCs w:val="24"/>
        </w:rPr>
        <w:t>7)</w:t>
      </w:r>
      <w:r w:rsidRPr="005962EA">
        <w:rPr>
          <w:rFonts w:ascii="Times New Roman" w:hAnsi="Times New Roman" w:cs="Times New Roman"/>
          <w:sz w:val="24"/>
          <w:szCs w:val="24"/>
        </w:rPr>
        <w:tab/>
      </w:r>
      <w:r w:rsidRPr="005962EA">
        <w:rPr>
          <w:rFonts w:ascii="Times New Roman" w:hAnsi="Times New Roman" w:cs="Times New Roman"/>
          <w:i/>
          <w:sz w:val="24"/>
          <w:szCs w:val="24"/>
        </w:rPr>
        <w:t>Serratia</w:t>
      </w:r>
      <w:r w:rsidRPr="005962EA">
        <w:rPr>
          <w:rFonts w:ascii="Times New Roman" w:hAnsi="Times New Roman" w:cs="Times New Roman"/>
          <w:i/>
          <w:spacing w:val="-7"/>
          <w:sz w:val="24"/>
          <w:szCs w:val="24"/>
        </w:rPr>
        <w:t xml:space="preserve"> </w:t>
      </w:r>
      <w:r w:rsidRPr="005962EA">
        <w:rPr>
          <w:rFonts w:ascii="Times New Roman" w:hAnsi="Times New Roman" w:cs="Times New Roman"/>
          <w:i/>
          <w:spacing w:val="-2"/>
          <w:sz w:val="24"/>
          <w:szCs w:val="24"/>
        </w:rPr>
        <w:t>marcescens</w:t>
      </w:r>
    </w:p>
    <w:p w14:paraId="3FB11239" w14:textId="77777777" w:rsidR="00805ED4" w:rsidRPr="005962EA" w:rsidRDefault="00805ED4" w:rsidP="00805ED4">
      <w:pPr>
        <w:pStyle w:val="BodyText"/>
        <w:spacing w:before="3"/>
        <w:rPr>
          <w:rFonts w:ascii="Times New Roman" w:hAnsi="Times New Roman" w:cs="Times New Roman"/>
          <w:i/>
          <w:sz w:val="24"/>
          <w:szCs w:val="24"/>
        </w:rPr>
      </w:pPr>
      <w:r w:rsidRPr="005962EA">
        <w:rPr>
          <w:rFonts w:ascii="Times New Roman" w:hAnsi="Times New Roman" w:cs="Times New Roman"/>
          <w:i/>
          <w:noProof/>
          <w:sz w:val="24"/>
          <w:szCs w:val="24"/>
        </w:rPr>
        <mc:AlternateContent>
          <mc:Choice Requires="wps">
            <w:drawing>
              <wp:anchor distT="0" distB="0" distL="0" distR="0" simplePos="0" relativeHeight="251684352" behindDoc="1" locked="0" layoutInCell="1" allowOverlap="1" wp14:anchorId="2C7AF000" wp14:editId="0355E92D">
                <wp:simplePos x="0" y="0"/>
                <wp:positionH relativeFrom="page">
                  <wp:posOffset>1508760</wp:posOffset>
                </wp:positionH>
                <wp:positionV relativeFrom="paragraph">
                  <wp:posOffset>163818</wp:posOffset>
                </wp:positionV>
                <wp:extent cx="1564005" cy="1280160"/>
                <wp:effectExtent l="0" t="0" r="0" b="0"/>
                <wp:wrapTopAndBottom/>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0F3CBF94"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288E4A76"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5CB6575"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7003C7B"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p w14:paraId="7F1D01A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6D4CAF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2C7AF000" id="Textbox 93" o:spid="_x0000_s1032" type="#_x0000_t202" style="position:absolute;margin-left:118.8pt;margin-top:12.9pt;width:123.15pt;height:100.8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" filled="f" strokecolor="#4aabc5" strokeweight=".84661mm">
                <v:path arrowok="t"/>
                <v:textbox inset="0,0,0,0">
                  <w:txbxContent>
                    <w:p w14:paraId="0F3CBF94"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288E4A76"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75CB6575"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7003C7B"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5</w:t>
                      </w:r>
                      <w:r>
                        <w:rPr>
                          <w:spacing w:val="-7"/>
                          <w:sz w:val="20"/>
                        </w:rPr>
                        <w:t xml:space="preserve"> </w:t>
                      </w:r>
                      <w:r>
                        <w:rPr>
                          <w:sz w:val="20"/>
                        </w:rPr>
                        <w:t>mm</w:t>
                      </w:r>
                      <w:r>
                        <w:rPr>
                          <w:spacing w:val="-1"/>
                          <w:sz w:val="20"/>
                        </w:rPr>
                        <w:t xml:space="preserve"> </w:t>
                      </w:r>
                      <w:r>
                        <w:rPr>
                          <w:spacing w:val="-2"/>
                          <w:sz w:val="20"/>
                        </w:rPr>
                        <w:t>length</w:t>
                      </w:r>
                    </w:p>
                    <w:p w14:paraId="7F1D01A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16D4CAF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i/>
          <w:noProof/>
          <w:sz w:val="24"/>
          <w:szCs w:val="24"/>
        </w:rPr>
        <mc:AlternateContent>
          <mc:Choice Requires="wps">
            <w:drawing>
              <wp:anchor distT="0" distB="0" distL="0" distR="0" simplePos="0" relativeHeight="251687424" behindDoc="1" locked="0" layoutInCell="1" allowOverlap="1" wp14:anchorId="11DF072B" wp14:editId="3422A95B">
                <wp:simplePos x="0" y="0"/>
                <wp:positionH relativeFrom="page">
                  <wp:posOffset>3989832</wp:posOffset>
                </wp:positionH>
                <wp:positionV relativeFrom="paragraph">
                  <wp:posOffset>163818</wp:posOffset>
                </wp:positionV>
                <wp:extent cx="1560830" cy="128016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7D201EDC"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544CCD0A"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2162E0DC"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95924CC"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1BE58DE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508106E5"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11DF072B" id="Textbox 94" o:spid="_x0000_s1033" type="#_x0000_t202" style="position:absolute;margin-left:314.15pt;margin-top:12.9pt;width:122.9pt;height:100.8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" filled="f" strokecolor="#4aabc5" strokeweight=".84661mm">
                <v:path arrowok="t"/>
                <v:textbox inset="0,0,0,0">
                  <w:txbxContent>
                    <w:p w14:paraId="7D201EDC" w14:textId="77777777" w:rsidR="00805ED4" w:rsidRDefault="00805ED4" w:rsidP="00805ED4">
                      <w:pPr>
                        <w:spacing w:before="72"/>
                        <w:ind w:left="144"/>
                        <w:rPr>
                          <w:b/>
                          <w:sz w:val="20"/>
                        </w:rPr>
                      </w:pPr>
                      <w:r>
                        <w:rPr>
                          <w:sz w:val="20"/>
                        </w:rPr>
                        <w:t>Extract:</w:t>
                      </w:r>
                      <w:r>
                        <w:rPr>
                          <w:spacing w:val="-5"/>
                          <w:sz w:val="20"/>
                        </w:rPr>
                        <w:t xml:space="preserve"> </w:t>
                      </w:r>
                      <w:r>
                        <w:rPr>
                          <w:b/>
                          <w:spacing w:val="-2"/>
                          <w:sz w:val="20"/>
                        </w:rPr>
                        <w:t>Ethanol</w:t>
                      </w:r>
                    </w:p>
                    <w:p w14:paraId="544CCD0A"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2162E0DC"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95924CC"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1BE58DE3"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508106E5"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2D0231D3" w14:textId="77777777" w:rsidR="00805ED4" w:rsidRPr="005962EA" w:rsidRDefault="00805ED4" w:rsidP="00805ED4">
      <w:pPr>
        <w:pStyle w:val="BodyText"/>
        <w:rPr>
          <w:rFonts w:ascii="Times New Roman" w:hAnsi="Times New Roman" w:cs="Times New Roman"/>
          <w:i/>
          <w:sz w:val="24"/>
          <w:szCs w:val="24"/>
        </w:rPr>
      </w:pPr>
    </w:p>
    <w:p w14:paraId="17EB8539" w14:textId="77777777" w:rsidR="00805ED4" w:rsidRPr="005962EA" w:rsidRDefault="00805ED4" w:rsidP="00805ED4">
      <w:pPr>
        <w:pStyle w:val="BodyText"/>
        <w:rPr>
          <w:rFonts w:ascii="Times New Roman" w:hAnsi="Times New Roman" w:cs="Times New Roman"/>
          <w:i/>
          <w:sz w:val="24"/>
          <w:szCs w:val="24"/>
        </w:rPr>
      </w:pPr>
    </w:p>
    <w:p w14:paraId="28380074" w14:textId="77777777" w:rsidR="00805ED4" w:rsidRPr="005962EA" w:rsidRDefault="00805ED4" w:rsidP="00805ED4">
      <w:pPr>
        <w:tabs>
          <w:tab w:val="left" w:pos="4965"/>
        </w:tabs>
        <w:ind w:left="976"/>
        <w:rPr>
          <w:rFonts w:ascii="Times New Roman" w:hAnsi="Times New Roman" w:cs="Times New Roman"/>
          <w:sz w:val="24"/>
          <w:szCs w:val="24"/>
        </w:rPr>
      </w:pPr>
      <w:r w:rsidRPr="005962EA">
        <w:rPr>
          <w:rFonts w:ascii="Times New Roman" w:hAnsi="Times New Roman" w:cs="Times New Roman"/>
          <w:noProof/>
          <w:sz w:val="24"/>
          <w:szCs w:val="24"/>
        </w:rPr>
        <w:drawing>
          <wp:inline distT="0" distB="0" distL="0" distR="0" wp14:anchorId="3C9A041A" wp14:editId="7B9C3827">
            <wp:extent cx="1820046" cy="1823085"/>
            <wp:effectExtent l="0" t="0" r="0" b="0"/>
            <wp:docPr id="11" name="Image 95" descr="A petri dish with a number of bacteri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95" descr="A petri dish with a number of bacteria&#10;&#10;Description automatically generated"/>
                    <pic:cNvPicPr/>
                  </pic:nvPicPr>
                  <pic:blipFill>
                    <a:blip r:embed="rId38" cstate="print"/>
                    <a:stretch>
                      <a:fillRect/>
                    </a:stretch>
                  </pic:blipFill>
                  <pic:spPr>
                    <a:xfrm>
                      <a:off x="0" y="0"/>
                      <a:ext cx="1820046"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332320C9" wp14:editId="65AD9928">
            <wp:extent cx="1817008" cy="1823085"/>
            <wp:effectExtent l="0" t="0" r="0" b="0"/>
            <wp:docPr id="12" name="Image 96" descr="A petri dish with white liqui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96" descr="A petri dish with white liquid&#10;&#10;Description automatically generated"/>
                    <pic:cNvPicPr/>
                  </pic:nvPicPr>
                  <pic:blipFill>
                    <a:blip r:embed="rId39" cstate="print"/>
                    <a:stretch>
                      <a:fillRect/>
                    </a:stretch>
                  </pic:blipFill>
                  <pic:spPr>
                    <a:xfrm>
                      <a:off x="0" y="0"/>
                      <a:ext cx="1817008" cy="1823085"/>
                    </a:xfrm>
                    <a:prstGeom prst="rect">
                      <a:avLst/>
                    </a:prstGeom>
                  </pic:spPr>
                </pic:pic>
              </a:graphicData>
            </a:graphic>
          </wp:inline>
        </w:drawing>
      </w:r>
    </w:p>
    <w:p w14:paraId="07763431" w14:textId="77777777" w:rsidR="00805ED4" w:rsidRPr="005962EA" w:rsidRDefault="00805ED4" w:rsidP="00805ED4">
      <w:pPr>
        <w:pStyle w:val="BodyText"/>
        <w:spacing w:before="37"/>
        <w:rPr>
          <w:rFonts w:ascii="Times New Roman" w:hAnsi="Times New Roman" w:cs="Times New Roman"/>
          <w:i/>
          <w:sz w:val="24"/>
          <w:szCs w:val="24"/>
        </w:rPr>
      </w:pPr>
    </w:p>
    <w:p w14:paraId="5CBCEB4E" w14:textId="77777777" w:rsidR="00805ED4" w:rsidRPr="005962EA" w:rsidRDefault="00805ED4" w:rsidP="00805ED4">
      <w:pPr>
        <w:tabs>
          <w:tab w:val="left" w:pos="3590"/>
        </w:tabs>
        <w:ind w:right="844"/>
        <w:jc w:val="center"/>
        <w:rPr>
          <w:rFonts w:ascii="Times New Roman" w:hAnsi="Times New Roman" w:cs="Times New Roman"/>
          <w:i/>
          <w:sz w:val="24"/>
          <w:szCs w:val="24"/>
        </w:rPr>
      </w:pPr>
      <w:r w:rsidRPr="005962EA">
        <w:rPr>
          <w:rFonts w:ascii="Times New Roman" w:hAnsi="Times New Roman" w:cs="Times New Roman"/>
          <w:i/>
          <w:sz w:val="24"/>
          <w:szCs w:val="24"/>
        </w:rPr>
        <w:t>Klebsiella</w:t>
      </w:r>
      <w:r w:rsidRPr="005962EA">
        <w:rPr>
          <w:rFonts w:ascii="Times New Roman" w:hAnsi="Times New Roman" w:cs="Times New Roman"/>
          <w:i/>
          <w:spacing w:val="-9"/>
          <w:sz w:val="24"/>
          <w:szCs w:val="24"/>
        </w:rPr>
        <w:t xml:space="preserve"> </w:t>
      </w:r>
      <w:r w:rsidRPr="005962EA">
        <w:rPr>
          <w:rFonts w:ascii="Times New Roman" w:hAnsi="Times New Roman" w:cs="Times New Roman"/>
          <w:spacing w:val="-4"/>
          <w:sz w:val="24"/>
          <w:szCs w:val="24"/>
        </w:rPr>
        <w:t>spp.</w:t>
      </w:r>
      <w:r w:rsidRPr="005962EA">
        <w:rPr>
          <w:rFonts w:ascii="Times New Roman" w:hAnsi="Times New Roman" w:cs="Times New Roman"/>
          <w:sz w:val="24"/>
          <w:szCs w:val="24"/>
        </w:rPr>
        <w:tab/>
      </w:r>
      <w:r w:rsidRPr="005962EA">
        <w:rPr>
          <w:rFonts w:ascii="Times New Roman" w:hAnsi="Times New Roman" w:cs="Times New Roman"/>
          <w:i/>
          <w:sz w:val="24"/>
          <w:szCs w:val="24"/>
        </w:rPr>
        <w:t>Proteus</w:t>
      </w:r>
      <w:r w:rsidRPr="005962EA">
        <w:rPr>
          <w:rFonts w:ascii="Times New Roman" w:hAnsi="Times New Roman" w:cs="Times New Roman"/>
          <w:i/>
          <w:spacing w:val="-5"/>
          <w:sz w:val="24"/>
          <w:szCs w:val="24"/>
        </w:rPr>
        <w:t xml:space="preserve"> </w:t>
      </w:r>
      <w:r w:rsidRPr="005962EA">
        <w:rPr>
          <w:rFonts w:ascii="Times New Roman" w:hAnsi="Times New Roman" w:cs="Times New Roman"/>
          <w:i/>
          <w:spacing w:val="-2"/>
          <w:sz w:val="24"/>
          <w:szCs w:val="24"/>
        </w:rPr>
        <w:t>mirabilis</w:t>
      </w:r>
    </w:p>
    <w:p w14:paraId="569BEF51" w14:textId="77777777" w:rsidR="00805ED4" w:rsidRPr="005962EA" w:rsidRDefault="00805ED4" w:rsidP="00805ED4">
      <w:pPr>
        <w:pStyle w:val="BodyText"/>
        <w:spacing w:before="4"/>
        <w:rPr>
          <w:rFonts w:ascii="Times New Roman" w:hAnsi="Times New Roman" w:cs="Times New Roman"/>
          <w:i/>
          <w:sz w:val="24"/>
          <w:szCs w:val="24"/>
        </w:rPr>
      </w:pPr>
      <w:r w:rsidRPr="005962EA">
        <w:rPr>
          <w:rFonts w:ascii="Times New Roman" w:hAnsi="Times New Roman" w:cs="Times New Roman"/>
          <w:i/>
          <w:noProof/>
          <w:sz w:val="24"/>
          <w:szCs w:val="24"/>
        </w:rPr>
        <w:lastRenderedPageBreak/>
        <mc:AlternateContent>
          <mc:Choice Requires="wps">
            <w:drawing>
              <wp:anchor distT="0" distB="0" distL="0" distR="0" simplePos="0" relativeHeight="251713024" behindDoc="1" locked="0" layoutInCell="1" allowOverlap="1" wp14:anchorId="4FD98113" wp14:editId="6639A52B">
                <wp:simplePos x="0" y="0"/>
                <wp:positionH relativeFrom="page">
                  <wp:posOffset>1517903</wp:posOffset>
                </wp:positionH>
                <wp:positionV relativeFrom="paragraph">
                  <wp:posOffset>143024</wp:posOffset>
                </wp:positionV>
                <wp:extent cx="1560830" cy="1280160"/>
                <wp:effectExtent l="0" t="0" r="0" b="0"/>
                <wp:wrapTopAndBottom/>
                <wp:docPr id="4"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4162A776"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0BF25D9" w14:textId="77777777" w:rsidR="00805ED4" w:rsidRDefault="00805ED4" w:rsidP="00805ED4">
                            <w:pPr>
                              <w:spacing w:before="34" w:line="280" w:lineRule="auto"/>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17 mm length</w:t>
                            </w:r>
                          </w:p>
                          <w:p w14:paraId="401BB05A" w14:textId="77777777" w:rsidR="00805ED4" w:rsidRDefault="00805ED4" w:rsidP="00805ED4">
                            <w:pPr>
                              <w:spacing w:line="225"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1494138"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257BC16"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D7816B"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4FD98113" id="Textbox 97" o:spid="_x0000_s1034" type="#_x0000_t202" style="position:absolute;margin-left:119.5pt;margin-top:11.25pt;width:122.9pt;height:100.8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" filled="f" strokecolor="#4aabc5" strokeweight=".84661mm">
                <v:path arrowok="t"/>
                <v:textbox inset="0,0,0,0">
                  <w:txbxContent>
                    <w:p w14:paraId="4162A776"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0BF25D9" w14:textId="77777777" w:rsidR="00805ED4" w:rsidRDefault="00805ED4" w:rsidP="00805ED4">
                      <w:pPr>
                        <w:spacing w:before="34" w:line="280" w:lineRule="auto"/>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17 mm length</w:t>
                      </w:r>
                    </w:p>
                    <w:p w14:paraId="401BB05A" w14:textId="77777777" w:rsidR="00805ED4" w:rsidRDefault="00805ED4" w:rsidP="00805ED4">
                      <w:pPr>
                        <w:spacing w:line="225"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01494138"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257BC16"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AD7816B"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i/>
          <w:noProof/>
          <w:sz w:val="24"/>
          <w:szCs w:val="24"/>
        </w:rPr>
        <mc:AlternateContent>
          <mc:Choice Requires="wps">
            <w:drawing>
              <wp:anchor distT="0" distB="0" distL="0" distR="0" simplePos="0" relativeHeight="251716096" behindDoc="1" locked="0" layoutInCell="1" allowOverlap="1" wp14:anchorId="4C8258B5" wp14:editId="3F91FBC9">
                <wp:simplePos x="0" y="0"/>
                <wp:positionH relativeFrom="page">
                  <wp:posOffset>4093464</wp:posOffset>
                </wp:positionH>
                <wp:positionV relativeFrom="paragraph">
                  <wp:posOffset>143024</wp:posOffset>
                </wp:positionV>
                <wp:extent cx="1564005" cy="1280160"/>
                <wp:effectExtent l="0" t="0" r="0" b="0"/>
                <wp:wrapTopAndBottom/>
                <wp:docPr id="5"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9E5C353"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3E8323FD" w14:textId="77777777" w:rsidR="00805ED4" w:rsidRDefault="00805ED4" w:rsidP="00805ED4">
                            <w:pPr>
                              <w:spacing w:before="34" w:line="280" w:lineRule="auto"/>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8087CC6" w14:textId="77777777" w:rsidR="00805ED4" w:rsidRDefault="00805ED4" w:rsidP="00805ED4">
                            <w:pPr>
                              <w:spacing w:line="225" w:lineRule="exact"/>
                              <w:ind w:left="148"/>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8A785EF" w14:textId="77777777" w:rsidR="00805ED4" w:rsidRDefault="00805ED4" w:rsidP="00805ED4">
                            <w:pPr>
                              <w:spacing w:before="34"/>
                              <w:ind w:left="148"/>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14</w:t>
                            </w:r>
                            <w:r>
                              <w:rPr>
                                <w:spacing w:val="-4"/>
                                <w:sz w:val="20"/>
                              </w:rPr>
                              <w:t xml:space="preserve"> </w:t>
                            </w:r>
                            <w:r>
                              <w:rPr>
                                <w:sz w:val="20"/>
                              </w:rPr>
                              <w:t>mm</w:t>
                            </w:r>
                            <w:r>
                              <w:rPr>
                                <w:spacing w:val="-2"/>
                                <w:sz w:val="20"/>
                              </w:rPr>
                              <w:t xml:space="preserve"> length</w:t>
                            </w:r>
                          </w:p>
                          <w:p w14:paraId="1DC9D8AD"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38A16D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4C8258B5" id="Textbox 98" o:spid="_x0000_s1035" type="#_x0000_t202" style="position:absolute;margin-left:322.3pt;margin-top:11.25pt;width:123.15pt;height:100.8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" filled="f" strokecolor="#4aabc5" strokeweight=".84661mm">
                <v:path arrowok="t"/>
                <v:textbox inset="0,0,0,0">
                  <w:txbxContent>
                    <w:p w14:paraId="39E5C353"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3E8323FD" w14:textId="77777777" w:rsidR="00805ED4" w:rsidRDefault="00805ED4" w:rsidP="00805ED4">
                      <w:pPr>
                        <w:spacing w:before="34" w:line="280" w:lineRule="auto"/>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8087CC6" w14:textId="77777777" w:rsidR="00805ED4" w:rsidRDefault="00805ED4" w:rsidP="00805ED4">
                      <w:pPr>
                        <w:spacing w:line="225" w:lineRule="exact"/>
                        <w:ind w:left="148"/>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8A785EF" w14:textId="77777777" w:rsidR="00805ED4" w:rsidRDefault="00805ED4" w:rsidP="00805ED4">
                      <w:pPr>
                        <w:spacing w:before="34"/>
                        <w:ind w:left="148"/>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14</w:t>
                      </w:r>
                      <w:r>
                        <w:rPr>
                          <w:spacing w:val="-4"/>
                          <w:sz w:val="20"/>
                        </w:rPr>
                        <w:t xml:space="preserve"> </w:t>
                      </w:r>
                      <w:r>
                        <w:rPr>
                          <w:sz w:val="20"/>
                        </w:rPr>
                        <w:t>mm</w:t>
                      </w:r>
                      <w:r>
                        <w:rPr>
                          <w:spacing w:val="-2"/>
                          <w:sz w:val="20"/>
                        </w:rPr>
                        <w:t xml:space="preserve"> length</w:t>
                      </w:r>
                    </w:p>
                    <w:p w14:paraId="1DC9D8AD"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38A16D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2FECA21B" w14:textId="77777777" w:rsidR="00805ED4" w:rsidRPr="005962EA" w:rsidRDefault="00805ED4" w:rsidP="00805ED4">
      <w:pPr>
        <w:pStyle w:val="BodyText"/>
        <w:rPr>
          <w:rFonts w:ascii="Times New Roman" w:hAnsi="Times New Roman" w:cs="Times New Roman"/>
          <w:i/>
          <w:sz w:val="24"/>
          <w:szCs w:val="24"/>
        </w:rPr>
      </w:pPr>
    </w:p>
    <w:p w14:paraId="2413C3B2" w14:textId="77777777" w:rsidR="00805ED4" w:rsidRPr="005962EA" w:rsidRDefault="00805ED4" w:rsidP="00805ED4">
      <w:pPr>
        <w:pStyle w:val="BodyText"/>
        <w:spacing w:before="121"/>
        <w:rPr>
          <w:rFonts w:ascii="Times New Roman" w:hAnsi="Times New Roman" w:cs="Times New Roman"/>
          <w:i/>
          <w:sz w:val="24"/>
          <w:szCs w:val="24"/>
        </w:rPr>
      </w:pPr>
      <w:r w:rsidRPr="005962EA">
        <w:rPr>
          <w:rFonts w:ascii="Times New Roman" w:hAnsi="Times New Roman" w:cs="Times New Roman"/>
          <w:i/>
          <w:noProof/>
          <w:sz w:val="24"/>
          <w:szCs w:val="24"/>
        </w:rPr>
        <w:drawing>
          <wp:anchor distT="0" distB="0" distL="0" distR="0" simplePos="0" relativeHeight="251719168" behindDoc="1" locked="0" layoutInCell="1" allowOverlap="1" wp14:anchorId="5E75144D" wp14:editId="4C98B659">
            <wp:simplePos x="0" y="0"/>
            <wp:positionH relativeFrom="page">
              <wp:posOffset>1447800</wp:posOffset>
            </wp:positionH>
            <wp:positionV relativeFrom="paragraph">
              <wp:posOffset>238543</wp:posOffset>
            </wp:positionV>
            <wp:extent cx="1817008" cy="1823085"/>
            <wp:effectExtent l="0" t="0" r="0" b="0"/>
            <wp:wrapTopAndBottom/>
            <wp:docPr id="13" name="Image 99" descr="A close-up of a petri dis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99" descr="A close-up of a petri dish&#10;&#10;Description automatically generated"/>
                    <pic:cNvPicPr/>
                  </pic:nvPicPr>
                  <pic:blipFill>
                    <a:blip r:embed="rId40" cstate="print"/>
                    <a:stretch>
                      <a:fillRect/>
                    </a:stretch>
                  </pic:blipFill>
                  <pic:spPr>
                    <a:xfrm>
                      <a:off x="0" y="0"/>
                      <a:ext cx="1817008" cy="1823085"/>
                    </a:xfrm>
                    <a:prstGeom prst="rect">
                      <a:avLst/>
                    </a:prstGeom>
                  </pic:spPr>
                </pic:pic>
              </a:graphicData>
            </a:graphic>
          </wp:anchor>
        </w:drawing>
      </w:r>
      <w:r w:rsidRPr="005962EA">
        <w:rPr>
          <w:rFonts w:ascii="Times New Roman" w:hAnsi="Times New Roman" w:cs="Times New Roman"/>
          <w:i/>
          <w:noProof/>
          <w:sz w:val="24"/>
          <w:szCs w:val="24"/>
        </w:rPr>
        <w:drawing>
          <wp:anchor distT="0" distB="0" distL="0" distR="0" simplePos="0" relativeHeight="251722240" behindDoc="1" locked="0" layoutInCell="1" allowOverlap="1" wp14:anchorId="19984F26" wp14:editId="03211DFB">
            <wp:simplePos x="0" y="0"/>
            <wp:positionH relativeFrom="page">
              <wp:posOffset>4038600</wp:posOffset>
            </wp:positionH>
            <wp:positionV relativeFrom="paragraph">
              <wp:posOffset>238543</wp:posOffset>
            </wp:positionV>
            <wp:extent cx="1835238" cy="1823085"/>
            <wp:effectExtent l="0" t="0" r="0" b="0"/>
            <wp:wrapTopAndBottom/>
            <wp:docPr id="14" name="Image 100" descr="A petri dish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00" descr="A petri dish with white substance&#10;&#10;Description automatically generated"/>
                    <pic:cNvPicPr/>
                  </pic:nvPicPr>
                  <pic:blipFill>
                    <a:blip r:embed="rId41" cstate="print"/>
                    <a:stretch>
                      <a:fillRect/>
                    </a:stretch>
                  </pic:blipFill>
                  <pic:spPr>
                    <a:xfrm>
                      <a:off x="0" y="0"/>
                      <a:ext cx="1835238" cy="1823085"/>
                    </a:xfrm>
                    <a:prstGeom prst="rect">
                      <a:avLst/>
                    </a:prstGeom>
                  </pic:spPr>
                </pic:pic>
              </a:graphicData>
            </a:graphic>
          </wp:anchor>
        </w:drawing>
      </w:r>
    </w:p>
    <w:p w14:paraId="25474DFF" w14:textId="77777777" w:rsidR="00805ED4" w:rsidRPr="005962EA" w:rsidRDefault="00805ED4" w:rsidP="00805ED4">
      <w:pPr>
        <w:pStyle w:val="BodyText"/>
        <w:spacing w:before="22"/>
        <w:rPr>
          <w:rFonts w:ascii="Times New Roman" w:hAnsi="Times New Roman" w:cs="Times New Roman"/>
          <w:i/>
          <w:sz w:val="24"/>
          <w:szCs w:val="24"/>
        </w:rPr>
      </w:pPr>
    </w:p>
    <w:p w14:paraId="3B87EA4E" w14:textId="77777777" w:rsidR="00805ED4" w:rsidRPr="005962EA" w:rsidRDefault="00805ED4" w:rsidP="00805ED4">
      <w:pPr>
        <w:tabs>
          <w:tab w:val="left" w:pos="4430"/>
        </w:tabs>
        <w:ind w:right="864"/>
        <w:jc w:val="center"/>
        <w:rPr>
          <w:rFonts w:ascii="Times New Roman" w:hAnsi="Times New Roman" w:cs="Times New Roman"/>
          <w:sz w:val="24"/>
          <w:szCs w:val="24"/>
        </w:rPr>
      </w:pPr>
      <w:r w:rsidRPr="005962EA">
        <w:rPr>
          <w:rFonts w:ascii="Times New Roman" w:hAnsi="Times New Roman" w:cs="Times New Roman"/>
          <w:i/>
          <w:sz w:val="24"/>
          <w:szCs w:val="24"/>
        </w:rPr>
        <w:t>Enterococcus</w:t>
      </w:r>
      <w:r w:rsidRPr="005962EA">
        <w:rPr>
          <w:rFonts w:ascii="Times New Roman" w:hAnsi="Times New Roman" w:cs="Times New Roman"/>
          <w:i/>
          <w:spacing w:val="-11"/>
          <w:sz w:val="24"/>
          <w:szCs w:val="24"/>
        </w:rPr>
        <w:t xml:space="preserve"> </w:t>
      </w:r>
      <w:r w:rsidRPr="005962EA">
        <w:rPr>
          <w:rFonts w:ascii="Times New Roman" w:hAnsi="Times New Roman" w:cs="Times New Roman"/>
          <w:i/>
          <w:sz w:val="24"/>
          <w:szCs w:val="24"/>
        </w:rPr>
        <w:t>faecalis</w:t>
      </w:r>
      <w:r w:rsidRPr="005962EA">
        <w:rPr>
          <w:rFonts w:ascii="Times New Roman" w:hAnsi="Times New Roman" w:cs="Times New Roman"/>
          <w:i/>
          <w:spacing w:val="-11"/>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15036)</w:t>
      </w:r>
      <w:r w:rsidRPr="005962EA">
        <w:rPr>
          <w:rFonts w:ascii="Times New Roman" w:hAnsi="Times New Roman" w:cs="Times New Roman"/>
          <w:sz w:val="24"/>
          <w:szCs w:val="24"/>
        </w:rPr>
        <w:tab/>
      </w:r>
      <w:r w:rsidRPr="005962EA">
        <w:rPr>
          <w:rFonts w:ascii="Times New Roman" w:hAnsi="Times New Roman" w:cs="Times New Roman"/>
          <w:i/>
          <w:sz w:val="24"/>
          <w:szCs w:val="24"/>
        </w:rPr>
        <w:t>Bacillus</w:t>
      </w:r>
      <w:r w:rsidRPr="005962EA">
        <w:rPr>
          <w:rFonts w:ascii="Times New Roman" w:hAnsi="Times New Roman" w:cs="Times New Roman"/>
          <w:i/>
          <w:spacing w:val="-7"/>
          <w:sz w:val="24"/>
          <w:szCs w:val="24"/>
        </w:rPr>
        <w:t xml:space="preserve"> </w:t>
      </w:r>
      <w:r w:rsidRPr="005962EA">
        <w:rPr>
          <w:rFonts w:ascii="Times New Roman" w:hAnsi="Times New Roman" w:cs="Times New Roman"/>
          <w:i/>
          <w:sz w:val="24"/>
          <w:szCs w:val="24"/>
        </w:rPr>
        <w:t>cereus</w:t>
      </w:r>
      <w:r w:rsidRPr="005962EA">
        <w:rPr>
          <w:rFonts w:ascii="Times New Roman" w:hAnsi="Times New Roman" w:cs="Times New Roman"/>
          <w:i/>
          <w:spacing w:val="-7"/>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12856)</w:t>
      </w:r>
    </w:p>
    <w:p w14:paraId="683494CA" w14:textId="77777777" w:rsidR="00805ED4" w:rsidRPr="005962EA" w:rsidRDefault="00805ED4" w:rsidP="00805ED4">
      <w:pPr>
        <w:pStyle w:val="BodyText"/>
        <w:spacing w:before="7"/>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725312" behindDoc="1" locked="0" layoutInCell="1" allowOverlap="1" wp14:anchorId="2887CA00" wp14:editId="7C5D3518">
                <wp:simplePos x="0" y="0"/>
                <wp:positionH relativeFrom="page">
                  <wp:posOffset>1569719</wp:posOffset>
                </wp:positionH>
                <wp:positionV relativeFrom="paragraph">
                  <wp:posOffset>173660</wp:posOffset>
                </wp:positionV>
                <wp:extent cx="1564005" cy="1280160"/>
                <wp:effectExtent l="0" t="0" r="0" b="0"/>
                <wp:wrapTopAndBottom/>
                <wp:docPr id="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18A3A73B"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5953492A"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6B2ABC14"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17E33B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192D569"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912067F"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2887CA00" id="Textbox 101" o:spid="_x0000_s1036" type="#_x0000_t202" style="position:absolute;margin-left:123.6pt;margin-top:13.65pt;width:123.15pt;height:100.8pt;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" filled="f" strokecolor="#4aabc5" strokeweight=".84661mm">
                <v:path arrowok="t"/>
                <v:textbox inset="0,0,0,0">
                  <w:txbxContent>
                    <w:p w14:paraId="18A3A73B"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5953492A"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0 mm length</w:t>
                      </w:r>
                    </w:p>
                    <w:p w14:paraId="6B2ABC14" w14:textId="77777777" w:rsidR="00805ED4" w:rsidRDefault="00805ED4" w:rsidP="00805ED4">
                      <w:pPr>
                        <w:spacing w:line="229" w:lineRule="exact"/>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617E33B7"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4192D569"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3912067F"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mc:AlternateContent>
          <mc:Choice Requires="wps">
            <w:drawing>
              <wp:anchor distT="0" distB="0" distL="0" distR="0" simplePos="0" relativeHeight="251728384" behindDoc="1" locked="0" layoutInCell="1" allowOverlap="1" wp14:anchorId="1ECADB6C" wp14:editId="675081E4">
                <wp:simplePos x="0" y="0"/>
                <wp:positionH relativeFrom="page">
                  <wp:posOffset>4203191</wp:posOffset>
                </wp:positionH>
                <wp:positionV relativeFrom="paragraph">
                  <wp:posOffset>173660</wp:posOffset>
                </wp:positionV>
                <wp:extent cx="1560830" cy="1280160"/>
                <wp:effectExtent l="0" t="0" r="0" b="0"/>
                <wp:wrapTopAndBottom/>
                <wp:docPr id="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453B241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8E4C880"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4BEC7BD0" w14:textId="77777777" w:rsidR="00805ED4" w:rsidRDefault="00805ED4" w:rsidP="00805ED4">
                            <w:pPr>
                              <w:spacing w:line="229" w:lineRule="exact"/>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4A56C5EF"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13</w:t>
                            </w:r>
                            <w:r>
                              <w:rPr>
                                <w:spacing w:val="-4"/>
                                <w:sz w:val="20"/>
                              </w:rPr>
                              <w:t xml:space="preserve"> </w:t>
                            </w:r>
                            <w:r>
                              <w:rPr>
                                <w:sz w:val="20"/>
                              </w:rPr>
                              <w:t>mm</w:t>
                            </w:r>
                            <w:r>
                              <w:rPr>
                                <w:spacing w:val="-2"/>
                                <w:sz w:val="20"/>
                              </w:rPr>
                              <w:t xml:space="preserve"> length</w:t>
                            </w:r>
                          </w:p>
                          <w:p w14:paraId="7DF446D3" w14:textId="77777777" w:rsidR="00805ED4" w:rsidRDefault="00805ED4" w:rsidP="00805ED4">
                            <w:pPr>
                              <w:spacing w:before="34"/>
                              <w:ind w:left="144"/>
                              <w:rPr>
                                <w:sz w:val="20"/>
                              </w:rPr>
                            </w:pPr>
                            <w:r>
                              <w:rPr>
                                <w:sz w:val="20"/>
                              </w:rPr>
                              <w:t>7:</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1F4E072A"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3"/>
                                <w:sz w:val="20"/>
                              </w:rPr>
                              <w:t xml:space="preserve"> </w:t>
                            </w:r>
                            <w:r>
                              <w:rPr>
                                <w:sz w:val="20"/>
                              </w:rPr>
                              <w:t>mm</w:t>
                            </w:r>
                            <w:r>
                              <w:rPr>
                                <w:spacing w:val="-2"/>
                                <w:sz w:val="20"/>
                              </w:rPr>
                              <w:t xml:space="preserve"> length</w:t>
                            </w:r>
                          </w:p>
                        </w:txbxContent>
                      </wps:txbx>
                      <wps:bodyPr wrap="square" lIns="0" tIns="0" rIns="0" bIns="0" rtlCol="0">
                        <a:noAutofit/>
                      </wps:bodyPr>
                    </wps:wsp>
                  </a:graphicData>
                </a:graphic>
              </wp:anchor>
            </w:drawing>
          </mc:Choice>
          <mc:Fallback>
            <w:pict>
              <v:shape w14:anchorId="1ECADB6C" id="Textbox 102" o:spid="_x0000_s1037" type="#_x0000_t202" style="position:absolute;margin-left:330.95pt;margin-top:13.65pt;width:122.9pt;height:100.8pt;z-index:-25158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" filled="f" strokecolor="#4aabc5" strokeweight=".84661mm">
                <v:path arrowok="t"/>
                <v:textbox inset="0,0,0,0">
                  <w:txbxContent>
                    <w:p w14:paraId="453B241A"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8E4C880" w14:textId="77777777" w:rsidR="00805ED4" w:rsidRDefault="00805ED4" w:rsidP="00805ED4">
                      <w:pPr>
                        <w:spacing w:before="39"/>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4BEC7BD0" w14:textId="77777777" w:rsidR="00805ED4" w:rsidRDefault="00805ED4" w:rsidP="00805ED4">
                      <w:pPr>
                        <w:spacing w:line="229" w:lineRule="exact"/>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4A56C5EF"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13</w:t>
                      </w:r>
                      <w:r>
                        <w:rPr>
                          <w:spacing w:val="-4"/>
                          <w:sz w:val="20"/>
                        </w:rPr>
                        <w:t xml:space="preserve"> </w:t>
                      </w:r>
                      <w:r>
                        <w:rPr>
                          <w:sz w:val="20"/>
                        </w:rPr>
                        <w:t>mm</w:t>
                      </w:r>
                      <w:r>
                        <w:rPr>
                          <w:spacing w:val="-2"/>
                          <w:sz w:val="20"/>
                        </w:rPr>
                        <w:t xml:space="preserve"> length</w:t>
                      </w:r>
                    </w:p>
                    <w:p w14:paraId="7DF446D3" w14:textId="77777777" w:rsidR="00805ED4" w:rsidRDefault="00805ED4" w:rsidP="00805ED4">
                      <w:pPr>
                        <w:spacing w:before="34"/>
                        <w:ind w:left="144"/>
                        <w:rPr>
                          <w:sz w:val="20"/>
                        </w:rPr>
                      </w:pPr>
                      <w:r>
                        <w:rPr>
                          <w:sz w:val="20"/>
                        </w:rPr>
                        <w:t>7:</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1F4E072A"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3"/>
                          <w:sz w:val="20"/>
                        </w:rPr>
                        <w:t xml:space="preserve"> </w:t>
                      </w:r>
                      <w:r>
                        <w:rPr>
                          <w:sz w:val="20"/>
                        </w:rPr>
                        <w:t>mm</w:t>
                      </w:r>
                      <w:r>
                        <w:rPr>
                          <w:spacing w:val="-2"/>
                          <w:sz w:val="20"/>
                        </w:rPr>
                        <w:t xml:space="preserve"> length</w:t>
                      </w:r>
                    </w:p>
                  </w:txbxContent>
                </v:textbox>
                <w10:wrap type="topAndBottom" anchorx="page"/>
              </v:shape>
            </w:pict>
          </mc:Fallback>
        </mc:AlternateContent>
      </w:r>
    </w:p>
    <w:p w14:paraId="373BC1CB" w14:textId="77777777" w:rsidR="00805ED4" w:rsidRPr="005962EA" w:rsidRDefault="00805ED4" w:rsidP="00805ED4">
      <w:pPr>
        <w:pStyle w:val="BodyText"/>
        <w:rPr>
          <w:rFonts w:ascii="Times New Roman" w:hAnsi="Times New Roman" w:cs="Times New Roman"/>
          <w:sz w:val="24"/>
          <w:szCs w:val="24"/>
        </w:rPr>
      </w:pPr>
    </w:p>
    <w:p w14:paraId="72C866A1" w14:textId="77777777" w:rsidR="00805ED4" w:rsidRPr="005962EA" w:rsidRDefault="00805ED4" w:rsidP="00805ED4">
      <w:pPr>
        <w:tabs>
          <w:tab w:val="left" w:pos="5027"/>
        </w:tabs>
        <w:ind w:left="1053"/>
        <w:rPr>
          <w:rFonts w:ascii="Times New Roman" w:hAnsi="Times New Roman" w:cs="Times New Roman"/>
          <w:sz w:val="24"/>
          <w:szCs w:val="24"/>
        </w:rPr>
      </w:pPr>
      <w:r w:rsidRPr="005962EA">
        <w:rPr>
          <w:rFonts w:ascii="Times New Roman" w:hAnsi="Times New Roman" w:cs="Times New Roman"/>
          <w:noProof/>
          <w:sz w:val="24"/>
          <w:szCs w:val="24"/>
        </w:rPr>
        <w:lastRenderedPageBreak/>
        <w:drawing>
          <wp:inline distT="0" distB="0" distL="0" distR="0" wp14:anchorId="169408DC" wp14:editId="48248B28">
            <wp:extent cx="1835238" cy="1823085"/>
            <wp:effectExtent l="0" t="0" r="0" b="0"/>
            <wp:docPr id="15" name="Image 103" descr="A petri dish with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03" descr="A petri dish with black text&#10;&#10;Description automatically generated"/>
                    <pic:cNvPicPr/>
                  </pic:nvPicPr>
                  <pic:blipFill>
                    <a:blip r:embed="rId42" cstate="print"/>
                    <a:stretch>
                      <a:fillRect/>
                    </a:stretch>
                  </pic:blipFill>
                  <pic:spPr>
                    <a:xfrm>
                      <a:off x="0" y="0"/>
                      <a:ext cx="1835238" cy="1823085"/>
                    </a:xfrm>
                    <a:prstGeom prst="rect">
                      <a:avLst/>
                    </a:prstGeom>
                  </pic:spPr>
                </pic:pic>
              </a:graphicData>
            </a:graphic>
          </wp:inline>
        </w:drawing>
      </w:r>
      <w:r w:rsidRPr="005962EA">
        <w:rPr>
          <w:rFonts w:ascii="Times New Roman" w:hAnsi="Times New Roman" w:cs="Times New Roman"/>
          <w:sz w:val="24"/>
          <w:szCs w:val="24"/>
        </w:rPr>
        <w:tab/>
      </w:r>
      <w:r w:rsidRPr="005962EA">
        <w:rPr>
          <w:rFonts w:ascii="Times New Roman" w:hAnsi="Times New Roman" w:cs="Times New Roman"/>
          <w:noProof/>
          <w:sz w:val="24"/>
          <w:szCs w:val="24"/>
        </w:rPr>
        <w:drawing>
          <wp:inline distT="0" distB="0" distL="0" distR="0" wp14:anchorId="3CFB4FF4" wp14:editId="103715FD">
            <wp:extent cx="1892969" cy="1823085"/>
            <wp:effectExtent l="0" t="0" r="0" b="0"/>
            <wp:docPr id="16" name="Image 104" descr="A petri dish with white subst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04" descr="A petri dish with white substance&#10;&#10;Description automatically generated"/>
                    <pic:cNvPicPr/>
                  </pic:nvPicPr>
                  <pic:blipFill>
                    <a:blip r:embed="rId43" cstate="print"/>
                    <a:stretch>
                      <a:fillRect/>
                    </a:stretch>
                  </pic:blipFill>
                  <pic:spPr>
                    <a:xfrm>
                      <a:off x="0" y="0"/>
                      <a:ext cx="1892969" cy="1823085"/>
                    </a:xfrm>
                    <a:prstGeom prst="rect">
                      <a:avLst/>
                    </a:prstGeom>
                  </pic:spPr>
                </pic:pic>
              </a:graphicData>
            </a:graphic>
          </wp:inline>
        </w:drawing>
      </w:r>
    </w:p>
    <w:p w14:paraId="0D1627CD" w14:textId="77777777" w:rsidR="00805ED4" w:rsidRPr="005962EA" w:rsidRDefault="00805ED4" w:rsidP="00805ED4">
      <w:pPr>
        <w:pStyle w:val="BodyText"/>
        <w:spacing w:before="27"/>
        <w:rPr>
          <w:rFonts w:ascii="Times New Roman" w:hAnsi="Times New Roman" w:cs="Times New Roman"/>
          <w:sz w:val="24"/>
          <w:szCs w:val="24"/>
        </w:rPr>
      </w:pPr>
    </w:p>
    <w:p w14:paraId="260199F3" w14:textId="60A20D8D" w:rsidR="00805ED4" w:rsidRPr="005962EA" w:rsidRDefault="00805ED4" w:rsidP="00805ED4">
      <w:pPr>
        <w:tabs>
          <w:tab w:val="left" w:pos="5084"/>
        </w:tabs>
        <w:ind w:left="1201"/>
        <w:rPr>
          <w:rFonts w:ascii="Times New Roman" w:hAnsi="Times New Roman" w:cs="Times New Roman"/>
          <w:sz w:val="24"/>
          <w:szCs w:val="24"/>
        </w:rPr>
      </w:pPr>
      <w:r w:rsidRPr="005962EA">
        <w:rPr>
          <w:rFonts w:ascii="Times New Roman" w:hAnsi="Times New Roman" w:cs="Times New Roman"/>
          <w:i/>
          <w:sz w:val="24"/>
          <w:szCs w:val="24"/>
        </w:rPr>
        <w:t>Streptococcus</w:t>
      </w:r>
      <w:r w:rsidRPr="005962EA">
        <w:rPr>
          <w:rFonts w:ascii="Times New Roman" w:hAnsi="Times New Roman" w:cs="Times New Roman"/>
          <w:i/>
          <w:spacing w:val="-5"/>
          <w:sz w:val="24"/>
          <w:szCs w:val="24"/>
        </w:rPr>
        <w:t xml:space="preserve"> </w:t>
      </w:r>
      <w:proofErr w:type="spellStart"/>
      <w:r w:rsidRPr="005962EA">
        <w:rPr>
          <w:rFonts w:ascii="Times New Roman" w:hAnsi="Times New Roman" w:cs="Times New Roman"/>
          <w:i/>
          <w:sz w:val="24"/>
          <w:szCs w:val="24"/>
        </w:rPr>
        <w:t>mutans</w:t>
      </w:r>
      <w:proofErr w:type="spellEnd"/>
      <w:r w:rsidRPr="005962EA">
        <w:rPr>
          <w:rFonts w:ascii="Times New Roman" w:hAnsi="Times New Roman" w:cs="Times New Roman"/>
          <w:i/>
          <w:spacing w:val="-10"/>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4"/>
          <w:sz w:val="24"/>
          <w:szCs w:val="24"/>
        </w:rPr>
        <w:t>497)</w:t>
      </w:r>
      <w:r w:rsidRPr="005962EA">
        <w:rPr>
          <w:rFonts w:ascii="Times New Roman" w:hAnsi="Times New Roman" w:cs="Times New Roman"/>
          <w:sz w:val="24"/>
          <w:szCs w:val="24"/>
        </w:rPr>
        <w:tab/>
      </w:r>
      <w:r w:rsidRPr="005962EA">
        <w:rPr>
          <w:rFonts w:ascii="Times New Roman" w:hAnsi="Times New Roman" w:cs="Times New Roman"/>
          <w:i/>
          <w:sz w:val="24"/>
          <w:szCs w:val="24"/>
        </w:rPr>
        <w:t>Staphylococcus</w:t>
      </w:r>
      <w:r w:rsidRPr="005962EA">
        <w:rPr>
          <w:rFonts w:ascii="Times New Roman" w:hAnsi="Times New Roman" w:cs="Times New Roman"/>
          <w:i/>
          <w:spacing w:val="-10"/>
          <w:sz w:val="24"/>
          <w:szCs w:val="24"/>
        </w:rPr>
        <w:t xml:space="preserve"> </w:t>
      </w:r>
      <w:r w:rsidRPr="005962EA">
        <w:rPr>
          <w:rFonts w:ascii="Times New Roman" w:hAnsi="Times New Roman" w:cs="Times New Roman"/>
          <w:i/>
          <w:sz w:val="24"/>
          <w:szCs w:val="24"/>
        </w:rPr>
        <w:t>aureus</w:t>
      </w:r>
      <w:r w:rsidRPr="005962EA">
        <w:rPr>
          <w:rFonts w:ascii="Times New Roman" w:hAnsi="Times New Roman" w:cs="Times New Roman"/>
          <w:i/>
          <w:spacing w:val="-9"/>
          <w:sz w:val="24"/>
          <w:szCs w:val="24"/>
        </w:rPr>
        <w:t xml:space="preserve"> </w:t>
      </w:r>
      <w:r w:rsidRPr="005962EA">
        <w:rPr>
          <w:rFonts w:ascii="Times New Roman" w:hAnsi="Times New Roman" w:cs="Times New Roman"/>
          <w:sz w:val="24"/>
          <w:szCs w:val="24"/>
        </w:rPr>
        <w:t>(MTCC-</w:t>
      </w:r>
      <w:r w:rsidRPr="005962EA">
        <w:rPr>
          <w:rFonts w:ascii="Times New Roman" w:hAnsi="Times New Roman" w:cs="Times New Roman"/>
          <w:spacing w:val="-2"/>
          <w:sz w:val="24"/>
          <w:szCs w:val="24"/>
        </w:rPr>
        <w:t>15029)</w:t>
      </w:r>
    </w:p>
    <w:p w14:paraId="267BB4C7" w14:textId="43EEC7D8" w:rsidR="00805ED4" w:rsidRPr="005962EA" w:rsidRDefault="00697024" w:rsidP="00805ED4">
      <w:pPr>
        <w:pStyle w:val="BodyText"/>
        <w:spacing w:before="4"/>
        <w:rPr>
          <w:rFonts w:ascii="Times New Roman" w:hAnsi="Times New Roman" w:cs="Times New Roman"/>
          <w:sz w:val="24"/>
          <w:szCs w:val="24"/>
        </w:rPr>
      </w:pPr>
      <w:r w:rsidRPr="005962EA">
        <w:rPr>
          <w:rFonts w:ascii="Times New Roman" w:hAnsi="Times New Roman" w:cs="Times New Roman"/>
          <w:noProof/>
          <w:sz w:val="24"/>
          <w:szCs w:val="24"/>
        </w:rPr>
        <mc:AlternateContent>
          <mc:Choice Requires="wps">
            <w:drawing>
              <wp:anchor distT="0" distB="0" distL="0" distR="0" simplePos="0" relativeHeight="251756032" behindDoc="1" locked="0" layoutInCell="1" allowOverlap="1" wp14:anchorId="3D356B14" wp14:editId="4F358F29">
                <wp:simplePos x="0" y="0"/>
                <wp:positionH relativeFrom="page">
                  <wp:posOffset>2778125</wp:posOffset>
                </wp:positionH>
                <wp:positionV relativeFrom="paragraph">
                  <wp:posOffset>3872865</wp:posOffset>
                </wp:positionV>
                <wp:extent cx="1912620" cy="1650365"/>
                <wp:effectExtent l="19050" t="19050" r="11430" b="26035"/>
                <wp:wrapTopAndBottom/>
                <wp:docPr id="10"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650365"/>
                        </a:xfrm>
                        <a:prstGeom prst="rect">
                          <a:avLst/>
                        </a:prstGeom>
                        <a:ln w="30478">
                          <a:solidFill>
                            <a:srgbClr val="4AABC5"/>
                          </a:solidFill>
                          <a:prstDash val="solid"/>
                        </a:ln>
                      </wps:spPr>
                      <wps:txbx>
                        <w:txbxContent>
                          <w:p w14:paraId="09FB4297"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7363FCD"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73A3DA4"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05B8FD3"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73A963EC"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446B3F8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9</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356B14" id="Textbox 108" o:spid="_x0000_s1038" type="#_x0000_t202" style="position:absolute;margin-left:218.75pt;margin-top:304.95pt;width:150.6pt;height:129.95pt;z-index:-25156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" filled="f" strokecolor="#4aabc5" strokeweight=".84661mm">
                <v:path arrowok="t"/>
                <v:textbox inset="0,0,0,0">
                  <w:txbxContent>
                    <w:p w14:paraId="09FB4297"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07363FCD"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24 mm length</w:t>
                      </w:r>
                    </w:p>
                    <w:p w14:paraId="473A3DA4" w14:textId="77777777" w:rsidR="00805ED4" w:rsidRDefault="00805ED4" w:rsidP="00805ED4">
                      <w:pPr>
                        <w:spacing w:before="4"/>
                        <w:ind w:left="144"/>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0</w:t>
                      </w:r>
                      <w:r>
                        <w:rPr>
                          <w:spacing w:val="-3"/>
                          <w:sz w:val="20"/>
                        </w:rPr>
                        <w:t xml:space="preserve"> </w:t>
                      </w:r>
                      <w:r>
                        <w:rPr>
                          <w:sz w:val="20"/>
                        </w:rPr>
                        <w:t>mm</w:t>
                      </w:r>
                      <w:r>
                        <w:rPr>
                          <w:spacing w:val="-1"/>
                          <w:sz w:val="20"/>
                        </w:rPr>
                        <w:t xml:space="preserve"> </w:t>
                      </w:r>
                      <w:r>
                        <w:rPr>
                          <w:spacing w:val="-2"/>
                          <w:sz w:val="20"/>
                        </w:rPr>
                        <w:t>length</w:t>
                      </w:r>
                    </w:p>
                    <w:p w14:paraId="205B8FD3" w14:textId="77777777" w:rsidR="00805ED4" w:rsidRDefault="00805ED4" w:rsidP="00805ED4">
                      <w:pPr>
                        <w:spacing w:before="34"/>
                        <w:ind w:left="144"/>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0</w:t>
                      </w:r>
                      <w:r>
                        <w:rPr>
                          <w:spacing w:val="-7"/>
                          <w:sz w:val="20"/>
                        </w:rPr>
                        <w:t xml:space="preserve"> </w:t>
                      </w:r>
                      <w:r>
                        <w:rPr>
                          <w:sz w:val="20"/>
                        </w:rPr>
                        <w:t>mm</w:t>
                      </w:r>
                      <w:r>
                        <w:rPr>
                          <w:spacing w:val="-1"/>
                          <w:sz w:val="20"/>
                        </w:rPr>
                        <w:t xml:space="preserve"> </w:t>
                      </w:r>
                      <w:r>
                        <w:rPr>
                          <w:spacing w:val="-2"/>
                          <w:sz w:val="20"/>
                        </w:rPr>
                        <w:t>length</w:t>
                      </w:r>
                    </w:p>
                    <w:p w14:paraId="73A963EC"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7</w:t>
                      </w:r>
                      <w:r>
                        <w:rPr>
                          <w:spacing w:val="-3"/>
                          <w:sz w:val="20"/>
                        </w:rPr>
                        <w:t xml:space="preserve"> </w:t>
                      </w:r>
                      <w:r>
                        <w:rPr>
                          <w:sz w:val="20"/>
                        </w:rPr>
                        <w:t>mm</w:t>
                      </w:r>
                      <w:r>
                        <w:rPr>
                          <w:spacing w:val="-1"/>
                          <w:sz w:val="20"/>
                        </w:rPr>
                        <w:t xml:space="preserve"> </w:t>
                      </w:r>
                      <w:r>
                        <w:rPr>
                          <w:spacing w:val="-2"/>
                          <w:sz w:val="20"/>
                        </w:rPr>
                        <w:t>length</w:t>
                      </w:r>
                    </w:p>
                    <w:p w14:paraId="446B3F82" w14:textId="77777777" w:rsidR="00805ED4" w:rsidRDefault="00805ED4" w:rsidP="00805ED4">
                      <w:pPr>
                        <w:spacing w:before="34"/>
                        <w:ind w:left="144"/>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9</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r w:rsidRPr="005962EA">
        <w:rPr>
          <w:rFonts w:ascii="Times New Roman" w:hAnsi="Times New Roman" w:cs="Times New Roman"/>
          <w:noProof/>
          <w:sz w:val="24"/>
          <w:szCs w:val="24"/>
        </w:rPr>
        <w:drawing>
          <wp:anchor distT="0" distB="0" distL="0" distR="0" simplePos="0" relativeHeight="251747840" behindDoc="1" locked="0" layoutInCell="1" allowOverlap="1" wp14:anchorId="56B0714E" wp14:editId="0AAF4F35">
            <wp:simplePos x="0" y="0"/>
            <wp:positionH relativeFrom="page">
              <wp:posOffset>2872822</wp:posOffset>
            </wp:positionH>
            <wp:positionV relativeFrom="paragraph">
              <wp:posOffset>1910522</wp:posOffset>
            </wp:positionV>
            <wp:extent cx="1804854" cy="1823085"/>
            <wp:effectExtent l="0" t="0" r="0" b="0"/>
            <wp:wrapTopAndBottom/>
            <wp:docPr id="23" name="Image 107" descr="A petri dish with different colored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107" descr="A petri dish with different colored circles&#10;&#10;Description automatically generated"/>
                    <pic:cNvPicPr/>
                  </pic:nvPicPr>
                  <pic:blipFill>
                    <a:blip r:embed="rId44" cstate="print"/>
                    <a:stretch>
                      <a:fillRect/>
                    </a:stretch>
                  </pic:blipFill>
                  <pic:spPr>
                    <a:xfrm>
                      <a:off x="0" y="0"/>
                      <a:ext cx="1804854" cy="1823085"/>
                    </a:xfrm>
                    <a:prstGeom prst="rect">
                      <a:avLst/>
                    </a:prstGeom>
                  </pic:spPr>
                </pic:pic>
              </a:graphicData>
            </a:graphic>
          </wp:anchor>
        </w:drawing>
      </w:r>
      <w:r w:rsidR="00805ED4" w:rsidRPr="005962EA">
        <w:rPr>
          <w:rFonts w:ascii="Times New Roman" w:hAnsi="Times New Roman" w:cs="Times New Roman"/>
          <w:noProof/>
          <w:sz w:val="24"/>
          <w:szCs w:val="24"/>
        </w:rPr>
        <mc:AlternateContent>
          <mc:Choice Requires="wps">
            <w:drawing>
              <wp:anchor distT="0" distB="0" distL="0" distR="0" simplePos="0" relativeHeight="251734528" behindDoc="1" locked="0" layoutInCell="1" allowOverlap="1" wp14:anchorId="2C53564A" wp14:editId="5A20C649">
                <wp:simplePos x="0" y="0"/>
                <wp:positionH relativeFrom="page">
                  <wp:posOffset>1618488</wp:posOffset>
                </wp:positionH>
                <wp:positionV relativeFrom="paragraph">
                  <wp:posOffset>91462</wp:posOffset>
                </wp:positionV>
                <wp:extent cx="1560830" cy="1280160"/>
                <wp:effectExtent l="0" t="0" r="0" b="0"/>
                <wp:wrapTopAndBottom/>
                <wp:docPr id="8"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0830" cy="1280160"/>
                        </a:xfrm>
                        <a:prstGeom prst="rect">
                          <a:avLst/>
                        </a:prstGeom>
                        <a:ln w="30478">
                          <a:solidFill>
                            <a:srgbClr val="4AABC5"/>
                          </a:solidFill>
                          <a:prstDash val="solid"/>
                        </a:ln>
                      </wps:spPr>
                      <wps:txbx>
                        <w:txbxContent>
                          <w:p w14:paraId="2B1AC401"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3CDE2E5C"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25 mm length</w:t>
                            </w:r>
                          </w:p>
                          <w:p w14:paraId="32A54AA7" w14:textId="77777777" w:rsidR="00805ED4" w:rsidRDefault="00805ED4" w:rsidP="00805ED4">
                            <w:pPr>
                              <w:spacing w:before="4"/>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A2DAA3C"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4"/>
                                <w:sz w:val="20"/>
                              </w:rPr>
                              <w:t xml:space="preserve"> </w:t>
                            </w:r>
                            <w:r>
                              <w:rPr>
                                <w:sz w:val="20"/>
                              </w:rPr>
                              <w:t>mm</w:t>
                            </w:r>
                            <w:r>
                              <w:rPr>
                                <w:spacing w:val="-2"/>
                                <w:sz w:val="20"/>
                              </w:rPr>
                              <w:t xml:space="preserve"> length</w:t>
                            </w:r>
                          </w:p>
                          <w:p w14:paraId="14E870CE"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8</w:t>
                            </w:r>
                            <w:r>
                              <w:rPr>
                                <w:spacing w:val="-3"/>
                                <w:sz w:val="20"/>
                              </w:rPr>
                              <w:t xml:space="preserve"> </w:t>
                            </w:r>
                            <w:r>
                              <w:rPr>
                                <w:sz w:val="20"/>
                              </w:rPr>
                              <w:t>mm</w:t>
                            </w:r>
                            <w:r>
                              <w:rPr>
                                <w:spacing w:val="-1"/>
                                <w:sz w:val="20"/>
                              </w:rPr>
                              <w:t xml:space="preserve"> </w:t>
                            </w:r>
                            <w:r>
                              <w:rPr>
                                <w:spacing w:val="-2"/>
                                <w:sz w:val="20"/>
                              </w:rPr>
                              <w:t>length</w:t>
                            </w:r>
                          </w:p>
                          <w:p w14:paraId="343C3A5F"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10</w:t>
                            </w:r>
                            <w:r>
                              <w:rPr>
                                <w:spacing w:val="-3"/>
                                <w:sz w:val="20"/>
                              </w:rPr>
                              <w:t xml:space="preserve"> </w:t>
                            </w:r>
                            <w:r>
                              <w:rPr>
                                <w:sz w:val="20"/>
                              </w:rPr>
                              <w:t>mm</w:t>
                            </w:r>
                            <w:r>
                              <w:rPr>
                                <w:spacing w:val="-2"/>
                                <w:sz w:val="20"/>
                              </w:rPr>
                              <w:t xml:space="preserve"> length</w:t>
                            </w:r>
                          </w:p>
                        </w:txbxContent>
                      </wps:txbx>
                      <wps:bodyPr wrap="square" lIns="0" tIns="0" rIns="0" bIns="0" rtlCol="0">
                        <a:noAutofit/>
                      </wps:bodyPr>
                    </wps:wsp>
                  </a:graphicData>
                </a:graphic>
              </wp:anchor>
            </w:drawing>
          </mc:Choice>
          <mc:Fallback>
            <w:pict>
              <v:shape w14:anchorId="2C53564A" id="Textbox 105" o:spid="_x0000_s1039" type="#_x0000_t202" style="position:absolute;margin-left:127.45pt;margin-top:7.2pt;width:122.9pt;height:100.8pt;z-index:-25158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" filled="f" strokecolor="#4aabc5" strokeweight=".84661mm">
                <v:path arrowok="t"/>
                <v:textbox inset="0,0,0,0">
                  <w:txbxContent>
                    <w:p w14:paraId="2B1AC401" w14:textId="77777777" w:rsidR="00805ED4" w:rsidRDefault="00805ED4" w:rsidP="00805ED4">
                      <w:pPr>
                        <w:spacing w:before="67"/>
                        <w:ind w:left="144"/>
                        <w:rPr>
                          <w:b/>
                          <w:sz w:val="20"/>
                        </w:rPr>
                      </w:pPr>
                      <w:r>
                        <w:rPr>
                          <w:sz w:val="20"/>
                        </w:rPr>
                        <w:t>Extract:</w:t>
                      </w:r>
                      <w:r>
                        <w:rPr>
                          <w:spacing w:val="-5"/>
                          <w:sz w:val="20"/>
                        </w:rPr>
                        <w:t xml:space="preserve"> </w:t>
                      </w:r>
                      <w:r>
                        <w:rPr>
                          <w:b/>
                          <w:spacing w:val="-2"/>
                          <w:sz w:val="20"/>
                        </w:rPr>
                        <w:t>Ethanol</w:t>
                      </w:r>
                    </w:p>
                    <w:p w14:paraId="3CDE2E5C" w14:textId="77777777" w:rsidR="00805ED4" w:rsidRDefault="00805ED4" w:rsidP="00805ED4">
                      <w:pPr>
                        <w:spacing w:before="34"/>
                        <w:ind w:left="144"/>
                        <w:rPr>
                          <w:sz w:val="20"/>
                        </w:rPr>
                      </w:pPr>
                      <w:r>
                        <w:rPr>
                          <w:sz w:val="20"/>
                        </w:rPr>
                        <w:t>C</w:t>
                      </w:r>
                      <w:r>
                        <w:rPr>
                          <w:spacing w:val="-13"/>
                          <w:sz w:val="20"/>
                        </w:rPr>
                        <w:t xml:space="preserve"> </w:t>
                      </w:r>
                      <w:r>
                        <w:rPr>
                          <w:sz w:val="20"/>
                        </w:rPr>
                        <w:t>(Control):</w:t>
                      </w:r>
                      <w:r>
                        <w:rPr>
                          <w:spacing w:val="-12"/>
                          <w:sz w:val="20"/>
                        </w:rPr>
                        <w:t xml:space="preserve"> </w:t>
                      </w:r>
                      <w:r>
                        <w:rPr>
                          <w:sz w:val="20"/>
                        </w:rPr>
                        <w:t>Streptomycin Control: 25 mm length</w:t>
                      </w:r>
                    </w:p>
                    <w:p w14:paraId="32A54AA7" w14:textId="77777777" w:rsidR="00805ED4" w:rsidRDefault="00805ED4" w:rsidP="00805ED4">
                      <w:pPr>
                        <w:spacing w:before="4"/>
                        <w:ind w:left="144"/>
                        <w:rPr>
                          <w:sz w:val="20"/>
                        </w:rPr>
                      </w:pPr>
                      <w:r>
                        <w:rPr>
                          <w:sz w:val="20"/>
                        </w:rPr>
                        <w:t>5:</w:t>
                      </w:r>
                      <w:r>
                        <w:rPr>
                          <w:spacing w:val="4"/>
                          <w:sz w:val="20"/>
                        </w:rPr>
                        <w:t xml:space="preserve"> </w:t>
                      </w:r>
                      <w:r>
                        <w:rPr>
                          <w:sz w:val="20"/>
                        </w:rPr>
                        <w:t>5</w:t>
                      </w:r>
                      <w:r>
                        <w:rPr>
                          <w:spacing w:val="-7"/>
                          <w:sz w:val="20"/>
                        </w:rPr>
                        <w:t xml:space="preserve"> </w:t>
                      </w:r>
                      <w:r>
                        <w:rPr>
                          <w:sz w:val="20"/>
                        </w:rPr>
                        <w:t>mg</w:t>
                      </w:r>
                      <w:r>
                        <w:rPr>
                          <w:spacing w:val="4"/>
                          <w:sz w:val="20"/>
                        </w:rPr>
                        <w:t xml:space="preserve"> </w:t>
                      </w:r>
                      <w:r>
                        <w:rPr>
                          <w:sz w:val="20"/>
                        </w:rPr>
                        <w:t>-</w:t>
                      </w:r>
                      <w:r>
                        <w:rPr>
                          <w:spacing w:val="-2"/>
                          <w:sz w:val="20"/>
                        </w:rPr>
                        <w:t xml:space="preserve"> </w:t>
                      </w:r>
                      <w:r>
                        <w:rPr>
                          <w:sz w:val="20"/>
                        </w:rPr>
                        <w:t>10</w:t>
                      </w:r>
                      <w:r>
                        <w:rPr>
                          <w:spacing w:val="-7"/>
                          <w:sz w:val="20"/>
                        </w:rPr>
                        <w:t xml:space="preserve"> </w:t>
                      </w:r>
                      <w:r>
                        <w:rPr>
                          <w:sz w:val="20"/>
                        </w:rPr>
                        <w:t xml:space="preserve">mm </w:t>
                      </w:r>
                      <w:r>
                        <w:rPr>
                          <w:spacing w:val="-2"/>
                          <w:sz w:val="20"/>
                        </w:rPr>
                        <w:t>length</w:t>
                      </w:r>
                    </w:p>
                    <w:p w14:paraId="0A2DAA3C" w14:textId="77777777" w:rsidR="00805ED4" w:rsidRDefault="00805ED4" w:rsidP="00805ED4">
                      <w:pPr>
                        <w:spacing w:before="34"/>
                        <w:ind w:left="144"/>
                        <w:rPr>
                          <w:sz w:val="20"/>
                        </w:rPr>
                      </w:pPr>
                      <w:r>
                        <w:rPr>
                          <w:sz w:val="20"/>
                        </w:rPr>
                        <w:t>6:</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12</w:t>
                      </w:r>
                      <w:r>
                        <w:rPr>
                          <w:spacing w:val="-4"/>
                          <w:sz w:val="20"/>
                        </w:rPr>
                        <w:t xml:space="preserve"> </w:t>
                      </w:r>
                      <w:r>
                        <w:rPr>
                          <w:sz w:val="20"/>
                        </w:rPr>
                        <w:t>mm</w:t>
                      </w:r>
                      <w:r>
                        <w:rPr>
                          <w:spacing w:val="-2"/>
                          <w:sz w:val="20"/>
                        </w:rPr>
                        <w:t xml:space="preserve"> length</w:t>
                      </w:r>
                    </w:p>
                    <w:p w14:paraId="14E870CE" w14:textId="77777777" w:rsidR="00805ED4" w:rsidRDefault="00805ED4" w:rsidP="00805ED4">
                      <w:pPr>
                        <w:spacing w:before="34"/>
                        <w:ind w:left="144"/>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8</w:t>
                      </w:r>
                      <w:r>
                        <w:rPr>
                          <w:spacing w:val="-3"/>
                          <w:sz w:val="20"/>
                        </w:rPr>
                        <w:t xml:space="preserve"> </w:t>
                      </w:r>
                      <w:r>
                        <w:rPr>
                          <w:sz w:val="20"/>
                        </w:rPr>
                        <w:t>mm</w:t>
                      </w:r>
                      <w:r>
                        <w:rPr>
                          <w:spacing w:val="-1"/>
                          <w:sz w:val="20"/>
                        </w:rPr>
                        <w:t xml:space="preserve"> </w:t>
                      </w:r>
                      <w:r>
                        <w:rPr>
                          <w:spacing w:val="-2"/>
                          <w:sz w:val="20"/>
                        </w:rPr>
                        <w:t>length</w:t>
                      </w:r>
                    </w:p>
                    <w:p w14:paraId="343C3A5F" w14:textId="77777777" w:rsidR="00805ED4" w:rsidRDefault="00805ED4" w:rsidP="00805ED4">
                      <w:pPr>
                        <w:spacing w:before="34"/>
                        <w:ind w:left="144"/>
                        <w:rPr>
                          <w:sz w:val="20"/>
                        </w:rPr>
                      </w:pPr>
                      <w:r>
                        <w:rPr>
                          <w:sz w:val="20"/>
                        </w:rPr>
                        <w:t>8:</w:t>
                      </w:r>
                      <w:r>
                        <w:rPr>
                          <w:spacing w:val="2"/>
                          <w:sz w:val="20"/>
                        </w:rPr>
                        <w:t xml:space="preserve"> </w:t>
                      </w:r>
                      <w:r>
                        <w:rPr>
                          <w:sz w:val="20"/>
                        </w:rPr>
                        <w:t>10</w:t>
                      </w:r>
                      <w:r>
                        <w:rPr>
                          <w:spacing w:val="-3"/>
                          <w:sz w:val="20"/>
                        </w:rPr>
                        <w:t xml:space="preserve"> </w:t>
                      </w:r>
                      <w:r>
                        <w:rPr>
                          <w:sz w:val="20"/>
                        </w:rPr>
                        <w:t>mg</w:t>
                      </w:r>
                      <w:r>
                        <w:rPr>
                          <w:spacing w:val="-4"/>
                          <w:sz w:val="20"/>
                        </w:rPr>
                        <w:t xml:space="preserve"> </w:t>
                      </w:r>
                      <w:r>
                        <w:rPr>
                          <w:sz w:val="20"/>
                        </w:rPr>
                        <w:t>-</w:t>
                      </w:r>
                      <w:r>
                        <w:rPr>
                          <w:spacing w:val="1"/>
                          <w:sz w:val="20"/>
                        </w:rPr>
                        <w:t xml:space="preserve"> </w:t>
                      </w:r>
                      <w:r>
                        <w:rPr>
                          <w:sz w:val="20"/>
                        </w:rPr>
                        <w:t>10</w:t>
                      </w:r>
                      <w:r>
                        <w:rPr>
                          <w:spacing w:val="-3"/>
                          <w:sz w:val="20"/>
                        </w:rPr>
                        <w:t xml:space="preserve"> </w:t>
                      </w:r>
                      <w:r>
                        <w:rPr>
                          <w:sz w:val="20"/>
                        </w:rPr>
                        <w:t>mm</w:t>
                      </w:r>
                      <w:r>
                        <w:rPr>
                          <w:spacing w:val="-2"/>
                          <w:sz w:val="20"/>
                        </w:rPr>
                        <w:t xml:space="preserve"> length</w:t>
                      </w:r>
                    </w:p>
                  </w:txbxContent>
                </v:textbox>
                <w10:wrap type="topAndBottom" anchorx="page"/>
              </v:shape>
            </w:pict>
          </mc:Fallback>
        </mc:AlternateContent>
      </w:r>
      <w:r w:rsidR="00805ED4" w:rsidRPr="005962EA">
        <w:rPr>
          <w:rFonts w:ascii="Times New Roman" w:hAnsi="Times New Roman" w:cs="Times New Roman"/>
          <w:noProof/>
          <w:sz w:val="24"/>
          <w:szCs w:val="24"/>
        </w:rPr>
        <mc:AlternateContent>
          <mc:Choice Requires="wps">
            <w:drawing>
              <wp:anchor distT="0" distB="0" distL="0" distR="0" simplePos="0" relativeHeight="251740672" behindDoc="1" locked="0" layoutInCell="1" allowOverlap="1" wp14:anchorId="7CDA92B9" wp14:editId="683BBC37">
                <wp:simplePos x="0" y="0"/>
                <wp:positionH relativeFrom="page">
                  <wp:posOffset>4172711</wp:posOffset>
                </wp:positionH>
                <wp:positionV relativeFrom="paragraph">
                  <wp:posOffset>91462</wp:posOffset>
                </wp:positionV>
                <wp:extent cx="1564005" cy="1280160"/>
                <wp:effectExtent l="0" t="0" r="0" b="0"/>
                <wp:wrapTopAndBottom/>
                <wp:docPr id="9"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1280160"/>
                        </a:xfrm>
                        <a:prstGeom prst="rect">
                          <a:avLst/>
                        </a:prstGeom>
                        <a:ln w="30478">
                          <a:solidFill>
                            <a:srgbClr val="4AABC5"/>
                          </a:solidFill>
                          <a:prstDash val="solid"/>
                        </a:ln>
                      </wps:spPr>
                      <wps:txbx>
                        <w:txbxContent>
                          <w:p w14:paraId="36A1D547"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797FD1AB" w14:textId="77777777" w:rsidR="00805ED4" w:rsidRDefault="00805ED4" w:rsidP="00805ED4">
                            <w:pPr>
                              <w:spacing w:before="34"/>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379B74E6" w14:textId="77777777" w:rsidR="00805ED4" w:rsidRDefault="00805ED4" w:rsidP="00805ED4">
                            <w:pPr>
                              <w:spacing w:before="4"/>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61E0650F"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891D18E"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0D211E0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wps:txbx>
                      <wps:bodyPr wrap="square" lIns="0" tIns="0" rIns="0" bIns="0" rtlCol="0">
                        <a:noAutofit/>
                      </wps:bodyPr>
                    </wps:wsp>
                  </a:graphicData>
                </a:graphic>
              </wp:anchor>
            </w:drawing>
          </mc:Choice>
          <mc:Fallback>
            <w:pict>
              <v:shape w14:anchorId="7CDA92B9" id="Textbox 106" o:spid="_x0000_s1040" type="#_x0000_t202" style="position:absolute;margin-left:328.55pt;margin-top:7.2pt;width:123.15pt;height:100.8pt;z-index:-25157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" filled="f" strokecolor="#4aabc5" strokeweight=".84661mm">
                <v:path arrowok="t"/>
                <v:textbox inset="0,0,0,0">
                  <w:txbxContent>
                    <w:p w14:paraId="36A1D547" w14:textId="77777777" w:rsidR="00805ED4" w:rsidRDefault="00805ED4" w:rsidP="00805ED4">
                      <w:pPr>
                        <w:spacing w:before="67"/>
                        <w:ind w:left="148"/>
                        <w:rPr>
                          <w:b/>
                          <w:sz w:val="20"/>
                        </w:rPr>
                      </w:pPr>
                      <w:r>
                        <w:rPr>
                          <w:sz w:val="20"/>
                        </w:rPr>
                        <w:t>Extract:</w:t>
                      </w:r>
                      <w:r>
                        <w:rPr>
                          <w:spacing w:val="-5"/>
                          <w:sz w:val="20"/>
                        </w:rPr>
                        <w:t xml:space="preserve"> </w:t>
                      </w:r>
                      <w:r>
                        <w:rPr>
                          <w:b/>
                          <w:spacing w:val="-2"/>
                          <w:sz w:val="20"/>
                        </w:rPr>
                        <w:t>Ethanol</w:t>
                      </w:r>
                    </w:p>
                    <w:p w14:paraId="797FD1AB" w14:textId="77777777" w:rsidR="00805ED4" w:rsidRDefault="00805ED4" w:rsidP="00805ED4">
                      <w:pPr>
                        <w:spacing w:before="34"/>
                        <w:ind w:left="148"/>
                        <w:rPr>
                          <w:sz w:val="20"/>
                        </w:rPr>
                      </w:pPr>
                      <w:r>
                        <w:rPr>
                          <w:sz w:val="20"/>
                        </w:rPr>
                        <w:t>C</w:t>
                      </w:r>
                      <w:r>
                        <w:rPr>
                          <w:spacing w:val="-13"/>
                          <w:sz w:val="20"/>
                        </w:rPr>
                        <w:t xml:space="preserve"> </w:t>
                      </w:r>
                      <w:r>
                        <w:rPr>
                          <w:sz w:val="20"/>
                        </w:rPr>
                        <w:t>(Control):</w:t>
                      </w:r>
                      <w:r>
                        <w:rPr>
                          <w:spacing w:val="-12"/>
                          <w:sz w:val="20"/>
                        </w:rPr>
                        <w:t xml:space="preserve"> </w:t>
                      </w:r>
                      <w:r>
                        <w:rPr>
                          <w:sz w:val="20"/>
                        </w:rPr>
                        <w:t>Streptomycin Control: 29 mm length</w:t>
                      </w:r>
                    </w:p>
                    <w:p w14:paraId="379B74E6" w14:textId="77777777" w:rsidR="00805ED4" w:rsidRDefault="00805ED4" w:rsidP="00805ED4">
                      <w:pPr>
                        <w:spacing w:before="4"/>
                        <w:ind w:left="148"/>
                        <w:rPr>
                          <w:sz w:val="20"/>
                        </w:rPr>
                      </w:pPr>
                      <w:r>
                        <w:rPr>
                          <w:sz w:val="20"/>
                        </w:rPr>
                        <w:t>5:</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61E0650F" w14:textId="77777777" w:rsidR="00805ED4" w:rsidRDefault="00805ED4" w:rsidP="00805ED4">
                      <w:pPr>
                        <w:spacing w:before="34"/>
                        <w:ind w:left="148"/>
                        <w:rPr>
                          <w:sz w:val="20"/>
                        </w:rPr>
                      </w:pPr>
                      <w:r>
                        <w:rPr>
                          <w:sz w:val="20"/>
                        </w:rPr>
                        <w:t>6:</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8</w:t>
                      </w:r>
                      <w:r>
                        <w:rPr>
                          <w:spacing w:val="-7"/>
                          <w:sz w:val="20"/>
                        </w:rPr>
                        <w:t xml:space="preserve"> </w:t>
                      </w:r>
                      <w:r>
                        <w:rPr>
                          <w:sz w:val="20"/>
                        </w:rPr>
                        <w:t>mm</w:t>
                      </w:r>
                      <w:r>
                        <w:rPr>
                          <w:spacing w:val="-1"/>
                          <w:sz w:val="20"/>
                        </w:rPr>
                        <w:t xml:space="preserve"> </w:t>
                      </w:r>
                      <w:r>
                        <w:rPr>
                          <w:spacing w:val="-2"/>
                          <w:sz w:val="20"/>
                        </w:rPr>
                        <w:t>length</w:t>
                      </w:r>
                    </w:p>
                    <w:p w14:paraId="7891D18E" w14:textId="77777777" w:rsidR="00805ED4" w:rsidRDefault="00805ED4" w:rsidP="00805ED4">
                      <w:pPr>
                        <w:spacing w:before="34"/>
                        <w:ind w:left="148"/>
                        <w:rPr>
                          <w:sz w:val="20"/>
                        </w:rPr>
                      </w:pPr>
                      <w:r>
                        <w:rPr>
                          <w:sz w:val="20"/>
                        </w:rPr>
                        <w:t>7:</w:t>
                      </w:r>
                      <w:r>
                        <w:rPr>
                          <w:spacing w:val="3"/>
                          <w:sz w:val="20"/>
                        </w:rPr>
                        <w:t xml:space="preserve"> </w:t>
                      </w:r>
                      <w:r>
                        <w:rPr>
                          <w:sz w:val="20"/>
                        </w:rPr>
                        <w:t>5</w:t>
                      </w:r>
                      <w:r>
                        <w:rPr>
                          <w:spacing w:val="-7"/>
                          <w:sz w:val="20"/>
                        </w:rPr>
                        <w:t xml:space="preserve"> </w:t>
                      </w:r>
                      <w:r>
                        <w:rPr>
                          <w:sz w:val="20"/>
                        </w:rPr>
                        <w:t>mg</w:t>
                      </w:r>
                      <w:r>
                        <w:rPr>
                          <w:spacing w:val="2"/>
                          <w:sz w:val="20"/>
                        </w:rPr>
                        <w:t xml:space="preserve"> </w:t>
                      </w:r>
                      <w:r>
                        <w:rPr>
                          <w:sz w:val="20"/>
                        </w:rPr>
                        <w:t>-</w:t>
                      </w:r>
                      <w:r>
                        <w:rPr>
                          <w:spacing w:val="-3"/>
                          <w:sz w:val="20"/>
                        </w:rPr>
                        <w:t xml:space="preserve"> </w:t>
                      </w:r>
                      <w:r>
                        <w:rPr>
                          <w:sz w:val="20"/>
                        </w:rPr>
                        <w:t>6</w:t>
                      </w:r>
                      <w:r>
                        <w:rPr>
                          <w:spacing w:val="-3"/>
                          <w:sz w:val="20"/>
                        </w:rPr>
                        <w:t xml:space="preserve"> </w:t>
                      </w:r>
                      <w:r>
                        <w:rPr>
                          <w:sz w:val="20"/>
                        </w:rPr>
                        <w:t>mm</w:t>
                      </w:r>
                      <w:r>
                        <w:rPr>
                          <w:spacing w:val="-1"/>
                          <w:sz w:val="20"/>
                        </w:rPr>
                        <w:t xml:space="preserve"> </w:t>
                      </w:r>
                      <w:r>
                        <w:rPr>
                          <w:spacing w:val="-2"/>
                          <w:sz w:val="20"/>
                        </w:rPr>
                        <w:t>length</w:t>
                      </w:r>
                    </w:p>
                    <w:p w14:paraId="0D211E03" w14:textId="77777777" w:rsidR="00805ED4" w:rsidRDefault="00805ED4" w:rsidP="00805ED4">
                      <w:pPr>
                        <w:spacing w:before="34"/>
                        <w:ind w:left="148"/>
                        <w:rPr>
                          <w:sz w:val="20"/>
                        </w:rPr>
                      </w:pPr>
                      <w:r>
                        <w:rPr>
                          <w:sz w:val="20"/>
                        </w:rPr>
                        <w:t>8:</w:t>
                      </w:r>
                      <w:r>
                        <w:rPr>
                          <w:spacing w:val="3"/>
                          <w:sz w:val="20"/>
                        </w:rPr>
                        <w:t xml:space="preserve"> </w:t>
                      </w:r>
                      <w:r>
                        <w:rPr>
                          <w:sz w:val="20"/>
                        </w:rPr>
                        <w:t>10</w:t>
                      </w:r>
                      <w:r>
                        <w:rPr>
                          <w:spacing w:val="-3"/>
                          <w:sz w:val="20"/>
                        </w:rPr>
                        <w:t xml:space="preserve"> </w:t>
                      </w:r>
                      <w:r>
                        <w:rPr>
                          <w:sz w:val="20"/>
                        </w:rPr>
                        <w:t>mg</w:t>
                      </w:r>
                      <w:r>
                        <w:rPr>
                          <w:spacing w:val="-2"/>
                          <w:sz w:val="20"/>
                        </w:rPr>
                        <w:t xml:space="preserve"> </w:t>
                      </w:r>
                      <w:r>
                        <w:rPr>
                          <w:sz w:val="20"/>
                        </w:rPr>
                        <w:t>-</w:t>
                      </w:r>
                      <w:r>
                        <w:rPr>
                          <w:spacing w:val="1"/>
                          <w:sz w:val="20"/>
                        </w:rPr>
                        <w:t xml:space="preserve"> </w:t>
                      </w:r>
                      <w:r>
                        <w:rPr>
                          <w:sz w:val="20"/>
                        </w:rPr>
                        <w:t>7</w:t>
                      </w:r>
                      <w:r>
                        <w:rPr>
                          <w:spacing w:val="-7"/>
                          <w:sz w:val="20"/>
                        </w:rPr>
                        <w:t xml:space="preserve"> </w:t>
                      </w:r>
                      <w:r>
                        <w:rPr>
                          <w:sz w:val="20"/>
                        </w:rPr>
                        <w:t>mm</w:t>
                      </w:r>
                      <w:r>
                        <w:rPr>
                          <w:spacing w:val="-1"/>
                          <w:sz w:val="20"/>
                        </w:rPr>
                        <w:t xml:space="preserve"> </w:t>
                      </w:r>
                      <w:r>
                        <w:rPr>
                          <w:spacing w:val="-2"/>
                          <w:sz w:val="20"/>
                        </w:rPr>
                        <w:t>length</w:t>
                      </w:r>
                    </w:p>
                  </w:txbxContent>
                </v:textbox>
                <w10:wrap type="topAndBottom" anchorx="page"/>
              </v:shape>
            </w:pict>
          </mc:Fallback>
        </mc:AlternateContent>
      </w:r>
    </w:p>
    <w:p w14:paraId="3EF37718" w14:textId="3AD73C24" w:rsidR="00805ED4" w:rsidRPr="005962EA" w:rsidRDefault="00805ED4" w:rsidP="00805ED4">
      <w:pPr>
        <w:pStyle w:val="BodyText"/>
        <w:spacing w:before="180"/>
        <w:rPr>
          <w:rFonts w:ascii="Times New Roman" w:hAnsi="Times New Roman" w:cs="Times New Roman"/>
          <w:sz w:val="24"/>
          <w:szCs w:val="24"/>
        </w:rPr>
      </w:pPr>
    </w:p>
    <w:p w14:paraId="1D2CA47E" w14:textId="31D3DA52" w:rsidR="00805ED4" w:rsidRDefault="004B65BA" w:rsidP="00805ED4">
      <w:pPr>
        <w:ind w:left="2641"/>
        <w:rPr>
          <w:rFonts w:ascii="Times New Roman" w:hAnsi="Times New Roman" w:cs="Times New Roman"/>
          <w:spacing w:val="-4"/>
          <w:sz w:val="24"/>
          <w:szCs w:val="24"/>
        </w:rPr>
      </w:pPr>
      <w:r w:rsidRPr="005962EA">
        <w:rPr>
          <w:rFonts w:ascii="Times New Roman" w:hAnsi="Times New Roman" w:cs="Times New Roman"/>
          <w:i/>
          <w:sz w:val="24"/>
          <w:szCs w:val="24"/>
        </w:rPr>
        <w:lastRenderedPageBreak/>
        <w:t>Methicillin</w:t>
      </w:r>
      <w:r w:rsidR="00805ED4" w:rsidRPr="005962EA">
        <w:rPr>
          <w:rFonts w:ascii="Times New Roman" w:hAnsi="Times New Roman" w:cs="Times New Roman"/>
          <w:i/>
          <w:sz w:val="24"/>
          <w:szCs w:val="24"/>
        </w:rPr>
        <w:t>-resistant</w:t>
      </w:r>
      <w:r w:rsidR="00805ED4" w:rsidRPr="005962EA">
        <w:rPr>
          <w:rFonts w:ascii="Times New Roman" w:hAnsi="Times New Roman" w:cs="Times New Roman"/>
          <w:i/>
          <w:spacing w:val="-7"/>
          <w:sz w:val="24"/>
          <w:szCs w:val="24"/>
        </w:rPr>
        <w:t xml:space="preserve"> </w:t>
      </w:r>
      <w:r w:rsidR="00805ED4" w:rsidRPr="005962EA">
        <w:rPr>
          <w:rFonts w:ascii="Times New Roman" w:hAnsi="Times New Roman" w:cs="Times New Roman"/>
          <w:i/>
          <w:sz w:val="24"/>
          <w:szCs w:val="24"/>
        </w:rPr>
        <w:t>Staphylococcus</w:t>
      </w:r>
      <w:r w:rsidR="00805ED4" w:rsidRPr="005962EA">
        <w:rPr>
          <w:rFonts w:ascii="Times New Roman" w:hAnsi="Times New Roman" w:cs="Times New Roman"/>
          <w:i/>
          <w:spacing w:val="-7"/>
          <w:sz w:val="24"/>
          <w:szCs w:val="24"/>
        </w:rPr>
        <w:t xml:space="preserve"> </w:t>
      </w:r>
      <w:r w:rsidR="00805ED4" w:rsidRPr="005962EA">
        <w:rPr>
          <w:rFonts w:ascii="Times New Roman" w:hAnsi="Times New Roman" w:cs="Times New Roman"/>
          <w:i/>
          <w:sz w:val="24"/>
          <w:szCs w:val="24"/>
        </w:rPr>
        <w:t>aureus</w:t>
      </w:r>
      <w:r w:rsidR="00805ED4" w:rsidRPr="005962EA">
        <w:rPr>
          <w:rFonts w:ascii="Times New Roman" w:hAnsi="Times New Roman" w:cs="Times New Roman"/>
          <w:i/>
          <w:spacing w:val="-11"/>
          <w:sz w:val="24"/>
          <w:szCs w:val="24"/>
        </w:rPr>
        <w:t xml:space="preserve"> </w:t>
      </w:r>
      <w:r w:rsidR="00805ED4" w:rsidRPr="005962EA">
        <w:rPr>
          <w:rFonts w:ascii="Times New Roman" w:hAnsi="Times New Roman" w:cs="Times New Roman"/>
          <w:spacing w:val="-4"/>
          <w:sz w:val="24"/>
          <w:szCs w:val="24"/>
        </w:rPr>
        <w:t>MRSA</w:t>
      </w:r>
    </w:p>
    <w:p w14:paraId="28C8FD7E" w14:textId="2DAFC8A6" w:rsidR="004B65BA" w:rsidRPr="005962EA" w:rsidRDefault="00AC3AC9" w:rsidP="00AC3AC9">
      <w:pPr>
        <w:pStyle w:val="BodyText"/>
        <w:spacing w:before="10"/>
        <w:rPr>
          <w:rFonts w:ascii="Times New Roman" w:hAnsi="Times New Roman" w:cs="Times New Roman"/>
          <w:b/>
          <w:bCs/>
          <w:sz w:val="28"/>
          <w:szCs w:val="28"/>
        </w:rPr>
      </w:pPr>
      <w:r>
        <w:rPr>
          <w:rFonts w:ascii="Times New Roman" w:hAnsi="Times New Roman" w:cs="Times New Roman"/>
          <w:b/>
          <w:bCs/>
          <w:sz w:val="28"/>
          <w:szCs w:val="28"/>
        </w:rPr>
        <w:t xml:space="preserve">  </w:t>
      </w:r>
      <w:r w:rsidR="004B65BA" w:rsidRPr="005962EA">
        <w:rPr>
          <w:rFonts w:ascii="Times New Roman" w:hAnsi="Times New Roman" w:cs="Times New Roman"/>
          <w:b/>
          <w:bCs/>
          <w:sz w:val="28"/>
          <w:szCs w:val="28"/>
        </w:rPr>
        <w:t>Discussion:</w:t>
      </w:r>
    </w:p>
    <w:p w14:paraId="212B1337" w14:textId="77777777" w:rsidR="004B65BA" w:rsidRPr="005962EA" w:rsidRDefault="004B65BA" w:rsidP="00FE51CF">
      <w:r w:rsidRPr="005962EA">
        <w:t>The discovery and development of antibiotics over the past century have saved countless</w:t>
      </w:r>
      <w:r w:rsidRPr="005962EA">
        <w:rPr>
          <w:spacing w:val="40"/>
        </w:rPr>
        <w:t xml:space="preserve"> </w:t>
      </w:r>
      <w:r w:rsidRPr="005962EA">
        <w:t>lives and provided reliable treatment options in clinical settings. However, the rise of antibiotic-resistant bacteria has significantly diminished the effectiveness of antibiotics in both prevention and treatment. Despite the continuous introduction and modification of antibiotics to counter bacterial resistance, the demand for new antibiotics, particularly for multidrug-resistant (MDR) bacteria, remains a growing challenge. This difficulty arises due</w:t>
      </w:r>
      <w:r w:rsidRPr="005962EA">
        <w:rPr>
          <w:spacing w:val="40"/>
        </w:rPr>
        <w:t xml:space="preserve"> </w:t>
      </w:r>
      <w:r w:rsidRPr="005962EA">
        <w:t>to the complex chemical structures of these molecules, making their development</w:t>
      </w:r>
      <w:r w:rsidRPr="005962EA">
        <w:rPr>
          <w:spacing w:val="40"/>
        </w:rPr>
        <w:t xml:space="preserve"> </w:t>
      </w:r>
      <w:r w:rsidRPr="005962EA">
        <w:t>challenging. Moreover, antibiotics designed for specific infections cannot simply be</w:t>
      </w:r>
      <w:r w:rsidRPr="005962EA">
        <w:rPr>
          <w:spacing w:val="40"/>
        </w:rPr>
        <w:t xml:space="preserve"> </w:t>
      </w:r>
      <w:r w:rsidRPr="005962EA">
        <w:t>discarded as obsolete when resistance emerges in certain regions. Instead, there is a need to introduce complementary or adjuvant drugs alongside existing antibiotics to combat</w:t>
      </w:r>
      <w:r w:rsidRPr="005962EA">
        <w:rPr>
          <w:spacing w:val="40"/>
        </w:rPr>
        <w:t xml:space="preserve"> </w:t>
      </w:r>
      <w:r w:rsidRPr="005962EA">
        <w:t>infections caused by MDR bacteria, thereby addressing morbidity and mortality (Davies and Davies, 2010).</w:t>
      </w:r>
    </w:p>
    <w:p w14:paraId="0C8CEFD6" w14:textId="77777777" w:rsidR="004B65BA" w:rsidRPr="005962EA" w:rsidRDefault="004B65BA" w:rsidP="00FE51CF">
      <w:r w:rsidRPr="005962EA">
        <w:t>Ultimately, there is a global demand for suitable antibiotics on a large scale to reduce the risk of</w:t>
      </w:r>
      <w:r w:rsidRPr="005962EA">
        <w:rPr>
          <w:spacing w:val="-3"/>
        </w:rPr>
        <w:t xml:space="preserve"> </w:t>
      </w:r>
      <w:r w:rsidRPr="005962EA">
        <w:t>resistant strains emerging through Darwinian selection. Methanol-based extraction of</w:t>
      </w:r>
      <w:r w:rsidRPr="005962EA">
        <w:rPr>
          <w:spacing w:val="-2"/>
        </w:rPr>
        <w:t xml:space="preserve"> </w:t>
      </w:r>
      <w:r w:rsidRPr="005962EA">
        <w:t>phytochemicals offers a unique approach, as this solvent effectively extracts a broad range of phytocompounds, from highly polar to non-polar substances (Rezaie et al., 2015). The current study</w:t>
      </w:r>
      <w:r w:rsidRPr="005962EA">
        <w:rPr>
          <w:spacing w:val="-4"/>
        </w:rPr>
        <w:t xml:space="preserve"> </w:t>
      </w:r>
      <w:r w:rsidRPr="005962EA">
        <w:t>supports</w:t>
      </w:r>
      <w:r w:rsidRPr="005962EA">
        <w:rPr>
          <w:spacing w:val="-6"/>
        </w:rPr>
        <w:t xml:space="preserve"> </w:t>
      </w:r>
      <w:r w:rsidRPr="005962EA">
        <w:t>the use of</w:t>
      </w:r>
      <w:r w:rsidRPr="005962EA">
        <w:rPr>
          <w:spacing w:val="-2"/>
        </w:rPr>
        <w:t xml:space="preserve"> </w:t>
      </w:r>
      <w:r w:rsidRPr="005962EA">
        <w:t>organic solvents, such</w:t>
      </w:r>
      <w:r w:rsidRPr="005962EA">
        <w:rPr>
          <w:spacing w:val="-4"/>
        </w:rPr>
        <w:t xml:space="preserve"> </w:t>
      </w:r>
      <w:r w:rsidRPr="005962EA">
        <w:t>as methanol, for plant extraction</w:t>
      </w:r>
      <w:r w:rsidRPr="005962EA">
        <w:rPr>
          <w:spacing w:val="-4"/>
        </w:rPr>
        <w:t xml:space="preserve"> </w:t>
      </w:r>
      <w:r w:rsidRPr="005962EA">
        <w:t>over aqueous methods. The polarity of antibacterial compounds makes them more effectively extracted by</w:t>
      </w:r>
      <w:r w:rsidRPr="005962EA">
        <w:rPr>
          <w:spacing w:val="-1"/>
        </w:rPr>
        <w:t xml:space="preserve"> </w:t>
      </w:r>
      <w:r w:rsidRPr="005962EA">
        <w:t>organic solvents, which preserve their bioactivity against bacteria. In fact, some antimicrobial agents can only be extracted using organic solvents, making these solvents</w:t>
      </w:r>
      <w:r w:rsidRPr="005962EA">
        <w:rPr>
          <w:spacing w:val="40"/>
        </w:rPr>
        <w:t xml:space="preserve"> </w:t>
      </w:r>
      <w:r w:rsidRPr="005962EA">
        <w:t>more suitable for isolating such compounds (</w:t>
      </w:r>
      <w:proofErr w:type="spellStart"/>
      <w:r w:rsidRPr="005962EA">
        <w:t>Thongson</w:t>
      </w:r>
      <w:proofErr w:type="spellEnd"/>
      <w:r w:rsidRPr="005962EA">
        <w:t xml:space="preserve"> et al., 2004).</w:t>
      </w:r>
    </w:p>
    <w:p w14:paraId="07799D27" w14:textId="77095374" w:rsidR="004B65BA" w:rsidRPr="005962EA" w:rsidRDefault="004B65BA" w:rsidP="00FE51CF">
      <w:r w:rsidRPr="005962EA">
        <w:t>The</w:t>
      </w:r>
      <w:r w:rsidRPr="005962EA">
        <w:rPr>
          <w:spacing w:val="-1"/>
        </w:rPr>
        <w:t xml:space="preserve"> </w:t>
      </w:r>
      <w:r w:rsidRPr="005962EA">
        <w:t>plant extracts in</w:t>
      </w:r>
      <w:r w:rsidRPr="005962EA">
        <w:rPr>
          <w:spacing w:val="-5"/>
        </w:rPr>
        <w:t xml:space="preserve"> </w:t>
      </w:r>
      <w:r w:rsidRPr="005962EA">
        <w:t>this study</w:t>
      </w:r>
      <w:r w:rsidRPr="005962EA">
        <w:rPr>
          <w:spacing w:val="-5"/>
        </w:rPr>
        <w:t xml:space="preserve"> </w:t>
      </w:r>
      <w:r w:rsidRPr="005962EA">
        <w:t>exhibited varying antibacterial</w:t>
      </w:r>
      <w:r w:rsidRPr="005962EA">
        <w:rPr>
          <w:spacing w:val="-4"/>
        </w:rPr>
        <w:t xml:space="preserve"> </w:t>
      </w:r>
      <w:r w:rsidRPr="005962EA">
        <w:t>activity, with inhibition zones</w:t>
      </w:r>
      <w:r w:rsidRPr="005962EA">
        <w:rPr>
          <w:spacing w:val="30"/>
        </w:rPr>
        <w:t xml:space="preserve"> </w:t>
      </w:r>
      <w:r w:rsidRPr="005962EA">
        <w:t>measured</w:t>
      </w:r>
      <w:r w:rsidRPr="005962EA">
        <w:rPr>
          <w:spacing w:val="31"/>
        </w:rPr>
        <w:t xml:space="preserve"> </w:t>
      </w:r>
      <w:r w:rsidRPr="005962EA">
        <w:t>in</w:t>
      </w:r>
      <w:r w:rsidRPr="005962EA">
        <w:rPr>
          <w:spacing w:val="31"/>
        </w:rPr>
        <w:t xml:space="preserve"> </w:t>
      </w:r>
      <w:r w:rsidRPr="005962EA">
        <w:t>millimeters.</w:t>
      </w:r>
      <w:r w:rsidRPr="005962EA">
        <w:rPr>
          <w:spacing w:val="30"/>
        </w:rPr>
        <w:t xml:space="preserve"> </w:t>
      </w:r>
      <w:r w:rsidRPr="005962EA">
        <w:t>The</w:t>
      </w:r>
      <w:r w:rsidRPr="005962EA">
        <w:rPr>
          <w:spacing w:val="27"/>
        </w:rPr>
        <w:t xml:space="preserve"> </w:t>
      </w:r>
      <w:r w:rsidRPr="005962EA">
        <w:t>ethanolic</w:t>
      </w:r>
      <w:r w:rsidRPr="005962EA">
        <w:rPr>
          <w:spacing w:val="31"/>
        </w:rPr>
        <w:t xml:space="preserve"> </w:t>
      </w:r>
      <w:r w:rsidRPr="005962EA">
        <w:t>extract</w:t>
      </w:r>
      <w:r w:rsidRPr="005962EA">
        <w:rPr>
          <w:spacing w:val="32"/>
        </w:rPr>
        <w:t xml:space="preserve"> </w:t>
      </w:r>
      <w:r w:rsidRPr="005962EA">
        <w:t>from</w:t>
      </w:r>
      <w:r w:rsidRPr="005962EA">
        <w:rPr>
          <w:spacing w:val="24"/>
        </w:rPr>
        <w:t xml:space="preserve"> </w:t>
      </w:r>
      <w:r w:rsidRPr="005962EA">
        <w:t>cinnamon</w:t>
      </w:r>
      <w:r w:rsidRPr="005962EA">
        <w:rPr>
          <w:spacing w:val="28"/>
        </w:rPr>
        <w:t xml:space="preserve"> </w:t>
      </w:r>
      <w:r w:rsidRPr="005962EA">
        <w:t>sticks</w:t>
      </w:r>
      <w:r w:rsidRPr="005962EA">
        <w:rPr>
          <w:spacing w:val="30"/>
        </w:rPr>
        <w:t xml:space="preserve"> </w:t>
      </w:r>
      <w:r w:rsidRPr="005962EA">
        <w:t>(</w:t>
      </w:r>
      <w:proofErr w:type="spellStart"/>
      <w:r w:rsidRPr="005962EA">
        <w:rPr>
          <w:i/>
        </w:rPr>
        <w:t>Cinnamomumzeylanicum</w:t>
      </w:r>
      <w:proofErr w:type="spellEnd"/>
      <w:r w:rsidRPr="005962EA">
        <w:t xml:space="preserve">) was particularly effective against </w:t>
      </w:r>
      <w:r w:rsidRPr="005962EA">
        <w:rPr>
          <w:i/>
        </w:rPr>
        <w:t xml:space="preserve">Proteus mirabilis </w:t>
      </w:r>
      <w:r w:rsidRPr="005962EA">
        <w:t>(14 mm) and showed moderate activity against other bacteria, such as MTCC-12856 and MTCC-497. Similarly,</w:t>
      </w:r>
      <w:r w:rsidRPr="005962EA">
        <w:rPr>
          <w:spacing w:val="40"/>
        </w:rPr>
        <w:t xml:space="preserve"> </w:t>
      </w:r>
      <w:r w:rsidRPr="005962EA">
        <w:t>the ethanolic extract from star anise (</w:t>
      </w:r>
      <w:r w:rsidRPr="005962EA">
        <w:rPr>
          <w:i/>
        </w:rPr>
        <w:t>Illicium verum</w:t>
      </w:r>
      <w:r w:rsidRPr="005962EA">
        <w:t>) demonstrated strong activity against MTCC-12856 (12 mm) and moderate activity against several other strains, including MRSA and Proteus mirabilis.</w:t>
      </w:r>
    </w:p>
    <w:p w14:paraId="5F8E9458" w14:textId="77777777" w:rsidR="004B65BA" w:rsidRPr="005962EA" w:rsidRDefault="004B65BA" w:rsidP="00FE51CF">
      <w:r w:rsidRPr="005962EA">
        <w:t xml:space="preserve">Overall, the results indicate that all plant extracts inhibited the growth of tested pathogens to varying degrees. </w:t>
      </w:r>
      <w:r w:rsidRPr="005962EA">
        <w:rPr>
          <w:i/>
        </w:rPr>
        <w:t xml:space="preserve">Moringa oleifera </w:t>
      </w:r>
      <w:r w:rsidRPr="005962EA">
        <w:t>exhibited the ability to inhibit both Gram- positive and Gram-negative bacteria, regardless of the extraction solvent used, highlighting</w:t>
      </w:r>
      <w:r w:rsidRPr="005962EA">
        <w:rPr>
          <w:spacing w:val="40"/>
        </w:rPr>
        <w:t xml:space="preserve"> </w:t>
      </w:r>
      <w:r w:rsidRPr="005962EA">
        <w:t>its</w:t>
      </w:r>
      <w:r w:rsidRPr="005962EA">
        <w:rPr>
          <w:spacing w:val="18"/>
        </w:rPr>
        <w:t xml:space="preserve"> </w:t>
      </w:r>
      <w:r w:rsidRPr="005962EA">
        <w:t>potential</w:t>
      </w:r>
      <w:r w:rsidRPr="005962EA">
        <w:rPr>
          <w:spacing w:val="16"/>
        </w:rPr>
        <w:t xml:space="preserve"> </w:t>
      </w:r>
      <w:r w:rsidRPr="005962EA">
        <w:t>as</w:t>
      </w:r>
      <w:r w:rsidRPr="005962EA">
        <w:rPr>
          <w:spacing w:val="23"/>
        </w:rPr>
        <w:t xml:space="preserve"> </w:t>
      </w:r>
      <w:r w:rsidRPr="005962EA">
        <w:t>a</w:t>
      </w:r>
      <w:r w:rsidRPr="005962EA">
        <w:rPr>
          <w:spacing w:val="24"/>
        </w:rPr>
        <w:t xml:space="preserve"> </w:t>
      </w:r>
      <w:r w:rsidRPr="005962EA">
        <w:t>broad-spectrum antibiotic</w:t>
      </w:r>
      <w:r w:rsidRPr="005962EA">
        <w:rPr>
          <w:spacing w:val="19"/>
        </w:rPr>
        <w:t xml:space="preserve"> </w:t>
      </w:r>
      <w:r w:rsidRPr="005962EA">
        <w:t>source.</w:t>
      </w:r>
      <w:r w:rsidRPr="005962EA">
        <w:rPr>
          <w:spacing w:val="22"/>
        </w:rPr>
        <w:t xml:space="preserve"> </w:t>
      </w:r>
      <w:r w:rsidRPr="005962EA">
        <w:t>As</w:t>
      </w:r>
      <w:r w:rsidRPr="005962EA">
        <w:rPr>
          <w:spacing w:val="28"/>
        </w:rPr>
        <w:t xml:space="preserve"> </w:t>
      </w:r>
      <w:r w:rsidRPr="005962EA">
        <w:t>noted</w:t>
      </w:r>
      <w:r w:rsidRPr="005962EA">
        <w:rPr>
          <w:spacing w:val="20"/>
        </w:rPr>
        <w:t xml:space="preserve"> </w:t>
      </w:r>
      <w:r w:rsidRPr="005962EA">
        <w:t>by</w:t>
      </w:r>
      <w:r w:rsidRPr="005962EA">
        <w:rPr>
          <w:spacing w:val="16"/>
        </w:rPr>
        <w:t xml:space="preserve"> </w:t>
      </w:r>
      <w:r w:rsidRPr="005962EA">
        <w:t>Dike-</w:t>
      </w:r>
      <w:proofErr w:type="spellStart"/>
      <w:r w:rsidRPr="005962EA">
        <w:t>Ndudim</w:t>
      </w:r>
      <w:proofErr w:type="spellEnd"/>
      <w:r w:rsidRPr="005962EA">
        <w:rPr>
          <w:spacing w:val="16"/>
        </w:rPr>
        <w:t xml:space="preserve"> </w:t>
      </w:r>
      <w:r w:rsidRPr="005962EA">
        <w:t>et</w:t>
      </w:r>
      <w:r w:rsidRPr="005962EA">
        <w:rPr>
          <w:spacing w:val="25"/>
        </w:rPr>
        <w:t xml:space="preserve"> </w:t>
      </w:r>
      <w:r w:rsidRPr="005962EA">
        <w:t>al.</w:t>
      </w:r>
      <w:r w:rsidRPr="005962EA">
        <w:rPr>
          <w:spacing w:val="22"/>
        </w:rPr>
        <w:t xml:space="preserve"> </w:t>
      </w:r>
      <w:r w:rsidRPr="005962EA">
        <w:t>(2016),</w:t>
      </w:r>
    </w:p>
    <w:p w14:paraId="7BDDD021" w14:textId="77777777" w:rsidR="004B65BA" w:rsidRPr="005962EA" w:rsidRDefault="004B65BA" w:rsidP="00FE51CF">
      <w:r w:rsidRPr="005962EA">
        <w:t>M. oleifera extracts are effective against both types of bacteria, justifying its traditional therapeutic uses. In particular, methanol extracts of</w:t>
      </w:r>
      <w:r w:rsidRPr="005962EA">
        <w:rPr>
          <w:spacing w:val="-3"/>
        </w:rPr>
        <w:t xml:space="preserve"> </w:t>
      </w:r>
      <w:r w:rsidRPr="005962EA">
        <w:rPr>
          <w:i/>
        </w:rPr>
        <w:t xml:space="preserve">M. oleifera </w:t>
      </w:r>
      <w:r w:rsidRPr="005962EA">
        <w:t xml:space="preserve">showed significant inhibition against </w:t>
      </w:r>
      <w:r w:rsidRPr="005962EA">
        <w:rPr>
          <w:i/>
        </w:rPr>
        <w:t xml:space="preserve">Staphylococcus aureus </w:t>
      </w:r>
      <w:r w:rsidRPr="005962EA">
        <w:t>at 150 mg/</w:t>
      </w:r>
      <w:proofErr w:type="spellStart"/>
      <w:r w:rsidRPr="005962EA">
        <w:t>mL.</w:t>
      </w:r>
      <w:proofErr w:type="spellEnd"/>
      <w:r w:rsidRPr="005962EA">
        <w:t xml:space="preserve"> The leaves, stems, and seeds of </w:t>
      </w:r>
      <w:r w:rsidRPr="005962EA">
        <w:rPr>
          <w:i/>
        </w:rPr>
        <w:t xml:space="preserve">M. oleifera </w:t>
      </w:r>
      <w:r w:rsidRPr="005962EA">
        <w:t>could serve</w:t>
      </w:r>
      <w:r w:rsidRPr="005962EA">
        <w:rPr>
          <w:spacing w:val="-2"/>
        </w:rPr>
        <w:t xml:space="preserve"> </w:t>
      </w:r>
      <w:r w:rsidRPr="005962EA">
        <w:t>as an</w:t>
      </w:r>
      <w:r w:rsidRPr="005962EA">
        <w:rPr>
          <w:spacing w:val="-5"/>
        </w:rPr>
        <w:t xml:space="preserve"> </w:t>
      </w:r>
      <w:r w:rsidRPr="005962EA">
        <w:t>alternative for controlling infections, including</w:t>
      </w:r>
      <w:r w:rsidRPr="005962EA">
        <w:rPr>
          <w:spacing w:val="-1"/>
        </w:rPr>
        <w:t xml:space="preserve"> </w:t>
      </w:r>
      <w:r w:rsidRPr="005962EA">
        <w:t>those</w:t>
      </w:r>
      <w:r w:rsidRPr="005962EA">
        <w:rPr>
          <w:spacing w:val="-2"/>
        </w:rPr>
        <w:t xml:space="preserve"> </w:t>
      </w:r>
      <w:r w:rsidRPr="005962EA">
        <w:t>caused by</w:t>
      </w:r>
      <w:r w:rsidRPr="005962EA">
        <w:rPr>
          <w:spacing w:val="-11"/>
        </w:rPr>
        <w:t xml:space="preserve"> </w:t>
      </w:r>
      <w:r w:rsidRPr="005962EA">
        <w:rPr>
          <w:i/>
        </w:rPr>
        <w:t xml:space="preserve">S. aureus </w:t>
      </w:r>
      <w:r w:rsidRPr="005962EA">
        <w:t>in humans and cows with mastitis (Tirado-Torres et al., 2019).</w:t>
      </w:r>
    </w:p>
    <w:p w14:paraId="07866BDE" w14:textId="77777777" w:rsidR="004B65BA" w:rsidRPr="005962EA" w:rsidRDefault="004B65BA" w:rsidP="00FE51CF">
      <w:r w:rsidRPr="005962EA">
        <w:lastRenderedPageBreak/>
        <w:t xml:space="preserve">Similar findings were reported by </w:t>
      </w:r>
      <w:proofErr w:type="spellStart"/>
      <w:r w:rsidRPr="005962EA">
        <w:t>Sivanandham</w:t>
      </w:r>
      <w:proofErr w:type="spellEnd"/>
      <w:r w:rsidRPr="005962EA">
        <w:t xml:space="preserve"> and Institutions, as well as</w:t>
      </w:r>
      <w:r w:rsidRPr="005962EA">
        <w:rPr>
          <w:spacing w:val="40"/>
        </w:rPr>
        <w:t xml:space="preserve"> </w:t>
      </w:r>
      <w:proofErr w:type="spellStart"/>
      <w:r w:rsidRPr="005962EA">
        <w:t>Shikwambi</w:t>
      </w:r>
      <w:proofErr w:type="spellEnd"/>
      <w:r w:rsidRPr="005962EA">
        <w:t xml:space="preserve"> et al., who observed that organic solvent extracts exhibited greater inhibitory activity compared to aqueous extracts, which were ineffective against most tested microorganisms. In a study on </w:t>
      </w:r>
      <w:r w:rsidRPr="005962EA">
        <w:rPr>
          <w:i/>
        </w:rPr>
        <w:t xml:space="preserve">Sargassum </w:t>
      </w:r>
      <w:proofErr w:type="spellStart"/>
      <w:r w:rsidRPr="005962EA">
        <w:rPr>
          <w:i/>
        </w:rPr>
        <w:t>polycystum</w:t>
      </w:r>
      <w:proofErr w:type="spellEnd"/>
      <w:r w:rsidRPr="005962EA">
        <w:rPr>
          <w:i/>
        </w:rPr>
        <w:t xml:space="preserve"> </w:t>
      </w:r>
      <w:r w:rsidRPr="005962EA">
        <w:t xml:space="preserve">extracts from Bangladesh, ethanol extracts demonstrated the highest antibacterial activity against </w:t>
      </w:r>
      <w:r w:rsidRPr="005962EA">
        <w:rPr>
          <w:i/>
        </w:rPr>
        <w:t xml:space="preserve">Escherichia coli </w:t>
      </w:r>
      <w:r w:rsidRPr="005962EA">
        <w:t xml:space="preserve">(16.50 ± 0.13 mm), while methanol extracts were more effective against </w:t>
      </w:r>
      <w:r w:rsidRPr="005962EA">
        <w:rPr>
          <w:i/>
        </w:rPr>
        <w:t xml:space="preserve">Salmonella typhimurium </w:t>
      </w:r>
      <w:r w:rsidRPr="005962EA">
        <w:t xml:space="preserve">(14.6 ± 0.18 mm) at a 7 mg/mL concentration (Dip et al., 2024). The crude extract of </w:t>
      </w:r>
      <w:r w:rsidRPr="005962EA">
        <w:rPr>
          <w:i/>
        </w:rPr>
        <w:t xml:space="preserve">Thalictrum </w:t>
      </w:r>
      <w:proofErr w:type="spellStart"/>
      <w:r w:rsidRPr="005962EA">
        <w:rPr>
          <w:i/>
        </w:rPr>
        <w:t>rhynchocarpum</w:t>
      </w:r>
      <w:proofErr w:type="spellEnd"/>
      <w:r w:rsidRPr="005962EA">
        <w:rPr>
          <w:i/>
        </w:rPr>
        <w:t xml:space="preserve"> </w:t>
      </w:r>
      <w:r w:rsidRPr="005962EA">
        <w:t xml:space="preserve">exhibited superior antibacterial activity, with the lowest minimum inhibitory concentrations (MICs): 0.48 µg/mL against S. aureus and E. coli, and 0.98 µg/mL against </w:t>
      </w:r>
      <w:r w:rsidRPr="005962EA">
        <w:rPr>
          <w:i/>
        </w:rPr>
        <w:t xml:space="preserve">Klebsiella pneumoniae </w:t>
      </w:r>
      <w:r w:rsidRPr="005962EA">
        <w:t xml:space="preserve">and </w:t>
      </w:r>
      <w:r w:rsidRPr="005962EA">
        <w:rPr>
          <w:i/>
        </w:rPr>
        <w:t>Pseudomonas aeruginosa</w:t>
      </w:r>
      <w:r w:rsidRPr="005962EA">
        <w:t>, highlighting the potency of certain plant extracts (</w:t>
      </w:r>
      <w:proofErr w:type="spellStart"/>
      <w:r w:rsidRPr="005962EA">
        <w:t>Dubale</w:t>
      </w:r>
      <w:proofErr w:type="spellEnd"/>
      <w:r w:rsidRPr="005962EA">
        <w:t xml:space="preserve"> et al., 2023).</w:t>
      </w:r>
    </w:p>
    <w:p w14:paraId="46298ECD" w14:textId="77777777" w:rsidR="004B65BA" w:rsidRPr="005962EA" w:rsidRDefault="004B65BA" w:rsidP="00FE51CF">
      <w:r w:rsidRPr="005962EA">
        <w:t>Plants, as sources of novel pharmacological compounds, continue to be valuable in</w:t>
      </w:r>
      <w:r w:rsidRPr="005962EA">
        <w:rPr>
          <w:spacing w:val="80"/>
        </w:rPr>
        <w:t xml:space="preserve"> </w:t>
      </w:r>
      <w:r w:rsidRPr="005962EA">
        <w:t xml:space="preserve">the search for new antibiotics. In Jordan, the plant Arum </w:t>
      </w:r>
      <w:proofErr w:type="spellStart"/>
      <w:r w:rsidRPr="005962EA">
        <w:t>hygrophilum</w:t>
      </w:r>
      <w:proofErr w:type="spellEnd"/>
      <w:r w:rsidRPr="005962EA">
        <w:t xml:space="preserve"> </w:t>
      </w:r>
      <w:proofErr w:type="spellStart"/>
      <w:r w:rsidRPr="005962EA">
        <w:t>Boiss</w:t>
      </w:r>
      <w:proofErr w:type="spellEnd"/>
      <w:r w:rsidRPr="005962EA">
        <w:t xml:space="preserve"> is traditionally used for medicinal purposes. A study evaluating its antibacterial activity found that water, methanol, and ethanol extracts had significant effects against bacteria such as </w:t>
      </w:r>
      <w:r w:rsidRPr="005962EA">
        <w:rPr>
          <w:i/>
        </w:rPr>
        <w:t>S. aureus</w:t>
      </w:r>
      <w:r w:rsidRPr="005962EA">
        <w:t xml:space="preserve">, </w:t>
      </w:r>
      <w:r w:rsidRPr="005962EA">
        <w:rPr>
          <w:i/>
        </w:rPr>
        <w:t>E. coli</w:t>
      </w:r>
      <w:r w:rsidRPr="005962EA">
        <w:t xml:space="preserve">, </w:t>
      </w:r>
      <w:r w:rsidRPr="005962EA">
        <w:rPr>
          <w:i/>
        </w:rPr>
        <w:t xml:space="preserve">Pseudomonas aeruginosa </w:t>
      </w:r>
      <w:r w:rsidRPr="005962EA">
        <w:t xml:space="preserve">and </w:t>
      </w:r>
      <w:r w:rsidRPr="005962EA">
        <w:rPr>
          <w:i/>
        </w:rPr>
        <w:t>Klebsiella pneumoniae</w:t>
      </w:r>
      <w:r w:rsidRPr="005962EA">
        <w:t xml:space="preserve">. Notably, the water extract exhibited a significant inhibition zone against </w:t>
      </w:r>
      <w:r w:rsidRPr="005962EA">
        <w:rPr>
          <w:i/>
        </w:rPr>
        <w:t xml:space="preserve">P. aeruginosa </w:t>
      </w:r>
      <w:r w:rsidRPr="005962EA">
        <w:t xml:space="preserve">(30 mm ± 3.0), while the methanol extract showed notable inhibition against </w:t>
      </w:r>
      <w:r w:rsidRPr="005962EA">
        <w:rPr>
          <w:i/>
        </w:rPr>
        <w:t xml:space="preserve">E. faecalis </w:t>
      </w:r>
      <w:r w:rsidRPr="005962EA">
        <w:t xml:space="preserve">(15 ± 0.37 mm) (Jaber et al., 2020). Similarly, a study on thirty-nine methanolic extracts from twenty-five Australian native plants found that most of the extracts inhibited bacterial growth. Among them, </w:t>
      </w:r>
      <w:proofErr w:type="spellStart"/>
      <w:r w:rsidRPr="005962EA">
        <w:rPr>
          <w:i/>
        </w:rPr>
        <w:t>Backhousia</w:t>
      </w:r>
      <w:proofErr w:type="spellEnd"/>
      <w:r w:rsidRPr="005962EA">
        <w:rPr>
          <w:i/>
        </w:rPr>
        <w:t xml:space="preserve"> </w:t>
      </w:r>
      <w:proofErr w:type="spellStart"/>
      <w:r w:rsidRPr="005962EA">
        <w:rPr>
          <w:i/>
        </w:rPr>
        <w:t>citriodora</w:t>
      </w:r>
      <w:proofErr w:type="spellEnd"/>
      <w:r w:rsidRPr="005962EA">
        <w:rPr>
          <w:i/>
        </w:rPr>
        <w:t xml:space="preserve"> </w:t>
      </w:r>
      <w:r w:rsidRPr="005962EA">
        <w:t xml:space="preserve">and </w:t>
      </w:r>
      <w:r w:rsidRPr="005962EA">
        <w:rPr>
          <w:i/>
        </w:rPr>
        <w:t xml:space="preserve">Callistemon </w:t>
      </w:r>
      <w:proofErr w:type="spellStart"/>
      <w:r w:rsidRPr="005962EA">
        <w:rPr>
          <w:i/>
        </w:rPr>
        <w:t>citrinus</w:t>
      </w:r>
      <w:proofErr w:type="spellEnd"/>
      <w:r w:rsidRPr="005962EA">
        <w:rPr>
          <w:i/>
          <w:spacing w:val="-1"/>
        </w:rPr>
        <w:t xml:space="preserve"> </w:t>
      </w:r>
      <w:r w:rsidRPr="005962EA">
        <w:t>were particularly</w:t>
      </w:r>
      <w:r w:rsidRPr="005962EA">
        <w:rPr>
          <w:spacing w:val="-3"/>
        </w:rPr>
        <w:t xml:space="preserve"> </w:t>
      </w:r>
      <w:r w:rsidRPr="005962EA">
        <w:t xml:space="preserve">effective, inhibiting all four bacterial strains tested: </w:t>
      </w:r>
      <w:r w:rsidRPr="005962EA">
        <w:rPr>
          <w:i/>
        </w:rPr>
        <w:t xml:space="preserve">Bacillus cereus, Bacillus subtilis, Pseudomonas fluorescens </w:t>
      </w:r>
      <w:r w:rsidRPr="005962EA">
        <w:t xml:space="preserve">and </w:t>
      </w:r>
      <w:r w:rsidRPr="005962EA">
        <w:rPr>
          <w:i/>
        </w:rPr>
        <w:t xml:space="preserve">Aeromonas </w:t>
      </w:r>
      <w:proofErr w:type="spellStart"/>
      <w:r w:rsidRPr="005962EA">
        <w:rPr>
          <w:i/>
        </w:rPr>
        <w:t>hydrophila</w:t>
      </w:r>
      <w:proofErr w:type="spellEnd"/>
      <w:r w:rsidRPr="005962EA">
        <w:rPr>
          <w:i/>
        </w:rPr>
        <w:t xml:space="preserve"> </w:t>
      </w:r>
      <w:r w:rsidRPr="005962EA">
        <w:t>(Cock, 2008).</w:t>
      </w:r>
    </w:p>
    <w:p w14:paraId="43581C06" w14:textId="77777777" w:rsidR="004B65BA" w:rsidRPr="005962EA" w:rsidRDefault="004B65BA" w:rsidP="00FE51CF">
      <w:r w:rsidRPr="005962EA">
        <w:t>These studies demonstrate that plant extracts, especially those extracted with organic solvents, can provide an effective alternative to synthetic antibiotics. Their broad-spectrum antibacterial properties could contribute significantly to addressing the growing problem of antibiotic resistance.</w:t>
      </w:r>
    </w:p>
    <w:p w14:paraId="7400361A" w14:textId="77777777" w:rsidR="004B65BA" w:rsidRPr="005962EA" w:rsidRDefault="004B65BA" w:rsidP="00FE51CF"/>
    <w:p w14:paraId="34284AF1" w14:textId="77777777" w:rsidR="00B34AB2" w:rsidRDefault="004B65BA" w:rsidP="00FE51CF">
      <w:pPr>
        <w:rPr>
          <w:b/>
          <w:bCs/>
        </w:rPr>
      </w:pPr>
      <w:r w:rsidRPr="005962EA">
        <w:rPr>
          <w:b/>
          <w:bCs/>
          <w:sz w:val="28"/>
          <w:szCs w:val="28"/>
        </w:rPr>
        <w:t>Conclusion</w:t>
      </w:r>
    </w:p>
    <w:p w14:paraId="2B54894A" w14:textId="06E256CB" w:rsidR="004B65BA" w:rsidRPr="005962EA" w:rsidRDefault="004B65BA" w:rsidP="00FE51CF">
      <w:r w:rsidRPr="005962EA">
        <w:t>The present study reports on the antimicrobial activity of medicinal plant extracts from cinnamon sticks (</w:t>
      </w:r>
      <w:r w:rsidRPr="005962EA">
        <w:rPr>
          <w:i/>
        </w:rPr>
        <w:t>Cinnamomum zeylanicum</w:t>
      </w:r>
      <w:r w:rsidRPr="005962EA">
        <w:t>) (Patti) and star anise (</w:t>
      </w:r>
      <w:r w:rsidRPr="005962EA">
        <w:rPr>
          <w:i/>
        </w:rPr>
        <w:t xml:space="preserve">Illicium </w:t>
      </w:r>
      <w:proofErr w:type="spellStart"/>
      <w:r w:rsidRPr="005962EA">
        <w:rPr>
          <w:i/>
        </w:rPr>
        <w:t>verum</w:t>
      </w:r>
      <w:proofErr w:type="spellEnd"/>
      <w:r w:rsidRPr="005962EA">
        <w:t>) (</w:t>
      </w:r>
      <w:proofErr w:type="spellStart"/>
      <w:r w:rsidRPr="005962EA">
        <w:t>Annachi</w:t>
      </w:r>
      <w:proofErr w:type="spellEnd"/>
      <w:r w:rsidRPr="005962EA">
        <w:t xml:space="preserve"> Poo) against spoiled vegetable bacteria and human pathogens. The extracts demonstrated notable antimicrobial potential against the tested pathogens. These findings validate the traditional</w:t>
      </w:r>
      <w:r w:rsidRPr="005962EA">
        <w:rPr>
          <w:spacing w:val="-3"/>
        </w:rPr>
        <w:t xml:space="preserve"> </w:t>
      </w:r>
      <w:r w:rsidRPr="005962EA">
        <w:t>use of</w:t>
      </w:r>
      <w:r w:rsidRPr="005962EA">
        <w:rPr>
          <w:spacing w:val="-8"/>
        </w:rPr>
        <w:t xml:space="preserve"> </w:t>
      </w:r>
      <w:r w:rsidRPr="005962EA">
        <w:t>these botanicals in food preservation</w:t>
      </w:r>
      <w:r w:rsidRPr="005962EA">
        <w:rPr>
          <w:spacing w:val="-4"/>
        </w:rPr>
        <w:t xml:space="preserve"> </w:t>
      </w:r>
      <w:r w:rsidRPr="005962EA">
        <w:t xml:space="preserve">while providing scientific evidence for their application in modern food safety protocols. The observed inhibitory effects were concentration-dependent, with higher extract concentrations yielding more pronounced zones of inhibition in the agar diffusion assays. To enhance the effectiveness and stability of these plants, an in-depth exploration of the most active components of these plants is needed, particularly focusing on their synergistic interactions and stability under different storage conditions. Further study should investigate the minimum inhibitory </w:t>
      </w:r>
      <w:r w:rsidRPr="005962EA">
        <w:lastRenderedPageBreak/>
        <w:t>concentrations (MICs)</w:t>
      </w:r>
      <w:r w:rsidRPr="005962EA">
        <w:rPr>
          <w:spacing w:val="40"/>
        </w:rPr>
        <w:t xml:space="preserve"> </w:t>
      </w:r>
      <w:r w:rsidRPr="005962EA">
        <w:t>of individual bioactive compounds like cinnamaldehyde and anethole against specific</w:t>
      </w:r>
      <w:r w:rsidRPr="005962EA">
        <w:rPr>
          <w:spacing w:val="40"/>
        </w:rPr>
        <w:t xml:space="preserve"> </w:t>
      </w:r>
      <w:r w:rsidRPr="005962EA">
        <w:t xml:space="preserve">spoilage bacteria. The thermal stability and pH tolerance of these antimicrobial compounds should also be examined to determine their suitability for various food processing applications. These findings open promising avenues for developing natural preservative systems that could reduce reliance on synthetic additives while maintaining food quality and </w:t>
      </w:r>
      <w:r w:rsidRPr="005962EA">
        <w:rPr>
          <w:spacing w:val="-2"/>
        </w:rPr>
        <w:t>safety.</w:t>
      </w:r>
    </w:p>
    <w:p w14:paraId="5353CA5B" w14:textId="3E4804E4" w:rsidR="004B65BA" w:rsidRDefault="005962EA" w:rsidP="00FE51CF">
      <w:r w:rsidRPr="005962EA">
        <w:t>References:</w:t>
      </w:r>
    </w:p>
    <w:p w14:paraId="6BF06BDA" w14:textId="5F3CEA90" w:rsidR="0009078B" w:rsidRDefault="0009078B" w:rsidP="00FE51CF">
      <w:r>
        <w:t xml:space="preserve">1.Akrami, S., Amin, M., &amp; Saki, M. (2021). In vitro evaluation of antibacterial effects of </w:t>
      </w:r>
      <w:r>
        <w:rPr>
          <w:rStyle w:val="Emphasis"/>
        </w:rPr>
        <w:t>Cinnamomum zeylanicum</w:t>
      </w:r>
      <w:r>
        <w:t xml:space="preserve"> essential oil against multidrug-resistant </w:t>
      </w:r>
      <w:r>
        <w:rPr>
          <w:rStyle w:val="Emphasis"/>
        </w:rPr>
        <w:t>Shigella</w:t>
      </w:r>
      <w:r>
        <w:t xml:space="preserve"> isolates. </w:t>
      </w:r>
      <w:r>
        <w:rPr>
          <w:rStyle w:val="Strong"/>
        </w:rPr>
        <w:t>Molecular Biology Reports</w:t>
      </w:r>
      <w:r>
        <w:t>, 48(3), 2583-2589</w:t>
      </w:r>
    </w:p>
    <w:p w14:paraId="3EFF7C97" w14:textId="79E2D6A2" w:rsidR="0009078B" w:rsidRPr="005962EA" w:rsidRDefault="0009078B" w:rsidP="00FE51CF">
      <w:r>
        <w:t xml:space="preserve">2.Al-Zubaidi, S. (2025). In vitro antibacterial activity of </w:t>
      </w:r>
      <w:r>
        <w:rPr>
          <w:rStyle w:val="Emphasis"/>
        </w:rPr>
        <w:t>Cinnamomum zeylanicum</w:t>
      </w:r>
      <w:r>
        <w:t xml:space="preserve"> and screening of its bioactive compounds. </w:t>
      </w:r>
      <w:r>
        <w:rPr>
          <w:rStyle w:val="Strong"/>
        </w:rPr>
        <w:t>Journal of Current Medical Research and Opinion</w:t>
      </w:r>
      <w:r>
        <w:t>, 8(10), 4-10.</w:t>
      </w:r>
    </w:p>
    <w:p w14:paraId="091050C6" w14:textId="749BAE5A" w:rsidR="0009078B" w:rsidRPr="00B73C4B" w:rsidRDefault="00493F0C" w:rsidP="00FE51CF">
      <w:r>
        <w:t>3</w:t>
      </w:r>
      <w:r w:rsidR="0009078B">
        <w:t xml:space="preserve">.Ben Selma, W., </w:t>
      </w:r>
      <w:proofErr w:type="spellStart"/>
      <w:r w:rsidR="0009078B">
        <w:t>Ferjeni</w:t>
      </w:r>
      <w:proofErr w:type="spellEnd"/>
      <w:r w:rsidR="0009078B">
        <w:t xml:space="preserve">, S., Farouk, A., Marzouk, M., &amp; </w:t>
      </w:r>
      <w:proofErr w:type="spellStart"/>
      <w:r w:rsidR="0009078B">
        <w:t>Boukadida</w:t>
      </w:r>
      <w:proofErr w:type="spellEnd"/>
      <w:r w:rsidR="0009078B">
        <w:t xml:space="preserve">, J. (2025). Antimicrobial activity of </w:t>
      </w:r>
      <w:r w:rsidR="0009078B">
        <w:rPr>
          <w:rStyle w:val="Emphasis"/>
        </w:rPr>
        <w:t>Cinnamomum zeylanicum</w:t>
      </w:r>
      <w:r w:rsidR="0009078B">
        <w:t xml:space="preserve"> essential oil against colistin-resistant Gram-negative bacteria. </w:t>
      </w:r>
      <w:r w:rsidR="0009078B">
        <w:rPr>
          <w:rStyle w:val="Strong"/>
        </w:rPr>
        <w:t>International Journal of Environmental Health Research</w:t>
      </w:r>
      <w:r w:rsidR="0009078B">
        <w:t>, 35(1), 169-181</w:t>
      </w:r>
    </w:p>
    <w:p w14:paraId="54C1EE10" w14:textId="31A8B626" w:rsidR="00F73A3B" w:rsidRDefault="00493F0C" w:rsidP="00FE51CF">
      <w:r>
        <w:t>4</w:t>
      </w:r>
      <w:r w:rsidR="00B73C4B" w:rsidRPr="00B73C4B">
        <w:t>.</w:t>
      </w:r>
      <w:r w:rsidR="00F73A3B" w:rsidRPr="00B73C4B">
        <w:t>Davies and Davies, 2010</w:t>
      </w:r>
      <w:proofErr w:type="gramStart"/>
      <w:r w:rsidR="00F73A3B" w:rsidRPr="00B73C4B">
        <w:t>).Origins</w:t>
      </w:r>
      <w:proofErr w:type="gramEnd"/>
      <w:r w:rsidR="00F73A3B" w:rsidRPr="00B73C4B">
        <w:t xml:space="preserve"> and Evolution of Antibiotic Resistance, Journal of Microbiology and Molecular Biology Reviews,volume-74,issue:3 </w:t>
      </w:r>
      <w:hyperlink r:id="rId45" w:history="1">
        <w:r w:rsidR="00871F09" w:rsidRPr="00B73C4B">
          <w:rPr>
            <w:rStyle w:val="Hyperlink"/>
            <w:rFonts w:ascii="Times New Roman" w:hAnsi="Times New Roman" w:cs="Times New Roman"/>
            <w:sz w:val="24"/>
            <w:szCs w:val="24"/>
          </w:rPr>
          <w:t>https://doi.org/10.1128/mmbr.00016-10</w:t>
        </w:r>
      </w:hyperlink>
      <w:r w:rsidR="00F73A3B" w:rsidRPr="00B73C4B">
        <w:t>.</w:t>
      </w:r>
    </w:p>
    <w:p w14:paraId="3885D4DA" w14:textId="04A9EF87" w:rsidR="00FE51CF" w:rsidRPr="00FE51CF" w:rsidRDefault="00493F0C" w:rsidP="00FE51CF">
      <w:pPr>
        <w:widowControl w:val="0"/>
        <w:tabs>
          <w:tab w:val="left" w:pos="885"/>
        </w:tabs>
        <w:autoSpaceDE w:val="0"/>
        <w:autoSpaceDN w:val="0"/>
        <w:spacing w:after="0" w:line="357" w:lineRule="auto"/>
        <w:ind w:right="435"/>
        <w:jc w:val="both"/>
      </w:pPr>
      <w:r>
        <w:t>5</w:t>
      </w:r>
      <w:r w:rsidR="00FE51CF">
        <w:t>.</w:t>
      </w:r>
      <w:r w:rsidR="00FE51CF" w:rsidRPr="00FE51CF">
        <w:t xml:space="preserve">Dike-Ndudim, J.N., Anyanwu, G.O., </w:t>
      </w:r>
      <w:proofErr w:type="spellStart"/>
      <w:r w:rsidR="00FE51CF" w:rsidRPr="00FE51CF">
        <w:t>Egbuobi</w:t>
      </w:r>
      <w:proofErr w:type="spellEnd"/>
      <w:r w:rsidR="00FE51CF" w:rsidRPr="00FE51CF">
        <w:t xml:space="preserve">, R.C., Okorie, H.M., </w:t>
      </w:r>
      <w:proofErr w:type="spellStart"/>
      <w:r w:rsidR="00FE51CF" w:rsidRPr="00FE51CF">
        <w:t>Udujih</w:t>
      </w:r>
      <w:proofErr w:type="spellEnd"/>
      <w:r w:rsidR="00FE51CF" w:rsidRPr="00FE51CF">
        <w:t>, H.I., Nwosu, D.C. and Okolie, N.J.C., 2016. Anti-bacterial and phytochemical potential of Moringa oleifera leaf extracts on some wound and enteric pathogenic bacteria. Eur J Bot Plant Sci Phytol, 3(1), pp.50-60.</w:t>
      </w:r>
    </w:p>
    <w:p w14:paraId="28F30FAF" w14:textId="4759935D" w:rsidR="00871F09" w:rsidRDefault="00493F0C" w:rsidP="00FE51CF">
      <w:proofErr w:type="gramStart"/>
      <w:r>
        <w:t>6</w:t>
      </w:r>
      <w:r w:rsidR="00871F09" w:rsidRPr="00B73C4B">
        <w:t xml:space="preserve"> .</w:t>
      </w:r>
      <w:proofErr w:type="spellStart"/>
      <w:r w:rsidR="00871F09" w:rsidRPr="00B73C4B">
        <w:t>Dubale</w:t>
      </w:r>
      <w:proofErr w:type="spellEnd"/>
      <w:proofErr w:type="gramEnd"/>
      <w:r w:rsidR="00871F09" w:rsidRPr="00B73C4B">
        <w:t xml:space="preserve">, S., </w:t>
      </w:r>
      <w:proofErr w:type="spellStart"/>
      <w:r w:rsidR="00871F09" w:rsidRPr="00B73C4B">
        <w:t>Kebebe</w:t>
      </w:r>
      <w:proofErr w:type="spellEnd"/>
      <w:r w:rsidR="00871F09" w:rsidRPr="00B73C4B">
        <w:t xml:space="preserve">, D., </w:t>
      </w:r>
      <w:proofErr w:type="spellStart"/>
      <w:r w:rsidR="00871F09" w:rsidRPr="00B73C4B">
        <w:t>Zeynudin</w:t>
      </w:r>
      <w:proofErr w:type="spellEnd"/>
      <w:r w:rsidR="00871F09" w:rsidRPr="00B73C4B">
        <w:t xml:space="preserve">, A., Abdissa, N. and Suleman, S., 2023. </w:t>
      </w:r>
      <w:r w:rsidR="00871F09" w:rsidRPr="00B73C4B">
        <w:rPr>
          <w:i/>
        </w:rPr>
        <w:t>Phytochemical screening and antimicrobial activity evaluation of selected medicinal plants in Ethiopia. Journal of experimental pharmacology</w:t>
      </w:r>
      <w:r w:rsidR="00871F09" w:rsidRPr="00B73C4B">
        <w:t>, pp.51-62.</w:t>
      </w:r>
    </w:p>
    <w:p w14:paraId="1F4F9C86" w14:textId="77777777" w:rsidR="00493F0C" w:rsidRDefault="00493F0C" w:rsidP="00FE51CF"/>
    <w:p w14:paraId="2141FEB5" w14:textId="08835485" w:rsidR="00493F0C" w:rsidRDefault="00493F0C" w:rsidP="00493F0C">
      <w:pPr>
        <w:rPr>
          <w:color w:val="0000FF"/>
          <w:u w:val="single" w:color="0000FF"/>
        </w:rPr>
      </w:pPr>
      <w:proofErr w:type="gramStart"/>
      <w:r>
        <w:t>7</w:t>
      </w:r>
      <w:r w:rsidRPr="00B73C4B">
        <w:t xml:space="preserve"> .Ellaiah</w:t>
      </w:r>
      <w:proofErr w:type="gramEnd"/>
      <w:r w:rsidRPr="00B73C4B">
        <w:t xml:space="preserve">, P., Purna Chandra Rao, N., &amp; Siva Rama Krishna, M. (1996). </w:t>
      </w:r>
      <w:r w:rsidRPr="00B73C4B">
        <w:rPr>
          <w:i/>
        </w:rPr>
        <w:t xml:space="preserve">Isolation of microorganisms from different samples by serial dilution plate technique. </w:t>
      </w:r>
      <w:r w:rsidRPr="00B73C4B">
        <w:t xml:space="preserve">Indian Journal of Microbiology, 36(2), 124-128. </w:t>
      </w:r>
      <w:hyperlink r:id="rId46" w:history="1">
        <w:r w:rsidRPr="00B14040">
          <w:rPr>
            <w:rStyle w:val="Hyperlink"/>
          </w:rPr>
          <w:t>https://doi.org/10.1007/BF02972852</w:t>
        </w:r>
      </w:hyperlink>
    </w:p>
    <w:p w14:paraId="20D58E59" w14:textId="367942DA" w:rsidR="00493F0C" w:rsidRPr="00B73C4B" w:rsidRDefault="00493F0C" w:rsidP="00493F0C">
      <w:r>
        <w:t>8.</w:t>
      </w:r>
      <w:r w:rsidRPr="00B73C4B">
        <w:t xml:space="preserve"> El</w:t>
      </w:r>
      <w:r w:rsidRPr="00B73C4B">
        <w:rPr>
          <w:spacing w:val="-6"/>
        </w:rPr>
        <w:t xml:space="preserve"> </w:t>
      </w:r>
      <w:r w:rsidRPr="00B73C4B">
        <w:t>Atki,</w:t>
      </w:r>
      <w:r w:rsidRPr="00B73C4B">
        <w:rPr>
          <w:spacing w:val="1"/>
        </w:rPr>
        <w:t xml:space="preserve"> </w:t>
      </w:r>
      <w:r w:rsidRPr="00B73C4B">
        <w:t>Y.,</w:t>
      </w:r>
      <w:r w:rsidRPr="00B73C4B">
        <w:rPr>
          <w:spacing w:val="-4"/>
        </w:rPr>
        <w:t xml:space="preserve"> </w:t>
      </w:r>
      <w:proofErr w:type="spellStart"/>
      <w:r w:rsidRPr="00B73C4B">
        <w:t>Aouam</w:t>
      </w:r>
      <w:proofErr w:type="spellEnd"/>
      <w:r w:rsidRPr="00B73C4B">
        <w:t>, I.,</w:t>
      </w:r>
      <w:r w:rsidRPr="00B73C4B">
        <w:rPr>
          <w:spacing w:val="-3"/>
        </w:rPr>
        <w:t xml:space="preserve"> </w:t>
      </w:r>
      <w:r w:rsidRPr="00B73C4B">
        <w:t>El</w:t>
      </w:r>
      <w:r w:rsidRPr="00B73C4B">
        <w:rPr>
          <w:spacing w:val="-10"/>
        </w:rPr>
        <w:t xml:space="preserve"> </w:t>
      </w:r>
      <w:r w:rsidRPr="00B73C4B">
        <w:t>Kamari,</w:t>
      </w:r>
      <w:r w:rsidRPr="00B73C4B">
        <w:rPr>
          <w:spacing w:val="1"/>
        </w:rPr>
        <w:t xml:space="preserve"> </w:t>
      </w:r>
      <w:r w:rsidRPr="00B73C4B">
        <w:t>F., Taroq,</w:t>
      </w:r>
      <w:r w:rsidRPr="00B73C4B">
        <w:rPr>
          <w:spacing w:val="-4"/>
        </w:rPr>
        <w:t xml:space="preserve"> </w:t>
      </w:r>
      <w:r w:rsidRPr="00B73C4B">
        <w:t>A.,</w:t>
      </w:r>
      <w:r w:rsidRPr="00B73C4B">
        <w:rPr>
          <w:spacing w:val="-4"/>
        </w:rPr>
        <w:t xml:space="preserve"> </w:t>
      </w:r>
      <w:proofErr w:type="spellStart"/>
      <w:r w:rsidRPr="00B73C4B">
        <w:t>Nayme</w:t>
      </w:r>
      <w:proofErr w:type="spellEnd"/>
      <w:r w:rsidRPr="00B73C4B">
        <w:t xml:space="preserve">, K., </w:t>
      </w:r>
      <w:proofErr w:type="spellStart"/>
      <w:r w:rsidRPr="00B73C4B">
        <w:t>Timinouni</w:t>
      </w:r>
      <w:proofErr w:type="spellEnd"/>
      <w:r w:rsidRPr="00B73C4B">
        <w:t>,</w:t>
      </w:r>
      <w:r w:rsidRPr="00B73C4B">
        <w:rPr>
          <w:spacing w:val="1"/>
        </w:rPr>
        <w:t xml:space="preserve"> </w:t>
      </w:r>
      <w:r w:rsidRPr="00B73C4B">
        <w:t xml:space="preserve">M., </w:t>
      </w:r>
      <w:proofErr w:type="spellStart"/>
      <w:proofErr w:type="gramStart"/>
      <w:r w:rsidRPr="00B73C4B">
        <w:rPr>
          <w:spacing w:val="-2"/>
        </w:rPr>
        <w:t>Lyoussi</w:t>
      </w:r>
      <w:proofErr w:type="spellEnd"/>
      <w:r w:rsidRPr="00B73C4B">
        <w:rPr>
          <w:spacing w:val="-2"/>
        </w:rPr>
        <w:t>,</w:t>
      </w:r>
      <w:r w:rsidRPr="00B73C4B">
        <w:t xml:space="preserve">  B.</w:t>
      </w:r>
      <w:proofErr w:type="gramEnd"/>
      <w:r w:rsidRPr="00B73C4B">
        <w:t xml:space="preserve"> and Abdellaoui, A., 2019. </w:t>
      </w:r>
      <w:r w:rsidRPr="00B73C4B">
        <w:rPr>
          <w:i/>
        </w:rPr>
        <w:t>Antibacterial activity of cinnamon essential oils and</w:t>
      </w:r>
      <w:r w:rsidRPr="00B73C4B">
        <w:rPr>
          <w:i/>
          <w:spacing w:val="40"/>
        </w:rPr>
        <w:t xml:space="preserve"> </w:t>
      </w:r>
      <w:r w:rsidRPr="00B73C4B">
        <w:rPr>
          <w:i/>
        </w:rPr>
        <w:t>their synergistic potential with antibiotics</w:t>
      </w:r>
      <w:r w:rsidRPr="00B73C4B">
        <w:t>. Journal of advanced pharmaceutical technology &amp; research, 10(2), pp.63-67.</w:t>
      </w:r>
    </w:p>
    <w:p w14:paraId="0D80E05F" w14:textId="4480D6BC" w:rsidR="00493F0C" w:rsidRPr="00B73C4B" w:rsidRDefault="00493F0C" w:rsidP="00FE51CF">
      <w:r>
        <w:lastRenderedPageBreak/>
        <w:t xml:space="preserve">9.Friedman, M. (2017). Chemistry and antimicrobial mechanisms of cinnamon and its components. </w:t>
      </w:r>
      <w:r>
        <w:rPr>
          <w:rStyle w:val="Strong"/>
        </w:rPr>
        <w:t>Journal of Agricultural and Food Chemistry</w:t>
      </w:r>
      <w:r>
        <w:t>, 65(24), 4789-4800.</w:t>
      </w:r>
    </w:p>
    <w:p w14:paraId="2456D5EA" w14:textId="3AC436D5" w:rsidR="00493F0C" w:rsidRDefault="00493F0C" w:rsidP="00FE51CF">
      <w:r>
        <w:t>10.Hyun-Jeong, C., et al. (2019). Antimicrobial properties of star anise (</w:t>
      </w:r>
      <w:r>
        <w:rPr>
          <w:rStyle w:val="Emphasis"/>
        </w:rPr>
        <w:t>Illicium verum</w:t>
      </w:r>
      <w:r>
        <w:t xml:space="preserve">) essential oil against foodborne pathogens. </w:t>
      </w:r>
      <w:r>
        <w:rPr>
          <w:rStyle w:val="Strong"/>
        </w:rPr>
        <w:t>Food Science &amp; Nutrition</w:t>
      </w:r>
      <w:r>
        <w:t>, 7, 3122-3130.</w:t>
      </w:r>
    </w:p>
    <w:p w14:paraId="0F9E66B4" w14:textId="69974C1C" w:rsidR="00493F0C" w:rsidRPr="00B73C4B" w:rsidRDefault="00493F0C" w:rsidP="00493F0C">
      <w:r>
        <w:t>11</w:t>
      </w:r>
      <w:r w:rsidRPr="00B73C4B">
        <w:t>.  Tirado-Torres, D., Chan-</w:t>
      </w:r>
      <w:proofErr w:type="spellStart"/>
      <w:r w:rsidRPr="00B73C4B">
        <w:t>Keb</w:t>
      </w:r>
      <w:proofErr w:type="spellEnd"/>
      <w:r w:rsidRPr="00B73C4B">
        <w:t>, C.A., Pérez-</w:t>
      </w:r>
      <w:proofErr w:type="spellStart"/>
      <w:r w:rsidRPr="00B73C4B">
        <w:t>Balán</w:t>
      </w:r>
      <w:proofErr w:type="spellEnd"/>
      <w:r w:rsidRPr="00B73C4B">
        <w:t>, R.A., Ake-</w:t>
      </w:r>
      <w:proofErr w:type="spellStart"/>
      <w:r w:rsidRPr="00B73C4B">
        <w:t>Canché</w:t>
      </w:r>
      <w:proofErr w:type="spellEnd"/>
      <w:r w:rsidRPr="00B73C4B">
        <w:t>, B., Gómez Solano, M.I., Aragón-</w:t>
      </w:r>
      <w:proofErr w:type="spellStart"/>
      <w:r w:rsidRPr="00B73C4B">
        <w:t>Gastélum</w:t>
      </w:r>
      <w:proofErr w:type="spellEnd"/>
      <w:r w:rsidRPr="00B73C4B">
        <w:t xml:space="preserve">, J.L., Gómez-López, I., Aguirre-Crespo, F.J., López- Ramos, M.C. and Gutiérrez-Alcántara, E.J., 2019. </w:t>
      </w:r>
      <w:r w:rsidRPr="00B73C4B">
        <w:rPr>
          <w:i/>
        </w:rPr>
        <w:t>Antimicrobial activity of Moringa oleifera</w:t>
      </w:r>
      <w:r w:rsidRPr="00B73C4B">
        <w:rPr>
          <w:i/>
          <w:spacing w:val="40"/>
        </w:rPr>
        <w:t xml:space="preserve"> </w:t>
      </w:r>
      <w:r w:rsidRPr="00B73C4B">
        <w:rPr>
          <w:i/>
        </w:rPr>
        <w:t>against</w:t>
      </w:r>
      <w:r w:rsidRPr="00B73C4B">
        <w:rPr>
          <w:i/>
          <w:spacing w:val="40"/>
        </w:rPr>
        <w:t xml:space="preserve"> </w:t>
      </w:r>
      <w:r w:rsidRPr="00B73C4B">
        <w:rPr>
          <w:i/>
        </w:rPr>
        <w:t>multidrug-resistant</w:t>
      </w:r>
      <w:r w:rsidRPr="00B73C4B">
        <w:rPr>
          <w:i/>
          <w:spacing w:val="40"/>
        </w:rPr>
        <w:t xml:space="preserve"> </w:t>
      </w:r>
      <w:r w:rsidRPr="00B73C4B">
        <w:rPr>
          <w:i/>
        </w:rPr>
        <w:t>Staphylococcus</w:t>
      </w:r>
      <w:r w:rsidRPr="00B73C4B">
        <w:rPr>
          <w:i/>
          <w:spacing w:val="40"/>
        </w:rPr>
        <w:t xml:space="preserve"> </w:t>
      </w:r>
      <w:r w:rsidRPr="00B73C4B">
        <w:rPr>
          <w:i/>
        </w:rPr>
        <w:t>aureus</w:t>
      </w:r>
      <w:r w:rsidRPr="00B73C4B">
        <w:rPr>
          <w:i/>
          <w:spacing w:val="40"/>
        </w:rPr>
        <w:t xml:space="preserve"> </w:t>
      </w:r>
      <w:r w:rsidRPr="00B73C4B">
        <w:rPr>
          <w:i/>
        </w:rPr>
        <w:t>isolated</w:t>
      </w:r>
      <w:r w:rsidRPr="00B73C4B">
        <w:rPr>
          <w:i/>
          <w:spacing w:val="40"/>
        </w:rPr>
        <w:t xml:space="preserve"> </w:t>
      </w:r>
      <w:r w:rsidRPr="00B73C4B">
        <w:rPr>
          <w:i/>
        </w:rPr>
        <w:t>from</w:t>
      </w:r>
      <w:r w:rsidRPr="00B73C4B">
        <w:rPr>
          <w:i/>
          <w:spacing w:val="40"/>
        </w:rPr>
        <w:t xml:space="preserve"> </w:t>
      </w:r>
      <w:r w:rsidRPr="00B73C4B">
        <w:rPr>
          <w:i/>
        </w:rPr>
        <w:t>raw</w:t>
      </w:r>
      <w:r w:rsidRPr="00B73C4B">
        <w:rPr>
          <w:i/>
          <w:spacing w:val="80"/>
          <w:w w:val="150"/>
        </w:rPr>
        <w:t xml:space="preserve"> </w:t>
      </w:r>
      <w:r w:rsidRPr="00B73C4B">
        <w:rPr>
          <w:i/>
        </w:rPr>
        <w:t>milk</w:t>
      </w:r>
      <w:r w:rsidRPr="00B73C4B">
        <w:t xml:space="preserve">. </w:t>
      </w:r>
      <w:r w:rsidRPr="00B73C4B">
        <w:rPr>
          <w:i/>
        </w:rPr>
        <w:t>Appl. Ecol. Environ. Res</w:t>
      </w:r>
      <w:r w:rsidRPr="00B73C4B">
        <w:t xml:space="preserve">, </w:t>
      </w:r>
      <w:r w:rsidRPr="00B73C4B">
        <w:rPr>
          <w:i/>
        </w:rPr>
        <w:t>17</w:t>
      </w:r>
      <w:r w:rsidRPr="00B73C4B">
        <w:t>(1), pp.587-599.</w:t>
      </w:r>
    </w:p>
    <w:p w14:paraId="16EDFE1E" w14:textId="37EEBB13" w:rsidR="00B73C4B" w:rsidRPr="00B73C4B" w:rsidRDefault="00493F0C" w:rsidP="00FE51CF">
      <w:pPr>
        <w:rPr>
          <w:spacing w:val="-4"/>
        </w:rPr>
      </w:pPr>
      <w:r>
        <w:t>12</w:t>
      </w:r>
      <w:r w:rsidR="00B73C4B" w:rsidRPr="00B73C4B">
        <w:t xml:space="preserve">.Thongson C, Davidson PM, Mahakarnchanakul W, Weiss J. </w:t>
      </w:r>
      <w:r w:rsidR="00B73C4B" w:rsidRPr="00B73C4B">
        <w:rPr>
          <w:i/>
        </w:rPr>
        <w:t xml:space="preserve">Antimicrobial activity </w:t>
      </w:r>
      <w:proofErr w:type="gramStart"/>
      <w:r w:rsidR="00B73C4B" w:rsidRPr="00B73C4B">
        <w:rPr>
          <w:i/>
        </w:rPr>
        <w:t>of  ultrasound</w:t>
      </w:r>
      <w:proofErr w:type="gramEnd"/>
      <w:r w:rsidR="00B73C4B" w:rsidRPr="00B73C4B">
        <w:rPr>
          <w:i/>
        </w:rPr>
        <w:t xml:space="preserve">-assisted solvent-extracted spices. </w:t>
      </w:r>
      <w:r w:rsidR="00B73C4B" w:rsidRPr="00B73C4B">
        <w:t>Letters Appl Microbiol 2004; 39:401-</w:t>
      </w:r>
      <w:proofErr w:type="gramStart"/>
      <w:r w:rsidR="00B73C4B" w:rsidRPr="00B73C4B">
        <w:t>406 .</w:t>
      </w:r>
      <w:proofErr w:type="gramEnd"/>
      <w:r w:rsidR="00B73C4B" w:rsidRPr="00B73C4B">
        <w:t xml:space="preserve"> </w:t>
      </w:r>
    </w:p>
    <w:p w14:paraId="69CB8FD1" w14:textId="591B8A98" w:rsidR="00FE51CF" w:rsidRDefault="00EC2660" w:rsidP="00EC2660">
      <w:pPr>
        <w:rPr>
          <w:color w:val="0000FF"/>
          <w:u w:val="single" w:color="0000FF"/>
        </w:rPr>
      </w:pPr>
      <w:r>
        <w:t>1</w:t>
      </w:r>
      <w:r w:rsidR="00493F0C">
        <w:t>3</w:t>
      </w:r>
      <w:r>
        <w:t>.</w:t>
      </w:r>
      <w:r w:rsidR="00FE51CF" w:rsidRPr="00FE51CF">
        <w:t xml:space="preserve">USDA. (2023). </w:t>
      </w:r>
      <w:r w:rsidR="00FE51CF" w:rsidRPr="00FE51CF">
        <w:rPr>
          <w:i/>
        </w:rPr>
        <w:t>Carrots: Nutritional content and health benefits</w:t>
      </w:r>
      <w:r w:rsidR="00FE51CF" w:rsidRPr="00FE51CF">
        <w:t xml:space="preserve">. United States Department of Agriculture. Retrieved from </w:t>
      </w:r>
      <w:r w:rsidR="00FE51CF" w:rsidRPr="00FE51CF">
        <w:rPr>
          <w:color w:val="0000FF"/>
          <w:u w:val="single" w:color="0000FF"/>
        </w:rPr>
        <w:t>https://</w:t>
      </w:r>
      <w:hyperlink r:id="rId47">
        <w:r w:rsidR="00FE51CF" w:rsidRPr="00FE51CF">
          <w:rPr>
            <w:color w:val="0000FF"/>
            <w:u w:val="single" w:color="0000FF"/>
          </w:rPr>
          <w:t>www.nutrition.gov</w:t>
        </w:r>
      </w:hyperlink>
      <w:r w:rsidR="00FE51CF">
        <w:rPr>
          <w:color w:val="0000FF"/>
          <w:u w:val="single" w:color="0000FF"/>
        </w:rPr>
        <w:t>.</w:t>
      </w:r>
    </w:p>
    <w:p w14:paraId="24E4617D" w14:textId="06EE5402" w:rsidR="00A76870" w:rsidRPr="00A76870" w:rsidRDefault="00A76870" w:rsidP="00A76870">
      <w:pPr>
        <w:widowControl w:val="0"/>
        <w:tabs>
          <w:tab w:val="left" w:pos="885"/>
        </w:tabs>
        <w:autoSpaceDE w:val="0"/>
        <w:autoSpaceDN w:val="0"/>
        <w:spacing w:before="1" w:after="0" w:line="355" w:lineRule="auto"/>
        <w:ind w:right="433"/>
        <w:jc w:val="both"/>
        <w:rPr>
          <w:rFonts w:ascii="Symbol" w:hAnsi="Symbol"/>
          <w:sz w:val="24"/>
        </w:rPr>
      </w:pPr>
      <w:r w:rsidRPr="00A76870">
        <w:rPr>
          <w:color w:val="0000FF"/>
          <w:u w:val="single" w:color="0000FF"/>
        </w:rPr>
        <w:t>1</w:t>
      </w:r>
      <w:r w:rsidR="00493F0C">
        <w:rPr>
          <w:color w:val="0000FF"/>
          <w:u w:val="single" w:color="0000FF"/>
        </w:rPr>
        <w:t>4</w:t>
      </w:r>
      <w:r w:rsidRPr="00A76870">
        <w:rPr>
          <w:color w:val="0000FF"/>
          <w:u w:val="single" w:color="0000FF"/>
        </w:rPr>
        <w:t>.</w:t>
      </w:r>
      <w:bookmarkStart w:id="2" w:name="_Hlk214360363"/>
      <w:r w:rsidRPr="00A76870">
        <w:t>USDA. (2023). Potatoes: Nutritional content and health benefits. United States Department of Agriculture. Retrieved from https://</w:t>
      </w:r>
      <w:hyperlink r:id="rId48">
        <w:r w:rsidRPr="00A76870">
          <w:t>www.nutrition.gov</w:t>
        </w:r>
      </w:hyperlink>
    </w:p>
    <w:bookmarkEnd w:id="2"/>
    <w:p w14:paraId="13218588" w14:textId="6C34049B" w:rsidR="00FE51CF" w:rsidRDefault="00FE51CF" w:rsidP="00FE51CF">
      <w:r w:rsidRPr="00FE51CF">
        <w:rPr>
          <w:color w:val="0000FF"/>
          <w:u w:val="single" w:color="0000FF"/>
        </w:rPr>
        <w:t>1</w:t>
      </w:r>
      <w:r w:rsidR="00493F0C">
        <w:rPr>
          <w:color w:val="0000FF"/>
          <w:u w:val="single" w:color="0000FF"/>
        </w:rPr>
        <w:t>5</w:t>
      </w:r>
      <w:r w:rsidRPr="00FE51CF">
        <w:rPr>
          <w:color w:val="0000FF"/>
          <w:u w:val="single" w:color="0000FF"/>
        </w:rPr>
        <w:t>.</w:t>
      </w:r>
      <w:r w:rsidRPr="00FE51CF">
        <w:t xml:space="preserve">Valanarasu, A., Muthu, M., &amp; Murugesan, G. (2009). </w:t>
      </w:r>
      <w:r w:rsidRPr="00FE51CF">
        <w:rPr>
          <w:i/>
        </w:rPr>
        <w:t xml:space="preserve">Isolation and characterization of microorganisms from spoiled fruits and vegetables. </w:t>
      </w:r>
      <w:r w:rsidRPr="00FE51CF">
        <w:t>Journal of Applied Microbiology</w:t>
      </w:r>
      <w:r w:rsidRPr="00FE51CF">
        <w:rPr>
          <w:i/>
        </w:rPr>
        <w:t>, 107</w:t>
      </w:r>
      <w:r w:rsidRPr="00FE51CF">
        <w:t xml:space="preserve">(3), 981-991. </w:t>
      </w:r>
      <w:hyperlink r:id="rId49" w:history="1">
        <w:r w:rsidRPr="002525F9">
          <w:rPr>
            <w:rStyle w:val="Hyperlink"/>
            <w:sz w:val="24"/>
          </w:rPr>
          <w:t>https://doi.org/10.1111/j.1365-2672.2009.04238</w:t>
        </w:r>
      </w:hyperlink>
      <w:r w:rsidRPr="00FE51CF">
        <w:t>.</w:t>
      </w:r>
    </w:p>
    <w:p w14:paraId="2F0D51CD" w14:textId="0B3F49B4" w:rsidR="00FE51CF" w:rsidRPr="00FE51CF" w:rsidRDefault="00FE51CF" w:rsidP="00FE51CF">
      <w:pPr>
        <w:rPr>
          <w:rFonts w:ascii="Symbol" w:hAnsi="Symbol"/>
        </w:rPr>
      </w:pPr>
      <w:r w:rsidRPr="00FE51CF">
        <w:t>1</w:t>
      </w:r>
      <w:r w:rsidR="001B3743">
        <w:t>6</w:t>
      </w:r>
      <w:r w:rsidRPr="00FE51CF">
        <w:t xml:space="preserve">.Vasconcelos, L. A. (2018). </w:t>
      </w:r>
      <w:r w:rsidRPr="00FE51CF">
        <w:rPr>
          <w:i/>
        </w:rPr>
        <w:t>Cinnamon and its antimicrobial activity: A review</w:t>
      </w:r>
      <w:r w:rsidRPr="00FE51CF">
        <w:t>. Pharmacognosy Reviews, 12(24), 40-45. https://doi.org/10.4103/phrev.phrev_24_18</w:t>
      </w:r>
    </w:p>
    <w:p w14:paraId="73FC842A" w14:textId="61335DA1" w:rsidR="00FE51CF" w:rsidRPr="00FE51CF" w:rsidRDefault="00FE51CF" w:rsidP="00FE51CF">
      <w:pPr>
        <w:rPr>
          <w:rFonts w:ascii="Symbol" w:hAnsi="Symbol"/>
        </w:rPr>
      </w:pPr>
      <w:r w:rsidRPr="00FE51CF">
        <w:rPr>
          <w:rFonts w:ascii="Symbol" w:hAnsi="Symbol"/>
        </w:rPr>
        <w:t></w:t>
      </w:r>
      <w:r w:rsidR="001B3743">
        <w:rPr>
          <w:rFonts w:ascii="Symbol" w:hAnsi="Symbol"/>
        </w:rPr>
        <w:t></w:t>
      </w:r>
      <w:r w:rsidRPr="00FE51CF">
        <w:rPr>
          <w:rFonts w:ascii="Symbol" w:hAnsi="Symbol"/>
        </w:rPr>
        <w:t></w:t>
      </w:r>
      <w:r w:rsidRPr="00FE51CF">
        <w:t>Wells-</w:t>
      </w:r>
      <w:proofErr w:type="spellStart"/>
      <w:r w:rsidRPr="00FE51CF">
        <w:t>Bennik</w:t>
      </w:r>
      <w:proofErr w:type="spellEnd"/>
      <w:r w:rsidRPr="00FE51CF">
        <w:t xml:space="preserve">, M. H., de Vos, W. M., &amp; </w:t>
      </w:r>
      <w:proofErr w:type="spellStart"/>
      <w:r w:rsidRPr="00FE51CF">
        <w:t>Tjalsma</w:t>
      </w:r>
      <w:proofErr w:type="spellEnd"/>
      <w:r w:rsidRPr="00FE51CF">
        <w:t xml:space="preserve">, H. (2016). </w:t>
      </w:r>
      <w:r w:rsidRPr="00FE51CF">
        <w:rPr>
          <w:i/>
        </w:rPr>
        <w:t xml:space="preserve">Clostridium spp. and their role in anaerobic putrefaction of plant material. </w:t>
      </w:r>
      <w:r w:rsidRPr="00FE51CF">
        <w:t>International Journal of Food Microbiology, 234, 123-130. https://doi.org/10.1016/j.ijfoodmicro.2016.07.018</w:t>
      </w:r>
    </w:p>
    <w:p w14:paraId="44D5CDFF" w14:textId="080C607E" w:rsidR="00FE51CF" w:rsidRPr="00FE51CF" w:rsidRDefault="00FE51CF" w:rsidP="00FE51CF">
      <w:pPr>
        <w:rPr>
          <w:rFonts w:ascii="Symbol" w:hAnsi="Symbol"/>
        </w:rPr>
      </w:pPr>
    </w:p>
    <w:p w14:paraId="3AB0ACD8" w14:textId="26E3B01D" w:rsidR="00AB3240" w:rsidRDefault="00AB3240"/>
    <w:sectPr w:rsidR="00AB3240"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514CEC" w14:textId="77777777" w:rsidR="00150F66" w:rsidRDefault="00150F66" w:rsidP="00805ED4">
      <w:pPr>
        <w:spacing w:after="0" w:line="240" w:lineRule="auto"/>
      </w:pPr>
      <w:r>
        <w:separator/>
      </w:r>
    </w:p>
  </w:endnote>
  <w:endnote w:type="continuationSeparator" w:id="0">
    <w:p w14:paraId="7F6EFD5F" w14:textId="77777777" w:rsidR="00150F66" w:rsidRDefault="00150F66" w:rsidP="0080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altName w:val="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17CB7" w14:textId="77777777" w:rsidR="00C63FA5" w:rsidRDefault="00C63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C22D" w14:textId="77777777" w:rsidR="00C63FA5" w:rsidRDefault="00C63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5A1E" w14:textId="77777777" w:rsidR="00C63FA5" w:rsidRDefault="00C6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4D0EC" w14:textId="77777777" w:rsidR="00150F66" w:rsidRDefault="00150F66" w:rsidP="00805ED4">
      <w:pPr>
        <w:spacing w:after="0" w:line="240" w:lineRule="auto"/>
      </w:pPr>
      <w:r>
        <w:separator/>
      </w:r>
    </w:p>
  </w:footnote>
  <w:footnote w:type="continuationSeparator" w:id="0">
    <w:p w14:paraId="56C901E0" w14:textId="77777777" w:rsidR="00150F66" w:rsidRDefault="00150F66" w:rsidP="00805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E5566" w14:textId="7FCE4B8F" w:rsidR="00C63FA5" w:rsidRDefault="00C63FA5">
    <w:pPr>
      <w:pStyle w:val="Header"/>
    </w:pPr>
    <w:r>
      <w:rPr>
        <w:noProof/>
      </w:rPr>
      <w:pict w14:anchorId="72C4B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10" o:spid="_x0000_s2050" type="#_x0000_t136" style="position:absolute;margin-left:0;margin-top:0;width:602.45pt;height:76.6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F8AAC" w14:textId="6CAEA35F" w:rsidR="00C63FA5" w:rsidRDefault="00C63FA5">
    <w:pPr>
      <w:pStyle w:val="Header"/>
    </w:pPr>
    <w:r>
      <w:rPr>
        <w:noProof/>
      </w:rPr>
      <w:pict w14:anchorId="2E8CD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11" o:spid="_x0000_s2051" type="#_x0000_t136" style="position:absolute;margin-left:0;margin-top:0;width:602.45pt;height:76.6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97131" w14:textId="510EF064" w:rsidR="00C63FA5" w:rsidRDefault="00C63FA5">
    <w:pPr>
      <w:pStyle w:val="Header"/>
    </w:pPr>
    <w:r>
      <w:rPr>
        <w:noProof/>
      </w:rPr>
      <w:pict w14:anchorId="2269D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40609" o:spid="_x0000_s2049" type="#_x0000_t136" style="position:absolute;margin-left:0;margin-top:0;width:602.45pt;height:76.6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4173F8"/>
    <w:multiLevelType w:val="hybridMultilevel"/>
    <w:tmpl w:val="62ACB642"/>
    <w:lvl w:ilvl="0" w:tplc="941214DA">
      <w:numFmt w:val="bullet"/>
      <w:lvlText w:val=""/>
      <w:lvlJc w:val="left"/>
      <w:pPr>
        <w:ind w:left="885" w:hanging="360"/>
      </w:pPr>
      <w:rPr>
        <w:rFonts w:ascii="Symbol" w:eastAsia="Symbol" w:hAnsi="Symbol" w:cs="Symbol" w:hint="default"/>
        <w:spacing w:val="0"/>
        <w:w w:val="99"/>
        <w:lang w:val="en-US" w:eastAsia="en-US" w:bidi="ar-SA"/>
      </w:rPr>
    </w:lvl>
    <w:lvl w:ilvl="1" w:tplc="3C3656C4">
      <w:numFmt w:val="bullet"/>
      <w:lvlText w:val="•"/>
      <w:lvlJc w:val="left"/>
      <w:pPr>
        <w:ind w:left="1755" w:hanging="360"/>
      </w:pPr>
      <w:rPr>
        <w:rFonts w:hint="default"/>
        <w:lang w:val="en-US" w:eastAsia="en-US" w:bidi="ar-SA"/>
      </w:rPr>
    </w:lvl>
    <w:lvl w:ilvl="2" w:tplc="34C02C0E">
      <w:numFmt w:val="bullet"/>
      <w:lvlText w:val="•"/>
      <w:lvlJc w:val="left"/>
      <w:pPr>
        <w:ind w:left="2630" w:hanging="360"/>
      </w:pPr>
      <w:rPr>
        <w:rFonts w:hint="default"/>
        <w:lang w:val="en-US" w:eastAsia="en-US" w:bidi="ar-SA"/>
      </w:rPr>
    </w:lvl>
    <w:lvl w:ilvl="3" w:tplc="7FA8EBB6">
      <w:numFmt w:val="bullet"/>
      <w:lvlText w:val="•"/>
      <w:lvlJc w:val="left"/>
      <w:pPr>
        <w:ind w:left="3505" w:hanging="360"/>
      </w:pPr>
      <w:rPr>
        <w:rFonts w:hint="default"/>
        <w:lang w:val="en-US" w:eastAsia="en-US" w:bidi="ar-SA"/>
      </w:rPr>
    </w:lvl>
    <w:lvl w:ilvl="4" w:tplc="480432F4">
      <w:numFmt w:val="bullet"/>
      <w:lvlText w:val="•"/>
      <w:lvlJc w:val="left"/>
      <w:pPr>
        <w:ind w:left="4381" w:hanging="360"/>
      </w:pPr>
      <w:rPr>
        <w:rFonts w:hint="default"/>
        <w:lang w:val="en-US" w:eastAsia="en-US" w:bidi="ar-SA"/>
      </w:rPr>
    </w:lvl>
    <w:lvl w:ilvl="5" w:tplc="25CAFA10">
      <w:numFmt w:val="bullet"/>
      <w:lvlText w:val="•"/>
      <w:lvlJc w:val="left"/>
      <w:pPr>
        <w:ind w:left="5256" w:hanging="360"/>
      </w:pPr>
      <w:rPr>
        <w:rFonts w:hint="default"/>
        <w:lang w:val="en-US" w:eastAsia="en-US" w:bidi="ar-SA"/>
      </w:rPr>
    </w:lvl>
    <w:lvl w:ilvl="6" w:tplc="0186E244">
      <w:numFmt w:val="bullet"/>
      <w:lvlText w:val="•"/>
      <w:lvlJc w:val="left"/>
      <w:pPr>
        <w:ind w:left="6131" w:hanging="360"/>
      </w:pPr>
      <w:rPr>
        <w:rFonts w:hint="default"/>
        <w:lang w:val="en-US" w:eastAsia="en-US" w:bidi="ar-SA"/>
      </w:rPr>
    </w:lvl>
    <w:lvl w:ilvl="7" w:tplc="DE2277D2">
      <w:numFmt w:val="bullet"/>
      <w:lvlText w:val="•"/>
      <w:lvlJc w:val="left"/>
      <w:pPr>
        <w:ind w:left="7007" w:hanging="360"/>
      </w:pPr>
      <w:rPr>
        <w:rFonts w:hint="default"/>
        <w:lang w:val="en-US" w:eastAsia="en-US" w:bidi="ar-SA"/>
      </w:rPr>
    </w:lvl>
    <w:lvl w:ilvl="8" w:tplc="167AA1D4">
      <w:numFmt w:val="bullet"/>
      <w:lvlText w:val="•"/>
      <w:lvlJc w:val="left"/>
      <w:pPr>
        <w:ind w:left="7882" w:hanging="360"/>
      </w:pPr>
      <w:rPr>
        <w:rFonts w:hint="default"/>
        <w:lang w:val="en-US" w:eastAsia="en-US" w:bidi="ar-SA"/>
      </w:rPr>
    </w:lvl>
  </w:abstractNum>
  <w:abstractNum w:abstractNumId="10" w15:restartNumberingAfterBreak="0">
    <w:nsid w:val="18DB3977"/>
    <w:multiLevelType w:val="hybridMultilevel"/>
    <w:tmpl w:val="73261188"/>
    <w:lvl w:ilvl="0" w:tplc="508C6754">
      <w:start w:val="15"/>
      <w:numFmt w:val="decimal"/>
      <w:lvlText w:val="%1."/>
      <w:lvlJc w:val="left"/>
      <w:pPr>
        <w:ind w:left="720" w:hanging="360"/>
      </w:pPr>
      <w:rPr>
        <w:rFonts w:asciiTheme="minorHAnsi" w:hAnsiTheme="minorHAns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B80784E"/>
    <w:multiLevelType w:val="hybridMultilevel"/>
    <w:tmpl w:val="DB8E5990"/>
    <w:lvl w:ilvl="0" w:tplc="2000000F">
      <w:start w:val="1"/>
      <w:numFmt w:val="decimal"/>
      <w:lvlText w:val="%1."/>
      <w:lvlJc w:val="left"/>
      <w:pPr>
        <w:ind w:left="786"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2D00F52"/>
    <w:multiLevelType w:val="multilevel"/>
    <w:tmpl w:val="540CD6E6"/>
    <w:lvl w:ilvl="0">
      <w:start w:val="1"/>
      <w:numFmt w:val="decimal"/>
      <w:lvlText w:val="%1."/>
      <w:lvlJc w:val="left"/>
      <w:pPr>
        <w:ind w:left="4057" w:hanging="284"/>
        <w:jc w:val="right"/>
      </w:pPr>
      <w:rPr>
        <w:rFonts w:hint="default"/>
        <w:spacing w:val="0"/>
        <w:w w:val="99"/>
        <w:lang w:val="en-US" w:eastAsia="en-US" w:bidi="ar-SA"/>
      </w:rPr>
    </w:lvl>
    <w:lvl w:ilvl="1">
      <w:start w:val="1"/>
      <w:numFmt w:val="decimal"/>
      <w:lvlText w:val="%1.%2."/>
      <w:lvlJc w:val="left"/>
      <w:pPr>
        <w:ind w:left="659" w:hanging="495"/>
        <w:jc w:val="left"/>
      </w:pPr>
      <w:rPr>
        <w:rFonts w:hint="default"/>
        <w:spacing w:val="0"/>
        <w:w w:val="99"/>
        <w:lang w:val="en-US" w:eastAsia="en-US" w:bidi="ar-SA"/>
      </w:rPr>
    </w:lvl>
    <w:lvl w:ilvl="2">
      <w:start w:val="1"/>
      <w:numFmt w:val="decimal"/>
      <w:lvlText w:val="%1.%2.%3."/>
      <w:lvlJc w:val="left"/>
      <w:pPr>
        <w:ind w:left="165" w:hanging="495"/>
        <w:jc w:val="left"/>
      </w:pPr>
      <w:rPr>
        <w:rFonts w:hint="default"/>
        <w:spacing w:val="-5"/>
        <w:w w:val="99"/>
        <w:lang w:val="en-US" w:eastAsia="en-US" w:bidi="ar-SA"/>
      </w:rPr>
    </w:lvl>
    <w:lvl w:ilvl="3">
      <w:numFmt w:val="bullet"/>
      <w:lvlText w:val="•"/>
      <w:lvlJc w:val="left"/>
      <w:pPr>
        <w:ind w:left="760" w:hanging="495"/>
      </w:pPr>
      <w:rPr>
        <w:rFonts w:hint="default"/>
        <w:lang w:val="en-US" w:eastAsia="en-US" w:bidi="ar-SA"/>
      </w:rPr>
    </w:lvl>
    <w:lvl w:ilvl="4">
      <w:numFmt w:val="bullet"/>
      <w:lvlText w:val="•"/>
      <w:lvlJc w:val="left"/>
      <w:pPr>
        <w:ind w:left="4060" w:hanging="495"/>
      </w:pPr>
      <w:rPr>
        <w:rFonts w:hint="default"/>
        <w:lang w:val="en-US" w:eastAsia="en-US" w:bidi="ar-SA"/>
      </w:rPr>
    </w:lvl>
    <w:lvl w:ilvl="5">
      <w:numFmt w:val="bullet"/>
      <w:lvlText w:val="•"/>
      <w:lvlJc w:val="left"/>
      <w:pPr>
        <w:ind w:left="4988" w:hanging="495"/>
      </w:pPr>
      <w:rPr>
        <w:rFonts w:hint="default"/>
        <w:lang w:val="en-US" w:eastAsia="en-US" w:bidi="ar-SA"/>
      </w:rPr>
    </w:lvl>
    <w:lvl w:ilvl="6">
      <w:numFmt w:val="bullet"/>
      <w:lvlText w:val="•"/>
      <w:lvlJc w:val="left"/>
      <w:pPr>
        <w:ind w:left="5917" w:hanging="495"/>
      </w:pPr>
      <w:rPr>
        <w:rFonts w:hint="default"/>
        <w:lang w:val="en-US" w:eastAsia="en-US" w:bidi="ar-SA"/>
      </w:rPr>
    </w:lvl>
    <w:lvl w:ilvl="7">
      <w:numFmt w:val="bullet"/>
      <w:lvlText w:val="•"/>
      <w:lvlJc w:val="left"/>
      <w:pPr>
        <w:ind w:left="6846" w:hanging="495"/>
      </w:pPr>
      <w:rPr>
        <w:rFonts w:hint="default"/>
        <w:lang w:val="en-US" w:eastAsia="en-US" w:bidi="ar-SA"/>
      </w:rPr>
    </w:lvl>
    <w:lvl w:ilvl="8">
      <w:numFmt w:val="bullet"/>
      <w:lvlText w:val="•"/>
      <w:lvlJc w:val="left"/>
      <w:pPr>
        <w:ind w:left="7775" w:hanging="495"/>
      </w:pPr>
      <w:rPr>
        <w:rFonts w:hint="default"/>
        <w:lang w:val="en-US" w:eastAsia="en-US" w:bidi="ar-SA"/>
      </w:rPr>
    </w:lvl>
  </w:abstractNum>
  <w:abstractNum w:abstractNumId="13" w15:restartNumberingAfterBreak="0">
    <w:nsid w:val="40C03490"/>
    <w:multiLevelType w:val="hybridMultilevel"/>
    <w:tmpl w:val="B740B0EA"/>
    <w:lvl w:ilvl="0" w:tplc="FA3EC2E0">
      <w:start w:val="7"/>
      <w:numFmt w:val="decimal"/>
      <w:lvlText w:val="%1."/>
      <w:lvlJc w:val="left"/>
      <w:pPr>
        <w:ind w:left="786" w:hanging="360"/>
      </w:pPr>
      <w:rPr>
        <w:rFonts w:hint="default"/>
        <w:i w:val="0"/>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4" w15:restartNumberingAfterBreak="0">
    <w:nsid w:val="417018A2"/>
    <w:multiLevelType w:val="hybridMultilevel"/>
    <w:tmpl w:val="7BCEF06A"/>
    <w:lvl w:ilvl="0" w:tplc="92985C42">
      <w:numFmt w:val="bullet"/>
      <w:lvlText w:val=""/>
      <w:lvlJc w:val="left"/>
      <w:pPr>
        <w:ind w:left="360" w:hanging="360"/>
      </w:pPr>
      <w:rPr>
        <w:rFonts w:ascii="Symbol" w:eastAsia="Symbol" w:hAnsi="Symbol" w:cs="Symbol" w:hint="default"/>
        <w:b w:val="0"/>
        <w:bCs w:val="0"/>
        <w:i w:val="0"/>
        <w:iCs w:val="0"/>
        <w:spacing w:val="0"/>
        <w:w w:val="99"/>
        <w:sz w:val="24"/>
        <w:szCs w:val="24"/>
        <w:lang w:val="en-US" w:eastAsia="en-US" w:bidi="ar-SA"/>
      </w:rPr>
    </w:lvl>
    <w:lvl w:ilvl="1" w:tplc="A4E0A070">
      <w:numFmt w:val="bullet"/>
      <w:lvlText w:val="•"/>
      <w:lvlJc w:val="left"/>
      <w:pPr>
        <w:ind w:left="1232" w:hanging="360"/>
      </w:pPr>
      <w:rPr>
        <w:rFonts w:hint="default"/>
        <w:lang w:val="en-US" w:eastAsia="en-US" w:bidi="ar-SA"/>
      </w:rPr>
    </w:lvl>
    <w:lvl w:ilvl="2" w:tplc="5D282B9A">
      <w:numFmt w:val="bullet"/>
      <w:lvlText w:val="•"/>
      <w:lvlJc w:val="left"/>
      <w:pPr>
        <w:ind w:left="2101" w:hanging="360"/>
      </w:pPr>
      <w:rPr>
        <w:rFonts w:hint="default"/>
        <w:lang w:val="en-US" w:eastAsia="en-US" w:bidi="ar-SA"/>
      </w:rPr>
    </w:lvl>
    <w:lvl w:ilvl="3" w:tplc="029A4000">
      <w:numFmt w:val="bullet"/>
      <w:lvlText w:val="•"/>
      <w:lvlJc w:val="left"/>
      <w:pPr>
        <w:ind w:left="2970" w:hanging="360"/>
      </w:pPr>
      <w:rPr>
        <w:rFonts w:hint="default"/>
        <w:lang w:val="en-US" w:eastAsia="en-US" w:bidi="ar-SA"/>
      </w:rPr>
    </w:lvl>
    <w:lvl w:ilvl="4" w:tplc="A89C0D22">
      <w:numFmt w:val="bullet"/>
      <w:lvlText w:val="•"/>
      <w:lvlJc w:val="left"/>
      <w:pPr>
        <w:ind w:left="3840" w:hanging="360"/>
      </w:pPr>
      <w:rPr>
        <w:rFonts w:hint="default"/>
        <w:lang w:val="en-US" w:eastAsia="en-US" w:bidi="ar-SA"/>
      </w:rPr>
    </w:lvl>
    <w:lvl w:ilvl="5" w:tplc="2D14C1B4">
      <w:numFmt w:val="bullet"/>
      <w:lvlText w:val="•"/>
      <w:lvlJc w:val="left"/>
      <w:pPr>
        <w:ind w:left="4709" w:hanging="360"/>
      </w:pPr>
      <w:rPr>
        <w:rFonts w:hint="default"/>
        <w:lang w:val="en-US" w:eastAsia="en-US" w:bidi="ar-SA"/>
      </w:rPr>
    </w:lvl>
    <w:lvl w:ilvl="6" w:tplc="A7BEBD74">
      <w:numFmt w:val="bullet"/>
      <w:lvlText w:val="•"/>
      <w:lvlJc w:val="left"/>
      <w:pPr>
        <w:ind w:left="5578" w:hanging="360"/>
      </w:pPr>
      <w:rPr>
        <w:rFonts w:hint="default"/>
        <w:lang w:val="en-US" w:eastAsia="en-US" w:bidi="ar-SA"/>
      </w:rPr>
    </w:lvl>
    <w:lvl w:ilvl="7" w:tplc="BE22C770">
      <w:numFmt w:val="bullet"/>
      <w:lvlText w:val="•"/>
      <w:lvlJc w:val="left"/>
      <w:pPr>
        <w:ind w:left="6448" w:hanging="360"/>
      </w:pPr>
      <w:rPr>
        <w:rFonts w:hint="default"/>
        <w:lang w:val="en-US" w:eastAsia="en-US" w:bidi="ar-SA"/>
      </w:rPr>
    </w:lvl>
    <w:lvl w:ilvl="8" w:tplc="8E12AECC">
      <w:numFmt w:val="bullet"/>
      <w:lvlText w:val="•"/>
      <w:lvlJc w:val="left"/>
      <w:pPr>
        <w:ind w:left="7317" w:hanging="360"/>
      </w:pPr>
      <w:rPr>
        <w:rFonts w:hint="default"/>
        <w:lang w:val="en-US" w:eastAsia="en-US" w:bidi="ar-SA"/>
      </w:rPr>
    </w:lvl>
  </w:abstractNum>
  <w:abstractNum w:abstractNumId="15" w15:restartNumberingAfterBreak="0">
    <w:nsid w:val="5D792B58"/>
    <w:multiLevelType w:val="hybridMultilevel"/>
    <w:tmpl w:val="C2F4916A"/>
    <w:lvl w:ilvl="0" w:tplc="30F2130A">
      <w:start w:val="4"/>
      <w:numFmt w:val="decimal"/>
      <w:lvlText w:val="%1"/>
      <w:lvlJc w:val="left"/>
      <w:pPr>
        <w:ind w:left="786" w:hanging="360"/>
      </w:pPr>
      <w:rPr>
        <w:rFonts w:hint="default"/>
        <w:i w:val="0"/>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16" w15:restartNumberingAfterBreak="0">
    <w:nsid w:val="5D9E4B03"/>
    <w:multiLevelType w:val="hybridMultilevel"/>
    <w:tmpl w:val="2F5675FC"/>
    <w:lvl w:ilvl="0" w:tplc="F556A8B2">
      <w:start w:val="4"/>
      <w:numFmt w:val="decimal"/>
      <w:lvlText w:val="%1"/>
      <w:lvlJc w:val="left"/>
      <w:pPr>
        <w:ind w:left="786" w:hanging="360"/>
      </w:pPr>
      <w:rPr>
        <w:rFonts w:asciiTheme="minorHAnsi" w:hAnsiTheme="minorHAnsi" w:hint="default"/>
        <w:sz w:val="24"/>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2"/>
  </w:num>
  <w:num w:numId="11">
    <w:abstractNumId w:val="14"/>
  </w:num>
  <w:num w:numId="12">
    <w:abstractNumId w:val="11"/>
  </w:num>
  <w:num w:numId="13">
    <w:abstractNumId w:val="9"/>
  </w:num>
  <w:num w:numId="14">
    <w:abstractNumId w:val="16"/>
  </w:num>
  <w:num w:numId="15">
    <w:abstractNumId w:val="15"/>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3F12"/>
    <w:rsid w:val="00034616"/>
    <w:rsid w:val="0006063C"/>
    <w:rsid w:val="0009078B"/>
    <w:rsid w:val="000E6AAA"/>
    <w:rsid w:val="00136127"/>
    <w:rsid w:val="0015074B"/>
    <w:rsid w:val="00150F66"/>
    <w:rsid w:val="001B3743"/>
    <w:rsid w:val="001C0553"/>
    <w:rsid w:val="0029639D"/>
    <w:rsid w:val="00314ACF"/>
    <w:rsid w:val="003238B2"/>
    <w:rsid w:val="00325F52"/>
    <w:rsid w:val="00326F90"/>
    <w:rsid w:val="00366C2C"/>
    <w:rsid w:val="003A77B8"/>
    <w:rsid w:val="00406C36"/>
    <w:rsid w:val="00436A88"/>
    <w:rsid w:val="00440C0D"/>
    <w:rsid w:val="00444734"/>
    <w:rsid w:val="00485C6D"/>
    <w:rsid w:val="00493F0C"/>
    <w:rsid w:val="004B65BA"/>
    <w:rsid w:val="0050723C"/>
    <w:rsid w:val="00513C14"/>
    <w:rsid w:val="005358D8"/>
    <w:rsid w:val="00577DFC"/>
    <w:rsid w:val="005962EA"/>
    <w:rsid w:val="005B14A7"/>
    <w:rsid w:val="005B363F"/>
    <w:rsid w:val="00697024"/>
    <w:rsid w:val="006A52BE"/>
    <w:rsid w:val="0070375D"/>
    <w:rsid w:val="00762554"/>
    <w:rsid w:val="00773690"/>
    <w:rsid w:val="007825F4"/>
    <w:rsid w:val="007A7D5F"/>
    <w:rsid w:val="007D7904"/>
    <w:rsid w:val="00805ED4"/>
    <w:rsid w:val="0081376C"/>
    <w:rsid w:val="00871F09"/>
    <w:rsid w:val="008809D5"/>
    <w:rsid w:val="008C106C"/>
    <w:rsid w:val="009126F3"/>
    <w:rsid w:val="00927954"/>
    <w:rsid w:val="0096233C"/>
    <w:rsid w:val="00984DD1"/>
    <w:rsid w:val="009B66BF"/>
    <w:rsid w:val="009C70DC"/>
    <w:rsid w:val="00A76870"/>
    <w:rsid w:val="00A82B0A"/>
    <w:rsid w:val="00AA1D8D"/>
    <w:rsid w:val="00AB3240"/>
    <w:rsid w:val="00AC3AC9"/>
    <w:rsid w:val="00AD7806"/>
    <w:rsid w:val="00B3068B"/>
    <w:rsid w:val="00B34AB2"/>
    <w:rsid w:val="00B47730"/>
    <w:rsid w:val="00B5631D"/>
    <w:rsid w:val="00B72501"/>
    <w:rsid w:val="00B73C4B"/>
    <w:rsid w:val="00B756E9"/>
    <w:rsid w:val="00C12DAF"/>
    <w:rsid w:val="00C63FA5"/>
    <w:rsid w:val="00CB0664"/>
    <w:rsid w:val="00CB1A3A"/>
    <w:rsid w:val="00CB5303"/>
    <w:rsid w:val="00D4166F"/>
    <w:rsid w:val="00D8290B"/>
    <w:rsid w:val="00DD2221"/>
    <w:rsid w:val="00E07B39"/>
    <w:rsid w:val="00E24DC3"/>
    <w:rsid w:val="00E97B7D"/>
    <w:rsid w:val="00EB5561"/>
    <w:rsid w:val="00EC2660"/>
    <w:rsid w:val="00EE0ACE"/>
    <w:rsid w:val="00F33021"/>
    <w:rsid w:val="00F4477E"/>
    <w:rsid w:val="00F73A3B"/>
    <w:rsid w:val="00FA775B"/>
    <w:rsid w:val="00FC693F"/>
    <w:rsid w:val="00FE2B1B"/>
    <w:rsid w:val="00FE51CF"/>
    <w:rsid w:val="00FF23A7"/>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97B29F3"/>
  <w14:defaultImageDpi w14:val="300"/>
  <w15:docId w15:val="{C24494A9-6DFC-4D7B-963F-838BF11B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Paragraph">
    <w:name w:val="Table Paragraph"/>
    <w:basedOn w:val="Normal"/>
    <w:uiPriority w:val="1"/>
    <w:qFormat/>
    <w:rsid w:val="00AB3240"/>
    <w:pPr>
      <w:widowControl w:val="0"/>
      <w:autoSpaceDE w:val="0"/>
      <w:autoSpaceDN w:val="0"/>
      <w:spacing w:after="0" w:line="256" w:lineRule="exact"/>
      <w:jc w:val="center"/>
    </w:pPr>
    <w:rPr>
      <w:rFonts w:ascii="Times New Roman" w:eastAsia="Times New Roman" w:hAnsi="Times New Roman" w:cs="Times New Roman"/>
    </w:rPr>
  </w:style>
  <w:style w:type="character" w:styleId="Hyperlink">
    <w:name w:val="Hyperlink"/>
    <w:basedOn w:val="DefaultParagraphFont"/>
    <w:uiPriority w:val="99"/>
    <w:unhideWhenUsed/>
    <w:rsid w:val="00871F09"/>
    <w:rPr>
      <w:color w:val="0000FF" w:themeColor="hyperlink"/>
      <w:u w:val="single"/>
    </w:rPr>
  </w:style>
  <w:style w:type="character" w:styleId="UnresolvedMention">
    <w:name w:val="Unresolved Mention"/>
    <w:basedOn w:val="DefaultParagraphFont"/>
    <w:uiPriority w:val="99"/>
    <w:semiHidden/>
    <w:unhideWhenUsed/>
    <w:rsid w:val="00871F09"/>
    <w:rPr>
      <w:color w:val="605E5C"/>
      <w:shd w:val="clear" w:color="auto" w:fill="E1DFDD"/>
    </w:rPr>
  </w:style>
  <w:style w:type="paragraph" w:styleId="NormalWeb">
    <w:name w:val="Normal (Web)"/>
    <w:basedOn w:val="Normal"/>
    <w:uiPriority w:val="99"/>
    <w:unhideWhenUsed/>
    <w:rsid w:val="00440C0D"/>
    <w:pPr>
      <w:spacing w:before="100" w:beforeAutospacing="1" w:after="100" w:afterAutospacing="1" w:line="240" w:lineRule="auto"/>
    </w:pPr>
    <w:rPr>
      <w:rFonts w:ascii="Times New Roman" w:eastAsia="Times New Roman" w:hAnsi="Times New Roman" w:cs="Times New Roman"/>
      <w:sz w:val="24"/>
      <w:szCs w:val="24"/>
      <w:lang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1270">
      <w:bodyDiv w:val="1"/>
      <w:marLeft w:val="0"/>
      <w:marRight w:val="0"/>
      <w:marTop w:val="0"/>
      <w:marBottom w:val="0"/>
      <w:divBdr>
        <w:top w:val="none" w:sz="0" w:space="0" w:color="auto"/>
        <w:left w:val="none" w:sz="0" w:space="0" w:color="auto"/>
        <w:bottom w:val="none" w:sz="0" w:space="0" w:color="auto"/>
        <w:right w:val="none" w:sz="0" w:space="0" w:color="auto"/>
      </w:divBdr>
    </w:div>
    <w:div w:id="979531104">
      <w:bodyDiv w:val="1"/>
      <w:marLeft w:val="0"/>
      <w:marRight w:val="0"/>
      <w:marTop w:val="0"/>
      <w:marBottom w:val="0"/>
      <w:divBdr>
        <w:top w:val="none" w:sz="0" w:space="0" w:color="auto"/>
        <w:left w:val="none" w:sz="0" w:space="0" w:color="auto"/>
        <w:bottom w:val="none" w:sz="0" w:space="0" w:color="auto"/>
        <w:right w:val="none" w:sz="0" w:space="0" w:color="auto"/>
      </w:divBdr>
    </w:div>
    <w:div w:id="1494178178">
      <w:bodyDiv w:val="1"/>
      <w:marLeft w:val="0"/>
      <w:marRight w:val="0"/>
      <w:marTop w:val="0"/>
      <w:marBottom w:val="0"/>
      <w:divBdr>
        <w:top w:val="none" w:sz="0" w:space="0" w:color="auto"/>
        <w:left w:val="none" w:sz="0" w:space="0" w:color="auto"/>
        <w:bottom w:val="none" w:sz="0" w:space="0" w:color="auto"/>
        <w:right w:val="none" w:sz="0" w:space="0" w:color="auto"/>
      </w:divBdr>
    </w:div>
    <w:div w:id="1506284473">
      <w:bodyDiv w:val="1"/>
      <w:marLeft w:val="0"/>
      <w:marRight w:val="0"/>
      <w:marTop w:val="0"/>
      <w:marBottom w:val="0"/>
      <w:divBdr>
        <w:top w:val="none" w:sz="0" w:space="0" w:color="auto"/>
        <w:left w:val="none" w:sz="0" w:space="0" w:color="auto"/>
        <w:bottom w:val="none" w:sz="0" w:space="0" w:color="auto"/>
        <w:right w:val="none" w:sz="0" w:space="0" w:color="auto"/>
      </w:divBdr>
    </w:div>
    <w:div w:id="1823696050">
      <w:bodyDiv w:val="1"/>
      <w:marLeft w:val="0"/>
      <w:marRight w:val="0"/>
      <w:marTop w:val="0"/>
      <w:marBottom w:val="0"/>
      <w:divBdr>
        <w:top w:val="none" w:sz="0" w:space="0" w:color="auto"/>
        <w:left w:val="none" w:sz="0" w:space="0" w:color="auto"/>
        <w:bottom w:val="none" w:sz="0" w:space="0" w:color="auto"/>
        <w:right w:val="none" w:sz="0" w:space="0" w:color="auto"/>
      </w:divBdr>
      <w:divsChild>
        <w:div w:id="1536624460">
          <w:marLeft w:val="0"/>
          <w:marRight w:val="0"/>
          <w:marTop w:val="0"/>
          <w:marBottom w:val="0"/>
          <w:divBdr>
            <w:top w:val="none" w:sz="0" w:space="0" w:color="auto"/>
            <w:left w:val="none" w:sz="0" w:space="0" w:color="auto"/>
            <w:bottom w:val="none" w:sz="0" w:space="0" w:color="auto"/>
            <w:right w:val="none" w:sz="0" w:space="0" w:color="auto"/>
          </w:divBdr>
          <w:divsChild>
            <w:div w:id="394745144">
              <w:marLeft w:val="0"/>
              <w:marRight w:val="0"/>
              <w:marTop w:val="0"/>
              <w:marBottom w:val="0"/>
              <w:divBdr>
                <w:top w:val="none" w:sz="0" w:space="0" w:color="auto"/>
                <w:left w:val="none" w:sz="0" w:space="0" w:color="auto"/>
                <w:bottom w:val="none" w:sz="0" w:space="0" w:color="auto"/>
                <w:right w:val="none" w:sz="0" w:space="0" w:color="auto"/>
              </w:divBdr>
              <w:divsChild>
                <w:div w:id="1134637587">
                  <w:marLeft w:val="0"/>
                  <w:marRight w:val="0"/>
                  <w:marTop w:val="0"/>
                  <w:marBottom w:val="0"/>
                  <w:divBdr>
                    <w:top w:val="none" w:sz="0" w:space="0" w:color="auto"/>
                    <w:left w:val="none" w:sz="0" w:space="0" w:color="auto"/>
                    <w:bottom w:val="none" w:sz="0" w:space="0" w:color="auto"/>
                    <w:right w:val="none" w:sz="0" w:space="0" w:color="auto"/>
                  </w:divBdr>
                  <w:divsChild>
                    <w:div w:id="76704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937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nutrition.gov/"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3.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s://doi.org/10.1128/mmbr.00016-1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36" Type="http://schemas.openxmlformats.org/officeDocument/2006/relationships/image" Target="media/image22.jpeg"/><Relationship Id="rId49" Type="http://schemas.openxmlformats.org/officeDocument/2006/relationships/hyperlink" Target="https://doi.org/10.1111/j.1365-2672.2009.04238" TargetMode="External"/><Relationship Id="rId19" Type="http://schemas.openxmlformats.org/officeDocument/2006/relationships/image" Target="media/image11.pn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nutrition.gov/"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s://doi.org/10.1007/BF02972852" TargetMode="External"/><Relationship Id="rId20" Type="http://schemas.openxmlformats.org/officeDocument/2006/relationships/image" Target="media/image12.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D95E7-DE80-4743-97FA-92CDBA5DD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4389</Words>
  <Characters>25018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4</cp:revision>
  <dcterms:created xsi:type="dcterms:W3CDTF">2026-03-16T07:16:00Z</dcterms:created>
  <dcterms:modified xsi:type="dcterms:W3CDTF">2026-03-16T12:42:00Z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1ef753f3-31c8-4ce3-9188-b3dccea5b2d8</vt:lpwstr>
  </property>
</Properties>
</file>