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5BA26" w14:textId="77777777" w:rsidR="00DB137C" w:rsidRPr="00DB137C" w:rsidRDefault="00DB137C" w:rsidP="00DB137C">
      <w:pPr>
        <w:pStyle w:val="Title"/>
        <w:rPr>
          <w:b/>
          <w:bCs/>
          <w:i/>
          <w:iCs/>
          <w:color w:val="000000" w:themeColor="text1"/>
          <w:u w:val="single"/>
          <w:lang w:val="en-US"/>
        </w:rPr>
      </w:pPr>
      <w:r w:rsidRPr="00DB137C">
        <w:rPr>
          <w:b/>
          <w:bCs/>
          <w:i/>
          <w:iCs/>
          <w:color w:val="000000" w:themeColor="text1"/>
          <w:u w:val="single"/>
          <w:lang w:val="en-US"/>
        </w:rPr>
        <w:t xml:space="preserve">Case report </w:t>
      </w:r>
    </w:p>
    <w:p w14:paraId="00000001" w14:textId="734CFCB9" w:rsidR="005119CD" w:rsidRPr="008C25EE" w:rsidRDefault="00233A19">
      <w:pPr>
        <w:pStyle w:val="Title"/>
        <w:rPr>
          <w:color w:val="000000" w:themeColor="text1"/>
        </w:rPr>
      </w:pPr>
      <w:r w:rsidRPr="008C25EE">
        <w:rPr>
          <w:color w:val="000000" w:themeColor="text1"/>
        </w:rPr>
        <w:t xml:space="preserve">Lower Rectal Carcinoma with Delayed </w:t>
      </w:r>
      <w:r w:rsidR="008C25EE">
        <w:rPr>
          <w:color w:val="000000" w:themeColor="text1"/>
        </w:rPr>
        <w:t>Treatment-A Consequence of social factor</w:t>
      </w:r>
      <w:r w:rsidRPr="008C25EE">
        <w:rPr>
          <w:color w:val="000000" w:themeColor="text1"/>
        </w:rPr>
        <w:t xml:space="preserve">: A Case Report </w:t>
      </w:r>
    </w:p>
    <w:p w14:paraId="69884BE4" w14:textId="77777777" w:rsidR="00FB4601" w:rsidRDefault="00FB4601">
      <w:pPr>
        <w:pStyle w:val="Heading1"/>
        <w:rPr>
          <w:color w:val="000000" w:themeColor="text1"/>
        </w:rPr>
      </w:pPr>
    </w:p>
    <w:p w14:paraId="00000002" w14:textId="5E39C6B1" w:rsidR="005119CD" w:rsidRPr="00C45B2F" w:rsidRDefault="00233A19">
      <w:pPr>
        <w:pStyle w:val="Heading1"/>
        <w:rPr>
          <w:color w:val="000000" w:themeColor="text1"/>
        </w:rPr>
      </w:pPr>
      <w:r w:rsidRPr="00C45B2F">
        <w:rPr>
          <w:color w:val="000000" w:themeColor="text1"/>
        </w:rPr>
        <w:t>Abstract</w:t>
      </w:r>
    </w:p>
    <w:p w14:paraId="00000003" w14:textId="78C92D23" w:rsidR="005119CD" w:rsidRPr="00C45B2F" w:rsidRDefault="00233A19">
      <w:pPr>
        <w:rPr>
          <w:color w:val="000000" w:themeColor="text1"/>
          <w:sz w:val="28"/>
          <w:szCs w:val="28"/>
        </w:rPr>
      </w:pPr>
      <w:r w:rsidRPr="00C45B2F">
        <w:rPr>
          <w:color w:val="000000" w:themeColor="text1"/>
          <w:sz w:val="28"/>
          <w:szCs w:val="28"/>
        </w:rPr>
        <w:t>Rectal cancer is an emerging public health concern in Nigeria, with increasing incidence and late presentation in many tertiary centers. Lower rectal carcinoma commonly presents with painless rectal bleeding, a symptom frequently attributed to benign anorectal conditions, resulting in diagnostic delay. We report the case of a 63-year-old Nigerian female with type 2 diabetes mellitus who initially presented in 2018 with rectal bleeding and underwent polypectomy. In 2022, she was diagnosed with stage I lower rectal carcinoma and received neoadjuvant chemotherapy but declined definitive surgical management. Subsequent overseas evaluation reportedly showed dysplasia; however, documentation was unavailable. She re-presented in 2026 with recurrent rectal bleeding. Digital rectal examination revealed a fungating mass</w:t>
      </w:r>
      <w:r w:rsidR="009F42AC" w:rsidRPr="00C45B2F">
        <w:rPr>
          <w:color w:val="000000" w:themeColor="text1"/>
          <w:sz w:val="28"/>
          <w:szCs w:val="28"/>
        </w:rPr>
        <w:t xml:space="preserve"> 4cm</w:t>
      </w:r>
      <w:r w:rsidRPr="00C45B2F">
        <w:rPr>
          <w:color w:val="000000" w:themeColor="text1"/>
          <w:sz w:val="28"/>
          <w:szCs w:val="28"/>
        </w:rPr>
        <w:t xml:space="preserve"> </w:t>
      </w:r>
      <w:r w:rsidR="009F42AC" w:rsidRPr="00C45B2F">
        <w:rPr>
          <w:color w:val="000000" w:themeColor="text1"/>
          <w:sz w:val="28"/>
          <w:szCs w:val="28"/>
        </w:rPr>
        <w:t>from</w:t>
      </w:r>
      <w:r w:rsidRPr="00C45B2F">
        <w:rPr>
          <w:color w:val="000000" w:themeColor="text1"/>
          <w:sz w:val="28"/>
          <w:szCs w:val="28"/>
        </w:rPr>
        <w:t xml:space="preserve"> the anal verge. Colonoscopy with biopsy confirmed moderately differentiated adenocarcinoma of the rectum. This case highlights the multifactorial causes of delayed rectal cancer diagnosis </w:t>
      </w:r>
      <w:r w:rsidR="009F42AC" w:rsidRPr="00C45B2F">
        <w:rPr>
          <w:color w:val="000000" w:themeColor="text1"/>
          <w:sz w:val="28"/>
          <w:szCs w:val="28"/>
        </w:rPr>
        <w:t xml:space="preserve">and treatment </w:t>
      </w:r>
      <w:r w:rsidRPr="00C45B2F">
        <w:rPr>
          <w:color w:val="000000" w:themeColor="text1"/>
          <w:sz w:val="28"/>
          <w:szCs w:val="28"/>
        </w:rPr>
        <w:t>in Nigeria, including symptom overlap with benign disease, fragmented continuity of care, sociocultural resistance to stoma formation, and lack of structured surveillance systems. Strengthening patient education, documentation practices, and multidisciplinary management is critical to improving outcomes.</w:t>
      </w:r>
    </w:p>
    <w:p w14:paraId="00000004" w14:textId="77777777" w:rsidR="005119CD" w:rsidRPr="00C45B2F" w:rsidRDefault="00233A19">
      <w:pPr>
        <w:pStyle w:val="Heading1"/>
        <w:rPr>
          <w:color w:val="000000" w:themeColor="text1"/>
        </w:rPr>
      </w:pPr>
      <w:r w:rsidRPr="00C45B2F">
        <w:rPr>
          <w:color w:val="000000" w:themeColor="text1"/>
        </w:rPr>
        <w:lastRenderedPageBreak/>
        <w:t>Keywords</w:t>
      </w:r>
    </w:p>
    <w:p w14:paraId="00000005" w14:textId="77777777" w:rsidR="005119CD" w:rsidRPr="00C45B2F" w:rsidRDefault="00233A19">
      <w:pPr>
        <w:rPr>
          <w:color w:val="000000" w:themeColor="text1"/>
          <w:sz w:val="28"/>
          <w:szCs w:val="28"/>
        </w:rPr>
      </w:pPr>
      <w:r w:rsidRPr="00C45B2F">
        <w:rPr>
          <w:color w:val="000000" w:themeColor="text1"/>
          <w:sz w:val="28"/>
          <w:szCs w:val="28"/>
        </w:rPr>
        <w:t>Rectal carcinoma; delayed diagnosis; rectal bleeding; colonoscopy; Nigeria; case report</w:t>
      </w:r>
    </w:p>
    <w:p w14:paraId="00000006" w14:textId="77777777" w:rsidR="005119CD" w:rsidRPr="00C45B2F" w:rsidRDefault="00233A19">
      <w:pPr>
        <w:pStyle w:val="Heading1"/>
        <w:rPr>
          <w:color w:val="000000" w:themeColor="text1"/>
        </w:rPr>
      </w:pPr>
      <w:r w:rsidRPr="00C45B2F">
        <w:rPr>
          <w:color w:val="000000" w:themeColor="text1"/>
        </w:rPr>
        <w:t>Introduction</w:t>
      </w:r>
    </w:p>
    <w:p w14:paraId="00000007" w14:textId="498C4012" w:rsidR="005119CD" w:rsidRPr="00C45B2F" w:rsidRDefault="00233A19">
      <w:pPr>
        <w:rPr>
          <w:color w:val="000000" w:themeColor="text1"/>
          <w:sz w:val="28"/>
          <w:szCs w:val="28"/>
        </w:rPr>
      </w:pPr>
      <w:r w:rsidRPr="00C45B2F">
        <w:rPr>
          <w:color w:val="000000" w:themeColor="text1"/>
          <w:sz w:val="28"/>
          <w:szCs w:val="28"/>
        </w:rPr>
        <w:t xml:space="preserve">Rectal cancer is the third most commonly diagnosed malignancy worldwide and a leading cause of cancer-related mortality according to the World Health Organization </w:t>
      </w:r>
      <w:r w:rsidRPr="00C45B2F">
        <w:rPr>
          <w:color w:val="000000" w:themeColor="text1"/>
          <w:sz w:val="28"/>
          <w:szCs w:val="28"/>
          <w:vertAlign w:val="superscript"/>
        </w:rPr>
        <w:t>1</w:t>
      </w:r>
      <w:r w:rsidRPr="00C45B2F">
        <w:rPr>
          <w:color w:val="000000" w:themeColor="text1"/>
          <w:sz w:val="28"/>
          <w:szCs w:val="28"/>
        </w:rPr>
        <w:t xml:space="preserve">. Although previously considered uncommon in sub-Saharan Africa, recent hospital-based data indicate a rising incidence in Nigeria, particularly among individuals older than 50 years </w:t>
      </w:r>
      <w:r w:rsidRPr="00C45B2F">
        <w:rPr>
          <w:color w:val="000000" w:themeColor="text1"/>
          <w:sz w:val="28"/>
          <w:szCs w:val="28"/>
          <w:vertAlign w:val="superscript"/>
        </w:rPr>
        <w:t>2,3</w:t>
      </w:r>
      <w:r w:rsidRPr="00C45B2F">
        <w:rPr>
          <w:color w:val="000000" w:themeColor="text1"/>
          <w:sz w:val="28"/>
          <w:szCs w:val="28"/>
        </w:rPr>
        <w:t>. Most cases are diagnosed following symptom onset, often at advanced stages, due to absence of structured screening programs</w:t>
      </w:r>
      <w:r w:rsidR="004900DE" w:rsidRPr="00C45B2F">
        <w:rPr>
          <w:color w:val="000000" w:themeColor="text1"/>
          <w:sz w:val="28"/>
          <w:szCs w:val="28"/>
        </w:rPr>
        <w:t xml:space="preserve">, as well as low knowledge of the available screening services in Nigerian hospital. Furthermore, due to some psychosocial and </w:t>
      </w:r>
      <w:proofErr w:type="gramStart"/>
      <w:r w:rsidR="00C45B2F" w:rsidRPr="00C45B2F">
        <w:rPr>
          <w:color w:val="000000" w:themeColor="text1"/>
          <w:sz w:val="28"/>
          <w:szCs w:val="28"/>
        </w:rPr>
        <w:t>c</w:t>
      </w:r>
      <w:r w:rsidR="004900DE" w:rsidRPr="00C45B2F">
        <w:rPr>
          <w:color w:val="000000" w:themeColor="text1"/>
          <w:sz w:val="28"/>
          <w:szCs w:val="28"/>
        </w:rPr>
        <w:t>ultural  factor</w:t>
      </w:r>
      <w:proofErr w:type="gramEnd"/>
      <w:r w:rsidR="00C45B2F" w:rsidRPr="00C45B2F">
        <w:rPr>
          <w:color w:val="000000" w:themeColor="text1"/>
          <w:sz w:val="28"/>
          <w:szCs w:val="28"/>
        </w:rPr>
        <w:t xml:space="preserve">, </w:t>
      </w:r>
      <w:r w:rsidR="005627E6" w:rsidRPr="00C45B2F">
        <w:rPr>
          <w:color w:val="000000" w:themeColor="text1"/>
          <w:sz w:val="28"/>
          <w:szCs w:val="28"/>
        </w:rPr>
        <w:t xml:space="preserve"> those who are diagnosed eventually were lost to follow-up and may later present with advanced diseases.</w:t>
      </w:r>
      <w:r w:rsidR="004900DE" w:rsidRPr="00C45B2F">
        <w:rPr>
          <w:color w:val="000000" w:themeColor="text1"/>
          <w:sz w:val="28"/>
          <w:szCs w:val="28"/>
        </w:rPr>
        <w:t xml:space="preserve"> </w:t>
      </w:r>
      <w:r w:rsidRPr="00C45B2F">
        <w:rPr>
          <w:color w:val="000000" w:themeColor="text1"/>
          <w:sz w:val="28"/>
          <w:szCs w:val="28"/>
        </w:rPr>
        <w:br/>
      </w:r>
      <w:r w:rsidRPr="00C45B2F">
        <w:rPr>
          <w:color w:val="000000" w:themeColor="text1"/>
          <w:sz w:val="28"/>
          <w:szCs w:val="28"/>
        </w:rPr>
        <w:br/>
        <w:t>Lower rectal carcinoma frequently presents with painless rectal bleeding, a symptom often attributed to hemorrhoids or benign polyps, thereby contributing to delayed diagnosis. This report describes a case</w:t>
      </w:r>
      <w:r w:rsidR="005627E6" w:rsidRPr="00C45B2F">
        <w:rPr>
          <w:color w:val="000000" w:themeColor="text1"/>
          <w:sz w:val="28"/>
          <w:szCs w:val="28"/>
        </w:rPr>
        <w:t xml:space="preserve"> with delayed treatment due to social resistance to a stoma thus highlighting the need for awareness campaign and health education in shaping our values and health seeking </w:t>
      </w:r>
      <w:proofErr w:type="spellStart"/>
      <w:r w:rsidR="005627E6" w:rsidRPr="00C45B2F">
        <w:rPr>
          <w:color w:val="000000" w:themeColor="text1"/>
          <w:sz w:val="28"/>
          <w:szCs w:val="28"/>
        </w:rPr>
        <w:t>behaviours</w:t>
      </w:r>
      <w:proofErr w:type="spellEnd"/>
      <w:r w:rsidR="005627E6" w:rsidRPr="00C45B2F">
        <w:rPr>
          <w:color w:val="000000" w:themeColor="text1"/>
          <w:sz w:val="28"/>
          <w:szCs w:val="28"/>
        </w:rPr>
        <w:t>.</w:t>
      </w:r>
    </w:p>
    <w:p w14:paraId="00000008" w14:textId="77777777" w:rsidR="005119CD" w:rsidRPr="00C45B2F" w:rsidRDefault="00233A19">
      <w:pPr>
        <w:pStyle w:val="Heading1"/>
        <w:rPr>
          <w:color w:val="000000" w:themeColor="text1"/>
        </w:rPr>
      </w:pPr>
      <w:r w:rsidRPr="00C45B2F">
        <w:rPr>
          <w:color w:val="000000" w:themeColor="text1"/>
        </w:rPr>
        <w:t>Case Presentation</w:t>
      </w:r>
    </w:p>
    <w:p w14:paraId="00000009" w14:textId="11B78FE3" w:rsidR="005119CD" w:rsidRPr="00C45B2F" w:rsidRDefault="00233A19">
      <w:pPr>
        <w:rPr>
          <w:sz w:val="28"/>
          <w:szCs w:val="28"/>
        </w:rPr>
      </w:pPr>
      <w:r w:rsidRPr="00C45B2F">
        <w:rPr>
          <w:color w:val="000000" w:themeColor="text1"/>
          <w:sz w:val="28"/>
          <w:szCs w:val="28"/>
        </w:rPr>
        <w:t>A 63-year-old Nigerian female with a two-year history of type 2 diabetes mellitus controlled on oral hypoglycemic agents first presented in 2018 with painless rectal bleeding</w:t>
      </w:r>
      <w:r w:rsidR="005B3719" w:rsidRPr="00C45B2F">
        <w:rPr>
          <w:color w:val="000000" w:themeColor="text1"/>
          <w:sz w:val="28"/>
          <w:szCs w:val="28"/>
        </w:rPr>
        <w:t>, in a different facility.</w:t>
      </w:r>
      <w:r w:rsidRPr="00C45B2F">
        <w:rPr>
          <w:color w:val="000000" w:themeColor="text1"/>
          <w:sz w:val="28"/>
          <w:szCs w:val="28"/>
        </w:rPr>
        <w:t xml:space="preserve"> </w:t>
      </w:r>
      <w:r w:rsidR="005B3719" w:rsidRPr="00C45B2F">
        <w:rPr>
          <w:color w:val="000000" w:themeColor="text1"/>
          <w:sz w:val="28"/>
          <w:szCs w:val="28"/>
        </w:rPr>
        <w:t xml:space="preserve"> </w:t>
      </w:r>
      <w:r w:rsidRPr="00C45B2F">
        <w:rPr>
          <w:color w:val="000000" w:themeColor="text1"/>
          <w:sz w:val="28"/>
          <w:szCs w:val="28"/>
        </w:rPr>
        <w:t>Colonoscopy revealed a rectal polyp, and she underwent polypectomy with resolution of symptoms</w:t>
      </w:r>
      <w:r w:rsidR="005B3719" w:rsidRPr="00C45B2F">
        <w:rPr>
          <w:color w:val="000000" w:themeColor="text1"/>
          <w:sz w:val="28"/>
          <w:szCs w:val="28"/>
        </w:rPr>
        <w:t xml:space="preserve"> with histology showing a benign lesion</w:t>
      </w:r>
      <w:r w:rsidRPr="00C45B2F">
        <w:rPr>
          <w:color w:val="000000" w:themeColor="text1"/>
          <w:sz w:val="28"/>
          <w:szCs w:val="28"/>
        </w:rPr>
        <w:t>.</w:t>
      </w:r>
      <w:r w:rsidRPr="00C45B2F">
        <w:rPr>
          <w:color w:val="000000" w:themeColor="text1"/>
          <w:sz w:val="28"/>
          <w:szCs w:val="28"/>
        </w:rPr>
        <w:br/>
      </w:r>
      <w:r w:rsidRPr="00C45B2F">
        <w:rPr>
          <w:color w:val="000000" w:themeColor="text1"/>
          <w:sz w:val="28"/>
          <w:szCs w:val="28"/>
        </w:rPr>
        <w:br/>
        <w:t xml:space="preserve">In 2022, she developed recurrent rectal bleeding. Repeat colonoscopy with histopathological evaluation revealed stage I lower rectal </w:t>
      </w:r>
      <w:r w:rsidRPr="00C45B2F">
        <w:rPr>
          <w:color w:val="000000" w:themeColor="text1"/>
          <w:sz w:val="28"/>
          <w:szCs w:val="28"/>
        </w:rPr>
        <w:lastRenderedPageBreak/>
        <w:t>carcinoma. She received four cycles of neoadjuvant chemotherapy and was advised to undergo definitive surgical management with colostomy, which she declined due to concerns regarding stoma formation. She subsequently traveled abroad for further evaluation.</w:t>
      </w:r>
      <w:r w:rsidRPr="00C45B2F">
        <w:rPr>
          <w:color w:val="000000" w:themeColor="text1"/>
          <w:sz w:val="28"/>
          <w:szCs w:val="28"/>
        </w:rPr>
        <w:br/>
      </w:r>
      <w:r w:rsidRPr="00C45B2F">
        <w:rPr>
          <w:color w:val="000000" w:themeColor="text1"/>
          <w:sz w:val="28"/>
          <w:szCs w:val="28"/>
        </w:rPr>
        <w:br/>
        <w:t>In 2023, overseas colonoscopy identified another polyp</w:t>
      </w:r>
      <w:r w:rsidR="005B3719" w:rsidRPr="00C45B2F">
        <w:rPr>
          <w:color w:val="000000" w:themeColor="text1"/>
          <w:sz w:val="28"/>
          <w:szCs w:val="28"/>
        </w:rPr>
        <w:t xml:space="preserve"> and diverticulosis of the sigmoid</w:t>
      </w:r>
      <w:r w:rsidRPr="00C45B2F">
        <w:rPr>
          <w:color w:val="000000" w:themeColor="text1"/>
          <w:sz w:val="28"/>
          <w:szCs w:val="28"/>
        </w:rPr>
        <w:t xml:space="preserve"> and polypectomy was performed. Histopathology reportedly showed dysplasia</w:t>
      </w:r>
      <w:r w:rsidR="005B3719" w:rsidRPr="00C45B2F">
        <w:rPr>
          <w:color w:val="000000" w:themeColor="text1"/>
          <w:sz w:val="28"/>
          <w:szCs w:val="28"/>
        </w:rPr>
        <w:t>.</w:t>
      </w:r>
      <w:r w:rsidRPr="00C45B2F">
        <w:rPr>
          <w:color w:val="000000" w:themeColor="text1"/>
          <w:sz w:val="28"/>
          <w:szCs w:val="28"/>
        </w:rPr>
        <w:t xml:space="preserve"> </w:t>
      </w:r>
      <w:r w:rsidR="005B3719" w:rsidRPr="00C45B2F">
        <w:rPr>
          <w:color w:val="000000" w:themeColor="text1"/>
          <w:sz w:val="28"/>
          <w:szCs w:val="28"/>
        </w:rPr>
        <w:t>H</w:t>
      </w:r>
      <w:r w:rsidRPr="00C45B2F">
        <w:rPr>
          <w:color w:val="000000" w:themeColor="text1"/>
          <w:sz w:val="28"/>
          <w:szCs w:val="28"/>
        </w:rPr>
        <w:t>owever, official documentation was unavailable for review</w:t>
      </w:r>
      <w:r w:rsidR="005B3719" w:rsidRPr="00C45B2F">
        <w:rPr>
          <w:color w:val="000000" w:themeColor="text1"/>
          <w:sz w:val="28"/>
          <w:szCs w:val="28"/>
        </w:rPr>
        <w:t xml:space="preserve"> </w:t>
      </w:r>
      <w:r w:rsidR="00661580" w:rsidRPr="00C45B2F">
        <w:rPr>
          <w:color w:val="000000" w:themeColor="text1"/>
          <w:sz w:val="28"/>
          <w:szCs w:val="28"/>
        </w:rPr>
        <w:t>of t</w:t>
      </w:r>
      <w:r w:rsidR="005B3719" w:rsidRPr="00C45B2F">
        <w:rPr>
          <w:color w:val="000000" w:themeColor="text1"/>
          <w:sz w:val="28"/>
          <w:szCs w:val="28"/>
        </w:rPr>
        <w:t>he detail of the intervention received</w:t>
      </w:r>
      <w:r w:rsidRPr="00C45B2F">
        <w:rPr>
          <w:color w:val="000000" w:themeColor="text1"/>
          <w:sz w:val="28"/>
          <w:szCs w:val="28"/>
        </w:rPr>
        <w:t xml:space="preserve">. She was advised </w:t>
      </w:r>
      <w:r w:rsidR="005B3719" w:rsidRPr="00C45B2F">
        <w:rPr>
          <w:color w:val="000000" w:themeColor="text1"/>
          <w:sz w:val="28"/>
          <w:szCs w:val="28"/>
        </w:rPr>
        <w:t xml:space="preserve">to do </w:t>
      </w:r>
      <w:r w:rsidRPr="00C45B2F">
        <w:rPr>
          <w:color w:val="000000" w:themeColor="text1"/>
          <w:sz w:val="28"/>
          <w:szCs w:val="28"/>
        </w:rPr>
        <w:t>serial serum carcinoembryonic</w:t>
      </w:r>
      <w:r w:rsidRPr="00C45B2F">
        <w:rPr>
          <w:sz w:val="28"/>
          <w:szCs w:val="28"/>
        </w:rPr>
        <w:t>.</w:t>
      </w:r>
      <w:r w:rsidR="007F5804" w:rsidRPr="00C45B2F">
        <w:rPr>
          <w:sz w:val="28"/>
          <w:szCs w:val="28"/>
        </w:rPr>
        <w:t xml:space="preserve"> </w:t>
      </w:r>
      <w:r w:rsidR="007F5804" w:rsidRPr="00C45B2F">
        <w:rPr>
          <w:color w:val="000000" w:themeColor="text1"/>
          <w:sz w:val="28"/>
          <w:szCs w:val="28"/>
        </w:rPr>
        <w:t>antigen monitoring and annual colonoscopy.</w:t>
      </w:r>
      <w:r w:rsidR="005B3719" w:rsidRPr="00C45B2F">
        <w:rPr>
          <w:color w:val="000000" w:themeColor="text1"/>
          <w:sz w:val="28"/>
          <w:szCs w:val="28"/>
        </w:rPr>
        <w:t xml:space="preserve"> </w:t>
      </w:r>
      <w:r w:rsidR="007F5804" w:rsidRPr="00C45B2F">
        <w:rPr>
          <w:color w:val="000000" w:themeColor="text1"/>
          <w:sz w:val="28"/>
          <w:szCs w:val="28"/>
        </w:rPr>
        <w:t>In 2026, she re-presented with recurrent rectal bleeding and postprandial abdominal pain.</w:t>
      </w:r>
    </w:p>
    <w:p w14:paraId="0000000A" w14:textId="77777777" w:rsidR="005119CD" w:rsidRPr="00C45B2F" w:rsidRDefault="00233A19">
      <w:pPr>
        <w:pStyle w:val="Heading2"/>
        <w:rPr>
          <w:color w:val="000000" w:themeColor="text1"/>
          <w:sz w:val="28"/>
          <w:szCs w:val="28"/>
        </w:rPr>
      </w:pPr>
      <w:r w:rsidRPr="00C45B2F">
        <w:rPr>
          <w:color w:val="000000" w:themeColor="text1"/>
          <w:sz w:val="28"/>
          <w:szCs w:val="28"/>
        </w:rPr>
        <w:t>Examination</w:t>
      </w:r>
    </w:p>
    <w:p w14:paraId="0000000B" w14:textId="43E23408" w:rsidR="005119CD" w:rsidRPr="00C45B2F" w:rsidRDefault="00233A19">
      <w:pPr>
        <w:rPr>
          <w:color w:val="000000" w:themeColor="text1"/>
          <w:sz w:val="28"/>
          <w:szCs w:val="28"/>
        </w:rPr>
      </w:pPr>
      <w:r w:rsidRPr="00C45B2F">
        <w:rPr>
          <w:color w:val="000000" w:themeColor="text1"/>
          <w:sz w:val="28"/>
          <w:szCs w:val="28"/>
        </w:rPr>
        <w:t>General Examination</w:t>
      </w:r>
      <w:r w:rsidR="005B3719" w:rsidRPr="00C45B2F">
        <w:rPr>
          <w:color w:val="000000" w:themeColor="text1"/>
          <w:sz w:val="28"/>
          <w:szCs w:val="28"/>
        </w:rPr>
        <w:t xml:space="preserve">: </w:t>
      </w:r>
      <w:r w:rsidRPr="00C45B2F">
        <w:rPr>
          <w:color w:val="000000" w:themeColor="text1"/>
          <w:sz w:val="28"/>
          <w:szCs w:val="28"/>
        </w:rPr>
        <w:t xml:space="preserve"> Not pale</w:t>
      </w:r>
      <w:r w:rsidR="005B3719" w:rsidRPr="00C45B2F">
        <w:rPr>
          <w:color w:val="000000" w:themeColor="text1"/>
          <w:sz w:val="28"/>
          <w:szCs w:val="28"/>
        </w:rPr>
        <w:t xml:space="preserve">, </w:t>
      </w:r>
      <w:r w:rsidRPr="00C45B2F">
        <w:rPr>
          <w:color w:val="000000" w:themeColor="text1"/>
          <w:sz w:val="28"/>
          <w:szCs w:val="28"/>
        </w:rPr>
        <w:t>Anicteric</w:t>
      </w:r>
      <w:r w:rsidR="005B3719" w:rsidRPr="00C45B2F">
        <w:rPr>
          <w:color w:val="000000" w:themeColor="text1"/>
          <w:sz w:val="28"/>
          <w:szCs w:val="28"/>
        </w:rPr>
        <w:t xml:space="preserve">, </w:t>
      </w:r>
      <w:r w:rsidRPr="00C45B2F">
        <w:rPr>
          <w:color w:val="000000" w:themeColor="text1"/>
          <w:sz w:val="28"/>
          <w:szCs w:val="28"/>
        </w:rPr>
        <w:t>Afebrile</w:t>
      </w:r>
      <w:r w:rsidR="005B3719" w:rsidRPr="00C45B2F">
        <w:rPr>
          <w:color w:val="000000" w:themeColor="text1"/>
          <w:sz w:val="28"/>
          <w:szCs w:val="28"/>
        </w:rPr>
        <w:t xml:space="preserve">, </w:t>
      </w:r>
      <w:proofErr w:type="gramStart"/>
      <w:r w:rsidRPr="00C45B2F">
        <w:rPr>
          <w:color w:val="000000" w:themeColor="text1"/>
          <w:sz w:val="28"/>
          <w:szCs w:val="28"/>
        </w:rPr>
        <w:t>No</w:t>
      </w:r>
      <w:proofErr w:type="gramEnd"/>
      <w:r w:rsidRPr="00C45B2F">
        <w:rPr>
          <w:color w:val="000000" w:themeColor="text1"/>
          <w:sz w:val="28"/>
          <w:szCs w:val="28"/>
        </w:rPr>
        <w:t xml:space="preserve"> pedal edema</w:t>
      </w:r>
      <w:r w:rsidR="0057567F" w:rsidRPr="00C45B2F">
        <w:rPr>
          <w:color w:val="000000" w:themeColor="text1"/>
          <w:sz w:val="28"/>
          <w:szCs w:val="28"/>
        </w:rPr>
        <w:t xml:space="preserve">, </w:t>
      </w:r>
      <w:r w:rsidRPr="00C45B2F">
        <w:rPr>
          <w:color w:val="000000" w:themeColor="text1"/>
          <w:sz w:val="28"/>
          <w:szCs w:val="28"/>
        </w:rPr>
        <w:t>Not in distress</w:t>
      </w:r>
      <w:r w:rsidR="0057567F" w:rsidRPr="00C45B2F">
        <w:rPr>
          <w:color w:val="000000" w:themeColor="text1"/>
          <w:sz w:val="28"/>
          <w:szCs w:val="28"/>
        </w:rPr>
        <w:t xml:space="preserve">               </w:t>
      </w:r>
      <w:r w:rsidRPr="00C45B2F">
        <w:rPr>
          <w:color w:val="000000" w:themeColor="text1"/>
          <w:sz w:val="28"/>
          <w:szCs w:val="28"/>
        </w:rPr>
        <w:br/>
        <w:t>Abdominal Examination</w:t>
      </w:r>
      <w:r w:rsidR="0057567F" w:rsidRPr="00C45B2F">
        <w:rPr>
          <w:color w:val="000000" w:themeColor="text1"/>
          <w:sz w:val="28"/>
          <w:szCs w:val="28"/>
        </w:rPr>
        <w:t xml:space="preserve">, </w:t>
      </w:r>
      <w:r w:rsidRPr="00C45B2F">
        <w:rPr>
          <w:color w:val="000000" w:themeColor="text1"/>
          <w:sz w:val="28"/>
          <w:szCs w:val="28"/>
        </w:rPr>
        <w:t>Abdomen full and moved with respiration</w:t>
      </w:r>
      <w:r w:rsidR="0057567F" w:rsidRPr="00C45B2F">
        <w:rPr>
          <w:color w:val="000000" w:themeColor="text1"/>
          <w:sz w:val="28"/>
          <w:szCs w:val="28"/>
        </w:rPr>
        <w:t xml:space="preserve">, </w:t>
      </w:r>
      <w:r w:rsidRPr="00C45B2F">
        <w:rPr>
          <w:color w:val="000000" w:themeColor="text1"/>
          <w:sz w:val="28"/>
          <w:szCs w:val="28"/>
        </w:rPr>
        <w:t>No tenderness</w:t>
      </w:r>
      <w:r w:rsidR="0057567F" w:rsidRPr="00C45B2F">
        <w:rPr>
          <w:color w:val="000000" w:themeColor="text1"/>
          <w:sz w:val="28"/>
          <w:szCs w:val="28"/>
        </w:rPr>
        <w:t xml:space="preserve">, </w:t>
      </w:r>
      <w:r w:rsidRPr="00C45B2F">
        <w:rPr>
          <w:color w:val="000000" w:themeColor="text1"/>
          <w:sz w:val="28"/>
          <w:szCs w:val="28"/>
        </w:rPr>
        <w:t>No palpable masses</w:t>
      </w:r>
      <w:r w:rsidR="0057567F" w:rsidRPr="00C45B2F">
        <w:rPr>
          <w:color w:val="000000" w:themeColor="text1"/>
          <w:sz w:val="28"/>
          <w:szCs w:val="28"/>
        </w:rPr>
        <w:t xml:space="preserve">, </w:t>
      </w:r>
      <w:r w:rsidRPr="00C45B2F">
        <w:rPr>
          <w:color w:val="000000" w:themeColor="text1"/>
          <w:sz w:val="28"/>
          <w:szCs w:val="28"/>
        </w:rPr>
        <w:t>No organomegaly</w:t>
      </w:r>
      <w:r w:rsidR="0057567F" w:rsidRPr="00C45B2F">
        <w:rPr>
          <w:color w:val="000000" w:themeColor="text1"/>
          <w:sz w:val="28"/>
          <w:szCs w:val="28"/>
        </w:rPr>
        <w:t xml:space="preserve">, </w:t>
      </w:r>
      <w:r w:rsidRPr="00C45B2F">
        <w:rPr>
          <w:color w:val="000000" w:themeColor="text1"/>
          <w:sz w:val="28"/>
          <w:szCs w:val="28"/>
        </w:rPr>
        <w:t>Digital Rectal Examination</w:t>
      </w:r>
      <w:r w:rsidR="0057567F" w:rsidRPr="00C45B2F">
        <w:rPr>
          <w:color w:val="000000" w:themeColor="text1"/>
          <w:sz w:val="28"/>
          <w:szCs w:val="28"/>
        </w:rPr>
        <w:t xml:space="preserve">, </w:t>
      </w:r>
      <w:r w:rsidRPr="00C45B2F">
        <w:rPr>
          <w:color w:val="000000" w:themeColor="text1"/>
          <w:sz w:val="28"/>
          <w:szCs w:val="28"/>
        </w:rPr>
        <w:t>Fungating mass at the anal verge</w:t>
      </w:r>
      <w:r w:rsidR="0057567F" w:rsidRPr="00C45B2F">
        <w:rPr>
          <w:color w:val="000000" w:themeColor="text1"/>
          <w:sz w:val="28"/>
          <w:szCs w:val="28"/>
        </w:rPr>
        <w:t xml:space="preserve">, </w:t>
      </w:r>
      <w:r w:rsidRPr="00C45B2F">
        <w:rPr>
          <w:color w:val="000000" w:themeColor="text1"/>
          <w:sz w:val="28"/>
          <w:szCs w:val="28"/>
        </w:rPr>
        <w:t>Preserved anal sphincter tone</w:t>
      </w:r>
      <w:r w:rsidR="0057567F" w:rsidRPr="00C45B2F">
        <w:rPr>
          <w:color w:val="000000" w:themeColor="text1"/>
          <w:sz w:val="28"/>
          <w:szCs w:val="28"/>
        </w:rPr>
        <w:t xml:space="preserve">, </w:t>
      </w:r>
      <w:r w:rsidRPr="00C45B2F">
        <w:rPr>
          <w:color w:val="000000" w:themeColor="text1"/>
          <w:sz w:val="28"/>
          <w:szCs w:val="28"/>
        </w:rPr>
        <w:t>No blood on examining glove</w:t>
      </w:r>
    </w:p>
    <w:p w14:paraId="0000000C" w14:textId="77777777" w:rsidR="005119CD" w:rsidRPr="00C45B2F" w:rsidRDefault="00233A19">
      <w:pPr>
        <w:pStyle w:val="Heading2"/>
        <w:rPr>
          <w:color w:val="000000" w:themeColor="text1"/>
          <w:sz w:val="28"/>
          <w:szCs w:val="28"/>
        </w:rPr>
      </w:pPr>
      <w:r w:rsidRPr="00C45B2F">
        <w:rPr>
          <w:color w:val="000000" w:themeColor="text1"/>
          <w:sz w:val="28"/>
          <w:szCs w:val="28"/>
        </w:rPr>
        <w:t>Investigations</w:t>
      </w:r>
    </w:p>
    <w:p w14:paraId="0000000D" w14:textId="544066AB" w:rsidR="005119CD" w:rsidRPr="00C45B2F" w:rsidRDefault="00233A19">
      <w:pPr>
        <w:rPr>
          <w:color w:val="000000" w:themeColor="text1"/>
          <w:sz w:val="28"/>
          <w:szCs w:val="28"/>
        </w:rPr>
      </w:pPr>
      <w:r w:rsidRPr="00C45B2F">
        <w:rPr>
          <w:color w:val="000000" w:themeColor="text1"/>
          <w:sz w:val="28"/>
          <w:szCs w:val="28"/>
        </w:rPr>
        <w:t>Laboratory Investigations</w:t>
      </w:r>
      <w:r w:rsidR="009F2AD7" w:rsidRPr="00C45B2F">
        <w:rPr>
          <w:color w:val="000000" w:themeColor="text1"/>
          <w:sz w:val="28"/>
          <w:szCs w:val="28"/>
        </w:rPr>
        <w:t xml:space="preserve">: </w:t>
      </w:r>
      <w:r w:rsidRPr="00C45B2F">
        <w:rPr>
          <w:color w:val="000000" w:themeColor="text1"/>
          <w:sz w:val="28"/>
          <w:szCs w:val="28"/>
        </w:rPr>
        <w:t xml:space="preserve"> Full Blood Count: Mild normocytic normochromic anemia</w:t>
      </w:r>
      <w:r w:rsidR="009F2AD7" w:rsidRPr="00C45B2F">
        <w:rPr>
          <w:color w:val="000000" w:themeColor="text1"/>
          <w:sz w:val="28"/>
          <w:szCs w:val="28"/>
        </w:rPr>
        <w:t xml:space="preserve">, </w:t>
      </w:r>
      <w:r w:rsidRPr="00C45B2F">
        <w:rPr>
          <w:color w:val="000000" w:themeColor="text1"/>
          <w:sz w:val="28"/>
          <w:szCs w:val="28"/>
        </w:rPr>
        <w:t>Serum Electrolytes, Urea, Creatinine: Within normal limits</w:t>
      </w:r>
      <w:r w:rsidR="009F2AD7" w:rsidRPr="00C45B2F">
        <w:rPr>
          <w:color w:val="000000" w:themeColor="text1"/>
          <w:sz w:val="28"/>
          <w:szCs w:val="28"/>
        </w:rPr>
        <w:t xml:space="preserve">, </w:t>
      </w:r>
      <w:r w:rsidRPr="00C45B2F">
        <w:rPr>
          <w:color w:val="000000" w:themeColor="text1"/>
          <w:sz w:val="28"/>
          <w:szCs w:val="28"/>
        </w:rPr>
        <w:t>Liver Function Tests: Within normal limits</w:t>
      </w:r>
      <w:r w:rsidR="009F2AD7" w:rsidRPr="00C45B2F">
        <w:rPr>
          <w:color w:val="000000" w:themeColor="text1"/>
          <w:sz w:val="28"/>
          <w:szCs w:val="28"/>
        </w:rPr>
        <w:t xml:space="preserve">, </w:t>
      </w:r>
      <w:r w:rsidRPr="00C45B2F">
        <w:rPr>
          <w:color w:val="000000" w:themeColor="text1"/>
          <w:sz w:val="28"/>
          <w:szCs w:val="28"/>
        </w:rPr>
        <w:t>Fasting Blood Glucose: Moderately elevated</w:t>
      </w:r>
      <w:r w:rsidR="009F2AD7" w:rsidRPr="00C45B2F">
        <w:rPr>
          <w:color w:val="000000" w:themeColor="text1"/>
          <w:sz w:val="28"/>
          <w:szCs w:val="28"/>
        </w:rPr>
        <w:t xml:space="preserve">, </w:t>
      </w:r>
      <w:r w:rsidRPr="00C45B2F">
        <w:rPr>
          <w:color w:val="000000" w:themeColor="text1"/>
          <w:sz w:val="28"/>
          <w:szCs w:val="28"/>
        </w:rPr>
        <w:t>Serum Carcinoembryonic Antigen (CEA): Elevated</w:t>
      </w:r>
      <w:r w:rsidR="009F2AD7" w:rsidRPr="00C45B2F">
        <w:rPr>
          <w:color w:val="000000" w:themeColor="text1"/>
          <w:sz w:val="28"/>
          <w:szCs w:val="28"/>
        </w:rPr>
        <w:t>, she was subsequently prepared for Colonoscopy.</w:t>
      </w:r>
    </w:p>
    <w:p w14:paraId="0000000F" w14:textId="7838AC18" w:rsidR="005119CD" w:rsidRPr="00C45B2F" w:rsidRDefault="009F2AD7" w:rsidP="009F2AD7">
      <w:pPr>
        <w:pStyle w:val="Heading2"/>
        <w:rPr>
          <w:b w:val="0"/>
          <w:bCs w:val="0"/>
          <w:color w:val="auto"/>
          <w:sz w:val="28"/>
          <w:szCs w:val="28"/>
        </w:rPr>
      </w:pPr>
      <w:r w:rsidRPr="00C45B2F">
        <w:rPr>
          <w:color w:val="000000" w:themeColor="text1"/>
          <w:sz w:val="28"/>
          <w:szCs w:val="28"/>
        </w:rPr>
        <w:lastRenderedPageBreak/>
        <w:t xml:space="preserve">Colonoscopy: </w:t>
      </w:r>
      <w:r w:rsidR="00233A19" w:rsidRPr="00C45B2F">
        <w:rPr>
          <w:b w:val="0"/>
          <w:bCs w:val="0"/>
          <w:color w:val="auto"/>
          <w:sz w:val="28"/>
          <w:szCs w:val="28"/>
        </w:rPr>
        <w:t>Pre-Procedure Preparation</w:t>
      </w:r>
      <w:r w:rsidRPr="00C45B2F">
        <w:rPr>
          <w:b w:val="0"/>
          <w:bCs w:val="0"/>
          <w:color w:val="auto"/>
          <w:sz w:val="28"/>
          <w:szCs w:val="28"/>
        </w:rPr>
        <w:t xml:space="preserve"> , </w:t>
      </w:r>
      <w:r w:rsidR="00233A19" w:rsidRPr="00C45B2F">
        <w:rPr>
          <w:b w:val="0"/>
          <w:bCs w:val="0"/>
          <w:color w:val="auto"/>
          <w:sz w:val="28"/>
          <w:szCs w:val="28"/>
        </w:rPr>
        <w:t>Informed written consent obtained</w:t>
      </w:r>
      <w:r w:rsidRPr="00C45B2F">
        <w:rPr>
          <w:b w:val="0"/>
          <w:bCs w:val="0"/>
          <w:color w:val="auto"/>
          <w:sz w:val="28"/>
          <w:szCs w:val="28"/>
        </w:rPr>
        <w:t xml:space="preserve">, </w:t>
      </w:r>
      <w:r w:rsidR="00233A19" w:rsidRPr="00C45B2F">
        <w:rPr>
          <w:b w:val="0"/>
          <w:bCs w:val="0"/>
          <w:color w:val="auto"/>
          <w:sz w:val="28"/>
          <w:szCs w:val="28"/>
        </w:rPr>
        <w:t>Bowel preparation using polyethylene glycol solution (</w:t>
      </w:r>
      <w:proofErr w:type="spellStart"/>
      <w:r w:rsidR="00233A19" w:rsidRPr="00C45B2F">
        <w:rPr>
          <w:b w:val="0"/>
          <w:bCs w:val="0"/>
          <w:color w:val="auto"/>
          <w:sz w:val="28"/>
          <w:szCs w:val="28"/>
        </w:rPr>
        <w:t>ColoPrep</w:t>
      </w:r>
      <w:proofErr w:type="spellEnd"/>
      <w:r w:rsidR="00233A19" w:rsidRPr="00C45B2F">
        <w:rPr>
          <w:b w:val="0"/>
          <w:bCs w:val="0"/>
          <w:color w:val="auto"/>
          <w:sz w:val="28"/>
          <w:szCs w:val="28"/>
        </w:rPr>
        <w:t>)</w:t>
      </w:r>
      <w:r w:rsidRPr="00C45B2F">
        <w:rPr>
          <w:b w:val="0"/>
          <w:bCs w:val="0"/>
          <w:color w:val="auto"/>
          <w:sz w:val="28"/>
          <w:szCs w:val="28"/>
        </w:rPr>
        <w:t xml:space="preserve">, </w:t>
      </w:r>
      <w:r w:rsidR="00233A19" w:rsidRPr="00C45B2F">
        <w:rPr>
          <w:b w:val="0"/>
          <w:bCs w:val="0"/>
          <w:color w:val="auto"/>
          <w:sz w:val="28"/>
          <w:szCs w:val="28"/>
        </w:rPr>
        <w:t>Rectal wash performed by nursing staff at 6:00 PM the day prior and 6:00 AM on the day of procedure</w:t>
      </w:r>
      <w:r w:rsidRPr="00C45B2F">
        <w:rPr>
          <w:b w:val="0"/>
          <w:bCs w:val="0"/>
          <w:color w:val="auto"/>
          <w:sz w:val="28"/>
          <w:szCs w:val="28"/>
        </w:rPr>
        <w:t xml:space="preserve">, </w:t>
      </w:r>
      <w:r w:rsidR="00233A19" w:rsidRPr="00C45B2F">
        <w:rPr>
          <w:b w:val="0"/>
          <w:bCs w:val="0"/>
          <w:color w:val="auto"/>
          <w:sz w:val="28"/>
          <w:szCs w:val="28"/>
        </w:rPr>
        <w:t>Review and clearance by anesthetic team</w:t>
      </w:r>
      <w:r w:rsidRPr="00C45B2F">
        <w:rPr>
          <w:b w:val="0"/>
          <w:bCs w:val="0"/>
          <w:color w:val="auto"/>
          <w:sz w:val="28"/>
          <w:szCs w:val="28"/>
        </w:rPr>
        <w:t xml:space="preserve">, </w:t>
      </w:r>
      <w:r w:rsidR="00233A19" w:rsidRPr="00C45B2F">
        <w:rPr>
          <w:b w:val="0"/>
          <w:bCs w:val="0"/>
          <w:color w:val="auto"/>
          <w:sz w:val="28"/>
          <w:szCs w:val="28"/>
        </w:rPr>
        <w:t>Baseline vital signs recorded</w:t>
      </w:r>
      <w:r w:rsidRPr="00C45B2F">
        <w:rPr>
          <w:b w:val="0"/>
          <w:bCs w:val="0"/>
          <w:color w:val="auto"/>
          <w:sz w:val="28"/>
          <w:szCs w:val="28"/>
        </w:rPr>
        <w:t xml:space="preserve">, </w:t>
      </w:r>
      <w:r w:rsidR="00233A19" w:rsidRPr="00C45B2F">
        <w:rPr>
          <w:b w:val="0"/>
          <w:bCs w:val="0"/>
          <w:color w:val="auto"/>
          <w:sz w:val="28"/>
          <w:szCs w:val="28"/>
        </w:rPr>
        <w:t>Intravenous access secured</w:t>
      </w:r>
      <w:r w:rsidRPr="00C45B2F">
        <w:rPr>
          <w:b w:val="0"/>
          <w:bCs w:val="0"/>
          <w:color w:val="auto"/>
          <w:sz w:val="28"/>
          <w:szCs w:val="28"/>
        </w:rPr>
        <w:t xml:space="preserve">, </w:t>
      </w:r>
      <w:r w:rsidR="00233A19" w:rsidRPr="00C45B2F">
        <w:rPr>
          <w:b w:val="0"/>
          <w:bCs w:val="0"/>
          <w:color w:val="auto"/>
          <w:sz w:val="28"/>
          <w:szCs w:val="28"/>
        </w:rPr>
        <w:t>Mild conscious sedation administered</w:t>
      </w:r>
      <w:r w:rsidRPr="00C45B2F">
        <w:rPr>
          <w:b w:val="0"/>
          <w:bCs w:val="0"/>
          <w:color w:val="auto"/>
          <w:sz w:val="28"/>
          <w:szCs w:val="28"/>
        </w:rPr>
        <w:t xml:space="preserve">, </w:t>
      </w:r>
      <w:r w:rsidR="00233A19" w:rsidRPr="00C45B2F">
        <w:rPr>
          <w:b w:val="0"/>
          <w:bCs w:val="0"/>
          <w:color w:val="auto"/>
          <w:sz w:val="28"/>
          <w:szCs w:val="28"/>
        </w:rPr>
        <w:t>Continuous monitoring of blood pressure, pulse rate, oxygen saturation, and respiratory rate</w:t>
      </w:r>
    </w:p>
    <w:p w14:paraId="00000011" w14:textId="4C3594B4" w:rsidR="005119CD" w:rsidRPr="00C45B2F" w:rsidRDefault="00233A19" w:rsidP="009F2AD7">
      <w:pPr>
        <w:pStyle w:val="Heading2"/>
        <w:rPr>
          <w:color w:val="000000" w:themeColor="text1"/>
          <w:sz w:val="28"/>
          <w:szCs w:val="28"/>
        </w:rPr>
      </w:pPr>
      <w:r w:rsidRPr="00C45B2F">
        <w:rPr>
          <w:color w:val="000000" w:themeColor="text1"/>
          <w:sz w:val="28"/>
          <w:szCs w:val="28"/>
        </w:rPr>
        <w:t>Findings</w:t>
      </w:r>
      <w:r w:rsidR="009F2AD7" w:rsidRPr="00C45B2F">
        <w:rPr>
          <w:color w:val="000000" w:themeColor="text1"/>
          <w:sz w:val="28"/>
          <w:szCs w:val="28"/>
        </w:rPr>
        <w:t xml:space="preserve"> on Colonoscopy: </w:t>
      </w:r>
      <w:r w:rsidRPr="00C45B2F">
        <w:rPr>
          <w:b w:val="0"/>
          <w:bCs w:val="0"/>
          <w:color w:val="000000" w:themeColor="text1"/>
          <w:sz w:val="28"/>
          <w:szCs w:val="28"/>
        </w:rPr>
        <w:t>Friable fungating mass at the lower rectum</w:t>
      </w:r>
      <w:r w:rsidR="009F2AD7" w:rsidRPr="00C45B2F">
        <w:rPr>
          <w:b w:val="0"/>
          <w:bCs w:val="0"/>
          <w:color w:val="000000" w:themeColor="text1"/>
          <w:sz w:val="28"/>
          <w:szCs w:val="28"/>
        </w:rPr>
        <w:t xml:space="preserve"> about 4cm from</w:t>
      </w:r>
      <w:r w:rsidRPr="00C45B2F">
        <w:rPr>
          <w:b w:val="0"/>
          <w:bCs w:val="0"/>
          <w:color w:val="000000" w:themeColor="text1"/>
          <w:sz w:val="28"/>
          <w:szCs w:val="28"/>
        </w:rPr>
        <w:t xml:space="preserve"> the anal verge</w:t>
      </w:r>
      <w:r w:rsidR="009F2AD7" w:rsidRPr="00C45B2F">
        <w:rPr>
          <w:b w:val="0"/>
          <w:bCs w:val="0"/>
          <w:color w:val="000000" w:themeColor="text1"/>
          <w:sz w:val="28"/>
          <w:szCs w:val="28"/>
        </w:rPr>
        <w:t xml:space="preserve">, </w:t>
      </w:r>
      <w:r w:rsidRPr="00C45B2F">
        <w:rPr>
          <w:b w:val="0"/>
          <w:bCs w:val="0"/>
          <w:color w:val="000000" w:themeColor="text1"/>
          <w:sz w:val="28"/>
          <w:szCs w:val="28"/>
        </w:rPr>
        <w:t>Irregular mucosal surface</w:t>
      </w:r>
      <w:r w:rsidR="009F2AD7" w:rsidRPr="00C45B2F">
        <w:rPr>
          <w:b w:val="0"/>
          <w:bCs w:val="0"/>
          <w:color w:val="000000" w:themeColor="text1"/>
          <w:sz w:val="28"/>
          <w:szCs w:val="28"/>
        </w:rPr>
        <w:t>, c</w:t>
      </w:r>
      <w:r w:rsidRPr="00C45B2F">
        <w:rPr>
          <w:b w:val="0"/>
          <w:bCs w:val="0"/>
          <w:color w:val="000000" w:themeColor="text1"/>
          <w:sz w:val="28"/>
          <w:szCs w:val="28"/>
        </w:rPr>
        <w:t>ontact bleeding on manipulation</w:t>
      </w:r>
      <w:r w:rsidR="009F2AD7" w:rsidRPr="00C45B2F">
        <w:rPr>
          <w:b w:val="0"/>
          <w:bCs w:val="0"/>
          <w:color w:val="000000" w:themeColor="text1"/>
          <w:sz w:val="28"/>
          <w:szCs w:val="28"/>
        </w:rPr>
        <w:t xml:space="preserve">, </w:t>
      </w:r>
      <w:r w:rsidR="00D764D8" w:rsidRPr="00C45B2F">
        <w:rPr>
          <w:b w:val="0"/>
          <w:bCs w:val="0"/>
          <w:color w:val="000000" w:themeColor="text1"/>
          <w:sz w:val="28"/>
          <w:szCs w:val="28"/>
        </w:rPr>
        <w:t>n</w:t>
      </w:r>
      <w:r w:rsidRPr="00C45B2F">
        <w:rPr>
          <w:b w:val="0"/>
          <w:bCs w:val="0"/>
          <w:color w:val="000000" w:themeColor="text1"/>
          <w:sz w:val="28"/>
          <w:szCs w:val="28"/>
        </w:rPr>
        <w:t>o synchronous proximal lesions</w:t>
      </w:r>
      <w:r w:rsidR="00D764D8" w:rsidRPr="00C45B2F">
        <w:rPr>
          <w:b w:val="0"/>
          <w:bCs w:val="0"/>
          <w:color w:val="000000" w:themeColor="text1"/>
          <w:sz w:val="28"/>
          <w:szCs w:val="28"/>
        </w:rPr>
        <w:t xml:space="preserve"> were</w:t>
      </w:r>
      <w:r w:rsidRPr="00C45B2F">
        <w:rPr>
          <w:b w:val="0"/>
          <w:bCs w:val="0"/>
          <w:color w:val="000000" w:themeColor="text1"/>
          <w:sz w:val="28"/>
          <w:szCs w:val="28"/>
        </w:rPr>
        <w:t xml:space="preserve"> identified</w:t>
      </w:r>
      <w:r w:rsidR="009F2AD7" w:rsidRPr="00C45B2F">
        <w:rPr>
          <w:b w:val="0"/>
          <w:bCs w:val="0"/>
          <w:color w:val="000000" w:themeColor="text1"/>
          <w:sz w:val="28"/>
          <w:szCs w:val="28"/>
        </w:rPr>
        <w:t xml:space="preserve">, </w:t>
      </w:r>
      <w:r w:rsidRPr="00C45B2F">
        <w:rPr>
          <w:b w:val="0"/>
          <w:bCs w:val="0"/>
          <w:color w:val="000000" w:themeColor="text1"/>
          <w:sz w:val="28"/>
          <w:szCs w:val="28"/>
        </w:rPr>
        <w:t>Multiple biopsies obtained</w:t>
      </w:r>
    </w:p>
    <w:p w14:paraId="00000013" w14:textId="0D985F76" w:rsidR="005119CD" w:rsidRPr="00C45B2F" w:rsidRDefault="00233A19" w:rsidP="00D764D8">
      <w:pPr>
        <w:pStyle w:val="Heading2"/>
        <w:rPr>
          <w:b w:val="0"/>
          <w:bCs w:val="0"/>
          <w:color w:val="auto"/>
          <w:sz w:val="28"/>
          <w:szCs w:val="28"/>
        </w:rPr>
      </w:pPr>
      <w:r w:rsidRPr="00C45B2F">
        <w:rPr>
          <w:color w:val="auto"/>
          <w:sz w:val="28"/>
          <w:szCs w:val="28"/>
        </w:rPr>
        <w:t>Histopathology</w:t>
      </w:r>
      <w:r w:rsidR="00D764D8" w:rsidRPr="00C45B2F">
        <w:rPr>
          <w:color w:val="auto"/>
          <w:sz w:val="28"/>
          <w:szCs w:val="28"/>
        </w:rPr>
        <w:t xml:space="preserve">: </w:t>
      </w:r>
      <w:r w:rsidRPr="00C45B2F">
        <w:rPr>
          <w:b w:val="0"/>
          <w:bCs w:val="0"/>
          <w:color w:val="auto"/>
          <w:sz w:val="28"/>
          <w:szCs w:val="28"/>
        </w:rPr>
        <w:t>Moderately differentiated adenocarcinoma consistent with rectal origin</w:t>
      </w:r>
    </w:p>
    <w:p w14:paraId="050848EE" w14:textId="175C99A6" w:rsidR="00A22F57" w:rsidRDefault="00233A19" w:rsidP="00A22F57">
      <w:pPr>
        <w:pStyle w:val="Heading2"/>
        <w:rPr>
          <w:rFonts w:ascii="Times New Roman" w:eastAsia="Times New Roman" w:hAnsi="Times New Roman" w:cs="Times New Roman"/>
          <w:sz w:val="24"/>
          <w:szCs w:val="24"/>
          <w:lang w:val="en-US"/>
        </w:rPr>
      </w:pPr>
      <w:r w:rsidRPr="00C45B2F">
        <w:rPr>
          <w:color w:val="auto"/>
          <w:sz w:val="28"/>
          <w:szCs w:val="28"/>
        </w:rPr>
        <w:t>Post-Procedure Care</w:t>
      </w:r>
      <w:r w:rsidR="00D764D8" w:rsidRPr="00C45B2F">
        <w:rPr>
          <w:color w:val="auto"/>
          <w:sz w:val="28"/>
          <w:szCs w:val="28"/>
        </w:rPr>
        <w:t>:</w:t>
      </w:r>
      <w:r w:rsidRPr="00C45B2F">
        <w:rPr>
          <w:color w:val="auto"/>
          <w:sz w:val="28"/>
          <w:szCs w:val="28"/>
        </w:rPr>
        <w:t xml:space="preserve"> </w:t>
      </w:r>
      <w:r w:rsidRPr="00C45B2F">
        <w:rPr>
          <w:b w:val="0"/>
          <w:bCs w:val="0"/>
          <w:color w:val="auto"/>
          <w:sz w:val="28"/>
          <w:szCs w:val="28"/>
        </w:rPr>
        <w:t>Monitored in recovery room</w:t>
      </w:r>
      <w:r w:rsidR="00D764D8" w:rsidRPr="00C45B2F">
        <w:rPr>
          <w:b w:val="0"/>
          <w:bCs w:val="0"/>
          <w:color w:val="auto"/>
          <w:sz w:val="28"/>
          <w:szCs w:val="28"/>
        </w:rPr>
        <w:t xml:space="preserve">, </w:t>
      </w:r>
      <w:r w:rsidRPr="00C45B2F">
        <w:rPr>
          <w:b w:val="0"/>
          <w:bCs w:val="0"/>
          <w:color w:val="auto"/>
          <w:sz w:val="28"/>
          <w:szCs w:val="28"/>
        </w:rPr>
        <w:t>Vital signs stable</w:t>
      </w:r>
      <w:r w:rsidR="00D764D8" w:rsidRPr="00C45B2F">
        <w:rPr>
          <w:b w:val="0"/>
          <w:bCs w:val="0"/>
          <w:color w:val="auto"/>
          <w:sz w:val="28"/>
          <w:szCs w:val="28"/>
        </w:rPr>
        <w:t>, n</w:t>
      </w:r>
      <w:r w:rsidRPr="00C45B2F">
        <w:rPr>
          <w:b w:val="0"/>
          <w:bCs w:val="0"/>
          <w:color w:val="auto"/>
          <w:sz w:val="28"/>
          <w:szCs w:val="28"/>
        </w:rPr>
        <w:t>o immediate complications</w:t>
      </w:r>
      <w:r w:rsidR="00D764D8" w:rsidRPr="00C45B2F">
        <w:rPr>
          <w:b w:val="0"/>
          <w:bCs w:val="0"/>
          <w:color w:val="auto"/>
          <w:sz w:val="28"/>
          <w:szCs w:val="28"/>
        </w:rPr>
        <w:t>, she was</w:t>
      </w:r>
      <w:r w:rsidRPr="00C45B2F">
        <w:rPr>
          <w:b w:val="0"/>
          <w:bCs w:val="0"/>
          <w:color w:val="auto"/>
          <w:sz w:val="28"/>
          <w:szCs w:val="28"/>
        </w:rPr>
        <w:t xml:space="preserve"> discharge</w:t>
      </w:r>
      <w:r w:rsidR="00D764D8" w:rsidRPr="00C45B2F">
        <w:rPr>
          <w:b w:val="0"/>
          <w:bCs w:val="0"/>
          <w:color w:val="auto"/>
          <w:sz w:val="28"/>
          <w:szCs w:val="28"/>
        </w:rPr>
        <w:t>d on the same day, r</w:t>
      </w:r>
      <w:r w:rsidRPr="00C45B2F">
        <w:rPr>
          <w:b w:val="0"/>
          <w:bCs w:val="0"/>
          <w:color w:val="auto"/>
          <w:sz w:val="28"/>
          <w:szCs w:val="28"/>
        </w:rPr>
        <w:t>eferred to multidisciplinary tumor board</w:t>
      </w:r>
      <w:r w:rsidR="00D764D8" w:rsidRPr="00C45B2F">
        <w:rPr>
          <w:b w:val="0"/>
          <w:bCs w:val="0"/>
          <w:color w:val="auto"/>
          <w:sz w:val="28"/>
          <w:szCs w:val="28"/>
        </w:rPr>
        <w:t>.</w:t>
      </w:r>
      <w:r w:rsidR="00A22F57" w:rsidRPr="00A22F57">
        <w:rPr>
          <w:rFonts w:ascii="Times New Roman" w:eastAsia="Times New Roman" w:hAnsi="Times New Roman" w:cs="Times New Roman"/>
          <w:sz w:val="24"/>
          <w:szCs w:val="24"/>
          <w:lang w:val="en-US"/>
        </w:rPr>
        <w:t xml:space="preserve"> </w:t>
      </w:r>
      <w:r w:rsidR="00A22F57" w:rsidRPr="00A22F57">
        <w:rPr>
          <w:noProof/>
          <w:sz w:val="28"/>
          <w:szCs w:val="28"/>
          <w:lang w:val="en-US"/>
        </w:rPr>
        <w:drawing>
          <wp:inline distT="0" distB="0" distL="0" distR="0" wp14:anchorId="21AD00E6" wp14:editId="5DBC2ECF">
            <wp:extent cx="4693920" cy="3528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3920" cy="3528060"/>
                    </a:xfrm>
                    <a:prstGeom prst="rect">
                      <a:avLst/>
                    </a:prstGeom>
                    <a:noFill/>
                    <a:ln>
                      <a:noFill/>
                    </a:ln>
                  </pic:spPr>
                </pic:pic>
              </a:graphicData>
            </a:graphic>
          </wp:inline>
        </w:drawing>
      </w:r>
    </w:p>
    <w:p w14:paraId="567F3A63" w14:textId="164D6252" w:rsidR="00A22F57" w:rsidRDefault="00A22F57" w:rsidP="00A22F57">
      <w:pPr>
        <w:rPr>
          <w:lang w:val="en-US"/>
        </w:rPr>
      </w:pPr>
      <w:r>
        <w:rPr>
          <w:lang w:val="en-US"/>
        </w:rPr>
        <w:t xml:space="preserve">Fig </w:t>
      </w:r>
      <w:proofErr w:type="gramStart"/>
      <w:r w:rsidR="00DB137C">
        <w:rPr>
          <w:lang w:val="en-US"/>
        </w:rPr>
        <w:t>1 :</w:t>
      </w:r>
      <w:proofErr w:type="gramEnd"/>
      <w:r w:rsidR="00DB137C">
        <w:rPr>
          <w:lang w:val="en-US"/>
        </w:rPr>
        <w:t xml:space="preserve"> </w:t>
      </w:r>
      <w:r>
        <w:rPr>
          <w:lang w:val="en-US"/>
        </w:rPr>
        <w:t xml:space="preserve">showing </w:t>
      </w:r>
      <w:proofErr w:type="spellStart"/>
      <w:r>
        <w:rPr>
          <w:lang w:val="en-US"/>
        </w:rPr>
        <w:t>tumour</w:t>
      </w:r>
      <w:proofErr w:type="spellEnd"/>
      <w:r>
        <w:rPr>
          <w:lang w:val="en-US"/>
        </w:rPr>
        <w:t xml:space="preserve"> in Lower Rectum on Colonoscopy</w:t>
      </w:r>
    </w:p>
    <w:p w14:paraId="30A26E36" w14:textId="77777777" w:rsidR="00A22F57" w:rsidRPr="00A22F57" w:rsidRDefault="00A22F57" w:rsidP="00A22F57">
      <w:pPr>
        <w:rPr>
          <w:lang w:val="en-US"/>
        </w:rPr>
      </w:pPr>
    </w:p>
    <w:p w14:paraId="00000015" w14:textId="2C57C5D4" w:rsidR="005119CD" w:rsidRDefault="005119CD" w:rsidP="00D764D8">
      <w:pPr>
        <w:pStyle w:val="Heading2"/>
        <w:rPr>
          <w:b w:val="0"/>
          <w:bCs w:val="0"/>
          <w:color w:val="auto"/>
          <w:sz w:val="28"/>
          <w:szCs w:val="28"/>
        </w:rPr>
      </w:pPr>
    </w:p>
    <w:p w14:paraId="3E4D2C8F" w14:textId="31B33BEC" w:rsidR="00A22F57" w:rsidRDefault="00A22F57" w:rsidP="00A22F57"/>
    <w:p w14:paraId="440E9BA2" w14:textId="7F7579F4" w:rsidR="00A22F57" w:rsidRDefault="00A22F57" w:rsidP="00A22F57"/>
    <w:p w14:paraId="58D47941" w14:textId="6A3C96F1" w:rsidR="00A22F57" w:rsidRDefault="00A22F57" w:rsidP="00A22F57"/>
    <w:p w14:paraId="31777DB5" w14:textId="501E60A5" w:rsidR="00A22F57" w:rsidRDefault="00A22F57" w:rsidP="00A22F57"/>
    <w:p w14:paraId="386E7641" w14:textId="77777777" w:rsidR="00A22F57" w:rsidRPr="00A22F57" w:rsidRDefault="00A22F57" w:rsidP="00A22F57"/>
    <w:p w14:paraId="00000016" w14:textId="77777777" w:rsidR="005119CD" w:rsidRPr="00C45B2F" w:rsidRDefault="00233A19">
      <w:pPr>
        <w:pStyle w:val="Heading1"/>
        <w:rPr>
          <w:color w:val="auto"/>
        </w:rPr>
      </w:pPr>
      <w:r w:rsidRPr="00C45B2F">
        <w:rPr>
          <w:color w:val="auto"/>
        </w:rPr>
        <w:t>Discussion</w:t>
      </w:r>
    </w:p>
    <w:p w14:paraId="00000017" w14:textId="4A74F774" w:rsidR="005119CD" w:rsidRPr="00C45B2F" w:rsidRDefault="00233A19">
      <w:pPr>
        <w:rPr>
          <w:sz w:val="28"/>
          <w:szCs w:val="28"/>
        </w:rPr>
      </w:pPr>
      <w:r w:rsidRPr="00C45B2F">
        <w:rPr>
          <w:sz w:val="28"/>
          <w:szCs w:val="28"/>
        </w:rPr>
        <w:t xml:space="preserve">Lower rectal carcinoma often presents with nonspecific symptoms such as painless rectal bleeding, which can mimic benign conditions like hemorrhoids or polyps. In this patient, initial symptom resolution following polypectomy may have masked the underlying malignant progression. This pattern mirrors findings reported in the World Journal of Gastroenterology, where early rectal lesions initially treated as benign polyps later progressed to invasive carcinoma due to incomplete excision or inadequate surveillance </w:t>
      </w:r>
      <w:r w:rsidRPr="00C45B2F">
        <w:rPr>
          <w:sz w:val="28"/>
          <w:szCs w:val="28"/>
          <w:vertAlign w:val="superscript"/>
        </w:rPr>
        <w:t>4</w:t>
      </w:r>
      <w:r w:rsidRPr="00C45B2F">
        <w:rPr>
          <w:sz w:val="28"/>
          <w:szCs w:val="28"/>
        </w:rPr>
        <w:t>. In both our patient and the cases in that series, delayed recognition occurred despite prior colonoscopies, highlighting the limitations of relying solely on symptom resolution or isolated endoscopic findings.</w:t>
      </w:r>
      <w:r w:rsidRPr="00C45B2F">
        <w:rPr>
          <w:sz w:val="28"/>
          <w:szCs w:val="28"/>
        </w:rPr>
        <w:br/>
      </w:r>
      <w:r w:rsidRPr="00C45B2F">
        <w:rPr>
          <w:sz w:val="28"/>
          <w:szCs w:val="28"/>
        </w:rPr>
        <w:br/>
        <w:t>Comparatively, Hamilton et al. demonstrated that recurrent rectal bleeding in patients over 60</w:t>
      </w:r>
      <w:r w:rsidR="00FE2427" w:rsidRPr="00C45B2F">
        <w:rPr>
          <w:sz w:val="28"/>
          <w:szCs w:val="28"/>
        </w:rPr>
        <w:t>year</w:t>
      </w:r>
      <w:r w:rsidRPr="00C45B2F">
        <w:rPr>
          <w:sz w:val="28"/>
          <w:szCs w:val="28"/>
        </w:rPr>
        <w:t xml:space="preserve"> has a high predictive value for rectal malignancy </w:t>
      </w:r>
      <w:r w:rsidRPr="00C45B2F">
        <w:rPr>
          <w:sz w:val="28"/>
          <w:szCs w:val="28"/>
          <w:vertAlign w:val="superscript"/>
        </w:rPr>
        <w:t>5</w:t>
      </w:r>
      <w:r w:rsidRPr="00C45B2F">
        <w:rPr>
          <w:sz w:val="28"/>
          <w:szCs w:val="28"/>
        </w:rPr>
        <w:t xml:space="preserve">. Unlike </w:t>
      </w:r>
      <w:r w:rsidR="00FE2427" w:rsidRPr="00C45B2F">
        <w:rPr>
          <w:sz w:val="28"/>
          <w:szCs w:val="28"/>
        </w:rPr>
        <w:t xml:space="preserve">in </w:t>
      </w:r>
      <w:r w:rsidRPr="00C45B2F">
        <w:rPr>
          <w:sz w:val="28"/>
          <w:szCs w:val="28"/>
        </w:rPr>
        <w:t>high-income settings, where structured follow-up and electronic records often mitigate delay, in this case, fragmented care—including overseas evaluation without proper documentation</w:t>
      </w:r>
      <w:r w:rsidR="00FE2427" w:rsidRPr="00C45B2F">
        <w:rPr>
          <w:sz w:val="28"/>
          <w:szCs w:val="28"/>
        </w:rPr>
        <w:t xml:space="preserve">, </w:t>
      </w:r>
      <w:r w:rsidRPr="00C45B2F">
        <w:rPr>
          <w:sz w:val="28"/>
          <w:szCs w:val="28"/>
        </w:rPr>
        <w:t>disrupted continuity, preventing timely diagnosis</w:t>
      </w:r>
      <w:r w:rsidR="00FE2427" w:rsidRPr="00C45B2F">
        <w:rPr>
          <w:sz w:val="28"/>
          <w:szCs w:val="28"/>
        </w:rPr>
        <w:t xml:space="preserve"> and proper counselling to allow for definitive treatment</w:t>
      </w:r>
      <w:r w:rsidRPr="00C45B2F">
        <w:rPr>
          <w:sz w:val="28"/>
          <w:szCs w:val="28"/>
        </w:rPr>
        <w:t xml:space="preserve">. Similarly, Singh et al. reported that interval rectal cancers occur due to incomplete assessment or inadequate surveillance post-colonoscopy </w:t>
      </w:r>
      <w:r w:rsidRPr="00C45B2F">
        <w:rPr>
          <w:sz w:val="28"/>
          <w:szCs w:val="28"/>
          <w:vertAlign w:val="superscript"/>
        </w:rPr>
        <w:t>3</w:t>
      </w:r>
      <w:r w:rsidRPr="00C45B2F">
        <w:rPr>
          <w:sz w:val="28"/>
          <w:szCs w:val="28"/>
        </w:rPr>
        <w:t xml:space="preserve">. Our patient experienced both procedural and systemic delays, illustrating a compounding effect of medical, social, and health system factors on </w:t>
      </w:r>
      <w:r w:rsidRPr="00C45B2F">
        <w:rPr>
          <w:sz w:val="28"/>
          <w:szCs w:val="28"/>
        </w:rPr>
        <w:lastRenderedPageBreak/>
        <w:t>disease progression.</w:t>
      </w:r>
      <w:r w:rsidRPr="00C45B2F">
        <w:rPr>
          <w:sz w:val="28"/>
          <w:szCs w:val="28"/>
        </w:rPr>
        <w:br/>
      </w:r>
      <w:r w:rsidRPr="00C45B2F">
        <w:rPr>
          <w:sz w:val="28"/>
          <w:szCs w:val="28"/>
        </w:rPr>
        <w:br/>
        <w:t xml:space="preserve">In the Nigerian and broader African context, additional factors contribute to delayed diagnosis. Sociocultural stigma surrounding colostomy is well-documented, often leading to refusal of definitive surgical management despite early-stage disease </w:t>
      </w:r>
      <w:r w:rsidRPr="00C45B2F">
        <w:rPr>
          <w:sz w:val="28"/>
          <w:szCs w:val="28"/>
          <w:vertAlign w:val="superscript"/>
        </w:rPr>
        <w:t>2</w:t>
      </w:r>
      <w:r w:rsidRPr="00C45B2F">
        <w:rPr>
          <w:sz w:val="28"/>
          <w:szCs w:val="28"/>
        </w:rPr>
        <w:t xml:space="preserve">. Financial constraints, limited access to tertiary care, and lack of structured surveillance programs further exacerbate delays. Hospital-based studies from Lagos and Ibadan have documented similar patterns, with many patients presenting at advanced stages due to both patient- and system-related barriers </w:t>
      </w:r>
      <w:r w:rsidRPr="00C45B2F">
        <w:rPr>
          <w:sz w:val="28"/>
          <w:szCs w:val="28"/>
          <w:vertAlign w:val="superscript"/>
        </w:rPr>
        <w:t>2,4</w:t>
      </w:r>
      <w:r w:rsidRPr="00C45B2F">
        <w:rPr>
          <w:sz w:val="28"/>
          <w:szCs w:val="28"/>
        </w:rPr>
        <w:t>. Our case demonstrates that even when neoadjuvant therapy is administered, refusal of surgery combined with inconsistent follow-up can lead to prolonged disease evolution</w:t>
      </w:r>
      <w:r w:rsidR="00350D05" w:rsidRPr="00C45B2F">
        <w:rPr>
          <w:sz w:val="28"/>
          <w:szCs w:val="28"/>
        </w:rPr>
        <w:t>, this may impact significantly on disease prognosis.</w:t>
      </w:r>
      <w:r w:rsidRPr="00C45B2F">
        <w:rPr>
          <w:sz w:val="28"/>
          <w:szCs w:val="28"/>
        </w:rPr>
        <w:br/>
      </w:r>
      <w:r w:rsidRPr="00C45B2F">
        <w:rPr>
          <w:sz w:val="28"/>
          <w:szCs w:val="28"/>
        </w:rPr>
        <w:br/>
        <w:t>The inference drawn from this comparison is that delayed diagnosis</w:t>
      </w:r>
      <w:r w:rsidR="00862013" w:rsidRPr="00C45B2F">
        <w:rPr>
          <w:sz w:val="28"/>
          <w:szCs w:val="28"/>
        </w:rPr>
        <w:t xml:space="preserve"> and definitive treatment</w:t>
      </w:r>
      <w:r w:rsidRPr="00C45B2F">
        <w:rPr>
          <w:sz w:val="28"/>
          <w:szCs w:val="28"/>
        </w:rPr>
        <w:t xml:space="preserve"> of lower rectal carcinoma in Nigeria is rarely due to a single factor. Rather, it represents a convergence of procedural limitations, interrupted continuity of care, patient-related sociocultural factors, and systemic healthcare challenges</w:t>
      </w:r>
      <w:r w:rsidR="00862013" w:rsidRPr="00C45B2F">
        <w:rPr>
          <w:sz w:val="28"/>
          <w:szCs w:val="28"/>
        </w:rPr>
        <w:t>, necessitating the need for robust health reform</w:t>
      </w:r>
      <w:r w:rsidRPr="00C45B2F">
        <w:rPr>
          <w:sz w:val="28"/>
          <w:szCs w:val="28"/>
        </w:rPr>
        <w:t>. Temporary symptom resolution should not reassure clinicians, particularly in elderly patients. Effective prevention of such delays requires integrated strategies: public awareness campaigns on rectal bleeding, structured surveillance with documented follow-up, culturally sensitive counseling regarding surgery, and multidisciplinary tumor board oversight to guide timely interventions. Our patient’s experience exemplifies how procedural, patient, and systemic factors interact to influence disease progression, highlighting the need for holistic strategies to improve early detection and treatment adherence</w:t>
      </w:r>
      <w:r w:rsidR="00862013" w:rsidRPr="00C45B2F">
        <w:rPr>
          <w:sz w:val="28"/>
          <w:szCs w:val="28"/>
        </w:rPr>
        <w:t xml:space="preserve"> hence improving prognosis.</w:t>
      </w:r>
    </w:p>
    <w:p w14:paraId="00000018" w14:textId="77777777" w:rsidR="005119CD" w:rsidRPr="00C45B2F" w:rsidRDefault="00233A19">
      <w:pPr>
        <w:pStyle w:val="Heading1"/>
        <w:rPr>
          <w:color w:val="auto"/>
        </w:rPr>
      </w:pPr>
      <w:r w:rsidRPr="00C45B2F">
        <w:rPr>
          <w:color w:val="auto"/>
        </w:rPr>
        <w:t>Conclusion</w:t>
      </w:r>
    </w:p>
    <w:p w14:paraId="00000019" w14:textId="36667D49" w:rsidR="005119CD" w:rsidRDefault="00233A19">
      <w:pPr>
        <w:rPr>
          <w:sz w:val="28"/>
          <w:szCs w:val="28"/>
        </w:rPr>
      </w:pPr>
      <w:r w:rsidRPr="00C45B2F">
        <w:rPr>
          <w:sz w:val="28"/>
          <w:szCs w:val="28"/>
        </w:rPr>
        <w:t xml:space="preserve">Lower rectal carcinoma may present with symptoms mimicking benign anorectal disease, resulting in delayed diagnosis. In Nigeria, delays are </w:t>
      </w:r>
      <w:r w:rsidRPr="00C45B2F">
        <w:rPr>
          <w:sz w:val="28"/>
          <w:szCs w:val="28"/>
        </w:rPr>
        <w:lastRenderedPageBreak/>
        <w:t>frequently multifactorial, involving clinical, sociocultural, and systemic determinants. Early evaluation of rectal bleeding in elderly patients, improved documentation continuity, and culturally sensitive counseling regarding definitive surgical management are essential to improving outcomes.</w:t>
      </w:r>
    </w:p>
    <w:p w14:paraId="791930D9" w14:textId="77777777" w:rsidR="00233A19" w:rsidRPr="00C45B2F" w:rsidRDefault="00233A19">
      <w:pPr>
        <w:rPr>
          <w:sz w:val="28"/>
          <w:szCs w:val="28"/>
        </w:rPr>
      </w:pPr>
      <w:bookmarkStart w:id="0" w:name="_GoBack"/>
      <w:bookmarkEnd w:id="0"/>
    </w:p>
    <w:p w14:paraId="0000001A" w14:textId="77777777" w:rsidR="005119CD" w:rsidRPr="00C45B2F" w:rsidRDefault="00233A19">
      <w:pPr>
        <w:pStyle w:val="Heading1"/>
        <w:rPr>
          <w:color w:val="auto"/>
        </w:rPr>
      </w:pPr>
      <w:r w:rsidRPr="00C45B2F">
        <w:rPr>
          <w:color w:val="auto"/>
        </w:rPr>
        <w:t>References</w:t>
      </w:r>
    </w:p>
    <w:p w14:paraId="0000001B" w14:textId="77777777" w:rsidR="005119CD" w:rsidRPr="00C45B2F" w:rsidRDefault="00233A19">
      <w:pPr>
        <w:rPr>
          <w:sz w:val="28"/>
          <w:szCs w:val="28"/>
        </w:rPr>
      </w:pPr>
      <w:r w:rsidRPr="00C45B2F">
        <w:rPr>
          <w:sz w:val="28"/>
          <w:szCs w:val="28"/>
        </w:rPr>
        <w:t>1. World Health Organization. Cancer today: global cancer statistics [Internet]. Lyon: International Agency for Research on Cancer; 2020. Available from: https://gco.iarc.fr/today</w:t>
      </w:r>
      <w:r w:rsidRPr="00C45B2F">
        <w:rPr>
          <w:sz w:val="28"/>
          <w:szCs w:val="28"/>
        </w:rPr>
        <w:br/>
        <w:t xml:space="preserve">2. </w:t>
      </w:r>
      <w:proofErr w:type="spellStart"/>
      <w:r w:rsidRPr="00C45B2F">
        <w:rPr>
          <w:sz w:val="28"/>
          <w:szCs w:val="28"/>
        </w:rPr>
        <w:t>Ogunbiyi</w:t>
      </w:r>
      <w:proofErr w:type="spellEnd"/>
      <w:r w:rsidRPr="00C45B2F">
        <w:rPr>
          <w:sz w:val="28"/>
          <w:szCs w:val="28"/>
        </w:rPr>
        <w:t xml:space="preserve"> JO, </w:t>
      </w:r>
      <w:proofErr w:type="spellStart"/>
      <w:r w:rsidRPr="00C45B2F">
        <w:rPr>
          <w:sz w:val="28"/>
          <w:szCs w:val="28"/>
        </w:rPr>
        <w:t>Misauno</w:t>
      </w:r>
      <w:proofErr w:type="spellEnd"/>
      <w:r w:rsidRPr="00C45B2F">
        <w:rPr>
          <w:sz w:val="28"/>
          <w:szCs w:val="28"/>
        </w:rPr>
        <w:t xml:space="preserve"> M. Colorectal carcinoma in Nigeria: A prospective study of its incidence and pattern of presentation at the Lagos University Teaching Hospital. J Natl Med Assoc. 2005;97(9):1218–1222.</w:t>
      </w:r>
      <w:r w:rsidRPr="00C45B2F">
        <w:rPr>
          <w:sz w:val="28"/>
          <w:szCs w:val="28"/>
        </w:rPr>
        <w:br/>
        <w:t>3. Singh H, Nugent Z, Demers AA, Bernstein CN. Rate and predictors of early/missed colorectal cancers after colonoscopy in the immunochemical fecal occult blood test era. Gastroenterology. 2010;139(4):1208–1217.</w:t>
      </w:r>
      <w:r w:rsidRPr="00C45B2F">
        <w:rPr>
          <w:sz w:val="28"/>
          <w:szCs w:val="28"/>
        </w:rPr>
        <w:br/>
        <w:t xml:space="preserve">4. Waye JD, Sultan S, </w:t>
      </w:r>
      <w:proofErr w:type="spellStart"/>
      <w:r w:rsidRPr="00C45B2F">
        <w:rPr>
          <w:sz w:val="28"/>
          <w:szCs w:val="28"/>
        </w:rPr>
        <w:t>Driman</w:t>
      </w:r>
      <w:proofErr w:type="spellEnd"/>
      <w:r w:rsidRPr="00C45B2F">
        <w:rPr>
          <w:sz w:val="28"/>
          <w:szCs w:val="28"/>
        </w:rPr>
        <w:t xml:space="preserve"> DK. Colonoscopy and its complications: a review. Can J Gastroenterol. 2002;16(9):653–660.</w:t>
      </w:r>
      <w:r w:rsidRPr="00C45B2F">
        <w:rPr>
          <w:sz w:val="28"/>
          <w:szCs w:val="28"/>
        </w:rPr>
        <w:br/>
        <w:t>5. Hamilton W, Round A, Sharp D, Peters TJ. Clinical features of colorectal cancer before diagnosis: a population-based case–control study. Br J Cancer. 2005;93(4):399–405.</w:t>
      </w:r>
    </w:p>
    <w:sectPr w:rsidR="005119CD" w:rsidRPr="00C45B2F">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F8A79" w14:textId="77777777" w:rsidR="00550FF7" w:rsidRDefault="00550FF7" w:rsidP="007C4CE1">
      <w:pPr>
        <w:spacing w:after="0" w:line="240" w:lineRule="auto"/>
      </w:pPr>
      <w:r>
        <w:separator/>
      </w:r>
    </w:p>
  </w:endnote>
  <w:endnote w:type="continuationSeparator" w:id="0">
    <w:p w14:paraId="4B8F6009" w14:textId="77777777" w:rsidR="00550FF7" w:rsidRDefault="00550FF7" w:rsidP="007C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A75A553E-ABA5-426B-BED5-D287CC44B433}"/>
    <w:embedBold r:id="rId2" w:fontKey="{65167D92-EB2D-4A15-86CB-51D3F101F492}"/>
    <w:embedItalic r:id="rId3" w:fontKey="{893C77E2-B138-4B3B-BA54-8093CC3D6EED}"/>
    <w:embedBoldItalic r:id="rId4" w:fontKey="{3B3E0C6B-75B4-4AD6-8E91-34165719E87B}"/>
  </w:font>
  <w:font w:name="Calibri">
    <w:panose1 w:val="020F0502020204030204"/>
    <w:charset w:val="00"/>
    <w:family w:val="swiss"/>
    <w:pitch w:val="variable"/>
    <w:sig w:usb0="E4002EFF" w:usb1="C200247B" w:usb2="00000009" w:usb3="00000000" w:csb0="000001FF" w:csb1="00000000"/>
    <w:embedRegular r:id="rId5" w:fontKey="{6ABA9190-32F4-4C78-9E98-F024BE15F0AB}"/>
    <w:embedBold r:id="rId6" w:fontKey="{983DBDB6-C4EE-4861-BCF2-1F5DEC1F16FD}"/>
    <w:embedItalic r:id="rId7" w:fontKey="{75967785-71E2-48E1-B0FE-91293CF7DBD5}"/>
    <w:embedBoldItalic r:id="rId8" w:fontKey="{9ED2149C-99C5-4B29-8962-40200AF77A52}"/>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9C38D" w14:textId="77777777" w:rsidR="007C4CE1" w:rsidRDefault="007C4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5CB0D" w14:textId="77777777" w:rsidR="007C4CE1" w:rsidRDefault="007C4C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5EDBE" w14:textId="77777777" w:rsidR="007C4CE1" w:rsidRDefault="007C4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CA2EE" w14:textId="77777777" w:rsidR="00550FF7" w:rsidRDefault="00550FF7" w:rsidP="007C4CE1">
      <w:pPr>
        <w:spacing w:after="0" w:line="240" w:lineRule="auto"/>
      </w:pPr>
      <w:r>
        <w:separator/>
      </w:r>
    </w:p>
  </w:footnote>
  <w:footnote w:type="continuationSeparator" w:id="0">
    <w:p w14:paraId="5499CC40" w14:textId="77777777" w:rsidR="00550FF7" w:rsidRDefault="00550FF7" w:rsidP="007C4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A8FD3" w14:textId="20ABDD44" w:rsidR="007C4CE1" w:rsidRDefault="007C4CE1">
    <w:pPr>
      <w:pStyle w:val="Header"/>
    </w:pPr>
    <w:r>
      <w:rPr>
        <w:noProof/>
      </w:rPr>
      <w:pict w14:anchorId="3AB3D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67485"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0162F" w14:textId="60C47A57" w:rsidR="007C4CE1" w:rsidRDefault="007C4CE1">
    <w:pPr>
      <w:pStyle w:val="Header"/>
    </w:pPr>
    <w:r>
      <w:rPr>
        <w:noProof/>
      </w:rPr>
      <w:pict w14:anchorId="60C78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67486"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6E9" w14:textId="48E6DD8E" w:rsidR="007C4CE1" w:rsidRDefault="007C4CE1">
    <w:pPr>
      <w:pStyle w:val="Header"/>
    </w:pPr>
    <w:r>
      <w:rPr>
        <w:noProof/>
      </w:rPr>
      <w:pict w14:anchorId="06D58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67484"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051335"/>
    <w:multiLevelType w:val="hybridMultilevel"/>
    <w:tmpl w:val="F842B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4F404C5"/>
    <w:multiLevelType w:val="multilevel"/>
    <w:tmpl w:val="4B9C36D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9CD"/>
    <w:rsid w:val="0014241C"/>
    <w:rsid w:val="00230B00"/>
    <w:rsid w:val="00233A19"/>
    <w:rsid w:val="00350D05"/>
    <w:rsid w:val="003973B8"/>
    <w:rsid w:val="004900DE"/>
    <w:rsid w:val="005119CD"/>
    <w:rsid w:val="00550FF7"/>
    <w:rsid w:val="005627E6"/>
    <w:rsid w:val="0057567F"/>
    <w:rsid w:val="005B3719"/>
    <w:rsid w:val="00661580"/>
    <w:rsid w:val="007B0538"/>
    <w:rsid w:val="007C4CE1"/>
    <w:rsid w:val="007F5804"/>
    <w:rsid w:val="0085772D"/>
    <w:rsid w:val="00862013"/>
    <w:rsid w:val="00876857"/>
    <w:rsid w:val="008C25EE"/>
    <w:rsid w:val="00945E21"/>
    <w:rsid w:val="009F2AD7"/>
    <w:rsid w:val="009F42AC"/>
    <w:rsid w:val="00A22F57"/>
    <w:rsid w:val="00C36E7F"/>
    <w:rsid w:val="00C45B2F"/>
    <w:rsid w:val="00C93E76"/>
    <w:rsid w:val="00D56E6C"/>
    <w:rsid w:val="00D764D8"/>
    <w:rsid w:val="00DB137C"/>
    <w:rsid w:val="00E66111"/>
    <w:rsid w:val="00EF0660"/>
    <w:rsid w:val="00FB4601"/>
    <w:rsid w:val="00FE2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E6B0C6"/>
  <w15:docId w15:val="{CF48B035-D2C7-4723-A320-3BF7AE097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character" w:styleId="Hyperlink">
    <w:name w:val="Hyperlink"/>
    <w:basedOn w:val="DefaultParagraphFont"/>
    <w:uiPriority w:val="99"/>
    <w:unhideWhenUsed/>
    <w:rsid w:val="008C25EE"/>
    <w:rPr>
      <w:color w:val="0000FF" w:themeColor="hyperlink"/>
      <w:u w:val="single"/>
    </w:rPr>
  </w:style>
  <w:style w:type="character" w:styleId="UnresolvedMention">
    <w:name w:val="Unresolved Mention"/>
    <w:basedOn w:val="DefaultParagraphFont"/>
    <w:uiPriority w:val="99"/>
    <w:semiHidden/>
    <w:unhideWhenUsed/>
    <w:rsid w:val="008C25EE"/>
    <w:rPr>
      <w:color w:val="605E5C"/>
      <w:shd w:val="clear" w:color="auto" w:fill="E1DFDD"/>
    </w:rPr>
  </w:style>
  <w:style w:type="paragraph" w:styleId="NormalWeb">
    <w:name w:val="Normal (Web)"/>
    <w:basedOn w:val="Normal"/>
    <w:uiPriority w:val="99"/>
    <w:semiHidden/>
    <w:unhideWhenUsed/>
    <w:rsid w:val="00A22F5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514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ukE2g8l0qNRTtefqUCAMZD9Rg==">CgMxLjA4AHIhMTI2VTdJMjF1cDRGUmx1VjRNZjhuQlZPb0gtaVV6WUVV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PC 1170</cp:lastModifiedBy>
  <cp:revision>34</cp:revision>
  <dcterms:created xsi:type="dcterms:W3CDTF">2013-12-23T23:15:00Z</dcterms:created>
  <dcterms:modified xsi:type="dcterms:W3CDTF">2026-02-23T08:34:00Z</dcterms:modified>
</cp:coreProperties>
</file>