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0C05B" w14:textId="77777777" w:rsidR="00AA2721" w:rsidRDefault="00B743D8" w:rsidP="000C395B">
      <w:pPr>
        <w:pStyle w:val="Heading1"/>
        <w:jc w:val="both"/>
      </w:pPr>
      <w:r>
        <w:t>Ovarian cancer incidence in Uzbekistan (2016–2024): national trends, regional heterogeneity, and age-specific patterns</w:t>
      </w:r>
    </w:p>
    <w:p w14:paraId="08F7D62F" w14:textId="26E06C84" w:rsidR="000D6FFA" w:rsidRPr="000D6FFA" w:rsidRDefault="000D6FFA" w:rsidP="000D6FFA">
      <w:pPr>
        <w:rPr>
          <w:szCs w:val="24"/>
          <w:lang w:val="ru-RU"/>
        </w:rPr>
      </w:pPr>
      <w:bookmarkStart w:id="0" w:name="_GoBack"/>
      <w:bookmarkEnd w:id="0"/>
    </w:p>
    <w:p w14:paraId="5D60533A" w14:textId="77777777" w:rsidR="00AA2721" w:rsidRPr="000C395B" w:rsidRDefault="00B743D8" w:rsidP="000C395B">
      <w:pPr>
        <w:pStyle w:val="Heading1"/>
        <w:jc w:val="both"/>
        <w:rPr>
          <w:rFonts w:cstheme="majorHAnsi"/>
          <w:sz w:val="24"/>
          <w:szCs w:val="24"/>
        </w:rPr>
      </w:pPr>
      <w:r w:rsidRPr="000C395B">
        <w:rPr>
          <w:rFonts w:cstheme="majorHAnsi"/>
          <w:sz w:val="24"/>
          <w:szCs w:val="24"/>
        </w:rPr>
        <w:t>Abstract</w:t>
      </w:r>
    </w:p>
    <w:p w14:paraId="5365AEB0" w14:textId="77777777" w:rsidR="00AA2721" w:rsidRPr="00F30168" w:rsidRDefault="00F30168" w:rsidP="000C395B">
      <w:pPr>
        <w:jc w:val="both"/>
        <w:rPr>
          <w:rFonts w:asciiTheme="majorHAnsi" w:hAnsiTheme="majorHAnsi" w:cstheme="majorHAnsi"/>
          <w:szCs w:val="24"/>
        </w:rPr>
      </w:pPr>
      <w:r>
        <w:t>Background. Age strongly influences ovarian cancer incidence and outcomes; however, contemporary age-specific profiles from Central Asia are rarely documented.</w:t>
      </w:r>
    </w:p>
    <w:p w14:paraId="7EEB6EE0" w14:textId="77777777" w:rsidR="00AA2721" w:rsidRPr="00F30168" w:rsidRDefault="00F30168" w:rsidP="000C395B">
      <w:pPr>
        <w:jc w:val="both"/>
        <w:rPr>
          <w:rFonts w:asciiTheme="majorHAnsi" w:hAnsiTheme="majorHAnsi" w:cstheme="majorHAnsi"/>
          <w:szCs w:val="24"/>
        </w:rPr>
      </w:pPr>
      <w:r>
        <w:t>Objective. To describe national and regional patterns of ovarian cancer incidence in Uzbekistan (2016–2024), with emphasis on age-specific crude incidence rates and changes over time.</w:t>
      </w:r>
    </w:p>
    <w:p w14:paraId="29097885" w14:textId="77777777" w:rsidR="00AA2721" w:rsidRPr="000C395B" w:rsidRDefault="00B743D8" w:rsidP="000C395B">
      <w:pPr>
        <w:jc w:val="both"/>
        <w:rPr>
          <w:rFonts w:asciiTheme="majorHAnsi" w:hAnsiTheme="majorHAnsi" w:cstheme="majorHAnsi"/>
          <w:szCs w:val="24"/>
        </w:rPr>
      </w:pPr>
      <w:r>
        <w:t>Methods. We conducted a retrospective analysis of aggregated, de-identified population-based cancer registry data (ICD-10 C56), organised by year, administrative region, and five-year age groups. Age-specific crude incidence rates (CR per 100,000 women) were calculated using official female population denominators. Temporal trends were summarised as annual percentage change (APC) from log-linear models; differences in broad age-group distributions were assessed using Pearson’s χ² test.</w:t>
      </w:r>
    </w:p>
    <w:p w14:paraId="6B614494" w14:textId="77777777" w:rsidR="00AA2721" w:rsidRPr="000C395B" w:rsidRDefault="00B743D8" w:rsidP="000C395B">
      <w:pPr>
        <w:jc w:val="both"/>
        <w:rPr>
          <w:rFonts w:asciiTheme="majorHAnsi" w:hAnsiTheme="majorHAnsi" w:cstheme="majorHAnsi"/>
          <w:szCs w:val="24"/>
        </w:rPr>
      </w:pPr>
      <w:r>
        <w:t>Results. A total of 8,150 cases were recorded between 2016 and 2024. The share of cases aged 60–79 increased from 24.0% in 2016 to 43.6% in 2024 (+19.6 percentage points), while ages 40–59 decreased from 57.3% to 42.0% (−15.3 points) (p &lt; 0.001). In 2024, incidence peaked at ages 75–79 (CR 44.71) and 70–74 (CR 40.76). Trend analysis showed the steepest increases in ages 70–74 (APC 9.60%/year, 95% CI 2.71–16.96), 75–79 (12.93%, 0.57–26.80), and 80+ (13.45%, 8.65–18.45), whereas ages 40–44 declined (−2.75%, −4.79 to −0.66).</w:t>
      </w:r>
    </w:p>
    <w:p w14:paraId="0D90DFCC" w14:textId="77777777" w:rsidR="00AA2721" w:rsidRPr="000C395B" w:rsidRDefault="00B743D8" w:rsidP="000C395B">
      <w:pPr>
        <w:jc w:val="both"/>
        <w:rPr>
          <w:rFonts w:asciiTheme="majorHAnsi" w:hAnsiTheme="majorHAnsi" w:cstheme="majorHAnsi"/>
          <w:szCs w:val="24"/>
        </w:rPr>
      </w:pPr>
      <w:r>
        <w:t>Conclusion. The ovarian cancer burden in Uzbekistan shifted towards older women with marked regional heterogeneity. These findings support strengthening timely diagnostic pathways and referral capacity for postmenopausal women, while interpreting trends in the context of aggregated registry data and potential variation in completeness.</w:t>
      </w:r>
    </w:p>
    <w:p w14:paraId="09E65CAB" w14:textId="77777777" w:rsidR="00AA2721" w:rsidRPr="000C395B" w:rsidRDefault="00B743D8" w:rsidP="000C395B">
      <w:pPr>
        <w:jc w:val="both"/>
        <w:rPr>
          <w:rFonts w:asciiTheme="majorHAnsi" w:hAnsiTheme="majorHAnsi" w:cstheme="majorHAnsi"/>
          <w:i/>
          <w:iCs/>
          <w:szCs w:val="24"/>
        </w:rPr>
      </w:pPr>
      <w:r>
        <w:t>Keywords: ovarian cancer; cancer registry; age structure; age-specific incidence; crude incidence rate; annual percentage change; Uzbekistan.</w:t>
      </w:r>
    </w:p>
    <w:p w14:paraId="657DD181" w14:textId="77777777" w:rsidR="00AA2721" w:rsidRPr="000C395B" w:rsidRDefault="00B743D8" w:rsidP="000C395B">
      <w:pPr>
        <w:pStyle w:val="Heading1"/>
        <w:jc w:val="both"/>
        <w:rPr>
          <w:rFonts w:cstheme="majorHAnsi"/>
          <w:sz w:val="24"/>
          <w:szCs w:val="24"/>
        </w:rPr>
      </w:pPr>
      <w:r w:rsidRPr="000C395B">
        <w:rPr>
          <w:rFonts w:cstheme="majorHAnsi"/>
          <w:sz w:val="24"/>
          <w:szCs w:val="24"/>
        </w:rPr>
        <w:t>Introduction</w:t>
      </w:r>
    </w:p>
    <w:p w14:paraId="26DB2359" w14:textId="77777777" w:rsidR="00F30168" w:rsidRPr="00F30168" w:rsidRDefault="00DA0D07" w:rsidP="000C395B">
      <w:pPr>
        <w:jc w:val="both"/>
        <w:rPr>
          <w:rFonts w:asciiTheme="majorHAnsi" w:hAnsiTheme="majorHAnsi" w:cstheme="majorHAnsi"/>
          <w:szCs w:val="24"/>
        </w:rPr>
      </w:pPr>
      <w:r>
        <w:rPr>
          <w:rFonts w:asciiTheme="majorHAnsi" w:hAnsiTheme="majorHAnsi" w:cstheme="majorHAnsi"/>
          <w:szCs w:val="24"/>
        </w:rPr>
        <w:t xml:space="preserve">Ovarian cancer remains a significant cause of mortality among gynecologic malignancies, primarily owing to diagnoses at advanced stages and the absence of a comprehensive screening assay that offers conclusive evidence of mortality benefit for the general </w:t>
      </w:r>
      <w:r>
        <w:rPr>
          <w:rFonts w:asciiTheme="majorHAnsi" w:hAnsiTheme="majorHAnsi" w:cstheme="majorHAnsi"/>
          <w:szCs w:val="24"/>
        </w:rPr>
        <w:lastRenderedPageBreak/>
        <w:t xml:space="preserve">population. International data demonstrate considerable geographic variations in both incidence and mortality rates, reflecting differences in demographic factors, reproductive histories, and access to </w:t>
      </w:r>
      <w:proofErr w:type="spellStart"/>
      <w:r>
        <w:rPr>
          <w:rFonts w:asciiTheme="majorHAnsi" w:hAnsiTheme="majorHAnsi" w:cstheme="majorHAnsi"/>
          <w:szCs w:val="24"/>
        </w:rPr>
        <w:t>specialised</w:t>
      </w:r>
      <w:proofErr w:type="spellEnd"/>
      <w:r>
        <w:rPr>
          <w:rFonts w:asciiTheme="majorHAnsi" w:hAnsiTheme="majorHAnsi" w:cstheme="majorHAnsi"/>
          <w:szCs w:val="24"/>
        </w:rPr>
        <w:t xml:space="preserve"> oncological </w:t>
      </w:r>
      <w:proofErr w:type="spellStart"/>
      <w:r>
        <w:rPr>
          <w:rFonts w:asciiTheme="majorHAnsi" w:hAnsiTheme="majorHAnsi" w:cstheme="majorHAnsi"/>
          <w:szCs w:val="24"/>
        </w:rPr>
        <w:t>gynaecological</w:t>
      </w:r>
      <w:proofErr w:type="spellEnd"/>
      <w:r>
        <w:rPr>
          <w:rFonts w:asciiTheme="majorHAnsi" w:hAnsiTheme="majorHAnsi" w:cstheme="majorHAnsi"/>
          <w:szCs w:val="24"/>
        </w:rPr>
        <w:t xml:space="preserve"> services [1–4]. </w:t>
      </w:r>
    </w:p>
    <w:p w14:paraId="3FE7CCDF" w14:textId="77777777" w:rsidR="00AA2721" w:rsidRPr="000C395B" w:rsidRDefault="00F30168" w:rsidP="000C395B">
      <w:pPr>
        <w:jc w:val="both"/>
        <w:rPr>
          <w:rFonts w:asciiTheme="majorHAnsi" w:hAnsiTheme="majorHAnsi" w:cstheme="majorHAnsi"/>
          <w:szCs w:val="24"/>
        </w:rPr>
      </w:pPr>
      <w:r>
        <w:rPr>
          <w:rFonts w:asciiTheme="majorHAnsi" w:hAnsiTheme="majorHAnsi" w:cstheme="majorHAnsi"/>
          <w:szCs w:val="24"/>
        </w:rPr>
        <w:t>Age remains the principal factor influencing incidence and prognosis. In all regions, the age-specific incidence increases sharply after menopause and peaks in older women; the exact timing and size of this peak vary depending on population structure and risk factor distribution [2–5]. Hormonal and reproductive factors (parity, oral contraceptive use, breastfeeding), endometriosis, and genetic susceptibility all contribute to this pattern [5,6]. Diagnosis based on symptoms—such as abdominal distension, early satiety, pelvic pain—is common; however, these symptoms are non-specific and often encountered in primary care, which can delay definitive investigation and referral to specialists [7–9].</w:t>
      </w:r>
    </w:p>
    <w:p w14:paraId="3AAB620D" w14:textId="77777777" w:rsidR="00F30168" w:rsidRPr="002C79B1" w:rsidRDefault="00F30168" w:rsidP="000C395B">
      <w:pPr>
        <w:jc w:val="both"/>
        <w:rPr>
          <w:rFonts w:asciiTheme="majorHAnsi" w:hAnsiTheme="majorHAnsi" w:cstheme="majorHAnsi"/>
          <w:szCs w:val="24"/>
        </w:rPr>
      </w:pPr>
      <w:r>
        <w:rPr>
          <w:rFonts w:asciiTheme="majorHAnsi" w:hAnsiTheme="majorHAnsi" w:cstheme="majorHAnsi"/>
          <w:szCs w:val="24"/>
        </w:rPr>
        <w:t xml:space="preserve">Long-duration </w:t>
      </w:r>
      <w:proofErr w:type="spellStart"/>
      <w:r>
        <w:rPr>
          <w:rFonts w:asciiTheme="majorHAnsi" w:hAnsiTheme="majorHAnsi" w:cstheme="majorHAnsi"/>
          <w:szCs w:val="24"/>
        </w:rPr>
        <w:t>randomised</w:t>
      </w:r>
      <w:proofErr w:type="spellEnd"/>
      <w:r>
        <w:rPr>
          <w:rFonts w:asciiTheme="majorHAnsi" w:hAnsiTheme="majorHAnsi" w:cstheme="majorHAnsi"/>
          <w:szCs w:val="24"/>
        </w:rPr>
        <w:t xml:space="preserve"> trials have not shown a reduction in mortality from general population screening (transvaginal ultrasound and/or CA-125 algorithms), reinforcing the policy focus on the timely assessment of symptomatic women rather than mass screening [7–9]. In this context, health service planning benefits from direct examination of age-specific crude rates (CR) and shifts in the distribution of cases across age groups, even when age-</w:t>
      </w:r>
      <w:proofErr w:type="spellStart"/>
      <w:r>
        <w:rPr>
          <w:rFonts w:asciiTheme="majorHAnsi" w:hAnsiTheme="majorHAnsi" w:cstheme="majorHAnsi"/>
          <w:szCs w:val="24"/>
        </w:rPr>
        <w:t>standardised</w:t>
      </w:r>
      <w:proofErr w:type="spellEnd"/>
      <w:r>
        <w:rPr>
          <w:rFonts w:asciiTheme="majorHAnsi" w:hAnsiTheme="majorHAnsi" w:cstheme="majorHAnsi"/>
          <w:szCs w:val="24"/>
        </w:rPr>
        <w:t xml:space="preserve"> rates (ASR) are used for international comparisons [2,3,10]. </w:t>
      </w:r>
    </w:p>
    <w:p w14:paraId="5BDD5ACC" w14:textId="77777777" w:rsidR="00AA2721" w:rsidRPr="000C395B" w:rsidRDefault="00F30168" w:rsidP="000C395B">
      <w:pPr>
        <w:jc w:val="both"/>
        <w:rPr>
          <w:rFonts w:asciiTheme="majorHAnsi" w:hAnsiTheme="majorHAnsi" w:cstheme="majorHAnsi"/>
          <w:szCs w:val="24"/>
        </w:rPr>
      </w:pPr>
      <w:r>
        <w:rPr>
          <w:rFonts w:asciiTheme="majorHAnsi" w:hAnsiTheme="majorHAnsi" w:cstheme="majorHAnsi"/>
          <w:szCs w:val="24"/>
        </w:rPr>
        <w:t xml:space="preserve">Contemporary, registry-based descriptions from Central Asia remain limited. We therefore </w:t>
      </w:r>
      <w:proofErr w:type="spellStart"/>
      <w:r>
        <w:rPr>
          <w:rFonts w:asciiTheme="majorHAnsi" w:hAnsiTheme="majorHAnsi" w:cstheme="majorHAnsi"/>
          <w:szCs w:val="24"/>
        </w:rPr>
        <w:t>characterised</w:t>
      </w:r>
      <w:proofErr w:type="spellEnd"/>
      <w:r>
        <w:rPr>
          <w:rFonts w:asciiTheme="majorHAnsi" w:hAnsiTheme="majorHAnsi" w:cstheme="majorHAnsi"/>
          <w:szCs w:val="24"/>
        </w:rPr>
        <w:t xml:space="preserve"> national age-specific profiles for ovarian cancer in Uzbekistan from 2016 to 2024, quantified temporal changes, and assessed regional heterogeneity using </w:t>
      </w:r>
      <w:proofErr w:type="spellStart"/>
      <w:r>
        <w:rPr>
          <w:rFonts w:asciiTheme="majorHAnsi" w:hAnsiTheme="majorHAnsi" w:cstheme="majorHAnsi"/>
          <w:szCs w:val="24"/>
        </w:rPr>
        <w:t>harmonised</w:t>
      </w:r>
      <w:proofErr w:type="spellEnd"/>
      <w:r>
        <w:rPr>
          <w:rFonts w:asciiTheme="majorHAnsi" w:hAnsiTheme="majorHAnsi" w:cstheme="majorHAnsi"/>
          <w:szCs w:val="24"/>
        </w:rPr>
        <w:t xml:space="preserve"> indicators suitable for service planning (age mix, CR, APC).</w:t>
      </w:r>
    </w:p>
    <w:p w14:paraId="55F1284A" w14:textId="77777777" w:rsidR="00AA2721" w:rsidRPr="000C395B" w:rsidRDefault="00B743D8" w:rsidP="000C395B">
      <w:pPr>
        <w:pStyle w:val="Heading1"/>
        <w:jc w:val="both"/>
        <w:rPr>
          <w:rFonts w:cstheme="majorHAnsi"/>
          <w:sz w:val="24"/>
          <w:szCs w:val="24"/>
        </w:rPr>
      </w:pPr>
      <w:r w:rsidRPr="000C395B">
        <w:rPr>
          <w:rFonts w:cstheme="majorHAnsi"/>
          <w:sz w:val="24"/>
          <w:szCs w:val="24"/>
        </w:rPr>
        <w:t>Materials and Methods</w:t>
      </w:r>
    </w:p>
    <w:p w14:paraId="1FA3731B" w14:textId="77777777" w:rsidR="00AA2721" w:rsidRPr="000C395B" w:rsidRDefault="00B743D8" w:rsidP="000C395B">
      <w:pPr>
        <w:pStyle w:val="Heading2"/>
        <w:jc w:val="both"/>
        <w:rPr>
          <w:rFonts w:cstheme="majorHAnsi"/>
          <w:sz w:val="24"/>
          <w:szCs w:val="24"/>
        </w:rPr>
      </w:pPr>
      <w:r w:rsidRPr="000C395B">
        <w:rPr>
          <w:rFonts w:cstheme="majorHAnsi"/>
          <w:sz w:val="24"/>
          <w:szCs w:val="24"/>
        </w:rPr>
        <w:t>Study design and data sources</w:t>
      </w:r>
    </w:p>
    <w:p w14:paraId="5C838C94" w14:textId="77777777" w:rsidR="00AA2721" w:rsidRPr="000C395B" w:rsidRDefault="00F30168" w:rsidP="000C395B">
      <w:pPr>
        <w:jc w:val="both"/>
        <w:rPr>
          <w:rFonts w:asciiTheme="majorHAnsi" w:hAnsiTheme="majorHAnsi" w:cstheme="majorHAnsi"/>
          <w:szCs w:val="24"/>
        </w:rPr>
      </w:pPr>
      <w:r>
        <w:t>We conducted a retrospective, population-based descriptive–analytical study using aggregated, de-identified counts of incident ovarian cancer in women from 2016 to 2024 obtained from the national cancer registry (ICD-10 C56). Data were organised by calendar year, administrative region (the Republic of Karakalpakstan, Tashkent city, and 12 provinces), and five-year age groups. Only malignant neoplasms of the ovary (C56) were included; other female genital tract malignancies were excluded.</w:t>
      </w:r>
    </w:p>
    <w:p w14:paraId="3DB4E554" w14:textId="77777777" w:rsidR="00AA2721" w:rsidRPr="000C395B" w:rsidRDefault="00B743D8" w:rsidP="000C395B">
      <w:pPr>
        <w:pStyle w:val="Heading2"/>
        <w:jc w:val="both"/>
        <w:rPr>
          <w:rFonts w:cstheme="majorHAnsi"/>
          <w:sz w:val="24"/>
          <w:szCs w:val="24"/>
        </w:rPr>
      </w:pPr>
      <w:r w:rsidRPr="000C395B">
        <w:rPr>
          <w:rFonts w:cstheme="majorHAnsi"/>
          <w:sz w:val="24"/>
          <w:szCs w:val="24"/>
        </w:rPr>
        <w:t>Population denominators</w:t>
      </w:r>
    </w:p>
    <w:p w14:paraId="5FCEA001" w14:textId="77777777" w:rsidR="00AA2721" w:rsidRPr="000C395B" w:rsidRDefault="00F30168" w:rsidP="000C395B">
      <w:pPr>
        <w:jc w:val="both"/>
        <w:rPr>
          <w:rFonts w:asciiTheme="majorHAnsi" w:hAnsiTheme="majorHAnsi" w:cstheme="majorHAnsi"/>
          <w:szCs w:val="24"/>
        </w:rPr>
      </w:pPr>
      <w:r>
        <w:t>Female population denominators by region and age group were obtained from official population estimates and used to calculate CR (per 100,000). Mid-year estimates were preferred; end-of-year figures were used when mid-year denominators were unavailable. Small gaps in denominators were filled using linear interpolation between adjacent years.</w:t>
      </w:r>
    </w:p>
    <w:p w14:paraId="14DD3410" w14:textId="77777777" w:rsidR="00AA2721" w:rsidRPr="000C395B" w:rsidRDefault="00B743D8" w:rsidP="000C395B">
      <w:pPr>
        <w:pStyle w:val="Heading2"/>
        <w:jc w:val="both"/>
        <w:rPr>
          <w:rFonts w:cstheme="majorHAnsi"/>
          <w:sz w:val="24"/>
          <w:szCs w:val="24"/>
        </w:rPr>
      </w:pPr>
      <w:r w:rsidRPr="000C395B">
        <w:rPr>
          <w:rFonts w:cstheme="majorHAnsi"/>
          <w:sz w:val="24"/>
          <w:szCs w:val="24"/>
        </w:rPr>
        <w:lastRenderedPageBreak/>
        <w:t>Measures</w:t>
      </w:r>
    </w:p>
    <w:p w14:paraId="0522FA4C" w14:textId="77777777" w:rsidR="00AA2721" w:rsidRPr="000C395B" w:rsidRDefault="00F30168" w:rsidP="000C395B">
      <w:pPr>
        <w:jc w:val="both"/>
        <w:rPr>
          <w:rFonts w:asciiTheme="majorHAnsi" w:hAnsiTheme="majorHAnsi" w:cstheme="majorHAnsi"/>
          <w:szCs w:val="24"/>
        </w:rPr>
      </w:pPr>
      <w:r>
        <w:rPr>
          <w:rFonts w:asciiTheme="majorHAnsi" w:hAnsiTheme="majorHAnsi" w:cstheme="majorHAnsi"/>
          <w:szCs w:val="24"/>
        </w:rPr>
        <w:t xml:space="preserve">We </w:t>
      </w:r>
      <w:proofErr w:type="spellStart"/>
      <w:r>
        <w:rPr>
          <w:rFonts w:asciiTheme="majorHAnsi" w:hAnsiTheme="majorHAnsi" w:cstheme="majorHAnsi"/>
          <w:szCs w:val="24"/>
        </w:rPr>
        <w:t>summarised</w:t>
      </w:r>
      <w:proofErr w:type="spellEnd"/>
      <w:r>
        <w:rPr>
          <w:rFonts w:asciiTheme="majorHAnsi" w:hAnsiTheme="majorHAnsi" w:cstheme="majorHAnsi"/>
          <w:szCs w:val="24"/>
        </w:rPr>
        <w:t xml:space="preserve"> the age structure using five broad categories (0–19, 20–39, 40–59, 60–79, 80+). Primary endpoints were age-specific CR by five-year bands and changes over time. ASR is referenced for context but not used as the primary outcome for planning.</w:t>
      </w:r>
    </w:p>
    <w:p w14:paraId="29E8D6BB" w14:textId="77777777" w:rsidR="00AA2721" w:rsidRPr="000C395B" w:rsidRDefault="00B743D8" w:rsidP="000C395B">
      <w:pPr>
        <w:pStyle w:val="Heading2"/>
        <w:jc w:val="both"/>
        <w:rPr>
          <w:rFonts w:cstheme="majorHAnsi"/>
          <w:sz w:val="24"/>
          <w:szCs w:val="24"/>
        </w:rPr>
      </w:pPr>
      <w:r w:rsidRPr="000C395B">
        <w:rPr>
          <w:rFonts w:cstheme="majorHAnsi"/>
          <w:sz w:val="24"/>
          <w:szCs w:val="24"/>
        </w:rPr>
        <w:t>Statistical analysis</w:t>
      </w:r>
    </w:p>
    <w:p w14:paraId="64828259" w14:textId="77777777" w:rsidR="00AA2721" w:rsidRPr="000C395B" w:rsidRDefault="00F30168" w:rsidP="000C395B">
      <w:pPr>
        <w:jc w:val="both"/>
        <w:rPr>
          <w:rFonts w:asciiTheme="majorHAnsi" w:hAnsiTheme="majorHAnsi" w:cstheme="majorHAnsi"/>
          <w:szCs w:val="24"/>
        </w:rPr>
      </w:pPr>
      <w:r>
        <w:t>Differences in broad age-group distributions across years and regions were assessed with Pearson’s χ² tests. Temporal trends in age-specific CR were evaluated using log-linear models, ln(CR) ~ year; slopes were summarised as annual percentage change (APC, %/year) with 95% confidence intervals (CI). For sparse strata, estimates were interpreted with caution. Two-sided tests used α=0.05.</w:t>
      </w:r>
    </w:p>
    <w:p w14:paraId="7DCF75EE" w14:textId="77777777" w:rsidR="00AA2721" w:rsidRPr="000C395B" w:rsidRDefault="00B743D8" w:rsidP="000C395B">
      <w:pPr>
        <w:pStyle w:val="Heading2"/>
        <w:jc w:val="both"/>
        <w:rPr>
          <w:rFonts w:cstheme="majorHAnsi"/>
          <w:sz w:val="24"/>
          <w:szCs w:val="24"/>
        </w:rPr>
      </w:pPr>
      <w:r w:rsidRPr="000C395B">
        <w:rPr>
          <w:rFonts w:cstheme="majorHAnsi"/>
          <w:sz w:val="24"/>
          <w:szCs w:val="24"/>
        </w:rPr>
        <w:t>Quality assurance and sensitivity checks</w:t>
      </w:r>
    </w:p>
    <w:p w14:paraId="1AEC375B" w14:textId="77777777" w:rsidR="00AA2721" w:rsidRPr="000C395B" w:rsidRDefault="00DA0D07" w:rsidP="000C395B">
      <w:pPr>
        <w:jc w:val="both"/>
        <w:rPr>
          <w:rFonts w:asciiTheme="majorHAnsi" w:hAnsiTheme="majorHAnsi" w:cstheme="majorHAnsi"/>
          <w:szCs w:val="24"/>
        </w:rPr>
      </w:pPr>
      <w:r>
        <w:t>Quality assurance. We performed internal consistency checks on the aggregated dataset (e.g., impossible age–year combinations, strata with non-zero populations but zero cases across all years, and abrupt denominator discontinuities). Sensitivity analyses included pooling ages ≥70 years, excluding boundary years (2016 and 2024), and recalculating rates without denominator interpolation; the main patterns were unchanged.</w:t>
      </w:r>
    </w:p>
    <w:p w14:paraId="5F8AE39C" w14:textId="2D6529BF" w:rsidR="0026738B" w:rsidRPr="000C395B" w:rsidRDefault="00B743D8" w:rsidP="000F7C69">
      <w:pPr>
        <w:pStyle w:val="Heading1"/>
        <w:tabs>
          <w:tab w:val="left" w:pos="5107"/>
        </w:tabs>
        <w:jc w:val="both"/>
        <w:rPr>
          <w:rFonts w:cstheme="majorHAnsi"/>
          <w:sz w:val="24"/>
          <w:szCs w:val="24"/>
        </w:rPr>
      </w:pPr>
      <w:r w:rsidRPr="000C395B">
        <w:rPr>
          <w:rFonts w:cstheme="majorHAnsi"/>
          <w:sz w:val="24"/>
          <w:szCs w:val="24"/>
        </w:rPr>
        <w:t>Results</w:t>
      </w:r>
      <w:r w:rsidR="0026738B">
        <w:rPr>
          <w:rFonts w:cstheme="majorHAnsi"/>
          <w:sz w:val="24"/>
          <w:szCs w:val="24"/>
        </w:rPr>
        <w:t xml:space="preserve"> &amp;</w:t>
      </w:r>
      <w:r w:rsidR="0026738B" w:rsidRPr="0026738B">
        <w:rPr>
          <w:rFonts w:cstheme="majorHAnsi"/>
          <w:sz w:val="24"/>
          <w:szCs w:val="24"/>
        </w:rPr>
        <w:t xml:space="preserve"> </w:t>
      </w:r>
      <w:r w:rsidR="0026738B" w:rsidRPr="000C395B">
        <w:rPr>
          <w:rFonts w:cstheme="majorHAnsi"/>
          <w:sz w:val="24"/>
          <w:szCs w:val="24"/>
        </w:rPr>
        <w:t>Discussion</w:t>
      </w:r>
      <w:r w:rsidR="000F7C69">
        <w:rPr>
          <w:rFonts w:cstheme="majorHAnsi"/>
          <w:sz w:val="24"/>
          <w:szCs w:val="24"/>
        </w:rPr>
        <w:tab/>
      </w:r>
    </w:p>
    <w:p w14:paraId="6E40BE29" w14:textId="77777777" w:rsidR="00AA2721" w:rsidRPr="000C395B" w:rsidRDefault="00B743D8" w:rsidP="000C395B">
      <w:pPr>
        <w:pStyle w:val="Heading2"/>
        <w:jc w:val="both"/>
        <w:rPr>
          <w:rFonts w:cstheme="majorHAnsi"/>
          <w:sz w:val="24"/>
          <w:szCs w:val="24"/>
        </w:rPr>
      </w:pPr>
      <w:r w:rsidRPr="000C395B">
        <w:rPr>
          <w:rFonts w:cstheme="majorHAnsi"/>
          <w:sz w:val="24"/>
          <w:szCs w:val="24"/>
        </w:rPr>
        <w:t>National age structure and its evolution</w:t>
      </w:r>
    </w:p>
    <w:p w14:paraId="44CC2F98" w14:textId="77777777" w:rsidR="00AA2721" w:rsidRPr="000C395B" w:rsidRDefault="00F30168" w:rsidP="000C395B">
      <w:pPr>
        <w:jc w:val="both"/>
        <w:rPr>
          <w:rFonts w:asciiTheme="majorHAnsi" w:hAnsiTheme="majorHAnsi" w:cstheme="majorHAnsi"/>
          <w:szCs w:val="24"/>
        </w:rPr>
      </w:pPr>
      <w:r>
        <w:t>Between 2016 and 2024, cases were concentrated among individuals aged 40–59 and 60–79. A clear ageing shift took place: the 60–79 share increased from 24.0% in 2016 to 43.6% in 2024 (+19.6 percentage points), while the 40–59 share decreased from 57.3% to 42.0% (−15.3 points); the 20–39 share fell from 15.0% to 10.6% (−4.4 points). The annual differences in age distribution were statistically significant (χ² test, p &lt; 0.001). The dominance of the 40–59 and 60–79 age groups remained consistent each year, and no year saw younger ages (&lt;40) account for more than a minor fraction of cases. (Table 2; Figure 1.)</w:t>
      </w:r>
    </w:p>
    <w:p w14:paraId="684AA811" w14:textId="77777777" w:rsidR="00AA2721" w:rsidRPr="000C395B" w:rsidRDefault="00B743D8" w:rsidP="000C395B">
      <w:pPr>
        <w:pStyle w:val="Heading2"/>
        <w:jc w:val="both"/>
        <w:rPr>
          <w:rFonts w:cstheme="majorHAnsi"/>
          <w:sz w:val="24"/>
          <w:szCs w:val="24"/>
        </w:rPr>
      </w:pPr>
      <w:r w:rsidRPr="000C395B">
        <w:rPr>
          <w:rFonts w:cstheme="majorHAnsi"/>
          <w:sz w:val="24"/>
          <w:szCs w:val="24"/>
        </w:rPr>
        <w:t>Regional heterogeneity in age structure</w:t>
      </w:r>
    </w:p>
    <w:p w14:paraId="131E89D1" w14:textId="77777777" w:rsidR="00AA2721" w:rsidRPr="000C395B" w:rsidRDefault="00F30168" w:rsidP="000C395B">
      <w:pPr>
        <w:jc w:val="both"/>
        <w:rPr>
          <w:rFonts w:asciiTheme="majorHAnsi" w:hAnsiTheme="majorHAnsi" w:cstheme="majorHAnsi"/>
          <w:szCs w:val="24"/>
        </w:rPr>
      </w:pPr>
      <w:r>
        <w:rPr>
          <w:rFonts w:asciiTheme="majorHAnsi" w:hAnsiTheme="majorHAnsi" w:cstheme="majorHAnsi"/>
          <w:szCs w:val="24"/>
        </w:rPr>
        <w:t>Regions varied markedly in their age composition (p &lt; 0.001). A common pattern was the dominance of ages 40–59 and 60–79, although the extent differed. Tashkent city demonstrated a particularly concentrated profile, with 87.3% of cases in the combined 40–59 and 60–79 age groups. This aligns with an urban case mix skewed towards postmenopausal ages. Most provinces also showed high proportions from these two groups, generally ranging from about three-quarters to nine-tenths of all cases. (Table 1.)</w:t>
      </w:r>
    </w:p>
    <w:p w14:paraId="1599D126" w14:textId="77777777" w:rsidR="00AA2721" w:rsidRPr="000C395B" w:rsidRDefault="00B743D8" w:rsidP="000C395B">
      <w:pPr>
        <w:pStyle w:val="Heading2"/>
        <w:jc w:val="both"/>
        <w:rPr>
          <w:rFonts w:cstheme="majorHAnsi"/>
          <w:sz w:val="24"/>
          <w:szCs w:val="24"/>
        </w:rPr>
      </w:pPr>
      <w:r w:rsidRPr="000C395B">
        <w:rPr>
          <w:rFonts w:cstheme="majorHAnsi"/>
          <w:sz w:val="24"/>
          <w:szCs w:val="24"/>
        </w:rPr>
        <w:lastRenderedPageBreak/>
        <w:t>Age-specific crude incidence levels</w:t>
      </w:r>
    </w:p>
    <w:p w14:paraId="48F95773" w14:textId="77777777" w:rsidR="00AA2721" w:rsidRPr="000C395B" w:rsidRDefault="00DA0D07" w:rsidP="000C395B">
      <w:pPr>
        <w:jc w:val="both"/>
        <w:rPr>
          <w:rFonts w:asciiTheme="majorHAnsi" w:hAnsiTheme="majorHAnsi" w:cstheme="majorHAnsi"/>
          <w:szCs w:val="24"/>
        </w:rPr>
      </w:pPr>
      <w:r>
        <w:t>The age-specific incidence increased with advancing age and became more pronounced in the upper tail in later years. In 2024, CR reached 40.76 for ages 70–74 and 44.71 for ages 75–79. Middle-aged cohorts demonstrated moderate levels (e.g., 17.57 for ages 50–54 and approximately 17.13 for ages 55–59 to 60–64), while younger women consistently exhibited low rates (≤1.84 in the 30–34 age group). Relative to 2016, the largest absolute increases occurred in older cohorts (+26.11 in ages 70–74 and +36.72 in ages 75–79), whereas ages 40–44 decreased by 2.06. The oldest cohort (80+) increased from 4.49 in 2016 to 15.67 in 2024. (Table 3; Figures 2–3).</w:t>
      </w:r>
    </w:p>
    <w:p w14:paraId="209CBCE8" w14:textId="77777777" w:rsidR="00AA2721" w:rsidRPr="000C395B" w:rsidRDefault="00B743D8" w:rsidP="000C395B">
      <w:pPr>
        <w:pStyle w:val="Heading2"/>
        <w:jc w:val="both"/>
        <w:rPr>
          <w:rFonts w:cstheme="majorHAnsi"/>
          <w:sz w:val="24"/>
          <w:szCs w:val="24"/>
        </w:rPr>
      </w:pPr>
      <w:r w:rsidRPr="000C395B">
        <w:rPr>
          <w:rFonts w:cstheme="majorHAnsi"/>
          <w:sz w:val="24"/>
          <w:szCs w:val="24"/>
        </w:rPr>
        <w:t>Temporal trends (APC) in age-specific incidence</w:t>
      </w:r>
    </w:p>
    <w:p w14:paraId="3807D9DD" w14:textId="77777777" w:rsidR="00AA2721" w:rsidRPr="000C395B" w:rsidRDefault="00F30168" w:rsidP="000C395B">
      <w:pPr>
        <w:jc w:val="both"/>
        <w:rPr>
          <w:rFonts w:asciiTheme="majorHAnsi" w:hAnsiTheme="majorHAnsi" w:cstheme="majorHAnsi"/>
          <w:szCs w:val="24"/>
        </w:rPr>
      </w:pPr>
      <w:r>
        <w:t>Log-linear trend models showed the highest APC in older ages: 70–74 (APC 9.60%/year, 95% CI 2.71–16.96), 75–79 (12.93%, 0.57–26.80), and 80+ (13.45%, 8.65–18.45). In midlife (40–59), trends were flat to slightly negative; ages 40–44 showed a statistically significant decrease (−2.75%/year, −4.79 to −0.66). Complete APC estimates by age group are presented in Table 4 and visualised in Figures 4–5.</w:t>
      </w:r>
    </w:p>
    <w:p w14:paraId="203DB500" w14:textId="77777777" w:rsidR="00AA2721" w:rsidRPr="000C395B" w:rsidRDefault="00B743D8" w:rsidP="000C395B">
      <w:pPr>
        <w:pStyle w:val="Heading2"/>
        <w:jc w:val="both"/>
        <w:rPr>
          <w:rFonts w:cstheme="majorHAnsi"/>
          <w:sz w:val="24"/>
          <w:szCs w:val="24"/>
        </w:rPr>
      </w:pPr>
      <w:r w:rsidRPr="000C395B">
        <w:rPr>
          <w:rFonts w:cstheme="majorHAnsi"/>
          <w:sz w:val="24"/>
          <w:szCs w:val="24"/>
        </w:rPr>
        <w:t>Robustness checks</w:t>
      </w:r>
    </w:p>
    <w:p w14:paraId="7A557FF0" w14:textId="77777777" w:rsidR="00AA2721" w:rsidRPr="000C395B" w:rsidRDefault="00F30168" w:rsidP="000C395B">
      <w:pPr>
        <w:jc w:val="both"/>
        <w:rPr>
          <w:rFonts w:asciiTheme="majorHAnsi" w:hAnsiTheme="majorHAnsi" w:cstheme="majorHAnsi"/>
          <w:szCs w:val="24"/>
        </w:rPr>
      </w:pPr>
      <w:r>
        <w:rPr>
          <w:rFonts w:asciiTheme="majorHAnsi" w:hAnsiTheme="majorHAnsi" w:cstheme="majorHAnsi"/>
          <w:szCs w:val="24"/>
        </w:rPr>
        <w:t>Pooling ages 70–74 and 75–79 reduced uncertainty without changing the main pattern of higher incidence among older women. Removing boundary years slightly lowered APC magnitudes but kept the trend the same (older ages increasing, midlife stable, younger ages low and steady). Recomputing without denominator interpolation caused minimal differences in mid-period CR estimates.</w:t>
      </w:r>
    </w:p>
    <w:p w14:paraId="2B065C03" w14:textId="77777777" w:rsidR="00F30168" w:rsidRPr="002C79B1" w:rsidRDefault="00F30168" w:rsidP="000C395B">
      <w:pPr>
        <w:jc w:val="both"/>
        <w:rPr>
          <w:rFonts w:asciiTheme="majorHAnsi" w:hAnsiTheme="majorHAnsi" w:cstheme="majorHAnsi"/>
          <w:szCs w:val="24"/>
        </w:rPr>
      </w:pPr>
      <w:r>
        <w:t>The Uzbek national profile indicates a consistent shift of ovarian cancer burden towards older women, with regionally diverse age structures. This aligns with global patterns in which postmenopausal women experience the highest incidence, influenced by reproductive histories, hormonal factors, and the organisation of specialist services [2–6]. Large randomised trials have shown no mortality benefit from population screening; therefore, optimising symptom-based pathways and improving access to specialist assessment remains crucial [7–9].</w:t>
      </w:r>
    </w:p>
    <w:p w14:paraId="2E04A0E1" w14:textId="77777777" w:rsidR="00AA2721" w:rsidRPr="000C395B" w:rsidRDefault="00F30168" w:rsidP="000C395B">
      <w:pPr>
        <w:jc w:val="both"/>
        <w:rPr>
          <w:rFonts w:asciiTheme="majorHAnsi" w:hAnsiTheme="majorHAnsi" w:cstheme="majorHAnsi"/>
          <w:szCs w:val="24"/>
        </w:rPr>
      </w:pPr>
      <w:r>
        <w:rPr>
          <w:rFonts w:asciiTheme="majorHAnsi" w:hAnsiTheme="majorHAnsi" w:cstheme="majorHAnsi"/>
          <w:szCs w:val="24"/>
        </w:rPr>
        <w:t xml:space="preserve">Practically, health systems should implement rapid evaluation for postmenopausal women with persistent abdominal or pelvic symptoms, increase availability of transvaginal ultrasonography and </w:t>
      </w:r>
      <w:proofErr w:type="spellStart"/>
      <w:r>
        <w:rPr>
          <w:rFonts w:asciiTheme="majorHAnsi" w:hAnsiTheme="majorHAnsi" w:cstheme="majorHAnsi"/>
          <w:szCs w:val="24"/>
        </w:rPr>
        <w:t>tumour</w:t>
      </w:r>
      <w:proofErr w:type="spellEnd"/>
      <w:r>
        <w:rPr>
          <w:rFonts w:asciiTheme="majorHAnsi" w:hAnsiTheme="majorHAnsi" w:cstheme="majorHAnsi"/>
          <w:szCs w:val="24"/>
        </w:rPr>
        <w:t xml:space="preserve"> markers at primary and district levels, and ensure prompt referral to higher-volume </w:t>
      </w:r>
      <w:proofErr w:type="spellStart"/>
      <w:r>
        <w:rPr>
          <w:rFonts w:asciiTheme="majorHAnsi" w:hAnsiTheme="majorHAnsi" w:cstheme="majorHAnsi"/>
          <w:szCs w:val="24"/>
        </w:rPr>
        <w:t>oncogynecologic</w:t>
      </w:r>
      <w:proofErr w:type="spellEnd"/>
      <w:r>
        <w:rPr>
          <w:rFonts w:asciiTheme="majorHAnsi" w:hAnsiTheme="majorHAnsi" w:cstheme="majorHAnsi"/>
          <w:szCs w:val="24"/>
        </w:rPr>
        <w:t xml:space="preserve"> </w:t>
      </w:r>
      <w:proofErr w:type="spellStart"/>
      <w:r>
        <w:rPr>
          <w:rFonts w:asciiTheme="majorHAnsi" w:hAnsiTheme="majorHAnsi" w:cstheme="majorHAnsi"/>
          <w:szCs w:val="24"/>
        </w:rPr>
        <w:t>centres</w:t>
      </w:r>
      <w:proofErr w:type="spellEnd"/>
      <w:r>
        <w:rPr>
          <w:rFonts w:asciiTheme="majorHAnsi" w:hAnsiTheme="majorHAnsi" w:cstheme="majorHAnsi"/>
          <w:szCs w:val="24"/>
        </w:rPr>
        <w:t>—where adherence to guidelines and surgical outcomes are better [9–12]. Monitoring a select set of indicators (age-specific CR, broad age-group shares, APC) can offer actionable feedback on pathway efficiency and help reduce regional disparities.</w:t>
      </w:r>
    </w:p>
    <w:p w14:paraId="029C9DA7" w14:textId="77777777" w:rsidR="00AA2721" w:rsidRPr="000C395B" w:rsidRDefault="00B743D8" w:rsidP="000C395B">
      <w:pPr>
        <w:pStyle w:val="Heading2"/>
        <w:jc w:val="both"/>
        <w:rPr>
          <w:rFonts w:cstheme="majorHAnsi"/>
          <w:sz w:val="24"/>
          <w:szCs w:val="24"/>
        </w:rPr>
      </w:pPr>
      <w:r w:rsidRPr="000C395B">
        <w:rPr>
          <w:rFonts w:cstheme="majorHAnsi"/>
          <w:sz w:val="24"/>
          <w:szCs w:val="24"/>
        </w:rPr>
        <w:lastRenderedPageBreak/>
        <w:t>Strengths and limitations</w:t>
      </w:r>
    </w:p>
    <w:p w14:paraId="4D58AED6" w14:textId="77777777" w:rsidR="00AA2721" w:rsidRPr="000C395B" w:rsidRDefault="00F30168" w:rsidP="000C395B">
      <w:pPr>
        <w:jc w:val="both"/>
        <w:rPr>
          <w:rFonts w:asciiTheme="majorHAnsi" w:hAnsiTheme="majorHAnsi" w:cstheme="majorHAnsi"/>
          <w:szCs w:val="24"/>
        </w:rPr>
      </w:pPr>
      <w:r>
        <w:t>Strengths include nationwide coverage over nine years and harmonised metrics directly relevant to service planning. Limitations include aggregation (no stage, histotype, or treatment data), instability in small strata at extreme ages, and possible regional variation in diagnostic intensity and registration completeness; under-ascertainment in the oldest age groups cannot be excluded. These constraints prevent causal inference and highlight the need for individual-level linkage to evaluate trends in stage at diagnosis and histologic subtype. Our results contribute data from Central Asia to recent global assessments of ovarian cancer burden and inequalities in access to care [13,14].</w:t>
      </w:r>
    </w:p>
    <w:p w14:paraId="5E383729" w14:textId="77777777" w:rsidR="00AA2721" w:rsidRPr="000C395B" w:rsidRDefault="00B743D8" w:rsidP="000C395B">
      <w:pPr>
        <w:pStyle w:val="Heading1"/>
        <w:jc w:val="both"/>
        <w:rPr>
          <w:rFonts w:cstheme="majorHAnsi"/>
          <w:sz w:val="24"/>
          <w:szCs w:val="24"/>
        </w:rPr>
      </w:pPr>
      <w:r w:rsidRPr="000C395B">
        <w:rPr>
          <w:rFonts w:cstheme="majorHAnsi"/>
          <w:sz w:val="24"/>
          <w:szCs w:val="24"/>
        </w:rPr>
        <w:t>Conclusion</w:t>
      </w:r>
    </w:p>
    <w:p w14:paraId="2DA9148F" w14:textId="77777777" w:rsidR="00AA2721" w:rsidRPr="000C395B" w:rsidRDefault="00DA0D07" w:rsidP="000C395B">
      <w:pPr>
        <w:jc w:val="both"/>
        <w:rPr>
          <w:rFonts w:asciiTheme="majorHAnsi" w:hAnsiTheme="majorHAnsi" w:cstheme="majorHAnsi"/>
          <w:szCs w:val="24"/>
        </w:rPr>
      </w:pPr>
      <w:r>
        <w:t>Between 2016 and 2024, Uzbekistan’s ovarian cancer burden shifted towards older women, particularly those aged 70 years and above, while incidence in younger women remained low and midlife patterns were stable or slightly decreasing. Regional heterogeneity was evident and should inform resource allocation and referral planning. Interpretation should consider the use of aggregated registry data and potential variation in completeness across regions and years.</w:t>
      </w:r>
    </w:p>
    <w:p w14:paraId="4A8684AB" w14:textId="77777777" w:rsidR="00AA2721" w:rsidRPr="000C395B" w:rsidRDefault="00B743D8" w:rsidP="000C395B">
      <w:pPr>
        <w:pStyle w:val="Heading1"/>
        <w:jc w:val="both"/>
        <w:rPr>
          <w:rFonts w:cstheme="majorHAnsi"/>
          <w:sz w:val="24"/>
          <w:szCs w:val="24"/>
        </w:rPr>
      </w:pPr>
      <w:r w:rsidRPr="000C395B">
        <w:rPr>
          <w:rFonts w:cstheme="majorHAnsi"/>
          <w:sz w:val="24"/>
          <w:szCs w:val="24"/>
        </w:rPr>
        <w:t>Ethics and data availability</w:t>
      </w:r>
    </w:p>
    <w:p w14:paraId="259C8258" w14:textId="77777777" w:rsidR="00AA2721" w:rsidRPr="000C395B" w:rsidRDefault="00F30168" w:rsidP="000C395B">
      <w:pPr>
        <w:jc w:val="both"/>
        <w:rPr>
          <w:rFonts w:asciiTheme="majorHAnsi" w:hAnsiTheme="majorHAnsi" w:cstheme="majorHAnsi"/>
          <w:szCs w:val="24"/>
        </w:rPr>
      </w:pPr>
      <w:r>
        <w:t>The study analysed aggregated, de-identified registry data; no individual-level identifiers were accessed. In accordance with institutional and national policies for secondary analysis of anonymised routine data, formal informed consent was not required. Access to aggregated data is available on reasonable request, subject to the data holder’s approval.</w:t>
      </w:r>
    </w:p>
    <w:p w14:paraId="004124DE" w14:textId="77777777" w:rsidR="00AA2721" w:rsidRPr="000C395B" w:rsidRDefault="00B743D8" w:rsidP="000C395B">
      <w:pPr>
        <w:pStyle w:val="Heading1"/>
        <w:jc w:val="both"/>
        <w:rPr>
          <w:rFonts w:cstheme="majorHAnsi"/>
          <w:sz w:val="24"/>
          <w:szCs w:val="24"/>
        </w:rPr>
      </w:pPr>
      <w:r w:rsidRPr="000C395B">
        <w:rPr>
          <w:rFonts w:cstheme="majorHAnsi"/>
          <w:sz w:val="24"/>
          <w:szCs w:val="24"/>
        </w:rPr>
        <w:t>Funding</w:t>
      </w:r>
    </w:p>
    <w:p w14:paraId="5E300348" w14:textId="2A8A2A5B" w:rsidR="00AA2721" w:rsidRDefault="00B743D8" w:rsidP="000C395B">
      <w:pPr>
        <w:jc w:val="both"/>
        <w:rPr>
          <w:rFonts w:asciiTheme="majorHAnsi" w:hAnsiTheme="majorHAnsi" w:cstheme="majorHAnsi"/>
          <w:szCs w:val="24"/>
        </w:rPr>
      </w:pPr>
      <w:r w:rsidRPr="000C395B">
        <w:rPr>
          <w:rFonts w:asciiTheme="majorHAnsi" w:hAnsiTheme="majorHAnsi" w:cstheme="majorHAnsi"/>
          <w:szCs w:val="24"/>
        </w:rPr>
        <w:t>No specific funding was received for this work.</w:t>
      </w:r>
    </w:p>
    <w:p w14:paraId="7DCE4FAA" w14:textId="77777777" w:rsidR="005B067F" w:rsidRPr="005B067F" w:rsidRDefault="005B067F" w:rsidP="005B067F">
      <w:pPr>
        <w:rPr>
          <w:rFonts w:ascii="Calibri" w:eastAsia="Calibri" w:hAnsi="Calibri" w:cs="Times New Roman"/>
          <w:kern w:val="2"/>
          <w:sz w:val="22"/>
          <w:highlight w:val="yellow"/>
          <w14:ligatures w14:val="standardContextual"/>
        </w:rPr>
      </w:pPr>
      <w:r w:rsidRPr="005B067F">
        <w:rPr>
          <w:rFonts w:ascii="Calibri" w:eastAsia="Calibri" w:hAnsi="Calibri" w:cs="Times New Roman"/>
          <w:kern w:val="2"/>
          <w:sz w:val="22"/>
          <w:highlight w:val="yellow"/>
          <w14:ligatures w14:val="standardContextual"/>
        </w:rPr>
        <w:t>Disclaimer (Artificial intelligence)</w:t>
      </w:r>
    </w:p>
    <w:p w14:paraId="6ED3216B" w14:textId="77777777" w:rsidR="005B067F" w:rsidRPr="005B067F" w:rsidRDefault="005B067F" w:rsidP="005B067F">
      <w:pPr>
        <w:rPr>
          <w:rFonts w:ascii="Calibri" w:eastAsia="Calibri" w:hAnsi="Calibri" w:cs="Times New Roman"/>
          <w:kern w:val="2"/>
          <w:sz w:val="22"/>
          <w:highlight w:val="yellow"/>
          <w14:ligatures w14:val="standardContextual"/>
        </w:rPr>
      </w:pPr>
      <w:r w:rsidRPr="005B067F">
        <w:rPr>
          <w:rFonts w:ascii="Calibri" w:eastAsia="Calibri" w:hAnsi="Calibri" w:cs="Times New Roman"/>
          <w:kern w:val="2"/>
          <w:sz w:val="22"/>
          <w:highlight w:val="yellow"/>
          <w14:ligatures w14:val="standardContextual"/>
        </w:rPr>
        <w:t xml:space="preserve">Option 1: </w:t>
      </w:r>
    </w:p>
    <w:p w14:paraId="34B5FF08" w14:textId="77777777" w:rsidR="005B067F" w:rsidRPr="005B067F" w:rsidRDefault="005B067F" w:rsidP="005B067F">
      <w:pPr>
        <w:rPr>
          <w:rFonts w:ascii="Calibri" w:eastAsia="Calibri" w:hAnsi="Calibri" w:cs="Times New Roman"/>
          <w:kern w:val="2"/>
          <w:sz w:val="22"/>
          <w:highlight w:val="yellow"/>
          <w14:ligatures w14:val="standardContextual"/>
        </w:rPr>
      </w:pPr>
      <w:r w:rsidRPr="005B067F">
        <w:rPr>
          <w:rFonts w:ascii="Calibri" w:eastAsia="Calibri" w:hAnsi="Calibri" w:cs="Times New Roman"/>
          <w:kern w:val="2"/>
          <w:sz w:val="22"/>
          <w:highlight w:val="yellow"/>
          <w14:ligatures w14:val="standardContextual"/>
        </w:rPr>
        <w:t>Author(s) hereby declare that NO generative AI technologies such as Large Language Models (</w:t>
      </w:r>
      <w:proofErr w:type="spellStart"/>
      <w:r w:rsidRPr="005B067F">
        <w:rPr>
          <w:rFonts w:ascii="Calibri" w:eastAsia="Calibri" w:hAnsi="Calibri" w:cs="Times New Roman"/>
          <w:kern w:val="2"/>
          <w:sz w:val="22"/>
          <w:highlight w:val="yellow"/>
          <w14:ligatures w14:val="standardContextual"/>
        </w:rPr>
        <w:t>ChatGPT</w:t>
      </w:r>
      <w:proofErr w:type="spellEnd"/>
      <w:r w:rsidRPr="005B067F">
        <w:rPr>
          <w:rFonts w:ascii="Calibri" w:eastAsia="Calibri" w:hAnsi="Calibri" w:cs="Times New Roman"/>
          <w:kern w:val="2"/>
          <w:sz w:val="22"/>
          <w:highlight w:val="yellow"/>
          <w14:ligatures w14:val="standardContextual"/>
        </w:rPr>
        <w:t xml:space="preserve">, COPILOT, etc.) and text-to-image generators have been used during the writing or editing of this manuscript. </w:t>
      </w:r>
    </w:p>
    <w:p w14:paraId="1187A919" w14:textId="77777777" w:rsidR="005B067F" w:rsidRPr="000C395B" w:rsidRDefault="005B067F" w:rsidP="000C395B">
      <w:pPr>
        <w:jc w:val="both"/>
        <w:rPr>
          <w:rFonts w:asciiTheme="majorHAnsi" w:hAnsiTheme="majorHAnsi" w:cstheme="majorHAnsi"/>
          <w:szCs w:val="24"/>
        </w:rPr>
      </w:pPr>
    </w:p>
    <w:p w14:paraId="72FAC88E" w14:textId="77777777" w:rsidR="00AA2721" w:rsidRPr="000C395B" w:rsidRDefault="00B743D8" w:rsidP="000C395B">
      <w:pPr>
        <w:pStyle w:val="Heading1"/>
        <w:jc w:val="both"/>
        <w:rPr>
          <w:rFonts w:cstheme="majorHAnsi"/>
          <w:sz w:val="24"/>
          <w:szCs w:val="24"/>
        </w:rPr>
      </w:pPr>
      <w:r w:rsidRPr="000C395B">
        <w:rPr>
          <w:rFonts w:cstheme="majorHAnsi"/>
          <w:sz w:val="24"/>
          <w:szCs w:val="24"/>
        </w:rPr>
        <w:t>References</w:t>
      </w:r>
    </w:p>
    <w:p w14:paraId="19ECF14A" w14:textId="77777777" w:rsidR="00AA2721" w:rsidRPr="000C395B" w:rsidRDefault="00B743D8" w:rsidP="000C395B">
      <w:pPr>
        <w:jc w:val="both"/>
        <w:rPr>
          <w:rFonts w:asciiTheme="majorHAnsi" w:hAnsiTheme="majorHAnsi" w:cstheme="majorHAnsi"/>
          <w:szCs w:val="24"/>
        </w:rPr>
      </w:pPr>
      <w:r w:rsidRPr="000C395B">
        <w:rPr>
          <w:rFonts w:asciiTheme="majorHAnsi" w:hAnsiTheme="majorHAnsi" w:cstheme="majorHAnsi"/>
          <w:szCs w:val="24"/>
        </w:rPr>
        <w:t>1. World Cancer Report 2020. Lyon: International Agency for Research on Cancer; 2020.</w:t>
      </w:r>
    </w:p>
    <w:p w14:paraId="31F1678B" w14:textId="77777777" w:rsidR="00AA2721" w:rsidRPr="000C395B" w:rsidRDefault="00B743D8" w:rsidP="000C395B">
      <w:pPr>
        <w:jc w:val="both"/>
        <w:rPr>
          <w:rFonts w:asciiTheme="majorHAnsi" w:hAnsiTheme="majorHAnsi" w:cstheme="majorHAnsi"/>
          <w:szCs w:val="24"/>
        </w:rPr>
      </w:pPr>
      <w:r w:rsidRPr="000C395B">
        <w:rPr>
          <w:rFonts w:asciiTheme="majorHAnsi" w:hAnsiTheme="majorHAnsi" w:cstheme="majorHAnsi"/>
          <w:szCs w:val="24"/>
        </w:rPr>
        <w:lastRenderedPageBreak/>
        <w:t xml:space="preserve">2. Bray F., </w:t>
      </w:r>
      <w:proofErr w:type="spellStart"/>
      <w:r w:rsidRPr="000C395B">
        <w:rPr>
          <w:rFonts w:asciiTheme="majorHAnsi" w:hAnsiTheme="majorHAnsi" w:cstheme="majorHAnsi"/>
          <w:szCs w:val="24"/>
        </w:rPr>
        <w:t>Colombet</w:t>
      </w:r>
      <w:proofErr w:type="spellEnd"/>
      <w:r w:rsidRPr="000C395B">
        <w:rPr>
          <w:rFonts w:asciiTheme="majorHAnsi" w:hAnsiTheme="majorHAnsi" w:cstheme="majorHAnsi"/>
          <w:szCs w:val="24"/>
        </w:rPr>
        <w:t xml:space="preserve"> M., Mery L., et al. Cancer Incidence in Five Continents, Vol. XI (CI5). IARC Scientific Publication No. 166. Lyon: IARC; 2017.</w:t>
      </w:r>
    </w:p>
    <w:p w14:paraId="151E1A2A" w14:textId="77777777" w:rsidR="00AA2721" w:rsidRPr="000C395B" w:rsidRDefault="00B743D8" w:rsidP="000C395B">
      <w:pPr>
        <w:jc w:val="both"/>
        <w:rPr>
          <w:rFonts w:asciiTheme="majorHAnsi" w:hAnsiTheme="majorHAnsi" w:cstheme="majorHAnsi"/>
          <w:szCs w:val="24"/>
        </w:rPr>
      </w:pPr>
      <w:r w:rsidRPr="000C395B">
        <w:rPr>
          <w:rFonts w:asciiTheme="majorHAnsi" w:hAnsiTheme="majorHAnsi" w:cstheme="majorHAnsi"/>
          <w:szCs w:val="24"/>
        </w:rPr>
        <w:t xml:space="preserve">3. Sung H., </w:t>
      </w:r>
      <w:proofErr w:type="spellStart"/>
      <w:r w:rsidRPr="000C395B">
        <w:rPr>
          <w:rFonts w:asciiTheme="majorHAnsi" w:hAnsiTheme="majorHAnsi" w:cstheme="majorHAnsi"/>
          <w:szCs w:val="24"/>
        </w:rPr>
        <w:t>Ferlay</w:t>
      </w:r>
      <w:proofErr w:type="spellEnd"/>
      <w:r w:rsidRPr="000C395B">
        <w:rPr>
          <w:rFonts w:asciiTheme="majorHAnsi" w:hAnsiTheme="majorHAnsi" w:cstheme="majorHAnsi"/>
          <w:szCs w:val="24"/>
        </w:rPr>
        <w:t xml:space="preserve"> J., Siegel R.L., </w:t>
      </w:r>
      <w:proofErr w:type="spellStart"/>
      <w:r w:rsidRPr="000C395B">
        <w:rPr>
          <w:rFonts w:asciiTheme="majorHAnsi" w:hAnsiTheme="majorHAnsi" w:cstheme="majorHAnsi"/>
          <w:szCs w:val="24"/>
        </w:rPr>
        <w:t>Laversanne</w:t>
      </w:r>
      <w:proofErr w:type="spellEnd"/>
      <w:r w:rsidRPr="000C395B">
        <w:rPr>
          <w:rFonts w:asciiTheme="majorHAnsi" w:hAnsiTheme="majorHAnsi" w:cstheme="majorHAnsi"/>
          <w:szCs w:val="24"/>
        </w:rPr>
        <w:t xml:space="preserve"> M., </w:t>
      </w:r>
      <w:proofErr w:type="spellStart"/>
      <w:r w:rsidRPr="000C395B">
        <w:rPr>
          <w:rFonts w:asciiTheme="majorHAnsi" w:hAnsiTheme="majorHAnsi" w:cstheme="majorHAnsi"/>
          <w:szCs w:val="24"/>
        </w:rPr>
        <w:t>Soerjomataram</w:t>
      </w:r>
      <w:proofErr w:type="spellEnd"/>
      <w:r w:rsidRPr="000C395B">
        <w:rPr>
          <w:rFonts w:asciiTheme="majorHAnsi" w:hAnsiTheme="majorHAnsi" w:cstheme="majorHAnsi"/>
          <w:szCs w:val="24"/>
        </w:rPr>
        <w:t xml:space="preserve"> I., Jemal A., Bray F. Global cancer statistics 2020: GLOBOCAN estimates of incidence and mortality worldwide. CA Cancer J Clin. </w:t>
      </w:r>
      <w:proofErr w:type="gramStart"/>
      <w:r w:rsidRPr="000C395B">
        <w:rPr>
          <w:rFonts w:asciiTheme="majorHAnsi" w:hAnsiTheme="majorHAnsi" w:cstheme="majorHAnsi"/>
          <w:szCs w:val="24"/>
        </w:rPr>
        <w:t>2021;71:209</w:t>
      </w:r>
      <w:proofErr w:type="gramEnd"/>
      <w:r w:rsidRPr="000C395B">
        <w:rPr>
          <w:rFonts w:asciiTheme="majorHAnsi" w:hAnsiTheme="majorHAnsi" w:cstheme="majorHAnsi"/>
          <w:szCs w:val="24"/>
        </w:rPr>
        <w:t>–249.</w:t>
      </w:r>
    </w:p>
    <w:p w14:paraId="3EDE687E" w14:textId="77777777" w:rsidR="00AA2721" w:rsidRPr="000C395B" w:rsidRDefault="00B743D8" w:rsidP="000C395B">
      <w:pPr>
        <w:jc w:val="both"/>
        <w:rPr>
          <w:rFonts w:asciiTheme="majorHAnsi" w:hAnsiTheme="majorHAnsi" w:cstheme="majorHAnsi"/>
          <w:szCs w:val="24"/>
        </w:rPr>
      </w:pPr>
      <w:r w:rsidRPr="000C395B">
        <w:rPr>
          <w:rFonts w:asciiTheme="majorHAnsi" w:hAnsiTheme="majorHAnsi" w:cstheme="majorHAnsi"/>
          <w:szCs w:val="24"/>
        </w:rPr>
        <w:t xml:space="preserve">4. Arnold M., Karim-Kos H.E., </w:t>
      </w:r>
      <w:proofErr w:type="spellStart"/>
      <w:r w:rsidRPr="000C395B">
        <w:rPr>
          <w:rFonts w:asciiTheme="majorHAnsi" w:hAnsiTheme="majorHAnsi" w:cstheme="majorHAnsi"/>
          <w:szCs w:val="24"/>
        </w:rPr>
        <w:t>Coebergh</w:t>
      </w:r>
      <w:proofErr w:type="spellEnd"/>
      <w:r w:rsidRPr="000C395B">
        <w:rPr>
          <w:rFonts w:asciiTheme="majorHAnsi" w:hAnsiTheme="majorHAnsi" w:cstheme="majorHAnsi"/>
          <w:szCs w:val="24"/>
        </w:rPr>
        <w:t xml:space="preserve"> J.W.W., et al. Ovarian cancer incidence and mortality patterns and trends. Int J Cancer. </w:t>
      </w:r>
      <w:proofErr w:type="gramStart"/>
      <w:r w:rsidRPr="000C395B">
        <w:rPr>
          <w:rFonts w:asciiTheme="majorHAnsi" w:hAnsiTheme="majorHAnsi" w:cstheme="majorHAnsi"/>
          <w:szCs w:val="24"/>
        </w:rPr>
        <w:t>2014;134:1133</w:t>
      </w:r>
      <w:proofErr w:type="gramEnd"/>
      <w:r w:rsidRPr="000C395B">
        <w:rPr>
          <w:rFonts w:asciiTheme="majorHAnsi" w:hAnsiTheme="majorHAnsi" w:cstheme="majorHAnsi"/>
          <w:szCs w:val="24"/>
        </w:rPr>
        <w:t>–1143.</w:t>
      </w:r>
    </w:p>
    <w:p w14:paraId="755B7C31" w14:textId="77777777" w:rsidR="00AA2721" w:rsidRPr="000C395B" w:rsidRDefault="00B743D8" w:rsidP="000C395B">
      <w:pPr>
        <w:jc w:val="both"/>
        <w:rPr>
          <w:rFonts w:asciiTheme="majorHAnsi" w:hAnsiTheme="majorHAnsi" w:cstheme="majorHAnsi"/>
          <w:szCs w:val="24"/>
        </w:rPr>
      </w:pPr>
      <w:r w:rsidRPr="000C395B">
        <w:rPr>
          <w:rFonts w:asciiTheme="majorHAnsi" w:hAnsiTheme="majorHAnsi" w:cstheme="majorHAnsi"/>
          <w:szCs w:val="24"/>
        </w:rPr>
        <w:t xml:space="preserve">5. Torre L.A., Trabert B., DeSantis C.E., et al. Ovarian cancer statistics, 2018. CA Cancer J Clin. </w:t>
      </w:r>
      <w:proofErr w:type="gramStart"/>
      <w:r w:rsidRPr="000C395B">
        <w:rPr>
          <w:rFonts w:asciiTheme="majorHAnsi" w:hAnsiTheme="majorHAnsi" w:cstheme="majorHAnsi"/>
          <w:szCs w:val="24"/>
        </w:rPr>
        <w:t>2018;68:284</w:t>
      </w:r>
      <w:proofErr w:type="gramEnd"/>
      <w:r w:rsidRPr="000C395B">
        <w:rPr>
          <w:rFonts w:asciiTheme="majorHAnsi" w:hAnsiTheme="majorHAnsi" w:cstheme="majorHAnsi"/>
          <w:szCs w:val="24"/>
        </w:rPr>
        <w:t>–296.</w:t>
      </w:r>
    </w:p>
    <w:p w14:paraId="51B85C82" w14:textId="77777777" w:rsidR="00AA2721" w:rsidRPr="000C395B" w:rsidRDefault="00B743D8" w:rsidP="000C395B">
      <w:pPr>
        <w:jc w:val="both"/>
        <w:rPr>
          <w:rFonts w:asciiTheme="majorHAnsi" w:hAnsiTheme="majorHAnsi" w:cstheme="majorHAnsi"/>
          <w:szCs w:val="24"/>
        </w:rPr>
      </w:pPr>
      <w:r w:rsidRPr="000C395B">
        <w:rPr>
          <w:rFonts w:asciiTheme="majorHAnsi" w:hAnsiTheme="majorHAnsi" w:cstheme="majorHAnsi"/>
          <w:szCs w:val="24"/>
        </w:rPr>
        <w:t xml:space="preserve">6. Reid B.M., </w:t>
      </w:r>
      <w:proofErr w:type="spellStart"/>
      <w:r w:rsidRPr="000C395B">
        <w:rPr>
          <w:rFonts w:asciiTheme="majorHAnsi" w:hAnsiTheme="majorHAnsi" w:cstheme="majorHAnsi"/>
          <w:szCs w:val="24"/>
        </w:rPr>
        <w:t>Permuth</w:t>
      </w:r>
      <w:proofErr w:type="spellEnd"/>
      <w:r w:rsidRPr="000C395B">
        <w:rPr>
          <w:rFonts w:asciiTheme="majorHAnsi" w:hAnsiTheme="majorHAnsi" w:cstheme="majorHAnsi"/>
          <w:szCs w:val="24"/>
        </w:rPr>
        <w:t xml:space="preserve"> J.B., Sellers T.A. Epidemiology of ovarian cancer: a review. Cancer Biol Med. </w:t>
      </w:r>
      <w:proofErr w:type="gramStart"/>
      <w:r w:rsidRPr="000C395B">
        <w:rPr>
          <w:rFonts w:asciiTheme="majorHAnsi" w:hAnsiTheme="majorHAnsi" w:cstheme="majorHAnsi"/>
          <w:szCs w:val="24"/>
        </w:rPr>
        <w:t>2017;14:9</w:t>
      </w:r>
      <w:proofErr w:type="gramEnd"/>
      <w:r w:rsidRPr="000C395B">
        <w:rPr>
          <w:rFonts w:asciiTheme="majorHAnsi" w:hAnsiTheme="majorHAnsi" w:cstheme="majorHAnsi"/>
          <w:szCs w:val="24"/>
        </w:rPr>
        <w:t>–32.</w:t>
      </w:r>
    </w:p>
    <w:p w14:paraId="28C1D90B" w14:textId="77777777" w:rsidR="00AA2721" w:rsidRPr="000C395B" w:rsidRDefault="00B743D8" w:rsidP="000C395B">
      <w:pPr>
        <w:jc w:val="both"/>
        <w:rPr>
          <w:rFonts w:asciiTheme="majorHAnsi" w:hAnsiTheme="majorHAnsi" w:cstheme="majorHAnsi"/>
          <w:szCs w:val="24"/>
        </w:rPr>
      </w:pPr>
      <w:r w:rsidRPr="000C395B">
        <w:rPr>
          <w:rFonts w:asciiTheme="majorHAnsi" w:hAnsiTheme="majorHAnsi" w:cstheme="majorHAnsi"/>
          <w:szCs w:val="24"/>
        </w:rPr>
        <w:t xml:space="preserve">7. Menon U., Gentry-Maharaj A., Burnell M., et al. Ovarian cancer screening and mortality in the UKCTOCS trial: long-term follow-up. Lancet. </w:t>
      </w:r>
      <w:proofErr w:type="gramStart"/>
      <w:r w:rsidRPr="000C395B">
        <w:rPr>
          <w:rFonts w:asciiTheme="majorHAnsi" w:hAnsiTheme="majorHAnsi" w:cstheme="majorHAnsi"/>
          <w:szCs w:val="24"/>
        </w:rPr>
        <w:t>2021;397:2182</w:t>
      </w:r>
      <w:proofErr w:type="gramEnd"/>
      <w:r w:rsidRPr="000C395B">
        <w:rPr>
          <w:rFonts w:asciiTheme="majorHAnsi" w:hAnsiTheme="majorHAnsi" w:cstheme="majorHAnsi"/>
          <w:szCs w:val="24"/>
        </w:rPr>
        <w:t>–2193.</w:t>
      </w:r>
    </w:p>
    <w:p w14:paraId="2FB05177" w14:textId="77777777" w:rsidR="00AA2721" w:rsidRPr="000C395B" w:rsidRDefault="00B743D8" w:rsidP="000C395B">
      <w:pPr>
        <w:jc w:val="both"/>
        <w:rPr>
          <w:rFonts w:asciiTheme="majorHAnsi" w:hAnsiTheme="majorHAnsi" w:cstheme="majorHAnsi"/>
          <w:szCs w:val="24"/>
        </w:rPr>
      </w:pPr>
      <w:r w:rsidRPr="000C395B">
        <w:rPr>
          <w:rFonts w:asciiTheme="majorHAnsi" w:hAnsiTheme="majorHAnsi" w:cstheme="majorHAnsi"/>
          <w:szCs w:val="24"/>
        </w:rPr>
        <w:t xml:space="preserve">8. Buys S.S., Partridge E., Black A., et al.; PLCO Project Team. Effect of screening on ovarian cancer mortality: the PLCO trial. JAMA. </w:t>
      </w:r>
      <w:proofErr w:type="gramStart"/>
      <w:r w:rsidRPr="000C395B">
        <w:rPr>
          <w:rFonts w:asciiTheme="majorHAnsi" w:hAnsiTheme="majorHAnsi" w:cstheme="majorHAnsi"/>
          <w:szCs w:val="24"/>
        </w:rPr>
        <w:t>2011;305:2295</w:t>
      </w:r>
      <w:proofErr w:type="gramEnd"/>
      <w:r w:rsidRPr="000C395B">
        <w:rPr>
          <w:rFonts w:asciiTheme="majorHAnsi" w:hAnsiTheme="majorHAnsi" w:cstheme="majorHAnsi"/>
          <w:szCs w:val="24"/>
        </w:rPr>
        <w:t>–2303.</w:t>
      </w:r>
    </w:p>
    <w:p w14:paraId="1A320D3C" w14:textId="77777777" w:rsidR="00AA2721" w:rsidRPr="000C395B" w:rsidRDefault="00B743D8" w:rsidP="000C395B">
      <w:pPr>
        <w:jc w:val="both"/>
        <w:rPr>
          <w:rFonts w:asciiTheme="majorHAnsi" w:hAnsiTheme="majorHAnsi" w:cstheme="majorHAnsi"/>
          <w:szCs w:val="24"/>
        </w:rPr>
      </w:pPr>
      <w:r w:rsidRPr="000C395B">
        <w:rPr>
          <w:rFonts w:asciiTheme="majorHAnsi" w:hAnsiTheme="majorHAnsi" w:cstheme="majorHAnsi"/>
          <w:szCs w:val="24"/>
        </w:rPr>
        <w:t xml:space="preserve">9. Goff B.A., Mandel L.S., Drescher C.W., et al. Development of an ovarian cancer symptom index. Cancer. </w:t>
      </w:r>
      <w:proofErr w:type="gramStart"/>
      <w:r w:rsidRPr="000C395B">
        <w:rPr>
          <w:rFonts w:asciiTheme="majorHAnsi" w:hAnsiTheme="majorHAnsi" w:cstheme="majorHAnsi"/>
          <w:szCs w:val="24"/>
        </w:rPr>
        <w:t>2007;109:221</w:t>
      </w:r>
      <w:proofErr w:type="gramEnd"/>
      <w:r w:rsidRPr="000C395B">
        <w:rPr>
          <w:rFonts w:asciiTheme="majorHAnsi" w:hAnsiTheme="majorHAnsi" w:cstheme="majorHAnsi"/>
          <w:szCs w:val="24"/>
        </w:rPr>
        <w:t>–227.</w:t>
      </w:r>
    </w:p>
    <w:p w14:paraId="0D3289D2" w14:textId="77777777" w:rsidR="00AA2721" w:rsidRPr="000C395B" w:rsidRDefault="00B743D8" w:rsidP="000C395B">
      <w:pPr>
        <w:jc w:val="both"/>
        <w:rPr>
          <w:rFonts w:asciiTheme="majorHAnsi" w:hAnsiTheme="majorHAnsi" w:cstheme="majorHAnsi"/>
          <w:szCs w:val="24"/>
        </w:rPr>
      </w:pPr>
      <w:r w:rsidRPr="000C395B">
        <w:rPr>
          <w:rFonts w:asciiTheme="majorHAnsi" w:hAnsiTheme="majorHAnsi" w:cstheme="majorHAnsi"/>
          <w:szCs w:val="24"/>
        </w:rPr>
        <w:t xml:space="preserve">10. Ahmad O.B., Boschi-Pinto C., Lopez A.D., et al. Age </w:t>
      </w:r>
      <w:proofErr w:type="spellStart"/>
      <w:r w:rsidR="00196E5B">
        <w:rPr>
          <w:rFonts w:asciiTheme="majorHAnsi" w:hAnsiTheme="majorHAnsi" w:cstheme="majorHAnsi"/>
          <w:szCs w:val="24"/>
        </w:rPr>
        <w:t>Standardisation</w:t>
      </w:r>
      <w:proofErr w:type="spellEnd"/>
      <w:r w:rsidRPr="000C395B">
        <w:rPr>
          <w:rFonts w:asciiTheme="majorHAnsi" w:hAnsiTheme="majorHAnsi" w:cstheme="majorHAnsi"/>
          <w:szCs w:val="24"/>
        </w:rPr>
        <w:t xml:space="preserve"> of Rates: A New WHO Standard. GPE Discussion Paper Series No.31. Geneva: WHO; 2001.</w:t>
      </w:r>
    </w:p>
    <w:p w14:paraId="66DDFAA7" w14:textId="77777777" w:rsidR="00AA2721" w:rsidRPr="000C395B" w:rsidRDefault="00B743D8" w:rsidP="000C395B">
      <w:pPr>
        <w:jc w:val="both"/>
        <w:rPr>
          <w:rFonts w:asciiTheme="majorHAnsi" w:hAnsiTheme="majorHAnsi" w:cstheme="majorHAnsi"/>
          <w:szCs w:val="24"/>
        </w:rPr>
      </w:pPr>
      <w:r w:rsidRPr="000C395B">
        <w:rPr>
          <w:rFonts w:asciiTheme="majorHAnsi" w:hAnsiTheme="majorHAnsi" w:cstheme="majorHAnsi"/>
          <w:szCs w:val="24"/>
        </w:rPr>
        <w:t>11. Cress R.D., O’Malley C.D., Leiserowitz G.S., et al. Survival and treatment of ovarian cancer: does rural–urban residence matter? Cancer. 2010;116(14):3737–3745.</w:t>
      </w:r>
    </w:p>
    <w:p w14:paraId="6CE5CFCD" w14:textId="77777777" w:rsidR="00AA2721" w:rsidRDefault="00B743D8" w:rsidP="000C395B">
      <w:pPr>
        <w:jc w:val="both"/>
        <w:rPr>
          <w:rFonts w:asciiTheme="majorHAnsi" w:hAnsiTheme="majorHAnsi" w:cstheme="majorHAnsi"/>
          <w:szCs w:val="24"/>
        </w:rPr>
      </w:pPr>
      <w:r w:rsidRPr="000C395B">
        <w:rPr>
          <w:rFonts w:asciiTheme="majorHAnsi" w:hAnsiTheme="majorHAnsi" w:cstheme="majorHAnsi"/>
          <w:szCs w:val="24"/>
        </w:rPr>
        <w:t>12. Bristow R.E., Chang J., Ziogas A., Anton-Culver H. Adherence to treatment guidelines and impact of hospital volume in ovarian cancer. J Clin Oncol. 2013;31(28):3562–3569.</w:t>
      </w:r>
    </w:p>
    <w:p w14:paraId="4761E455" w14:textId="77777777" w:rsidR="000C395B" w:rsidRDefault="000C395B" w:rsidP="000C395B">
      <w:pPr>
        <w:jc w:val="both"/>
        <w:rPr>
          <w:rFonts w:asciiTheme="majorHAnsi" w:hAnsiTheme="majorHAnsi" w:cstheme="majorHAnsi"/>
          <w:szCs w:val="24"/>
        </w:rPr>
      </w:pPr>
      <w:r>
        <w:t>13. Cabasag C.J., Fagan P.J., Ferlay J., Vignat J., Laversanne M., Liu L., van der Aa M.A., Bray F., Soerjomataram I. Ovarian cancer today and tomorrow: A global assessment by world region and Human Development Index using GLOBOCAN 2020. Int J Cancer. 2022;151(9):1535–1541. doi:10.1002/ijc.34002.</w:t>
      </w:r>
    </w:p>
    <w:p w14:paraId="11816A46" w14:textId="77777777" w:rsidR="000C395B" w:rsidRDefault="000C395B" w:rsidP="000C395B">
      <w:pPr>
        <w:jc w:val="both"/>
        <w:rPr>
          <w:rFonts w:asciiTheme="majorHAnsi" w:hAnsiTheme="majorHAnsi" w:cstheme="majorHAnsi"/>
          <w:szCs w:val="24"/>
        </w:rPr>
      </w:pPr>
      <w:r>
        <w:t>14. Bray F., Laversanne M., Sung H., Ferlay J., Siegel R.L., Soerjomataram I., Jemal A. Global cancer statistics 2022: GLOBOCAN estimates of incidence and mortality worldwide for 36 cancers in 185 countries. CA Cancer J Clin. 2024;74(3):229–263. doi:10.3322/caac.21834.</w:t>
      </w:r>
    </w:p>
    <w:p w14:paraId="2CD6A74B" w14:textId="77777777" w:rsidR="000C395B" w:rsidRDefault="000C395B" w:rsidP="000C395B">
      <w:pPr>
        <w:jc w:val="both"/>
        <w:rPr>
          <w:rFonts w:asciiTheme="majorHAnsi" w:hAnsiTheme="majorHAnsi" w:cstheme="majorHAnsi"/>
          <w:szCs w:val="24"/>
        </w:rPr>
      </w:pPr>
    </w:p>
    <w:p w14:paraId="41DCB400" w14:textId="77777777" w:rsidR="000C395B" w:rsidRDefault="000C395B" w:rsidP="000C395B">
      <w:pPr>
        <w:jc w:val="both"/>
        <w:rPr>
          <w:rFonts w:asciiTheme="majorHAnsi" w:hAnsiTheme="majorHAnsi" w:cstheme="majorHAnsi"/>
          <w:szCs w:val="24"/>
        </w:rPr>
      </w:pPr>
    </w:p>
    <w:p w14:paraId="4AF22FFA" w14:textId="77777777" w:rsidR="000C395B" w:rsidRDefault="000C395B" w:rsidP="000C395B">
      <w:pPr>
        <w:jc w:val="both"/>
        <w:rPr>
          <w:rFonts w:asciiTheme="majorHAnsi" w:hAnsiTheme="majorHAnsi" w:cstheme="majorHAnsi"/>
          <w:szCs w:val="24"/>
        </w:rPr>
      </w:pPr>
    </w:p>
    <w:p w14:paraId="48276AB4" w14:textId="77777777" w:rsidR="000C395B" w:rsidRDefault="000C395B" w:rsidP="000C395B">
      <w:pPr>
        <w:jc w:val="both"/>
        <w:rPr>
          <w:rFonts w:asciiTheme="majorHAnsi" w:hAnsiTheme="majorHAnsi" w:cstheme="majorHAnsi"/>
          <w:szCs w:val="24"/>
        </w:rPr>
      </w:pPr>
    </w:p>
    <w:p w14:paraId="2B354FE9" w14:textId="77777777" w:rsidR="000C395B" w:rsidRDefault="000C395B" w:rsidP="000C395B">
      <w:pPr>
        <w:jc w:val="both"/>
        <w:rPr>
          <w:rFonts w:asciiTheme="majorHAnsi" w:hAnsiTheme="majorHAnsi" w:cstheme="majorHAnsi"/>
          <w:szCs w:val="24"/>
        </w:rPr>
      </w:pPr>
    </w:p>
    <w:p w14:paraId="3747734A" w14:textId="77777777" w:rsidR="000C395B" w:rsidRDefault="000C395B" w:rsidP="000C395B">
      <w:pPr>
        <w:jc w:val="both"/>
        <w:rPr>
          <w:rFonts w:asciiTheme="majorHAnsi" w:hAnsiTheme="majorHAnsi" w:cstheme="majorHAnsi"/>
          <w:szCs w:val="24"/>
        </w:rPr>
      </w:pPr>
    </w:p>
    <w:p w14:paraId="4B1EA8F6" w14:textId="77777777" w:rsidR="000C395B" w:rsidRDefault="000C395B" w:rsidP="000C395B">
      <w:pPr>
        <w:jc w:val="both"/>
        <w:rPr>
          <w:rFonts w:asciiTheme="majorHAnsi" w:hAnsiTheme="majorHAnsi" w:cstheme="majorHAnsi"/>
          <w:szCs w:val="24"/>
        </w:rPr>
      </w:pPr>
    </w:p>
    <w:p w14:paraId="7244BF5A" w14:textId="77777777" w:rsidR="000C395B" w:rsidRDefault="000C395B" w:rsidP="000C395B">
      <w:pPr>
        <w:jc w:val="both"/>
        <w:rPr>
          <w:rFonts w:asciiTheme="majorHAnsi" w:hAnsiTheme="majorHAnsi" w:cstheme="majorHAnsi"/>
          <w:szCs w:val="24"/>
        </w:rPr>
      </w:pPr>
    </w:p>
    <w:p w14:paraId="526DE5AB" w14:textId="77777777" w:rsidR="000C395B" w:rsidRDefault="000C395B" w:rsidP="000C395B">
      <w:pPr>
        <w:jc w:val="both"/>
        <w:rPr>
          <w:rFonts w:asciiTheme="majorHAnsi" w:hAnsiTheme="majorHAnsi" w:cstheme="majorHAnsi"/>
          <w:szCs w:val="24"/>
        </w:rPr>
      </w:pPr>
    </w:p>
    <w:p w14:paraId="5D10A244" w14:textId="77777777" w:rsidR="00A24E11" w:rsidRDefault="00A24E11" w:rsidP="000C395B">
      <w:pPr>
        <w:spacing w:after="0" w:line="240" w:lineRule="auto"/>
        <w:rPr>
          <w:rFonts w:asciiTheme="majorHAnsi" w:hAnsiTheme="majorHAnsi" w:cstheme="majorHAnsi"/>
          <w:b/>
          <w:bCs/>
          <w:szCs w:val="24"/>
        </w:rPr>
      </w:pPr>
    </w:p>
    <w:p w14:paraId="622E000A" w14:textId="77777777" w:rsidR="00A24E11" w:rsidRDefault="00A24E11" w:rsidP="000C395B">
      <w:pPr>
        <w:spacing w:after="0" w:line="240" w:lineRule="auto"/>
        <w:rPr>
          <w:rFonts w:asciiTheme="majorHAnsi" w:hAnsiTheme="majorHAnsi" w:cstheme="majorHAnsi"/>
          <w:b/>
          <w:bCs/>
          <w:szCs w:val="24"/>
        </w:rPr>
      </w:pPr>
    </w:p>
    <w:p w14:paraId="19C46AB5" w14:textId="77777777" w:rsidR="00A24E11" w:rsidRDefault="00A24E11" w:rsidP="000C395B">
      <w:pPr>
        <w:spacing w:after="0" w:line="240" w:lineRule="auto"/>
        <w:rPr>
          <w:rFonts w:asciiTheme="majorHAnsi" w:hAnsiTheme="majorHAnsi" w:cstheme="majorHAnsi"/>
          <w:b/>
          <w:bCs/>
          <w:szCs w:val="24"/>
        </w:rPr>
      </w:pPr>
    </w:p>
    <w:p w14:paraId="1F3E6AE3" w14:textId="77777777" w:rsidR="00A24E11" w:rsidRDefault="00A24E11" w:rsidP="000C395B">
      <w:pPr>
        <w:spacing w:after="0" w:line="240" w:lineRule="auto"/>
        <w:rPr>
          <w:rFonts w:asciiTheme="majorHAnsi" w:hAnsiTheme="majorHAnsi" w:cstheme="majorHAnsi"/>
          <w:b/>
          <w:bCs/>
          <w:szCs w:val="24"/>
        </w:rPr>
      </w:pPr>
    </w:p>
    <w:p w14:paraId="389744BB" w14:textId="77777777" w:rsidR="00A24E11" w:rsidRDefault="00A24E11" w:rsidP="000C395B">
      <w:pPr>
        <w:spacing w:after="0" w:line="240" w:lineRule="auto"/>
        <w:rPr>
          <w:rFonts w:asciiTheme="majorHAnsi" w:hAnsiTheme="majorHAnsi" w:cstheme="majorHAnsi"/>
          <w:b/>
          <w:bCs/>
          <w:szCs w:val="24"/>
        </w:rPr>
      </w:pPr>
    </w:p>
    <w:p w14:paraId="1E34919A" w14:textId="77777777" w:rsidR="00A24E11" w:rsidRDefault="00A24E11" w:rsidP="000C395B">
      <w:pPr>
        <w:spacing w:after="0" w:line="240" w:lineRule="auto"/>
        <w:rPr>
          <w:rFonts w:asciiTheme="majorHAnsi" w:hAnsiTheme="majorHAnsi" w:cstheme="majorHAnsi"/>
          <w:b/>
          <w:bCs/>
          <w:szCs w:val="24"/>
        </w:rPr>
      </w:pPr>
    </w:p>
    <w:p w14:paraId="61C2885A" w14:textId="77777777" w:rsidR="00A24E11" w:rsidRDefault="00A24E11" w:rsidP="000C395B">
      <w:pPr>
        <w:spacing w:after="0" w:line="240" w:lineRule="auto"/>
        <w:rPr>
          <w:rFonts w:asciiTheme="majorHAnsi" w:hAnsiTheme="majorHAnsi" w:cstheme="majorHAnsi"/>
          <w:b/>
          <w:bCs/>
          <w:szCs w:val="24"/>
        </w:rPr>
      </w:pPr>
    </w:p>
    <w:p w14:paraId="7EF5C281" w14:textId="77777777" w:rsidR="00A24E11" w:rsidRDefault="00A24E11" w:rsidP="000C395B">
      <w:pPr>
        <w:spacing w:after="0" w:line="240" w:lineRule="auto"/>
        <w:rPr>
          <w:rFonts w:asciiTheme="majorHAnsi" w:hAnsiTheme="majorHAnsi" w:cstheme="majorHAnsi"/>
          <w:b/>
          <w:bCs/>
          <w:szCs w:val="24"/>
        </w:rPr>
      </w:pPr>
    </w:p>
    <w:p w14:paraId="3533B897" w14:textId="77777777" w:rsidR="00A24E11" w:rsidRDefault="00A24E11" w:rsidP="000C395B">
      <w:pPr>
        <w:spacing w:after="0" w:line="240" w:lineRule="auto"/>
        <w:rPr>
          <w:rFonts w:asciiTheme="majorHAnsi" w:hAnsiTheme="majorHAnsi" w:cstheme="majorHAnsi"/>
          <w:b/>
          <w:bCs/>
          <w:szCs w:val="24"/>
        </w:rPr>
      </w:pPr>
    </w:p>
    <w:p w14:paraId="1C3D37B9" w14:textId="77777777" w:rsidR="000C395B" w:rsidRPr="000569BC" w:rsidRDefault="000C395B" w:rsidP="000C395B">
      <w:pPr>
        <w:spacing w:after="0" w:line="240" w:lineRule="auto"/>
        <w:rPr>
          <w:rFonts w:asciiTheme="majorHAnsi" w:hAnsiTheme="majorHAnsi" w:cstheme="majorHAnsi"/>
          <w:b/>
          <w:bCs/>
          <w:szCs w:val="24"/>
        </w:rPr>
      </w:pPr>
      <w:r w:rsidRPr="000569BC">
        <w:rPr>
          <w:rFonts w:asciiTheme="majorHAnsi" w:hAnsiTheme="majorHAnsi" w:cstheme="majorHAnsi"/>
          <w:b/>
          <w:bCs/>
          <w:szCs w:val="24"/>
        </w:rPr>
        <w:t xml:space="preserve">Table 1. </w:t>
      </w:r>
      <w:r w:rsidR="000569BC" w:rsidRPr="000569BC">
        <w:rPr>
          <w:rFonts w:asciiTheme="majorHAnsi" w:hAnsiTheme="majorHAnsi" w:cstheme="majorHAnsi"/>
          <w:b/>
          <w:bCs/>
          <w:szCs w:val="24"/>
        </w:rPr>
        <w:t>Age structure of cases by region (aggregated age groups), 2016–2024.</w:t>
      </w:r>
    </w:p>
    <w:tbl>
      <w:tblPr>
        <w:tblW w:w="10296" w:type="dxa"/>
        <w:jc w:val="center"/>
        <w:tblLayout w:type="fixed"/>
        <w:tblLook w:val="0420" w:firstRow="1" w:lastRow="0" w:firstColumn="0" w:lastColumn="0" w:noHBand="0" w:noVBand="1"/>
      </w:tblPr>
      <w:tblGrid>
        <w:gridCol w:w="2552"/>
        <w:gridCol w:w="1134"/>
        <w:gridCol w:w="1417"/>
        <w:gridCol w:w="1418"/>
        <w:gridCol w:w="1417"/>
        <w:gridCol w:w="1276"/>
        <w:gridCol w:w="992"/>
        <w:gridCol w:w="90"/>
      </w:tblGrid>
      <w:tr w:rsidR="000C395B" w:rsidRPr="000569BC" w14:paraId="42071222" w14:textId="77777777" w:rsidTr="000F7C69">
        <w:trPr>
          <w:gridAfter w:val="1"/>
          <w:wAfter w:w="90" w:type="dxa"/>
          <w:tblHeader/>
          <w:jc w:val="center"/>
        </w:trPr>
        <w:tc>
          <w:tcPr>
            <w:tcW w:w="2552"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738F76E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Regions</w:t>
            </w:r>
          </w:p>
        </w:tc>
        <w:tc>
          <w:tcPr>
            <w:tcW w:w="113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1D0FBF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0–19,</w:t>
            </w:r>
            <w:r w:rsidRPr="000569BC">
              <w:rPr>
                <w:rFonts w:asciiTheme="majorHAnsi" w:eastAsia="Arial" w:hAnsiTheme="majorHAnsi" w:cstheme="majorHAnsi"/>
                <w:b/>
                <w:bCs/>
                <w:color w:val="000000"/>
                <w:szCs w:val="24"/>
              </w:rPr>
              <w:br/>
              <w:t>N = 207 ¹</w:t>
            </w:r>
          </w:p>
        </w:tc>
        <w:tc>
          <w:tcPr>
            <w:tcW w:w="1417"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2960202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20–39,</w:t>
            </w:r>
            <w:r w:rsidRPr="000569BC">
              <w:rPr>
                <w:rFonts w:asciiTheme="majorHAnsi" w:eastAsia="Arial" w:hAnsiTheme="majorHAnsi" w:cstheme="majorHAnsi"/>
                <w:b/>
                <w:bCs/>
                <w:color w:val="000000"/>
                <w:szCs w:val="24"/>
              </w:rPr>
              <w:br/>
              <w:t>N = 1 069 ¹</w:t>
            </w:r>
          </w:p>
        </w:tc>
        <w:tc>
          <w:tcPr>
            <w:tcW w:w="1418"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7BE730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40–59,</w:t>
            </w:r>
            <w:r w:rsidRPr="000569BC">
              <w:rPr>
                <w:rFonts w:asciiTheme="majorHAnsi" w:eastAsia="Arial" w:hAnsiTheme="majorHAnsi" w:cstheme="majorHAnsi"/>
                <w:b/>
                <w:bCs/>
                <w:color w:val="000000"/>
                <w:szCs w:val="24"/>
              </w:rPr>
              <w:br/>
              <w:t>N = 4 027 ¹</w:t>
            </w:r>
          </w:p>
        </w:tc>
        <w:tc>
          <w:tcPr>
            <w:tcW w:w="1417"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10508F5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60–79,</w:t>
            </w:r>
            <w:r w:rsidRPr="000569BC">
              <w:rPr>
                <w:rFonts w:asciiTheme="majorHAnsi" w:eastAsia="Arial" w:hAnsiTheme="majorHAnsi" w:cstheme="majorHAnsi"/>
                <w:b/>
                <w:bCs/>
                <w:color w:val="000000"/>
                <w:szCs w:val="24"/>
              </w:rPr>
              <w:br/>
              <w:t>N = 2 716 ¹</w:t>
            </w:r>
          </w:p>
        </w:tc>
        <w:tc>
          <w:tcPr>
            <w:tcW w:w="1276"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7D98D43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80+,</w:t>
            </w:r>
            <w:r w:rsidRPr="000569BC">
              <w:rPr>
                <w:rFonts w:asciiTheme="majorHAnsi" w:eastAsia="Arial" w:hAnsiTheme="majorHAnsi" w:cstheme="majorHAnsi"/>
                <w:b/>
                <w:bCs/>
                <w:color w:val="000000"/>
                <w:szCs w:val="24"/>
              </w:rPr>
              <w:br/>
              <w:t>N = 131 ¹</w:t>
            </w:r>
          </w:p>
        </w:tc>
        <w:tc>
          <w:tcPr>
            <w:tcW w:w="992"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B128F0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p²</w:t>
            </w:r>
          </w:p>
        </w:tc>
      </w:tr>
      <w:tr w:rsidR="000569BC" w:rsidRPr="000569BC" w14:paraId="59EFA031" w14:textId="77777777" w:rsidTr="000F7C69">
        <w:trPr>
          <w:gridAfter w:val="1"/>
          <w:wAfter w:w="90" w:type="dxa"/>
          <w:jc w:val="center"/>
        </w:trPr>
        <w:tc>
          <w:tcPr>
            <w:tcW w:w="2552"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4F7A8B"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A24E11">
              <w:rPr>
                <w:rFonts w:asciiTheme="majorHAnsi" w:hAnsiTheme="majorHAnsi" w:cstheme="majorHAnsi"/>
              </w:rPr>
              <w:t>Tashkent City</w:t>
            </w:r>
          </w:p>
        </w:tc>
        <w:tc>
          <w:tcPr>
            <w:tcW w:w="1134"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1CF852"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22 (1.4%)</w:t>
            </w:r>
          </w:p>
        </w:tc>
        <w:tc>
          <w:tcPr>
            <w:tcW w:w="1417"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6F22C1"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116 (7.4%)</w:t>
            </w:r>
          </w:p>
        </w:tc>
        <w:tc>
          <w:tcPr>
            <w:tcW w:w="1418"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950C1A"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712 (45.6%)</w:t>
            </w:r>
          </w:p>
        </w:tc>
        <w:tc>
          <w:tcPr>
            <w:tcW w:w="1417"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FDE795"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652 (41.7%)</w:t>
            </w:r>
          </w:p>
        </w:tc>
        <w:tc>
          <w:tcPr>
            <w:tcW w:w="1276"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AA2A6C"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61 (3.9%)</w:t>
            </w:r>
          </w:p>
        </w:tc>
        <w:tc>
          <w:tcPr>
            <w:tcW w:w="992"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A75A2"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6C73D8C8" w14:textId="77777777" w:rsidTr="000F7C6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E1578F"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A24E11">
              <w:rPr>
                <w:rFonts w:asciiTheme="majorHAnsi" w:hAnsiTheme="majorHAnsi" w:cstheme="majorHAnsi"/>
              </w:rPr>
              <w:t>Andijan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E8E808"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20 (3.2%)</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A6801"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77 (12.2%)</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14B3D3"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333 (52.8%)</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4367BD"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198 (31.4%)</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EF9F72"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 (0.5%)</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C48D78"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22AB3EC2" w14:textId="77777777" w:rsidTr="000F7C6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506699"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A24E11">
              <w:rPr>
                <w:rFonts w:asciiTheme="majorHAnsi" w:hAnsiTheme="majorHAnsi" w:cstheme="majorHAnsi"/>
              </w:rPr>
              <w:t>Bukhara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7CC264"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14 (2.5%)</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3A42C2"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50 (8.8%)</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1FCA71"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297 (52.1%)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A63335"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203 (35.6%)</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E076739"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6 (1.1%)</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FCFFF"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793C96E2" w14:textId="77777777" w:rsidTr="000F7C6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935924"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proofErr w:type="spellStart"/>
            <w:r w:rsidRPr="00A24E11">
              <w:rPr>
                <w:rFonts w:asciiTheme="majorHAnsi" w:hAnsiTheme="majorHAnsi" w:cstheme="majorHAnsi"/>
              </w:rPr>
              <w:t>Jizzakh</w:t>
            </w:r>
            <w:proofErr w:type="spellEnd"/>
            <w:r w:rsidRPr="00A24E11">
              <w:rPr>
                <w:rFonts w:asciiTheme="majorHAnsi" w:hAnsiTheme="majorHAnsi" w:cstheme="majorHAnsi"/>
              </w:rPr>
              <w:t xml:space="preserve">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CF8A8E"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 (6.2%)</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032035"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57 (20.9%)</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F77B0D"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119 (43.6%)</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88DD8"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79 (28.9%)</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A6756E"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 (0.4%)</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F3CE42"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5E7AA0BB" w14:textId="77777777" w:rsidTr="000F7C6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75654C"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proofErr w:type="spellStart"/>
            <w:r w:rsidRPr="00A24E11">
              <w:rPr>
                <w:rFonts w:asciiTheme="majorHAnsi" w:hAnsiTheme="majorHAnsi" w:cstheme="majorHAnsi"/>
              </w:rPr>
              <w:t>Kashkadarya</w:t>
            </w:r>
            <w:proofErr w:type="spellEnd"/>
            <w:r w:rsidRPr="00A24E11">
              <w:rPr>
                <w:rFonts w:asciiTheme="majorHAnsi" w:hAnsiTheme="majorHAnsi" w:cstheme="majorHAnsi"/>
              </w:rPr>
              <w:t xml:space="preserve">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BBDE90"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20 (3.4%)</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561EDE"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83 (14.0%)</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EAFB58"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291 (49.1%)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B950DC"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190 (32.0%)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5FE55B"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9 (1.5%)</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EEC14E"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38ABAD43" w14:textId="77777777" w:rsidTr="000F7C6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750625"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A24E11">
              <w:rPr>
                <w:rFonts w:asciiTheme="majorHAnsi" w:hAnsiTheme="majorHAnsi" w:cstheme="majorHAnsi"/>
              </w:rPr>
              <w:t>Navoi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79759C"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 (0.5%)</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A1B60A"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33 (17.6%)</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D18BB5"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102 (54.3%)</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E94BB7"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52 (27.7%)</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0A5E5B"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 (0.0%)</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D2AFB7"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179DCFE0" w14:textId="77777777" w:rsidTr="000F7C6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22BC82"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A24E11">
              <w:rPr>
                <w:rFonts w:asciiTheme="majorHAnsi" w:hAnsiTheme="majorHAnsi" w:cstheme="majorHAnsi"/>
              </w:rPr>
              <w:t>Namangan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A6808C"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14 (2.8%)</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9E52FA"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69 (13.7%)</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E20BAC"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274 (54.4%)</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E6B0EE"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144 (28.6%)</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1E866E"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 (0.6%)</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182058"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0CD7E5D5" w14:textId="77777777" w:rsidTr="000F7C6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3C7A40"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A24E11">
              <w:rPr>
                <w:rFonts w:asciiTheme="majorHAnsi" w:hAnsiTheme="majorHAnsi" w:cstheme="majorHAnsi"/>
              </w:rPr>
              <w:lastRenderedPageBreak/>
              <w:t>Samarkand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2AB3BA"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25 (3.9%)</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3DD58B"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100 (15.5%)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35E95A"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292 (45.1%)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45C97C"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222 (34.3%)</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4F5ED5"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8 (1.2%)</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F5E17A"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31467096" w14:textId="77777777" w:rsidTr="000F7C6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98CE0E"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proofErr w:type="spellStart"/>
            <w:r w:rsidRPr="00A24E11">
              <w:rPr>
                <w:rFonts w:asciiTheme="majorHAnsi" w:hAnsiTheme="majorHAnsi" w:cstheme="majorHAnsi"/>
              </w:rPr>
              <w:t>Surkhandarya</w:t>
            </w:r>
            <w:proofErr w:type="spellEnd"/>
            <w:r w:rsidRPr="00A24E11">
              <w:rPr>
                <w:rFonts w:asciiTheme="majorHAnsi" w:hAnsiTheme="majorHAnsi" w:cstheme="majorHAnsi"/>
              </w:rPr>
              <w:t xml:space="preserve">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25D955"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22 (4.8%)</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0F8173"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104 (22.5%)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E5DE17"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218 (47.2%)</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B85CC82"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110 (23.8%)</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035AE3"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8 (1.7%)</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C29121"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696C6577" w14:textId="77777777" w:rsidTr="000F7C6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59FCE9"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proofErr w:type="spellStart"/>
            <w:r w:rsidRPr="00A24E11">
              <w:rPr>
                <w:rFonts w:asciiTheme="majorHAnsi" w:hAnsiTheme="majorHAnsi" w:cstheme="majorHAnsi"/>
              </w:rPr>
              <w:t>Syrdarya</w:t>
            </w:r>
            <w:proofErr w:type="spellEnd"/>
            <w:r w:rsidRPr="00A24E11">
              <w:rPr>
                <w:rFonts w:asciiTheme="majorHAnsi" w:hAnsiTheme="majorHAnsi" w:cstheme="majorHAnsi"/>
              </w:rPr>
              <w:t xml:space="preserve">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486F5A"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 (1.6%)</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E4C182"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33 (17.9%)</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E09522"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96 (52.2%)</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C60B67"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51 (27.7%)</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B01DED"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 (0.5%)</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78C6B8"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54993B7E" w14:textId="77777777" w:rsidTr="000F7C6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7D7C9D"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A24E11">
              <w:rPr>
                <w:rFonts w:asciiTheme="majorHAnsi" w:hAnsiTheme="majorHAnsi" w:cstheme="majorHAnsi"/>
              </w:rPr>
              <w:t>Tashkent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2292F0"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19 (2.0%)</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6BDD6C"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126 (13.3%)</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1A6914"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442 (46.7%)</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3DECDF"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343 (36.3%)</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B5013A"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16 (1.7%)</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FCDC38"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35204F48" w14:textId="77777777" w:rsidTr="000F7C6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8C20E0"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A24E11">
              <w:rPr>
                <w:rFonts w:asciiTheme="majorHAnsi" w:hAnsiTheme="majorHAnsi" w:cstheme="majorHAnsi"/>
              </w:rPr>
              <w:t>Fergana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D5EB85"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 (2.1%)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B9255C"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99 (12.0%)</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DAFE4F"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430 (52.3%)</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95AE5E8"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268 (32.6%)</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32BA84"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8 (1.0%)</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2A2D7F"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20F7C61B" w14:textId="77777777" w:rsidTr="000F7C69">
        <w:trPr>
          <w:gridAfter w:val="1"/>
          <w:wAfter w:w="90" w:type="dxa"/>
          <w:jc w:val="center"/>
        </w:trPr>
        <w:tc>
          <w:tcPr>
            <w:tcW w:w="2552"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338E5772"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proofErr w:type="spellStart"/>
            <w:r w:rsidRPr="00A24E11">
              <w:rPr>
                <w:rFonts w:asciiTheme="majorHAnsi" w:hAnsiTheme="majorHAnsi" w:cstheme="majorHAnsi"/>
              </w:rPr>
              <w:t>Khorezm</w:t>
            </w:r>
            <w:proofErr w:type="spellEnd"/>
            <w:r w:rsidRPr="00A24E11">
              <w:rPr>
                <w:rFonts w:asciiTheme="majorHAnsi" w:hAnsiTheme="majorHAnsi" w:cstheme="majorHAnsi"/>
              </w:rPr>
              <w:t xml:space="preserve"> Region</w:t>
            </w:r>
          </w:p>
        </w:tc>
        <w:tc>
          <w:tcPr>
            <w:tcW w:w="113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6BD8588"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5 (1.4%)</w:t>
            </w:r>
          </w:p>
        </w:tc>
        <w:tc>
          <w:tcPr>
            <w:tcW w:w="141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FB8996E"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57 (16.0%)</w:t>
            </w:r>
          </w:p>
        </w:tc>
        <w:tc>
          <w:tcPr>
            <w:tcW w:w="141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7E307DF"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191 (53.5%)</w:t>
            </w:r>
          </w:p>
        </w:tc>
        <w:tc>
          <w:tcPr>
            <w:tcW w:w="141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BB1D9F7"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101 (28.3%)</w:t>
            </w:r>
          </w:p>
        </w:tc>
        <w:tc>
          <w:tcPr>
            <w:tcW w:w="127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103BE69"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 (0.8%)</w:t>
            </w:r>
          </w:p>
        </w:tc>
        <w:tc>
          <w:tcPr>
            <w:tcW w:w="992"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7AC885B"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569BC" w:rsidRPr="000569BC" w14:paraId="2A85B189" w14:textId="77777777" w:rsidTr="000F7C69">
        <w:trPr>
          <w:gridAfter w:val="1"/>
          <w:wAfter w:w="90" w:type="dxa"/>
          <w:jc w:val="center"/>
        </w:trPr>
        <w:tc>
          <w:tcPr>
            <w:tcW w:w="2552" w:type="dxa"/>
            <w:tcBorders>
              <w:bottom w:val="single" w:sz="18" w:space="0" w:color="000000" w:themeColor="text1"/>
            </w:tcBorders>
            <w:shd w:val="clear" w:color="auto" w:fill="FFFFFF"/>
            <w:tcMar>
              <w:top w:w="0" w:type="dxa"/>
              <w:left w:w="0" w:type="dxa"/>
              <w:bottom w:w="0" w:type="dxa"/>
              <w:right w:w="0" w:type="dxa"/>
            </w:tcMar>
          </w:tcPr>
          <w:p w14:paraId="5C77B261" w14:textId="77777777" w:rsidR="000569BC" w:rsidRPr="00A24E11" w:rsidRDefault="000569BC" w:rsidP="000569BC">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proofErr w:type="spellStart"/>
            <w:r w:rsidRPr="00A24E11">
              <w:rPr>
                <w:rFonts w:asciiTheme="majorHAnsi" w:hAnsiTheme="majorHAnsi" w:cstheme="majorHAnsi"/>
              </w:rPr>
              <w:t>Karakalpakstan</w:t>
            </w:r>
            <w:proofErr w:type="spellEnd"/>
          </w:p>
        </w:tc>
        <w:tc>
          <w:tcPr>
            <w:tcW w:w="1134" w:type="dxa"/>
            <w:tcBorders>
              <w:bottom w:val="single" w:sz="18" w:space="0" w:color="000000" w:themeColor="text1"/>
            </w:tcBorders>
            <w:shd w:val="clear" w:color="auto" w:fill="FFFFFF"/>
            <w:tcMar>
              <w:top w:w="0" w:type="dxa"/>
              <w:left w:w="0" w:type="dxa"/>
              <w:bottom w:w="0" w:type="dxa"/>
              <w:right w:w="0" w:type="dxa"/>
            </w:tcMar>
            <w:vAlign w:val="center"/>
          </w:tcPr>
          <w:p w14:paraId="77031265"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8 (2.0%)</w:t>
            </w:r>
          </w:p>
        </w:tc>
        <w:tc>
          <w:tcPr>
            <w:tcW w:w="1417" w:type="dxa"/>
            <w:tcBorders>
              <w:bottom w:val="single" w:sz="18" w:space="0" w:color="000000" w:themeColor="text1"/>
            </w:tcBorders>
            <w:shd w:val="clear" w:color="auto" w:fill="FFFFFF"/>
            <w:tcMar>
              <w:top w:w="0" w:type="dxa"/>
              <w:left w:w="0" w:type="dxa"/>
              <w:bottom w:w="0" w:type="dxa"/>
              <w:right w:w="0" w:type="dxa"/>
            </w:tcMar>
            <w:vAlign w:val="center"/>
          </w:tcPr>
          <w:p w14:paraId="4BE5A0C1"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65 (15.9%)</w:t>
            </w:r>
          </w:p>
        </w:tc>
        <w:tc>
          <w:tcPr>
            <w:tcW w:w="1418" w:type="dxa"/>
            <w:tcBorders>
              <w:bottom w:val="single" w:sz="18" w:space="0" w:color="000000" w:themeColor="text1"/>
            </w:tcBorders>
            <w:shd w:val="clear" w:color="auto" w:fill="FFFFFF"/>
            <w:tcMar>
              <w:top w:w="0" w:type="dxa"/>
              <w:left w:w="0" w:type="dxa"/>
              <w:bottom w:w="0" w:type="dxa"/>
              <w:right w:w="0" w:type="dxa"/>
            </w:tcMar>
            <w:vAlign w:val="center"/>
          </w:tcPr>
          <w:p w14:paraId="4354F3E4"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230 (56.1%)</w:t>
            </w:r>
          </w:p>
        </w:tc>
        <w:tc>
          <w:tcPr>
            <w:tcW w:w="1417" w:type="dxa"/>
            <w:tcBorders>
              <w:bottom w:val="single" w:sz="18" w:space="0" w:color="000000" w:themeColor="text1"/>
            </w:tcBorders>
            <w:shd w:val="clear" w:color="auto" w:fill="FFFFFF"/>
            <w:tcMar>
              <w:top w:w="0" w:type="dxa"/>
              <w:left w:w="0" w:type="dxa"/>
              <w:bottom w:w="0" w:type="dxa"/>
              <w:right w:w="0" w:type="dxa"/>
            </w:tcMar>
            <w:vAlign w:val="center"/>
          </w:tcPr>
          <w:p w14:paraId="2D1D3B42"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103 (25.1%)</w:t>
            </w:r>
          </w:p>
        </w:tc>
        <w:tc>
          <w:tcPr>
            <w:tcW w:w="1276" w:type="dxa"/>
            <w:tcBorders>
              <w:bottom w:val="single" w:sz="18" w:space="0" w:color="000000" w:themeColor="text1"/>
            </w:tcBorders>
            <w:shd w:val="clear" w:color="auto" w:fill="FFFFFF"/>
            <w:tcMar>
              <w:top w:w="0" w:type="dxa"/>
              <w:left w:w="0" w:type="dxa"/>
              <w:bottom w:w="0" w:type="dxa"/>
              <w:right w:w="0" w:type="dxa"/>
            </w:tcMar>
            <w:vAlign w:val="center"/>
          </w:tcPr>
          <w:p w14:paraId="55772D1D"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 (1.0%)</w:t>
            </w:r>
          </w:p>
        </w:tc>
        <w:tc>
          <w:tcPr>
            <w:tcW w:w="992" w:type="dxa"/>
            <w:tcBorders>
              <w:bottom w:val="single" w:sz="18" w:space="0" w:color="000000" w:themeColor="text1"/>
            </w:tcBorders>
            <w:shd w:val="clear" w:color="auto" w:fill="FFFFFF"/>
            <w:tcMar>
              <w:top w:w="0" w:type="dxa"/>
              <w:left w:w="0" w:type="dxa"/>
              <w:bottom w:w="0" w:type="dxa"/>
              <w:right w:w="0" w:type="dxa"/>
            </w:tcMar>
            <w:vAlign w:val="center"/>
          </w:tcPr>
          <w:p w14:paraId="580A9F14" w14:textId="77777777" w:rsidR="000569BC" w:rsidRPr="000569BC" w:rsidRDefault="000569BC" w:rsidP="000569BC">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C395B" w:rsidRPr="000569BC" w14:paraId="0ECB59CE" w14:textId="77777777" w:rsidTr="000F7C69">
        <w:trPr>
          <w:jc w:val="center"/>
        </w:trPr>
        <w:tc>
          <w:tcPr>
            <w:tcW w:w="10296" w:type="dxa"/>
            <w:gridSpan w:val="8"/>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65F8A47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¹ (n, %)</w:t>
            </w:r>
          </w:p>
        </w:tc>
      </w:tr>
      <w:tr w:rsidR="000C395B" w:rsidRPr="000569BC" w14:paraId="19C83947" w14:textId="77777777" w:rsidTr="000F7C69">
        <w:trPr>
          <w:jc w:val="center"/>
        </w:trPr>
        <w:tc>
          <w:tcPr>
            <w:tcW w:w="10296" w:type="dxa"/>
            <w:gridSpan w:val="8"/>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2A40FA1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 xml:space="preserve">² </w:t>
            </w:r>
            <w:r w:rsidR="000569BC">
              <w:rPr>
                <w:rFonts w:asciiTheme="majorHAnsi" w:eastAsia="Arial" w:hAnsiTheme="majorHAnsi" w:cstheme="majorHAnsi"/>
                <w:color w:val="000000"/>
                <w:szCs w:val="24"/>
              </w:rPr>
              <w:t>Pearson’s chi-squared test</w:t>
            </w:r>
          </w:p>
        </w:tc>
      </w:tr>
    </w:tbl>
    <w:p w14:paraId="314A0D3E" w14:textId="77777777" w:rsidR="000C395B" w:rsidRPr="000569BC" w:rsidRDefault="000C395B" w:rsidP="000C395B">
      <w:pPr>
        <w:spacing w:after="0" w:line="240" w:lineRule="auto"/>
        <w:rPr>
          <w:rFonts w:asciiTheme="majorHAnsi" w:hAnsiTheme="majorHAnsi" w:cstheme="majorHAnsi"/>
          <w:szCs w:val="24"/>
        </w:rPr>
      </w:pPr>
    </w:p>
    <w:p w14:paraId="00EAE310" w14:textId="77777777" w:rsidR="000C395B" w:rsidRPr="000569BC" w:rsidRDefault="000C395B" w:rsidP="000C395B">
      <w:pPr>
        <w:spacing w:after="0" w:line="240" w:lineRule="auto"/>
        <w:rPr>
          <w:rFonts w:asciiTheme="majorHAnsi" w:hAnsiTheme="majorHAnsi" w:cstheme="majorHAnsi"/>
          <w:szCs w:val="24"/>
        </w:rPr>
      </w:pPr>
    </w:p>
    <w:p w14:paraId="4E1580A1" w14:textId="77777777" w:rsidR="000C395B" w:rsidRPr="000569BC" w:rsidRDefault="000C395B" w:rsidP="000C395B">
      <w:pPr>
        <w:spacing w:after="0" w:line="240" w:lineRule="auto"/>
        <w:rPr>
          <w:rFonts w:asciiTheme="majorHAnsi" w:hAnsiTheme="majorHAnsi" w:cstheme="majorHAnsi"/>
          <w:b/>
          <w:bCs/>
          <w:szCs w:val="24"/>
        </w:rPr>
      </w:pPr>
      <w:r w:rsidRPr="000569BC">
        <w:rPr>
          <w:rFonts w:asciiTheme="majorHAnsi" w:hAnsiTheme="majorHAnsi" w:cstheme="majorHAnsi"/>
          <w:b/>
          <w:bCs/>
          <w:szCs w:val="24"/>
        </w:rPr>
        <w:t xml:space="preserve">Table 2. </w:t>
      </w:r>
      <w:r w:rsidR="000569BC" w:rsidRPr="000569BC">
        <w:rPr>
          <w:rFonts w:asciiTheme="majorHAnsi" w:hAnsiTheme="majorHAnsi" w:cstheme="majorHAnsi"/>
          <w:b/>
          <w:bCs/>
          <w:szCs w:val="24"/>
        </w:rPr>
        <w:t>Dynamics of the age structure of cases by year (aggregated age groups), 2016–2024</w:t>
      </w:r>
      <w:r w:rsidRPr="000569BC">
        <w:rPr>
          <w:rFonts w:asciiTheme="majorHAnsi" w:hAnsiTheme="majorHAnsi" w:cstheme="majorHAnsi"/>
          <w:b/>
          <w:bCs/>
          <w:szCs w:val="24"/>
        </w:rPr>
        <w:t>.</w:t>
      </w:r>
    </w:p>
    <w:tbl>
      <w:tblPr>
        <w:tblW w:w="9437" w:type="dxa"/>
        <w:tblLayout w:type="fixed"/>
        <w:tblLook w:val="0420" w:firstRow="1" w:lastRow="0" w:firstColumn="0" w:lastColumn="0" w:noHBand="0" w:noVBand="1"/>
      </w:tblPr>
      <w:tblGrid>
        <w:gridCol w:w="1080"/>
        <w:gridCol w:w="1188"/>
        <w:gridCol w:w="1418"/>
        <w:gridCol w:w="1417"/>
        <w:gridCol w:w="1418"/>
        <w:gridCol w:w="1276"/>
        <w:gridCol w:w="1628"/>
        <w:gridCol w:w="12"/>
      </w:tblGrid>
      <w:tr w:rsidR="000C395B" w:rsidRPr="000569BC" w14:paraId="06A22EDA" w14:textId="77777777" w:rsidTr="000F7C69">
        <w:trPr>
          <w:gridAfter w:val="1"/>
          <w:wAfter w:w="12" w:type="dxa"/>
          <w:tblHeader/>
        </w:trPr>
        <w:tc>
          <w:tcPr>
            <w:tcW w:w="1080"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29F47396"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Years</w:t>
            </w:r>
          </w:p>
        </w:tc>
        <w:tc>
          <w:tcPr>
            <w:tcW w:w="1188"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2203114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0–19,</w:t>
            </w:r>
            <w:r w:rsidRPr="000569BC">
              <w:rPr>
                <w:rFonts w:asciiTheme="majorHAnsi" w:eastAsia="Arial" w:hAnsiTheme="majorHAnsi" w:cstheme="majorHAnsi"/>
                <w:b/>
                <w:bCs/>
                <w:color w:val="000000"/>
                <w:szCs w:val="24"/>
              </w:rPr>
              <w:br/>
            </w:r>
            <w:r w:rsidRPr="000569BC">
              <w:rPr>
                <w:rFonts w:asciiTheme="majorHAnsi" w:eastAsia="Arial" w:hAnsiTheme="majorHAnsi" w:cstheme="majorHAnsi"/>
                <w:color w:val="000000"/>
                <w:szCs w:val="24"/>
              </w:rPr>
              <w:t>N = 207 ¹</w:t>
            </w:r>
          </w:p>
        </w:tc>
        <w:tc>
          <w:tcPr>
            <w:tcW w:w="1418"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ABB2EE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20–39,</w:t>
            </w:r>
            <w:r w:rsidRPr="000569BC">
              <w:rPr>
                <w:rFonts w:asciiTheme="majorHAnsi" w:eastAsia="Arial" w:hAnsiTheme="majorHAnsi" w:cstheme="majorHAnsi"/>
                <w:b/>
                <w:bCs/>
                <w:color w:val="000000"/>
                <w:szCs w:val="24"/>
              </w:rPr>
              <w:br/>
            </w:r>
            <w:r w:rsidRPr="000569BC">
              <w:rPr>
                <w:rFonts w:asciiTheme="majorHAnsi" w:eastAsia="Arial" w:hAnsiTheme="majorHAnsi" w:cstheme="majorHAnsi"/>
                <w:color w:val="000000"/>
                <w:szCs w:val="24"/>
              </w:rPr>
              <w:t>N = 1 069 ¹</w:t>
            </w:r>
          </w:p>
        </w:tc>
        <w:tc>
          <w:tcPr>
            <w:tcW w:w="1417"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2A02564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40–59,</w:t>
            </w:r>
            <w:r w:rsidRPr="000569BC">
              <w:rPr>
                <w:rFonts w:asciiTheme="majorHAnsi" w:eastAsia="Arial" w:hAnsiTheme="majorHAnsi" w:cstheme="majorHAnsi"/>
                <w:b/>
                <w:bCs/>
                <w:color w:val="000000"/>
                <w:szCs w:val="24"/>
              </w:rPr>
              <w:br/>
            </w:r>
            <w:r w:rsidRPr="000569BC">
              <w:rPr>
                <w:rFonts w:asciiTheme="majorHAnsi" w:eastAsia="Arial" w:hAnsiTheme="majorHAnsi" w:cstheme="majorHAnsi"/>
                <w:color w:val="000000"/>
                <w:szCs w:val="24"/>
              </w:rPr>
              <w:t>N = 4 027 ¹</w:t>
            </w:r>
          </w:p>
        </w:tc>
        <w:tc>
          <w:tcPr>
            <w:tcW w:w="1418"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36B4311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60–79,</w:t>
            </w:r>
            <w:r w:rsidRPr="000569BC">
              <w:rPr>
                <w:rFonts w:asciiTheme="majorHAnsi" w:eastAsia="Arial" w:hAnsiTheme="majorHAnsi" w:cstheme="majorHAnsi"/>
                <w:b/>
                <w:bCs/>
                <w:color w:val="000000"/>
                <w:szCs w:val="24"/>
              </w:rPr>
              <w:br/>
            </w:r>
            <w:r w:rsidRPr="000569BC">
              <w:rPr>
                <w:rFonts w:asciiTheme="majorHAnsi" w:eastAsia="Arial" w:hAnsiTheme="majorHAnsi" w:cstheme="majorHAnsi"/>
                <w:color w:val="000000"/>
                <w:szCs w:val="24"/>
              </w:rPr>
              <w:t>N = 2 716 ¹</w:t>
            </w:r>
          </w:p>
        </w:tc>
        <w:tc>
          <w:tcPr>
            <w:tcW w:w="1276"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39CC16A6"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80+,</w:t>
            </w:r>
            <w:r w:rsidRPr="000569BC">
              <w:rPr>
                <w:rFonts w:asciiTheme="majorHAnsi" w:eastAsia="Arial" w:hAnsiTheme="majorHAnsi" w:cstheme="majorHAnsi"/>
                <w:b/>
                <w:bCs/>
                <w:color w:val="000000"/>
                <w:szCs w:val="24"/>
              </w:rPr>
              <w:br/>
            </w:r>
            <w:r w:rsidRPr="000569BC">
              <w:rPr>
                <w:rFonts w:asciiTheme="majorHAnsi" w:eastAsia="Arial" w:hAnsiTheme="majorHAnsi" w:cstheme="majorHAnsi"/>
                <w:color w:val="000000"/>
                <w:szCs w:val="24"/>
              </w:rPr>
              <w:t>N = 131 ¹</w:t>
            </w:r>
          </w:p>
        </w:tc>
        <w:tc>
          <w:tcPr>
            <w:tcW w:w="1628"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58DA93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b/>
                <w:bCs/>
                <w:szCs w:val="24"/>
              </w:rPr>
            </w:pPr>
            <w:r w:rsidRPr="000569BC">
              <w:rPr>
                <w:rFonts w:asciiTheme="majorHAnsi" w:eastAsia="Arial" w:hAnsiTheme="majorHAnsi" w:cstheme="majorHAnsi"/>
                <w:b/>
                <w:bCs/>
                <w:color w:val="000000"/>
                <w:szCs w:val="24"/>
              </w:rPr>
              <w:t>p-value²</w:t>
            </w:r>
          </w:p>
        </w:tc>
      </w:tr>
      <w:tr w:rsidR="000C395B" w:rsidRPr="000569BC" w14:paraId="4F6E9456" w14:textId="77777777" w:rsidTr="000F7C69">
        <w:trPr>
          <w:gridAfter w:val="1"/>
          <w:wAfter w:w="12" w:type="dxa"/>
        </w:trPr>
        <w:tc>
          <w:tcPr>
            <w:tcW w:w="1080"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EC22A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2016</w:t>
            </w:r>
          </w:p>
        </w:tc>
        <w:tc>
          <w:tcPr>
            <w:tcW w:w="1188"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FB63F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20 (2.8%)</w:t>
            </w:r>
          </w:p>
        </w:tc>
        <w:tc>
          <w:tcPr>
            <w:tcW w:w="1418"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371D7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108 (15.0%)</w:t>
            </w:r>
          </w:p>
        </w:tc>
        <w:tc>
          <w:tcPr>
            <w:tcW w:w="1417"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7298E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413 (57.3%)</w:t>
            </w:r>
          </w:p>
        </w:tc>
        <w:tc>
          <w:tcPr>
            <w:tcW w:w="1418"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5FB53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173 (24.0%)</w:t>
            </w:r>
          </w:p>
        </w:tc>
        <w:tc>
          <w:tcPr>
            <w:tcW w:w="1276"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B7279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 (1.0%)</w:t>
            </w:r>
          </w:p>
        </w:tc>
        <w:tc>
          <w:tcPr>
            <w:tcW w:w="1628"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7793D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C395B" w:rsidRPr="000569BC" w14:paraId="702D4B71" w14:textId="77777777" w:rsidTr="000F7C69">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D982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2017</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032C7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27 (3.5%)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CDCDB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125 (16.1%)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58A77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385 (49.6%)</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1D417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225 (29.0%)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6660A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14 (1.8%)</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95E2D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C395B" w:rsidRPr="000569BC" w14:paraId="777D9E31" w14:textId="77777777" w:rsidTr="000F7C69">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B4245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2018</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DE3D66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23 (2.8%)</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A6213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109 (13.1%)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54F9F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445 (53.7%)</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077C4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241 (29.1%)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36DAE5"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11 (1.3%)</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788B1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C395B" w:rsidRPr="000569BC" w14:paraId="056405DE" w14:textId="77777777" w:rsidTr="000F7C69">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2AA2A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2019</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AECD6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21 (2.5%)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0A3E4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98 (11.5%)</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05336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449 (52.8%)</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1633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267 (31.4%)</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98E1D2"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15 (1.8%)</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1BF3C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C395B" w:rsidRPr="000569BC" w14:paraId="65EF4492" w14:textId="77777777" w:rsidTr="000F7C69">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41D0B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2020</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F00C3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23 (2.8%)</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11FA3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124 (14.9%)</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B9E8F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430 (51.6%)</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2A969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243 (29.1%)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E09A7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14 (1.7%)</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929F1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C395B" w:rsidRPr="000569BC" w14:paraId="2E4CE62E" w14:textId="77777777" w:rsidTr="000F7C69">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268CDA"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2021</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F64BA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27 (2.7%)</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C22CC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132 (13.4%)</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3D7F1A"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490 (49.7%)</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41DEF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324 (32.9%)</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31461E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12 (1.2%)</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FBEA0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C395B" w:rsidRPr="000569BC" w14:paraId="3807658E" w14:textId="77777777" w:rsidTr="000F7C69">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27470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2022</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DBD87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25 (2.4%)</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0C24A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139 (13.5%)</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E7B35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490 (47.4%)</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D84782"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363 (35.1%)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3C088A"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16 (1.5%)</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206675"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C395B" w:rsidRPr="000569BC" w14:paraId="73D968E1" w14:textId="77777777" w:rsidTr="000F7C69">
        <w:trPr>
          <w:gridAfter w:val="1"/>
          <w:wAfter w:w="12" w:type="dxa"/>
        </w:trPr>
        <w:tc>
          <w:tcPr>
            <w:tcW w:w="108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ECFC44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2023</w:t>
            </w:r>
          </w:p>
        </w:tc>
        <w:tc>
          <w:tcPr>
            <w:tcW w:w="118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53A929B6"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21 (2.1%)</w:t>
            </w:r>
          </w:p>
        </w:tc>
        <w:tc>
          <w:tcPr>
            <w:tcW w:w="141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BB2102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114 (11.5%)</w:t>
            </w:r>
          </w:p>
        </w:tc>
        <w:tc>
          <w:tcPr>
            <w:tcW w:w="141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921496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450 (45.4%)</w:t>
            </w:r>
          </w:p>
        </w:tc>
        <w:tc>
          <w:tcPr>
            <w:tcW w:w="141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D09F3F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387 (39.1%)</w:t>
            </w:r>
          </w:p>
        </w:tc>
        <w:tc>
          <w:tcPr>
            <w:tcW w:w="127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1E06A9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19 (1.9%)</w:t>
            </w:r>
          </w:p>
        </w:tc>
        <w:tc>
          <w:tcPr>
            <w:tcW w:w="162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96647B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C395B" w:rsidRPr="000569BC" w14:paraId="11BD8A10" w14:textId="77777777" w:rsidTr="000F7C69">
        <w:trPr>
          <w:gridAfter w:val="1"/>
          <w:wAfter w:w="12" w:type="dxa"/>
        </w:trPr>
        <w:tc>
          <w:tcPr>
            <w:tcW w:w="1080" w:type="dxa"/>
            <w:tcBorders>
              <w:bottom w:val="single" w:sz="18" w:space="0" w:color="000000" w:themeColor="text1"/>
            </w:tcBorders>
            <w:shd w:val="clear" w:color="auto" w:fill="FFFFFF"/>
            <w:tcMar>
              <w:top w:w="0" w:type="dxa"/>
              <w:left w:w="0" w:type="dxa"/>
              <w:bottom w:w="0" w:type="dxa"/>
              <w:right w:w="0" w:type="dxa"/>
            </w:tcMar>
            <w:vAlign w:val="center"/>
          </w:tcPr>
          <w:p w14:paraId="76996B2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2024</w:t>
            </w:r>
          </w:p>
        </w:tc>
        <w:tc>
          <w:tcPr>
            <w:tcW w:w="1188" w:type="dxa"/>
            <w:tcBorders>
              <w:bottom w:val="single" w:sz="18" w:space="0" w:color="000000" w:themeColor="text1"/>
            </w:tcBorders>
            <w:shd w:val="clear" w:color="auto" w:fill="FFFFFF"/>
            <w:tcMar>
              <w:top w:w="0" w:type="dxa"/>
              <w:left w:w="0" w:type="dxa"/>
              <w:bottom w:w="0" w:type="dxa"/>
              <w:right w:w="0" w:type="dxa"/>
            </w:tcMar>
            <w:vAlign w:val="center"/>
          </w:tcPr>
          <w:p w14:paraId="76B1D63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20 (1.8%)</w:t>
            </w:r>
          </w:p>
        </w:tc>
        <w:tc>
          <w:tcPr>
            <w:tcW w:w="1418" w:type="dxa"/>
            <w:tcBorders>
              <w:bottom w:val="single" w:sz="18" w:space="0" w:color="000000" w:themeColor="text1"/>
            </w:tcBorders>
            <w:shd w:val="clear" w:color="auto" w:fill="FFFFFF"/>
            <w:tcMar>
              <w:top w:w="0" w:type="dxa"/>
              <w:left w:w="0" w:type="dxa"/>
              <w:bottom w:w="0" w:type="dxa"/>
              <w:right w:w="0" w:type="dxa"/>
            </w:tcMar>
            <w:vAlign w:val="center"/>
          </w:tcPr>
          <w:p w14:paraId="1F731A3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120 (10.6%)</w:t>
            </w:r>
          </w:p>
        </w:tc>
        <w:tc>
          <w:tcPr>
            <w:tcW w:w="1417" w:type="dxa"/>
            <w:tcBorders>
              <w:bottom w:val="single" w:sz="18" w:space="0" w:color="000000" w:themeColor="text1"/>
            </w:tcBorders>
            <w:shd w:val="clear" w:color="auto" w:fill="FFFFFF"/>
            <w:tcMar>
              <w:top w:w="0" w:type="dxa"/>
              <w:left w:w="0" w:type="dxa"/>
              <w:bottom w:w="0" w:type="dxa"/>
              <w:right w:w="0" w:type="dxa"/>
            </w:tcMar>
            <w:vAlign w:val="center"/>
          </w:tcPr>
          <w:p w14:paraId="1DC0EED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475 (42.0%)</w:t>
            </w:r>
          </w:p>
        </w:tc>
        <w:tc>
          <w:tcPr>
            <w:tcW w:w="1418" w:type="dxa"/>
            <w:tcBorders>
              <w:bottom w:val="single" w:sz="18" w:space="0" w:color="000000" w:themeColor="text1"/>
            </w:tcBorders>
            <w:shd w:val="clear" w:color="auto" w:fill="FFFFFF"/>
            <w:tcMar>
              <w:top w:w="0" w:type="dxa"/>
              <w:left w:w="0" w:type="dxa"/>
              <w:bottom w:w="0" w:type="dxa"/>
              <w:right w:w="0" w:type="dxa"/>
            </w:tcMar>
            <w:vAlign w:val="center"/>
          </w:tcPr>
          <w:p w14:paraId="0D989A6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493 (43.6%)</w:t>
            </w:r>
          </w:p>
        </w:tc>
        <w:tc>
          <w:tcPr>
            <w:tcW w:w="1276" w:type="dxa"/>
            <w:tcBorders>
              <w:bottom w:val="single" w:sz="18" w:space="0" w:color="000000" w:themeColor="text1"/>
            </w:tcBorders>
            <w:shd w:val="clear" w:color="auto" w:fill="FFFFFF"/>
            <w:tcMar>
              <w:top w:w="0" w:type="dxa"/>
              <w:left w:w="0" w:type="dxa"/>
              <w:bottom w:w="0" w:type="dxa"/>
              <w:right w:w="0" w:type="dxa"/>
            </w:tcMar>
            <w:vAlign w:val="center"/>
          </w:tcPr>
          <w:p w14:paraId="326866D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23 (2.0%)</w:t>
            </w:r>
          </w:p>
        </w:tc>
        <w:tc>
          <w:tcPr>
            <w:tcW w:w="1628" w:type="dxa"/>
            <w:tcBorders>
              <w:bottom w:val="single" w:sz="18" w:space="0" w:color="000000" w:themeColor="text1"/>
            </w:tcBorders>
            <w:shd w:val="clear" w:color="auto" w:fill="FFFFFF"/>
            <w:tcMar>
              <w:top w:w="0" w:type="dxa"/>
              <w:left w:w="0" w:type="dxa"/>
              <w:bottom w:w="0" w:type="dxa"/>
              <w:right w:w="0" w:type="dxa"/>
            </w:tcMar>
            <w:vAlign w:val="center"/>
          </w:tcPr>
          <w:p w14:paraId="6A3F196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&lt;0.001</w:t>
            </w:r>
          </w:p>
        </w:tc>
      </w:tr>
      <w:tr w:rsidR="000C395B" w:rsidRPr="000569BC" w14:paraId="022DDE57" w14:textId="77777777" w:rsidTr="000F7C69">
        <w:tc>
          <w:tcPr>
            <w:tcW w:w="9437" w:type="dxa"/>
            <w:gridSpan w:val="8"/>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2F6649E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¹ (n, %)</w:t>
            </w:r>
          </w:p>
        </w:tc>
      </w:tr>
      <w:tr w:rsidR="000C395B" w:rsidRPr="000569BC" w14:paraId="7A9D4B96" w14:textId="77777777" w:rsidTr="000F7C69">
        <w:tc>
          <w:tcPr>
            <w:tcW w:w="9437" w:type="dxa"/>
            <w:gridSpan w:val="8"/>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34B764A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 xml:space="preserve">² </w:t>
            </w:r>
            <w:r w:rsidR="000569BC">
              <w:rPr>
                <w:rFonts w:asciiTheme="majorHAnsi" w:eastAsia="Arial" w:hAnsiTheme="majorHAnsi" w:cstheme="majorHAnsi"/>
                <w:color w:val="000000"/>
                <w:szCs w:val="24"/>
              </w:rPr>
              <w:t>Pearson’s chi-squared test</w:t>
            </w:r>
          </w:p>
        </w:tc>
      </w:tr>
    </w:tbl>
    <w:p w14:paraId="7F69A011" w14:textId="77777777" w:rsidR="000C395B" w:rsidRPr="000569BC" w:rsidRDefault="000C395B" w:rsidP="000C395B">
      <w:pPr>
        <w:spacing w:after="0" w:line="240" w:lineRule="auto"/>
        <w:rPr>
          <w:rFonts w:asciiTheme="majorHAnsi" w:hAnsiTheme="majorHAnsi" w:cstheme="majorHAnsi"/>
          <w:szCs w:val="24"/>
        </w:rPr>
      </w:pPr>
    </w:p>
    <w:p w14:paraId="122E9FA5" w14:textId="77777777" w:rsidR="000C395B" w:rsidRPr="000569BC" w:rsidRDefault="000C395B" w:rsidP="000C395B">
      <w:pPr>
        <w:spacing w:after="0" w:line="240" w:lineRule="auto"/>
        <w:rPr>
          <w:rFonts w:asciiTheme="majorHAnsi" w:hAnsiTheme="majorHAnsi" w:cstheme="majorHAnsi"/>
          <w:szCs w:val="24"/>
        </w:rPr>
      </w:pPr>
    </w:p>
    <w:p w14:paraId="21AF2CF9" w14:textId="77777777" w:rsidR="000C395B" w:rsidRPr="000569BC" w:rsidRDefault="000C395B" w:rsidP="000C395B">
      <w:pPr>
        <w:spacing w:after="0" w:line="240" w:lineRule="auto"/>
        <w:rPr>
          <w:rFonts w:asciiTheme="majorHAnsi" w:hAnsiTheme="majorHAnsi" w:cstheme="majorHAnsi"/>
          <w:b/>
          <w:bCs/>
          <w:szCs w:val="24"/>
        </w:rPr>
      </w:pPr>
      <w:r w:rsidRPr="000569BC">
        <w:rPr>
          <w:rFonts w:asciiTheme="majorHAnsi" w:hAnsiTheme="majorHAnsi" w:cstheme="majorHAnsi"/>
          <w:b/>
          <w:bCs/>
          <w:szCs w:val="24"/>
        </w:rPr>
        <w:t xml:space="preserve">Table 3. </w:t>
      </w:r>
      <w:r w:rsidR="000569BC" w:rsidRPr="000569BC">
        <w:rPr>
          <w:rFonts w:asciiTheme="majorHAnsi" w:hAnsiTheme="majorHAnsi" w:cstheme="majorHAnsi"/>
          <w:b/>
          <w:bCs/>
          <w:szCs w:val="24"/>
        </w:rPr>
        <w:t>Age-specific crude incidence rates (CR, per 100,000) by year, 2016–2024</w:t>
      </w:r>
      <w:r w:rsidRPr="000569BC">
        <w:rPr>
          <w:rFonts w:asciiTheme="majorHAnsi" w:hAnsiTheme="majorHAnsi" w:cstheme="majorHAnsi"/>
          <w:b/>
          <w:bCs/>
          <w:szCs w:val="24"/>
        </w:rPr>
        <w:t>.</w:t>
      </w:r>
    </w:p>
    <w:tbl>
      <w:tblPr>
        <w:tblW w:w="9479" w:type="dxa"/>
        <w:jc w:val="center"/>
        <w:tblLayout w:type="fixed"/>
        <w:tblLook w:val="0420" w:firstRow="1" w:lastRow="0" w:firstColumn="0" w:lastColumn="0" w:noHBand="0" w:noVBand="1"/>
      </w:tblPr>
      <w:tblGrid>
        <w:gridCol w:w="2333"/>
        <w:gridCol w:w="794"/>
        <w:gridCol w:w="794"/>
        <w:gridCol w:w="794"/>
        <w:gridCol w:w="794"/>
        <w:gridCol w:w="794"/>
        <w:gridCol w:w="794"/>
        <w:gridCol w:w="794"/>
        <w:gridCol w:w="794"/>
        <w:gridCol w:w="794"/>
      </w:tblGrid>
      <w:tr w:rsidR="000C395B" w:rsidRPr="000569BC" w14:paraId="07F3F74D" w14:textId="77777777" w:rsidTr="000F7C69">
        <w:trPr>
          <w:tblHeader/>
          <w:jc w:val="center"/>
        </w:trPr>
        <w:tc>
          <w:tcPr>
            <w:tcW w:w="2333"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585D107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Age group</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054E88E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2016</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30E75C5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2017</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36CF3015"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2018</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4574565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2019</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1B222B9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2020</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08EF18B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2021</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5794350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2022</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BC2C30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2023</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29C1B97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b/>
                <w:bCs/>
                <w:szCs w:val="24"/>
              </w:rPr>
            </w:pPr>
            <w:r w:rsidRPr="000569BC">
              <w:rPr>
                <w:rFonts w:asciiTheme="majorHAnsi" w:eastAsia="Arial" w:hAnsiTheme="majorHAnsi" w:cstheme="majorHAnsi"/>
                <w:b/>
                <w:bCs/>
                <w:color w:val="000000"/>
                <w:szCs w:val="24"/>
              </w:rPr>
              <w:t>2024</w:t>
            </w:r>
          </w:p>
        </w:tc>
      </w:tr>
      <w:tr w:rsidR="000C395B" w:rsidRPr="000569BC" w14:paraId="01B8FC7C" w14:textId="77777777" w:rsidTr="000F7C69">
        <w:trPr>
          <w:jc w:val="center"/>
        </w:trPr>
        <w:tc>
          <w:tcPr>
            <w:tcW w:w="2333"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62F0E2"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0-4</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C"/>
            <w:tcMar>
              <w:top w:w="0" w:type="dxa"/>
              <w:left w:w="0" w:type="dxa"/>
              <w:bottom w:w="0" w:type="dxa"/>
              <w:right w:w="0" w:type="dxa"/>
            </w:tcMar>
            <w:vAlign w:val="center"/>
          </w:tcPr>
          <w:p w14:paraId="2FBFD28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0.19</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E0DD"/>
            <w:tcMar>
              <w:top w:w="0" w:type="dxa"/>
              <w:left w:w="0" w:type="dxa"/>
              <w:bottom w:w="0" w:type="dxa"/>
              <w:right w:w="0" w:type="dxa"/>
            </w:tcMar>
            <w:vAlign w:val="center"/>
          </w:tcPr>
          <w:p w14:paraId="6CFBBF35"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0.06</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E0DD"/>
            <w:tcMar>
              <w:top w:w="0" w:type="dxa"/>
              <w:left w:w="0" w:type="dxa"/>
              <w:bottom w:w="0" w:type="dxa"/>
              <w:right w:w="0" w:type="dxa"/>
            </w:tcMar>
            <w:vAlign w:val="center"/>
          </w:tcPr>
          <w:p w14:paraId="10E3495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0.00</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E0DD"/>
            <w:tcMar>
              <w:top w:w="0" w:type="dxa"/>
              <w:left w:w="0" w:type="dxa"/>
              <w:bottom w:w="0" w:type="dxa"/>
              <w:right w:w="0" w:type="dxa"/>
            </w:tcMar>
            <w:vAlign w:val="center"/>
          </w:tcPr>
          <w:p w14:paraId="7A82716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0.00</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C"/>
            <w:tcMar>
              <w:top w:w="0" w:type="dxa"/>
              <w:left w:w="0" w:type="dxa"/>
              <w:bottom w:w="0" w:type="dxa"/>
              <w:right w:w="0" w:type="dxa"/>
            </w:tcMar>
            <w:vAlign w:val="center"/>
          </w:tcPr>
          <w:p w14:paraId="7944E5C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0.23</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C"/>
            <w:tcMar>
              <w:top w:w="0" w:type="dxa"/>
              <w:left w:w="0" w:type="dxa"/>
              <w:bottom w:w="0" w:type="dxa"/>
              <w:right w:w="0" w:type="dxa"/>
            </w:tcMar>
            <w:vAlign w:val="center"/>
          </w:tcPr>
          <w:p w14:paraId="633055EA"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0.16</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505CE2A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0.10</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166EEE3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0.10</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38B48E0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0.10</w:t>
            </w:r>
          </w:p>
        </w:tc>
      </w:tr>
      <w:tr w:rsidR="000C395B" w:rsidRPr="000569BC" w14:paraId="71E84E9C"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0BACA0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5-9</w:t>
            </w:r>
          </w:p>
        </w:tc>
        <w:tc>
          <w:tcPr>
            <w:tcW w:w="794" w:type="dxa"/>
            <w:tcBorders>
              <w:top w:val="none" w:sz="0" w:space="0" w:color="000000"/>
              <w:left w:val="none" w:sz="0" w:space="0" w:color="000000"/>
              <w:bottom w:val="none" w:sz="0" w:space="0" w:color="000000"/>
              <w:right w:val="none" w:sz="0" w:space="0" w:color="000000"/>
            </w:tcBorders>
            <w:shd w:val="clear" w:color="auto" w:fill="FDDFDC"/>
            <w:tcMar>
              <w:top w:w="0" w:type="dxa"/>
              <w:left w:w="0" w:type="dxa"/>
              <w:bottom w:w="0" w:type="dxa"/>
              <w:right w:w="0" w:type="dxa"/>
            </w:tcMar>
            <w:vAlign w:val="center"/>
          </w:tcPr>
          <w:p w14:paraId="08E57C7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0.14</w:t>
            </w:r>
          </w:p>
        </w:tc>
        <w:tc>
          <w:tcPr>
            <w:tcW w:w="794" w:type="dxa"/>
            <w:tcBorders>
              <w:top w:val="none" w:sz="0" w:space="0" w:color="000000"/>
              <w:left w:val="none" w:sz="0" w:space="0" w:color="000000"/>
              <w:bottom w:val="none" w:sz="0" w:space="0" w:color="000000"/>
              <w:right w:val="none" w:sz="0" w:space="0" w:color="000000"/>
            </w:tcBorders>
            <w:shd w:val="clear" w:color="auto" w:fill="FDDFDC"/>
            <w:tcMar>
              <w:top w:w="0" w:type="dxa"/>
              <w:left w:w="0" w:type="dxa"/>
              <w:bottom w:w="0" w:type="dxa"/>
              <w:right w:w="0" w:type="dxa"/>
            </w:tcMar>
            <w:vAlign w:val="center"/>
          </w:tcPr>
          <w:p w14:paraId="66E48665"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0.20</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6804AE2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0.27</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1698EEE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0.33</w:t>
            </w:r>
          </w:p>
        </w:tc>
        <w:tc>
          <w:tcPr>
            <w:tcW w:w="794" w:type="dxa"/>
            <w:tcBorders>
              <w:top w:val="none" w:sz="0" w:space="0" w:color="000000"/>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0410B46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0.13</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0FE5D9F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0.31</w:t>
            </w:r>
          </w:p>
        </w:tc>
        <w:tc>
          <w:tcPr>
            <w:tcW w:w="794" w:type="dxa"/>
            <w:tcBorders>
              <w:top w:val="none" w:sz="0" w:space="0" w:color="000000"/>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7FE8A17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0.12</w:t>
            </w:r>
          </w:p>
        </w:tc>
        <w:tc>
          <w:tcPr>
            <w:tcW w:w="794" w:type="dxa"/>
            <w:tcBorders>
              <w:top w:val="none" w:sz="0" w:space="0" w:color="000000"/>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1A86406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0.12</w:t>
            </w:r>
          </w:p>
        </w:tc>
        <w:tc>
          <w:tcPr>
            <w:tcW w:w="794" w:type="dxa"/>
            <w:tcBorders>
              <w:top w:val="none" w:sz="0" w:space="0" w:color="000000"/>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2B62371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0.12</w:t>
            </w:r>
          </w:p>
        </w:tc>
      </w:tr>
      <w:tr w:rsidR="000C395B" w:rsidRPr="000569BC" w14:paraId="168B6CC2"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1CAE0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lastRenderedPageBreak/>
              <w:t>10-14</w:t>
            </w:r>
          </w:p>
        </w:tc>
        <w:tc>
          <w:tcPr>
            <w:tcW w:w="794" w:type="dxa"/>
            <w:tcBorders>
              <w:top w:val="none" w:sz="0" w:space="0" w:color="000000"/>
              <w:left w:val="none" w:sz="0" w:space="0" w:color="000000"/>
              <w:bottom w:val="none" w:sz="0" w:space="0" w:color="000000"/>
              <w:right w:val="none" w:sz="0" w:space="0" w:color="000000"/>
            </w:tcBorders>
            <w:shd w:val="clear" w:color="auto" w:fill="FDDDDB"/>
            <w:tcMar>
              <w:top w:w="0" w:type="dxa"/>
              <w:left w:w="0" w:type="dxa"/>
              <w:bottom w:w="0" w:type="dxa"/>
              <w:right w:w="0" w:type="dxa"/>
            </w:tcMar>
            <w:vAlign w:val="center"/>
          </w:tcPr>
          <w:p w14:paraId="7F4D506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0.46</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5411939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0.37</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41581FE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0.36</w:t>
            </w:r>
          </w:p>
        </w:tc>
        <w:tc>
          <w:tcPr>
            <w:tcW w:w="794" w:type="dxa"/>
            <w:tcBorders>
              <w:top w:val="none" w:sz="0" w:space="0" w:color="000000"/>
              <w:left w:val="none" w:sz="0" w:space="0" w:color="000000"/>
              <w:bottom w:val="none" w:sz="0" w:space="0" w:color="000000"/>
              <w:right w:val="none" w:sz="0" w:space="0" w:color="000000"/>
            </w:tcBorders>
            <w:shd w:val="clear" w:color="auto" w:fill="FDDDDB"/>
            <w:tcMar>
              <w:top w:w="0" w:type="dxa"/>
              <w:left w:w="0" w:type="dxa"/>
              <w:bottom w:w="0" w:type="dxa"/>
              <w:right w:w="0" w:type="dxa"/>
            </w:tcMar>
            <w:vAlign w:val="center"/>
          </w:tcPr>
          <w:p w14:paraId="6CCC0FF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0.57</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6B8E7CE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0.34</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5459BC72"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0.40</w:t>
            </w:r>
          </w:p>
        </w:tc>
        <w:tc>
          <w:tcPr>
            <w:tcW w:w="794" w:type="dxa"/>
            <w:tcBorders>
              <w:top w:val="none" w:sz="0" w:space="0" w:color="000000"/>
              <w:left w:val="none" w:sz="0" w:space="0" w:color="000000"/>
              <w:bottom w:val="none" w:sz="0" w:space="0" w:color="000000"/>
              <w:right w:val="none" w:sz="0" w:space="0" w:color="000000"/>
            </w:tcBorders>
            <w:shd w:val="clear" w:color="auto" w:fill="FDDDDB"/>
            <w:tcMar>
              <w:top w:w="0" w:type="dxa"/>
              <w:left w:w="0" w:type="dxa"/>
              <w:bottom w:w="0" w:type="dxa"/>
              <w:right w:w="0" w:type="dxa"/>
            </w:tcMar>
            <w:vAlign w:val="center"/>
          </w:tcPr>
          <w:p w14:paraId="119F533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0.52</w:t>
            </w:r>
          </w:p>
        </w:tc>
        <w:tc>
          <w:tcPr>
            <w:tcW w:w="794" w:type="dxa"/>
            <w:tcBorders>
              <w:top w:val="none" w:sz="0" w:space="0" w:color="000000"/>
              <w:left w:val="none" w:sz="0" w:space="0" w:color="000000"/>
              <w:bottom w:val="none" w:sz="0" w:space="0" w:color="000000"/>
              <w:right w:val="none" w:sz="0" w:space="0" w:color="000000"/>
            </w:tcBorders>
            <w:shd w:val="clear" w:color="auto" w:fill="FDDDDB"/>
            <w:tcMar>
              <w:top w:w="0" w:type="dxa"/>
              <w:left w:w="0" w:type="dxa"/>
              <w:bottom w:w="0" w:type="dxa"/>
              <w:right w:w="0" w:type="dxa"/>
            </w:tcMar>
            <w:vAlign w:val="center"/>
          </w:tcPr>
          <w:p w14:paraId="2848D4E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0.46</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0D1C6CE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0.31</w:t>
            </w:r>
          </w:p>
        </w:tc>
      </w:tr>
      <w:tr w:rsidR="000C395B" w:rsidRPr="000569BC" w14:paraId="5CB7381A"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D80BD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15-19</w:t>
            </w:r>
          </w:p>
        </w:tc>
        <w:tc>
          <w:tcPr>
            <w:tcW w:w="794" w:type="dxa"/>
            <w:tcBorders>
              <w:top w:val="none" w:sz="0" w:space="0" w:color="000000"/>
              <w:left w:val="none" w:sz="0" w:space="0" w:color="000000"/>
              <w:bottom w:val="none" w:sz="0" w:space="0" w:color="000000"/>
              <w:right w:val="none" w:sz="0" w:space="0" w:color="000000"/>
            </w:tcBorders>
            <w:shd w:val="clear" w:color="auto" w:fill="FDDCDB"/>
            <w:tcMar>
              <w:top w:w="0" w:type="dxa"/>
              <w:left w:w="0" w:type="dxa"/>
              <w:bottom w:w="0" w:type="dxa"/>
              <w:right w:w="0" w:type="dxa"/>
            </w:tcMar>
            <w:vAlign w:val="center"/>
          </w:tcPr>
          <w:p w14:paraId="644B2E3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0.66</w:t>
            </w:r>
          </w:p>
        </w:tc>
        <w:tc>
          <w:tcPr>
            <w:tcW w:w="794" w:type="dxa"/>
            <w:tcBorders>
              <w:top w:val="none" w:sz="0" w:space="0" w:color="000000"/>
              <w:left w:val="none" w:sz="0" w:space="0" w:color="000000"/>
              <w:bottom w:val="none" w:sz="0" w:space="0" w:color="000000"/>
              <w:right w:val="none" w:sz="0" w:space="0" w:color="000000"/>
            </w:tcBorders>
            <w:shd w:val="clear" w:color="auto" w:fill="FDD8D8"/>
            <w:tcMar>
              <w:top w:w="0" w:type="dxa"/>
              <w:left w:w="0" w:type="dxa"/>
              <w:bottom w:w="0" w:type="dxa"/>
              <w:right w:w="0" w:type="dxa"/>
            </w:tcMar>
            <w:vAlign w:val="center"/>
          </w:tcPr>
          <w:p w14:paraId="3339D32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1.36</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4C66FFD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1.08</w:t>
            </w:r>
          </w:p>
        </w:tc>
        <w:tc>
          <w:tcPr>
            <w:tcW w:w="794" w:type="dxa"/>
            <w:tcBorders>
              <w:top w:val="none" w:sz="0" w:space="0" w:color="000000"/>
              <w:left w:val="none" w:sz="0" w:space="0" w:color="000000"/>
              <w:bottom w:val="none" w:sz="0" w:space="0" w:color="000000"/>
              <w:right w:val="none" w:sz="0" w:space="0" w:color="000000"/>
            </w:tcBorders>
            <w:shd w:val="clear" w:color="auto" w:fill="FDDCDB"/>
            <w:tcMar>
              <w:top w:w="0" w:type="dxa"/>
              <w:left w:w="0" w:type="dxa"/>
              <w:bottom w:w="0" w:type="dxa"/>
              <w:right w:w="0" w:type="dxa"/>
            </w:tcMar>
            <w:vAlign w:val="center"/>
          </w:tcPr>
          <w:p w14:paraId="2672F36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0.62</w:t>
            </w:r>
          </w:p>
        </w:tc>
        <w:tc>
          <w:tcPr>
            <w:tcW w:w="794" w:type="dxa"/>
            <w:tcBorders>
              <w:top w:val="none" w:sz="0" w:space="0" w:color="000000"/>
              <w:left w:val="none" w:sz="0" w:space="0" w:color="000000"/>
              <w:bottom w:val="none" w:sz="0" w:space="0" w:color="000000"/>
              <w:right w:val="none" w:sz="0" w:space="0" w:color="000000"/>
            </w:tcBorders>
            <w:shd w:val="clear" w:color="auto" w:fill="FDDBDA"/>
            <w:tcMar>
              <w:top w:w="0" w:type="dxa"/>
              <w:left w:w="0" w:type="dxa"/>
              <w:bottom w:w="0" w:type="dxa"/>
              <w:right w:w="0" w:type="dxa"/>
            </w:tcMar>
            <w:vAlign w:val="center"/>
          </w:tcPr>
          <w:p w14:paraId="22F013F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0.93</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6F3A3C3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1.00</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28245216"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0.98</w:t>
            </w:r>
          </w:p>
        </w:tc>
        <w:tc>
          <w:tcPr>
            <w:tcW w:w="794" w:type="dxa"/>
            <w:tcBorders>
              <w:top w:val="none" w:sz="0" w:space="0" w:color="000000"/>
              <w:left w:val="none" w:sz="0" w:space="0" w:color="000000"/>
              <w:bottom w:val="none" w:sz="0" w:space="0" w:color="000000"/>
              <w:right w:val="none" w:sz="0" w:space="0" w:color="000000"/>
            </w:tcBorders>
            <w:shd w:val="clear" w:color="auto" w:fill="FDDCDA"/>
            <w:tcMar>
              <w:top w:w="0" w:type="dxa"/>
              <w:left w:w="0" w:type="dxa"/>
              <w:bottom w:w="0" w:type="dxa"/>
              <w:right w:w="0" w:type="dxa"/>
            </w:tcMar>
            <w:vAlign w:val="center"/>
          </w:tcPr>
          <w:p w14:paraId="146DDCA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0.76</w:t>
            </w:r>
          </w:p>
        </w:tc>
        <w:tc>
          <w:tcPr>
            <w:tcW w:w="794" w:type="dxa"/>
            <w:tcBorders>
              <w:top w:val="none" w:sz="0" w:space="0" w:color="000000"/>
              <w:left w:val="none" w:sz="0" w:space="0" w:color="000000"/>
              <w:bottom w:val="none" w:sz="0" w:space="0" w:color="000000"/>
              <w:right w:val="none" w:sz="0" w:space="0" w:color="000000"/>
            </w:tcBorders>
            <w:shd w:val="clear" w:color="auto" w:fill="FDDBDA"/>
            <w:tcMar>
              <w:top w:w="0" w:type="dxa"/>
              <w:left w:w="0" w:type="dxa"/>
              <w:bottom w:w="0" w:type="dxa"/>
              <w:right w:w="0" w:type="dxa"/>
            </w:tcMar>
            <w:vAlign w:val="center"/>
          </w:tcPr>
          <w:p w14:paraId="55B6B12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0.80</w:t>
            </w:r>
          </w:p>
        </w:tc>
      </w:tr>
      <w:tr w:rsidR="000C395B" w:rsidRPr="000569BC" w14:paraId="2A2E2633"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F01ED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20-24</w:t>
            </w:r>
          </w:p>
        </w:tc>
        <w:tc>
          <w:tcPr>
            <w:tcW w:w="794" w:type="dxa"/>
            <w:tcBorders>
              <w:top w:val="none" w:sz="0" w:space="0" w:color="000000"/>
              <w:left w:val="none" w:sz="0" w:space="0" w:color="000000"/>
              <w:bottom w:val="none" w:sz="0" w:space="0" w:color="000000"/>
              <w:right w:val="none" w:sz="0" w:space="0" w:color="000000"/>
            </w:tcBorders>
            <w:shd w:val="clear" w:color="auto" w:fill="FDD9D9"/>
            <w:tcMar>
              <w:top w:w="0" w:type="dxa"/>
              <w:left w:w="0" w:type="dxa"/>
              <w:bottom w:w="0" w:type="dxa"/>
              <w:right w:w="0" w:type="dxa"/>
            </w:tcMar>
            <w:vAlign w:val="center"/>
          </w:tcPr>
          <w:p w14:paraId="45DC702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1.19</w:t>
            </w:r>
          </w:p>
        </w:tc>
        <w:tc>
          <w:tcPr>
            <w:tcW w:w="794" w:type="dxa"/>
            <w:tcBorders>
              <w:top w:val="none" w:sz="0" w:space="0" w:color="000000"/>
              <w:left w:val="none" w:sz="0" w:space="0" w:color="000000"/>
              <w:bottom w:val="none" w:sz="0" w:space="0" w:color="000000"/>
              <w:right w:val="none" w:sz="0" w:space="0" w:color="000000"/>
            </w:tcBorders>
            <w:shd w:val="clear" w:color="auto" w:fill="FDD8D8"/>
            <w:tcMar>
              <w:top w:w="0" w:type="dxa"/>
              <w:left w:w="0" w:type="dxa"/>
              <w:bottom w:w="0" w:type="dxa"/>
              <w:right w:w="0" w:type="dxa"/>
            </w:tcMar>
            <w:vAlign w:val="center"/>
          </w:tcPr>
          <w:p w14:paraId="34C6813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1.34</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3E583C6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1.04</w:t>
            </w:r>
          </w:p>
        </w:tc>
        <w:tc>
          <w:tcPr>
            <w:tcW w:w="794" w:type="dxa"/>
            <w:tcBorders>
              <w:top w:val="none" w:sz="0" w:space="0" w:color="000000"/>
              <w:left w:val="none" w:sz="0" w:space="0" w:color="000000"/>
              <w:bottom w:val="none" w:sz="0" w:space="0" w:color="000000"/>
              <w:right w:val="none" w:sz="0" w:space="0" w:color="000000"/>
            </w:tcBorders>
            <w:shd w:val="clear" w:color="auto" w:fill="FDD8D8"/>
            <w:tcMar>
              <w:top w:w="0" w:type="dxa"/>
              <w:left w:w="0" w:type="dxa"/>
              <w:bottom w:w="0" w:type="dxa"/>
              <w:right w:w="0" w:type="dxa"/>
            </w:tcMar>
            <w:vAlign w:val="center"/>
          </w:tcPr>
          <w:p w14:paraId="5A11127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1.42</w:t>
            </w:r>
          </w:p>
        </w:tc>
        <w:tc>
          <w:tcPr>
            <w:tcW w:w="794" w:type="dxa"/>
            <w:tcBorders>
              <w:top w:val="none" w:sz="0" w:space="0" w:color="000000"/>
              <w:left w:val="none" w:sz="0" w:space="0" w:color="000000"/>
              <w:bottom w:val="none" w:sz="0" w:space="0" w:color="000000"/>
              <w:right w:val="none" w:sz="0" w:space="0" w:color="000000"/>
            </w:tcBorders>
            <w:shd w:val="clear" w:color="auto" w:fill="FDD9D8"/>
            <w:tcMar>
              <w:top w:w="0" w:type="dxa"/>
              <w:left w:w="0" w:type="dxa"/>
              <w:bottom w:w="0" w:type="dxa"/>
              <w:right w:w="0" w:type="dxa"/>
            </w:tcMar>
            <w:vAlign w:val="center"/>
          </w:tcPr>
          <w:p w14:paraId="5BFDD55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1.26</w:t>
            </w:r>
          </w:p>
        </w:tc>
        <w:tc>
          <w:tcPr>
            <w:tcW w:w="794" w:type="dxa"/>
            <w:tcBorders>
              <w:top w:val="none" w:sz="0" w:space="0" w:color="000000"/>
              <w:left w:val="none" w:sz="0" w:space="0" w:color="000000"/>
              <w:bottom w:val="none" w:sz="0" w:space="0" w:color="000000"/>
              <w:right w:val="none" w:sz="0" w:space="0" w:color="000000"/>
            </w:tcBorders>
            <w:shd w:val="clear" w:color="auto" w:fill="FDD7D7"/>
            <w:tcMar>
              <w:top w:w="0" w:type="dxa"/>
              <w:left w:w="0" w:type="dxa"/>
              <w:bottom w:w="0" w:type="dxa"/>
              <w:right w:w="0" w:type="dxa"/>
            </w:tcMar>
            <w:vAlign w:val="center"/>
          </w:tcPr>
          <w:p w14:paraId="33EE455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1.61</w:t>
            </w:r>
          </w:p>
        </w:tc>
        <w:tc>
          <w:tcPr>
            <w:tcW w:w="794" w:type="dxa"/>
            <w:tcBorders>
              <w:top w:val="none" w:sz="0" w:space="0" w:color="000000"/>
              <w:left w:val="none" w:sz="0" w:space="0" w:color="000000"/>
              <w:bottom w:val="none" w:sz="0" w:space="0" w:color="000000"/>
              <w:right w:val="none" w:sz="0" w:space="0" w:color="000000"/>
            </w:tcBorders>
            <w:shd w:val="clear" w:color="auto" w:fill="FDD6D6"/>
            <w:tcMar>
              <w:top w:w="0" w:type="dxa"/>
              <w:left w:w="0" w:type="dxa"/>
              <w:bottom w:w="0" w:type="dxa"/>
              <w:right w:w="0" w:type="dxa"/>
            </w:tcMar>
            <w:vAlign w:val="center"/>
          </w:tcPr>
          <w:p w14:paraId="56E7198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1.83</w:t>
            </w:r>
          </w:p>
        </w:tc>
        <w:tc>
          <w:tcPr>
            <w:tcW w:w="794" w:type="dxa"/>
            <w:tcBorders>
              <w:top w:val="none" w:sz="0" w:space="0" w:color="000000"/>
              <w:left w:val="none" w:sz="0" w:space="0" w:color="000000"/>
              <w:bottom w:val="none" w:sz="0" w:space="0" w:color="000000"/>
              <w:right w:val="none" w:sz="0" w:space="0" w:color="000000"/>
            </w:tcBorders>
            <w:shd w:val="clear" w:color="auto" w:fill="FDD9D8"/>
            <w:tcMar>
              <w:top w:w="0" w:type="dxa"/>
              <w:left w:w="0" w:type="dxa"/>
              <w:bottom w:w="0" w:type="dxa"/>
              <w:right w:w="0" w:type="dxa"/>
            </w:tcMar>
            <w:vAlign w:val="center"/>
          </w:tcPr>
          <w:p w14:paraId="7ACB6B1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1.30</w:t>
            </w:r>
          </w:p>
        </w:tc>
        <w:tc>
          <w:tcPr>
            <w:tcW w:w="794" w:type="dxa"/>
            <w:tcBorders>
              <w:top w:val="none" w:sz="0" w:space="0" w:color="000000"/>
              <w:left w:val="none" w:sz="0" w:space="0" w:color="000000"/>
              <w:bottom w:val="none" w:sz="0" w:space="0" w:color="000000"/>
              <w:right w:val="none" w:sz="0" w:space="0" w:color="000000"/>
            </w:tcBorders>
            <w:shd w:val="clear" w:color="auto" w:fill="FDD8D8"/>
            <w:tcMar>
              <w:top w:w="0" w:type="dxa"/>
              <w:left w:w="0" w:type="dxa"/>
              <w:bottom w:w="0" w:type="dxa"/>
              <w:right w:w="0" w:type="dxa"/>
            </w:tcMar>
            <w:vAlign w:val="center"/>
          </w:tcPr>
          <w:p w14:paraId="68D76442"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1.32</w:t>
            </w:r>
          </w:p>
        </w:tc>
      </w:tr>
      <w:tr w:rsidR="000C395B" w:rsidRPr="000569BC" w14:paraId="10F7AF47"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7C2D6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25-29</w:t>
            </w:r>
          </w:p>
        </w:tc>
        <w:tc>
          <w:tcPr>
            <w:tcW w:w="794" w:type="dxa"/>
            <w:tcBorders>
              <w:top w:val="none" w:sz="0" w:space="0" w:color="000000"/>
              <w:left w:val="none" w:sz="0" w:space="0" w:color="000000"/>
              <w:bottom w:val="none" w:sz="0" w:space="0" w:color="000000"/>
              <w:right w:val="none" w:sz="0" w:space="0" w:color="000000"/>
            </w:tcBorders>
            <w:shd w:val="clear" w:color="auto" w:fill="FDD7D7"/>
            <w:tcMar>
              <w:top w:w="0" w:type="dxa"/>
              <w:left w:w="0" w:type="dxa"/>
              <w:bottom w:w="0" w:type="dxa"/>
              <w:right w:w="0" w:type="dxa"/>
            </w:tcMar>
            <w:vAlign w:val="center"/>
          </w:tcPr>
          <w:p w14:paraId="01E7593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1.62</w:t>
            </w:r>
          </w:p>
        </w:tc>
        <w:tc>
          <w:tcPr>
            <w:tcW w:w="794" w:type="dxa"/>
            <w:tcBorders>
              <w:top w:val="none" w:sz="0" w:space="0" w:color="000000"/>
              <w:left w:val="none" w:sz="0" w:space="0" w:color="000000"/>
              <w:bottom w:val="none" w:sz="0" w:space="0" w:color="000000"/>
              <w:right w:val="none" w:sz="0" w:space="0" w:color="000000"/>
            </w:tcBorders>
            <w:shd w:val="clear" w:color="auto" w:fill="FDDBDA"/>
            <w:tcMar>
              <w:top w:w="0" w:type="dxa"/>
              <w:left w:w="0" w:type="dxa"/>
              <w:bottom w:w="0" w:type="dxa"/>
              <w:right w:w="0" w:type="dxa"/>
            </w:tcMar>
            <w:vAlign w:val="center"/>
          </w:tcPr>
          <w:p w14:paraId="235713D6"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0.89</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5EA0C5B2"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1.07</w:t>
            </w:r>
          </w:p>
        </w:tc>
        <w:tc>
          <w:tcPr>
            <w:tcW w:w="794" w:type="dxa"/>
            <w:tcBorders>
              <w:top w:val="none" w:sz="0" w:space="0" w:color="000000"/>
              <w:left w:val="none" w:sz="0" w:space="0" w:color="000000"/>
              <w:bottom w:val="none" w:sz="0" w:space="0" w:color="000000"/>
              <w:right w:val="none" w:sz="0" w:space="0" w:color="000000"/>
            </w:tcBorders>
            <w:shd w:val="clear" w:color="auto" w:fill="FDDCDA"/>
            <w:tcMar>
              <w:top w:w="0" w:type="dxa"/>
              <w:left w:w="0" w:type="dxa"/>
              <w:bottom w:w="0" w:type="dxa"/>
              <w:right w:w="0" w:type="dxa"/>
            </w:tcMar>
            <w:vAlign w:val="center"/>
          </w:tcPr>
          <w:p w14:paraId="58CD1D0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0.75</w:t>
            </w:r>
          </w:p>
        </w:tc>
        <w:tc>
          <w:tcPr>
            <w:tcW w:w="794" w:type="dxa"/>
            <w:tcBorders>
              <w:top w:val="none" w:sz="0" w:space="0" w:color="000000"/>
              <w:left w:val="none" w:sz="0" w:space="0" w:color="000000"/>
              <w:bottom w:val="none" w:sz="0" w:space="0" w:color="000000"/>
              <w:right w:val="none" w:sz="0" w:space="0" w:color="000000"/>
            </w:tcBorders>
            <w:shd w:val="clear" w:color="auto" w:fill="FDD8D8"/>
            <w:tcMar>
              <w:top w:w="0" w:type="dxa"/>
              <w:left w:w="0" w:type="dxa"/>
              <w:bottom w:w="0" w:type="dxa"/>
              <w:right w:w="0" w:type="dxa"/>
            </w:tcMar>
            <w:vAlign w:val="center"/>
          </w:tcPr>
          <w:p w14:paraId="4FE037F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1.44</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67CFDA1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1.12</w:t>
            </w:r>
          </w:p>
        </w:tc>
        <w:tc>
          <w:tcPr>
            <w:tcW w:w="794" w:type="dxa"/>
            <w:tcBorders>
              <w:top w:val="none" w:sz="0" w:space="0" w:color="000000"/>
              <w:left w:val="none" w:sz="0" w:space="0" w:color="000000"/>
              <w:bottom w:val="none" w:sz="0" w:space="0" w:color="000000"/>
              <w:right w:val="none" w:sz="0" w:space="0" w:color="000000"/>
            </w:tcBorders>
            <w:shd w:val="clear" w:color="auto" w:fill="FDD7D7"/>
            <w:tcMar>
              <w:top w:w="0" w:type="dxa"/>
              <w:left w:w="0" w:type="dxa"/>
              <w:bottom w:w="0" w:type="dxa"/>
              <w:right w:w="0" w:type="dxa"/>
            </w:tcMar>
            <w:vAlign w:val="center"/>
          </w:tcPr>
          <w:p w14:paraId="2BEDA82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1.59</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5757A752"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1.02</w:t>
            </w:r>
          </w:p>
        </w:tc>
        <w:tc>
          <w:tcPr>
            <w:tcW w:w="794" w:type="dxa"/>
            <w:tcBorders>
              <w:top w:val="none" w:sz="0" w:space="0" w:color="000000"/>
              <w:left w:val="none" w:sz="0" w:space="0" w:color="000000"/>
              <w:bottom w:val="none" w:sz="0" w:space="0" w:color="000000"/>
              <w:right w:val="none" w:sz="0" w:space="0" w:color="000000"/>
            </w:tcBorders>
            <w:shd w:val="clear" w:color="auto" w:fill="FDDBDA"/>
            <w:tcMar>
              <w:top w:w="0" w:type="dxa"/>
              <w:left w:w="0" w:type="dxa"/>
              <w:bottom w:w="0" w:type="dxa"/>
              <w:right w:w="0" w:type="dxa"/>
            </w:tcMar>
            <w:vAlign w:val="center"/>
          </w:tcPr>
          <w:p w14:paraId="58BACA8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0.91</w:t>
            </w:r>
          </w:p>
        </w:tc>
      </w:tr>
      <w:tr w:rsidR="000C395B" w:rsidRPr="000569BC" w14:paraId="2F4F6284"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0BE64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30-34</w:t>
            </w:r>
          </w:p>
        </w:tc>
        <w:tc>
          <w:tcPr>
            <w:tcW w:w="794" w:type="dxa"/>
            <w:tcBorders>
              <w:top w:val="none" w:sz="0" w:space="0" w:color="000000"/>
              <w:left w:val="none" w:sz="0" w:space="0" w:color="000000"/>
              <w:bottom w:val="none" w:sz="0" w:space="0" w:color="000000"/>
              <w:right w:val="none" w:sz="0" w:space="0" w:color="000000"/>
            </w:tcBorders>
            <w:shd w:val="clear" w:color="auto" w:fill="FDD2D4"/>
            <w:tcMar>
              <w:top w:w="0" w:type="dxa"/>
              <w:left w:w="0" w:type="dxa"/>
              <w:bottom w:w="0" w:type="dxa"/>
              <w:right w:w="0" w:type="dxa"/>
            </w:tcMar>
            <w:vAlign w:val="center"/>
          </w:tcPr>
          <w:p w14:paraId="288ED19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2.42</w:t>
            </w:r>
          </w:p>
        </w:tc>
        <w:tc>
          <w:tcPr>
            <w:tcW w:w="794" w:type="dxa"/>
            <w:tcBorders>
              <w:top w:val="none" w:sz="0" w:space="0" w:color="000000"/>
              <w:left w:val="none" w:sz="0" w:space="0" w:color="000000"/>
              <w:bottom w:val="none" w:sz="0" w:space="0" w:color="000000"/>
              <w:right w:val="none" w:sz="0" w:space="0" w:color="000000"/>
            </w:tcBorders>
            <w:shd w:val="clear" w:color="auto" w:fill="FDD0D3"/>
            <w:tcMar>
              <w:top w:w="0" w:type="dxa"/>
              <w:left w:w="0" w:type="dxa"/>
              <w:bottom w:w="0" w:type="dxa"/>
              <w:right w:w="0" w:type="dxa"/>
            </w:tcMar>
            <w:vAlign w:val="center"/>
          </w:tcPr>
          <w:p w14:paraId="0A0B81D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2.74</w:t>
            </w:r>
          </w:p>
        </w:tc>
        <w:tc>
          <w:tcPr>
            <w:tcW w:w="794" w:type="dxa"/>
            <w:tcBorders>
              <w:top w:val="none" w:sz="0" w:space="0" w:color="000000"/>
              <w:left w:val="none" w:sz="0" w:space="0" w:color="000000"/>
              <w:bottom w:val="none" w:sz="0" w:space="0" w:color="000000"/>
              <w:right w:val="none" w:sz="0" w:space="0" w:color="000000"/>
            </w:tcBorders>
            <w:shd w:val="clear" w:color="auto" w:fill="FDD5D6"/>
            <w:tcMar>
              <w:top w:w="0" w:type="dxa"/>
              <w:left w:w="0" w:type="dxa"/>
              <w:bottom w:w="0" w:type="dxa"/>
              <w:right w:w="0" w:type="dxa"/>
            </w:tcMar>
            <w:vAlign w:val="center"/>
          </w:tcPr>
          <w:p w14:paraId="76811C3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2.01</w:t>
            </w:r>
          </w:p>
        </w:tc>
        <w:tc>
          <w:tcPr>
            <w:tcW w:w="794" w:type="dxa"/>
            <w:tcBorders>
              <w:top w:val="none" w:sz="0" w:space="0" w:color="000000"/>
              <w:left w:val="none" w:sz="0" w:space="0" w:color="000000"/>
              <w:bottom w:val="none" w:sz="0" w:space="0" w:color="000000"/>
              <w:right w:val="none" w:sz="0" w:space="0" w:color="000000"/>
            </w:tcBorders>
            <w:shd w:val="clear" w:color="auto" w:fill="FDD4D5"/>
            <w:tcMar>
              <w:top w:w="0" w:type="dxa"/>
              <w:left w:w="0" w:type="dxa"/>
              <w:bottom w:w="0" w:type="dxa"/>
              <w:right w:w="0" w:type="dxa"/>
            </w:tcMar>
            <w:vAlign w:val="center"/>
          </w:tcPr>
          <w:p w14:paraId="5223BD7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2.14</w:t>
            </w:r>
          </w:p>
        </w:tc>
        <w:tc>
          <w:tcPr>
            <w:tcW w:w="794" w:type="dxa"/>
            <w:tcBorders>
              <w:top w:val="none" w:sz="0" w:space="0" w:color="000000"/>
              <w:left w:val="none" w:sz="0" w:space="0" w:color="000000"/>
              <w:bottom w:val="none" w:sz="0" w:space="0" w:color="000000"/>
              <w:right w:val="none" w:sz="0" w:space="0" w:color="000000"/>
            </w:tcBorders>
            <w:shd w:val="clear" w:color="auto" w:fill="FDD3D5"/>
            <w:tcMar>
              <w:top w:w="0" w:type="dxa"/>
              <w:left w:w="0" w:type="dxa"/>
              <w:bottom w:w="0" w:type="dxa"/>
              <w:right w:w="0" w:type="dxa"/>
            </w:tcMar>
            <w:vAlign w:val="center"/>
          </w:tcPr>
          <w:p w14:paraId="4028A8F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2.24</w:t>
            </w:r>
          </w:p>
        </w:tc>
        <w:tc>
          <w:tcPr>
            <w:tcW w:w="794" w:type="dxa"/>
            <w:tcBorders>
              <w:top w:val="none" w:sz="0" w:space="0" w:color="000000"/>
              <w:left w:val="none" w:sz="0" w:space="0" w:color="000000"/>
              <w:bottom w:val="none" w:sz="0" w:space="0" w:color="000000"/>
              <w:right w:val="none" w:sz="0" w:space="0" w:color="000000"/>
            </w:tcBorders>
            <w:shd w:val="clear" w:color="auto" w:fill="FDD0D3"/>
            <w:tcMar>
              <w:top w:w="0" w:type="dxa"/>
              <w:left w:w="0" w:type="dxa"/>
              <w:bottom w:w="0" w:type="dxa"/>
              <w:right w:w="0" w:type="dxa"/>
            </w:tcMar>
            <w:vAlign w:val="center"/>
          </w:tcPr>
          <w:p w14:paraId="72E7F08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2.79</w:t>
            </w:r>
          </w:p>
        </w:tc>
        <w:tc>
          <w:tcPr>
            <w:tcW w:w="794" w:type="dxa"/>
            <w:tcBorders>
              <w:top w:val="none" w:sz="0" w:space="0" w:color="000000"/>
              <w:left w:val="none" w:sz="0" w:space="0" w:color="000000"/>
              <w:bottom w:val="none" w:sz="0" w:space="0" w:color="000000"/>
              <w:right w:val="none" w:sz="0" w:space="0" w:color="000000"/>
            </w:tcBorders>
            <w:shd w:val="clear" w:color="auto" w:fill="FDD4D5"/>
            <w:tcMar>
              <w:top w:w="0" w:type="dxa"/>
              <w:left w:w="0" w:type="dxa"/>
              <w:bottom w:w="0" w:type="dxa"/>
              <w:right w:w="0" w:type="dxa"/>
            </w:tcMar>
            <w:vAlign w:val="center"/>
          </w:tcPr>
          <w:p w14:paraId="4703B6E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2.11</w:t>
            </w:r>
          </w:p>
        </w:tc>
        <w:tc>
          <w:tcPr>
            <w:tcW w:w="794" w:type="dxa"/>
            <w:tcBorders>
              <w:top w:val="none" w:sz="0" w:space="0" w:color="000000"/>
              <w:left w:val="none" w:sz="0" w:space="0" w:color="000000"/>
              <w:bottom w:val="none" w:sz="0" w:space="0" w:color="000000"/>
              <w:right w:val="none" w:sz="0" w:space="0" w:color="000000"/>
            </w:tcBorders>
            <w:shd w:val="clear" w:color="auto" w:fill="FDD7D7"/>
            <w:tcMar>
              <w:top w:w="0" w:type="dxa"/>
              <w:left w:w="0" w:type="dxa"/>
              <w:bottom w:w="0" w:type="dxa"/>
              <w:right w:w="0" w:type="dxa"/>
            </w:tcMar>
            <w:vAlign w:val="center"/>
          </w:tcPr>
          <w:p w14:paraId="748D5F0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1.60</w:t>
            </w:r>
          </w:p>
        </w:tc>
        <w:tc>
          <w:tcPr>
            <w:tcW w:w="794" w:type="dxa"/>
            <w:tcBorders>
              <w:top w:val="none" w:sz="0" w:space="0" w:color="000000"/>
              <w:left w:val="none" w:sz="0" w:space="0" w:color="000000"/>
              <w:bottom w:val="none" w:sz="0" w:space="0" w:color="000000"/>
              <w:right w:val="none" w:sz="0" w:space="0" w:color="000000"/>
            </w:tcBorders>
            <w:shd w:val="clear" w:color="auto" w:fill="FDD5D6"/>
            <w:tcMar>
              <w:top w:w="0" w:type="dxa"/>
              <w:left w:w="0" w:type="dxa"/>
              <w:bottom w:w="0" w:type="dxa"/>
              <w:right w:w="0" w:type="dxa"/>
            </w:tcMar>
            <w:vAlign w:val="center"/>
          </w:tcPr>
          <w:p w14:paraId="6E82E9C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1.84</w:t>
            </w:r>
          </w:p>
        </w:tc>
      </w:tr>
      <w:tr w:rsidR="000C395B" w:rsidRPr="000569BC" w14:paraId="0987FDE1"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83391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35-39</w:t>
            </w:r>
          </w:p>
        </w:tc>
        <w:tc>
          <w:tcPr>
            <w:tcW w:w="794" w:type="dxa"/>
            <w:tcBorders>
              <w:top w:val="none" w:sz="0" w:space="0" w:color="000000"/>
              <w:left w:val="none" w:sz="0" w:space="0" w:color="000000"/>
              <w:bottom w:val="none" w:sz="0" w:space="0" w:color="000000"/>
              <w:right w:val="none" w:sz="0" w:space="0" w:color="000000"/>
            </w:tcBorders>
            <w:shd w:val="clear" w:color="auto" w:fill="FDCFD2"/>
            <w:tcMar>
              <w:top w:w="0" w:type="dxa"/>
              <w:left w:w="0" w:type="dxa"/>
              <w:bottom w:w="0" w:type="dxa"/>
              <w:right w:w="0" w:type="dxa"/>
            </w:tcMar>
            <w:vAlign w:val="center"/>
          </w:tcPr>
          <w:p w14:paraId="2C32311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2.91</w:t>
            </w:r>
          </w:p>
        </w:tc>
        <w:tc>
          <w:tcPr>
            <w:tcW w:w="794" w:type="dxa"/>
            <w:tcBorders>
              <w:top w:val="none" w:sz="0" w:space="0" w:color="000000"/>
              <w:left w:val="none" w:sz="0" w:space="0" w:color="000000"/>
              <w:bottom w:val="none" w:sz="0" w:space="0" w:color="000000"/>
              <w:right w:val="none" w:sz="0" w:space="0" w:color="000000"/>
            </w:tcBorders>
            <w:shd w:val="clear" w:color="auto" w:fill="FDC6CC"/>
            <w:tcMar>
              <w:top w:w="0" w:type="dxa"/>
              <w:left w:w="0" w:type="dxa"/>
              <w:bottom w:w="0" w:type="dxa"/>
              <w:right w:w="0" w:type="dxa"/>
            </w:tcMar>
            <w:vAlign w:val="center"/>
          </w:tcPr>
          <w:p w14:paraId="1C917A3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4.62</w:t>
            </w:r>
          </w:p>
        </w:tc>
        <w:tc>
          <w:tcPr>
            <w:tcW w:w="794" w:type="dxa"/>
            <w:tcBorders>
              <w:top w:val="none" w:sz="0" w:space="0" w:color="000000"/>
              <w:left w:val="none" w:sz="0" w:space="0" w:color="000000"/>
              <w:bottom w:val="none" w:sz="0" w:space="0" w:color="000000"/>
              <w:right w:val="none" w:sz="0" w:space="0" w:color="000000"/>
            </w:tcBorders>
            <w:shd w:val="clear" w:color="auto" w:fill="FDC9CE"/>
            <w:tcMar>
              <w:top w:w="0" w:type="dxa"/>
              <w:left w:w="0" w:type="dxa"/>
              <w:bottom w:w="0" w:type="dxa"/>
              <w:right w:w="0" w:type="dxa"/>
            </w:tcMar>
            <w:vAlign w:val="center"/>
          </w:tcPr>
          <w:p w14:paraId="1409B745"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4.03</w:t>
            </w:r>
          </w:p>
        </w:tc>
        <w:tc>
          <w:tcPr>
            <w:tcW w:w="794" w:type="dxa"/>
            <w:tcBorders>
              <w:top w:val="none" w:sz="0" w:space="0" w:color="000000"/>
              <w:left w:val="none" w:sz="0" w:space="0" w:color="000000"/>
              <w:bottom w:val="none" w:sz="0" w:space="0" w:color="000000"/>
              <w:right w:val="none" w:sz="0" w:space="0" w:color="000000"/>
            </w:tcBorders>
            <w:shd w:val="clear" w:color="auto" w:fill="FDD0D3"/>
            <w:tcMar>
              <w:top w:w="0" w:type="dxa"/>
              <w:left w:w="0" w:type="dxa"/>
              <w:bottom w:w="0" w:type="dxa"/>
              <w:right w:w="0" w:type="dxa"/>
            </w:tcMar>
            <w:vAlign w:val="center"/>
          </w:tcPr>
          <w:p w14:paraId="53C88325"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2.73</w:t>
            </w:r>
          </w:p>
        </w:tc>
        <w:tc>
          <w:tcPr>
            <w:tcW w:w="794" w:type="dxa"/>
            <w:tcBorders>
              <w:top w:val="none" w:sz="0" w:space="0" w:color="000000"/>
              <w:left w:val="none" w:sz="0" w:space="0" w:color="000000"/>
              <w:bottom w:val="none" w:sz="0" w:space="0" w:color="000000"/>
              <w:right w:val="none" w:sz="0" w:space="0" w:color="000000"/>
            </w:tcBorders>
            <w:shd w:val="clear" w:color="auto" w:fill="FDCACF"/>
            <w:tcMar>
              <w:top w:w="0" w:type="dxa"/>
              <w:left w:w="0" w:type="dxa"/>
              <w:bottom w:w="0" w:type="dxa"/>
              <w:right w:w="0" w:type="dxa"/>
            </w:tcMar>
            <w:vAlign w:val="center"/>
          </w:tcPr>
          <w:p w14:paraId="4E5BFB4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3.89</w:t>
            </w:r>
          </w:p>
        </w:tc>
        <w:tc>
          <w:tcPr>
            <w:tcW w:w="794" w:type="dxa"/>
            <w:tcBorders>
              <w:top w:val="none" w:sz="0" w:space="0" w:color="000000"/>
              <w:left w:val="none" w:sz="0" w:space="0" w:color="000000"/>
              <w:bottom w:val="none" w:sz="0" w:space="0" w:color="000000"/>
              <w:right w:val="none" w:sz="0" w:space="0" w:color="000000"/>
            </w:tcBorders>
            <w:shd w:val="clear" w:color="auto" w:fill="FDCBD0"/>
            <w:tcMar>
              <w:top w:w="0" w:type="dxa"/>
              <w:left w:w="0" w:type="dxa"/>
              <w:bottom w:w="0" w:type="dxa"/>
              <w:right w:w="0" w:type="dxa"/>
            </w:tcMar>
            <w:vAlign w:val="center"/>
          </w:tcPr>
          <w:p w14:paraId="39C4C98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3.71</w:t>
            </w:r>
          </w:p>
        </w:tc>
        <w:tc>
          <w:tcPr>
            <w:tcW w:w="794" w:type="dxa"/>
            <w:tcBorders>
              <w:top w:val="none" w:sz="0" w:space="0" w:color="000000"/>
              <w:left w:val="none" w:sz="0" w:space="0" w:color="000000"/>
              <w:bottom w:val="none" w:sz="0" w:space="0" w:color="000000"/>
              <w:right w:val="none" w:sz="0" w:space="0" w:color="000000"/>
            </w:tcBorders>
            <w:shd w:val="clear" w:color="auto" w:fill="FDC8CE"/>
            <w:tcMar>
              <w:top w:w="0" w:type="dxa"/>
              <w:left w:w="0" w:type="dxa"/>
              <w:bottom w:w="0" w:type="dxa"/>
              <w:right w:w="0" w:type="dxa"/>
            </w:tcMar>
            <w:vAlign w:val="center"/>
          </w:tcPr>
          <w:p w14:paraId="4D7368D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4.11</w:t>
            </w:r>
          </w:p>
        </w:tc>
        <w:tc>
          <w:tcPr>
            <w:tcW w:w="794" w:type="dxa"/>
            <w:tcBorders>
              <w:top w:val="none" w:sz="0" w:space="0" w:color="000000"/>
              <w:left w:val="none" w:sz="0" w:space="0" w:color="000000"/>
              <w:bottom w:val="none" w:sz="0" w:space="0" w:color="000000"/>
              <w:right w:val="none" w:sz="0" w:space="0" w:color="000000"/>
            </w:tcBorders>
            <w:shd w:val="clear" w:color="auto" w:fill="FDC9CE"/>
            <w:tcMar>
              <w:top w:w="0" w:type="dxa"/>
              <w:left w:w="0" w:type="dxa"/>
              <w:bottom w:w="0" w:type="dxa"/>
              <w:right w:w="0" w:type="dxa"/>
            </w:tcMar>
            <w:vAlign w:val="center"/>
          </w:tcPr>
          <w:p w14:paraId="5F89565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4.04</w:t>
            </w:r>
          </w:p>
        </w:tc>
        <w:tc>
          <w:tcPr>
            <w:tcW w:w="794" w:type="dxa"/>
            <w:tcBorders>
              <w:top w:val="none" w:sz="0" w:space="0" w:color="000000"/>
              <w:left w:val="none" w:sz="0" w:space="0" w:color="000000"/>
              <w:bottom w:val="none" w:sz="0" w:space="0" w:color="000000"/>
              <w:right w:val="none" w:sz="0" w:space="0" w:color="000000"/>
            </w:tcBorders>
            <w:shd w:val="clear" w:color="auto" w:fill="FDC9CF"/>
            <w:tcMar>
              <w:top w:w="0" w:type="dxa"/>
              <w:left w:w="0" w:type="dxa"/>
              <w:bottom w:w="0" w:type="dxa"/>
              <w:right w:w="0" w:type="dxa"/>
            </w:tcMar>
            <w:vAlign w:val="center"/>
          </w:tcPr>
          <w:p w14:paraId="32C34DA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3.94</w:t>
            </w:r>
          </w:p>
        </w:tc>
      </w:tr>
      <w:tr w:rsidR="000C395B" w:rsidRPr="000569BC" w14:paraId="48B7F966"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236945"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40-44</w:t>
            </w:r>
          </w:p>
        </w:tc>
        <w:tc>
          <w:tcPr>
            <w:tcW w:w="794" w:type="dxa"/>
            <w:tcBorders>
              <w:top w:val="none" w:sz="0" w:space="0" w:color="000000"/>
              <w:left w:val="none" w:sz="0" w:space="0" w:color="000000"/>
              <w:bottom w:val="none" w:sz="0" w:space="0" w:color="000000"/>
              <w:right w:val="none" w:sz="0" w:space="0" w:color="000000"/>
            </w:tcBorders>
            <w:shd w:val="clear" w:color="auto" w:fill="FCB2C0"/>
            <w:tcMar>
              <w:top w:w="0" w:type="dxa"/>
              <w:left w:w="0" w:type="dxa"/>
              <w:bottom w:w="0" w:type="dxa"/>
              <w:right w:w="0" w:type="dxa"/>
            </w:tcMar>
            <w:vAlign w:val="center"/>
          </w:tcPr>
          <w:p w14:paraId="068A4F5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7.94</w:t>
            </w:r>
          </w:p>
        </w:tc>
        <w:tc>
          <w:tcPr>
            <w:tcW w:w="794" w:type="dxa"/>
            <w:tcBorders>
              <w:top w:val="none" w:sz="0" w:space="0" w:color="000000"/>
              <w:left w:val="none" w:sz="0" w:space="0" w:color="000000"/>
              <w:bottom w:val="none" w:sz="0" w:space="0" w:color="000000"/>
              <w:right w:val="none" w:sz="0" w:space="0" w:color="000000"/>
            </w:tcBorders>
            <w:shd w:val="clear" w:color="auto" w:fill="FCB7C3"/>
            <w:tcMar>
              <w:top w:w="0" w:type="dxa"/>
              <w:left w:w="0" w:type="dxa"/>
              <w:bottom w:w="0" w:type="dxa"/>
              <w:right w:w="0" w:type="dxa"/>
            </w:tcMar>
            <w:vAlign w:val="center"/>
          </w:tcPr>
          <w:p w14:paraId="03118256"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7.11</w:t>
            </w:r>
          </w:p>
        </w:tc>
        <w:tc>
          <w:tcPr>
            <w:tcW w:w="794" w:type="dxa"/>
            <w:tcBorders>
              <w:top w:val="none" w:sz="0" w:space="0" w:color="000000"/>
              <w:left w:val="none" w:sz="0" w:space="0" w:color="000000"/>
              <w:bottom w:val="none" w:sz="0" w:space="0" w:color="000000"/>
              <w:right w:val="none" w:sz="0" w:space="0" w:color="000000"/>
            </w:tcBorders>
            <w:shd w:val="clear" w:color="auto" w:fill="FCB6C3"/>
            <w:tcMar>
              <w:top w:w="0" w:type="dxa"/>
              <w:left w:w="0" w:type="dxa"/>
              <w:bottom w:w="0" w:type="dxa"/>
              <w:right w:w="0" w:type="dxa"/>
            </w:tcMar>
            <w:vAlign w:val="center"/>
          </w:tcPr>
          <w:p w14:paraId="51C1E1A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7.27</w:t>
            </w:r>
          </w:p>
        </w:tc>
        <w:tc>
          <w:tcPr>
            <w:tcW w:w="794" w:type="dxa"/>
            <w:tcBorders>
              <w:top w:val="none" w:sz="0" w:space="0" w:color="000000"/>
              <w:left w:val="none" w:sz="0" w:space="0" w:color="000000"/>
              <w:bottom w:val="none" w:sz="0" w:space="0" w:color="000000"/>
              <w:right w:val="none" w:sz="0" w:space="0" w:color="000000"/>
            </w:tcBorders>
            <w:shd w:val="clear" w:color="auto" w:fill="FCB2C0"/>
            <w:tcMar>
              <w:top w:w="0" w:type="dxa"/>
              <w:left w:w="0" w:type="dxa"/>
              <w:bottom w:w="0" w:type="dxa"/>
              <w:right w:w="0" w:type="dxa"/>
            </w:tcMar>
            <w:vAlign w:val="center"/>
          </w:tcPr>
          <w:p w14:paraId="15FA974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8.04</w:t>
            </w:r>
          </w:p>
        </w:tc>
        <w:tc>
          <w:tcPr>
            <w:tcW w:w="794" w:type="dxa"/>
            <w:tcBorders>
              <w:top w:val="none" w:sz="0" w:space="0" w:color="000000"/>
              <w:left w:val="none" w:sz="0" w:space="0" w:color="000000"/>
              <w:bottom w:val="none" w:sz="0" w:space="0" w:color="000000"/>
              <w:right w:val="none" w:sz="0" w:space="0" w:color="000000"/>
            </w:tcBorders>
            <w:shd w:val="clear" w:color="auto" w:fill="FCBAC5"/>
            <w:tcMar>
              <w:top w:w="0" w:type="dxa"/>
              <w:left w:w="0" w:type="dxa"/>
              <w:bottom w:w="0" w:type="dxa"/>
              <w:right w:w="0" w:type="dxa"/>
            </w:tcMar>
            <w:vAlign w:val="center"/>
          </w:tcPr>
          <w:p w14:paraId="498AD7A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6.52</w:t>
            </w:r>
          </w:p>
        </w:tc>
        <w:tc>
          <w:tcPr>
            <w:tcW w:w="794" w:type="dxa"/>
            <w:tcBorders>
              <w:top w:val="none" w:sz="0" w:space="0" w:color="000000"/>
              <w:left w:val="none" w:sz="0" w:space="0" w:color="000000"/>
              <w:bottom w:val="none" w:sz="0" w:space="0" w:color="000000"/>
              <w:right w:val="none" w:sz="0" w:space="0" w:color="000000"/>
            </w:tcBorders>
            <w:shd w:val="clear" w:color="auto" w:fill="FCB6C3"/>
            <w:tcMar>
              <w:top w:w="0" w:type="dxa"/>
              <w:left w:w="0" w:type="dxa"/>
              <w:bottom w:w="0" w:type="dxa"/>
              <w:right w:w="0" w:type="dxa"/>
            </w:tcMar>
            <w:vAlign w:val="center"/>
          </w:tcPr>
          <w:p w14:paraId="6E7F555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7.24</w:t>
            </w:r>
          </w:p>
        </w:tc>
        <w:tc>
          <w:tcPr>
            <w:tcW w:w="794" w:type="dxa"/>
            <w:tcBorders>
              <w:top w:val="none" w:sz="0" w:space="0" w:color="000000"/>
              <w:left w:val="none" w:sz="0" w:space="0" w:color="000000"/>
              <w:bottom w:val="none" w:sz="0" w:space="0" w:color="000000"/>
              <w:right w:val="none" w:sz="0" w:space="0" w:color="000000"/>
            </w:tcBorders>
            <w:shd w:val="clear" w:color="auto" w:fill="FCB4C2"/>
            <w:tcMar>
              <w:top w:w="0" w:type="dxa"/>
              <w:left w:w="0" w:type="dxa"/>
              <w:bottom w:w="0" w:type="dxa"/>
              <w:right w:w="0" w:type="dxa"/>
            </w:tcMar>
            <w:vAlign w:val="center"/>
          </w:tcPr>
          <w:p w14:paraId="25F8DAB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7.55</w:t>
            </w:r>
          </w:p>
        </w:tc>
        <w:tc>
          <w:tcPr>
            <w:tcW w:w="794" w:type="dxa"/>
            <w:tcBorders>
              <w:top w:val="none" w:sz="0" w:space="0" w:color="000000"/>
              <w:left w:val="none" w:sz="0" w:space="0" w:color="000000"/>
              <w:bottom w:val="none" w:sz="0" w:space="0" w:color="000000"/>
              <w:right w:val="none" w:sz="0" w:space="0" w:color="000000"/>
            </w:tcBorders>
            <w:shd w:val="clear" w:color="auto" w:fill="FCBDC7"/>
            <w:tcMar>
              <w:top w:w="0" w:type="dxa"/>
              <w:left w:w="0" w:type="dxa"/>
              <w:bottom w:w="0" w:type="dxa"/>
              <w:right w:w="0" w:type="dxa"/>
            </w:tcMar>
            <w:vAlign w:val="center"/>
          </w:tcPr>
          <w:p w14:paraId="56EC8E74"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6.14</w:t>
            </w:r>
          </w:p>
        </w:tc>
        <w:tc>
          <w:tcPr>
            <w:tcW w:w="794" w:type="dxa"/>
            <w:tcBorders>
              <w:top w:val="none" w:sz="0" w:space="0" w:color="000000"/>
              <w:left w:val="none" w:sz="0" w:space="0" w:color="000000"/>
              <w:bottom w:val="none" w:sz="0" w:space="0" w:color="000000"/>
              <w:right w:val="none" w:sz="0" w:space="0" w:color="000000"/>
            </w:tcBorders>
            <w:shd w:val="clear" w:color="auto" w:fill="FDBEC8"/>
            <w:tcMar>
              <w:top w:w="0" w:type="dxa"/>
              <w:left w:w="0" w:type="dxa"/>
              <w:bottom w:w="0" w:type="dxa"/>
              <w:right w:w="0" w:type="dxa"/>
            </w:tcMar>
            <w:vAlign w:val="center"/>
          </w:tcPr>
          <w:p w14:paraId="4C21D36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5.88</w:t>
            </w:r>
          </w:p>
        </w:tc>
      </w:tr>
      <w:tr w:rsidR="000C395B" w:rsidRPr="000569BC" w14:paraId="383EE56B"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E795D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45-49</w:t>
            </w:r>
          </w:p>
        </w:tc>
        <w:tc>
          <w:tcPr>
            <w:tcW w:w="794" w:type="dxa"/>
            <w:tcBorders>
              <w:top w:val="none" w:sz="0" w:space="0" w:color="000000"/>
              <w:left w:val="none" w:sz="0" w:space="0" w:color="000000"/>
              <w:bottom w:val="none" w:sz="0" w:space="0" w:color="000000"/>
              <w:right w:val="none" w:sz="0" w:space="0" w:color="000000"/>
            </w:tcBorders>
            <w:shd w:val="clear" w:color="auto" w:fill="FBA6B9"/>
            <w:tcMar>
              <w:top w:w="0" w:type="dxa"/>
              <w:left w:w="0" w:type="dxa"/>
              <w:bottom w:w="0" w:type="dxa"/>
              <w:right w:w="0" w:type="dxa"/>
            </w:tcMar>
            <w:vAlign w:val="center"/>
          </w:tcPr>
          <w:p w14:paraId="536D615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10.01</w:t>
            </w:r>
          </w:p>
        </w:tc>
        <w:tc>
          <w:tcPr>
            <w:tcW w:w="794" w:type="dxa"/>
            <w:tcBorders>
              <w:top w:val="none" w:sz="0" w:space="0" w:color="000000"/>
              <w:left w:val="none" w:sz="0" w:space="0" w:color="000000"/>
              <w:bottom w:val="none" w:sz="0" w:space="0" w:color="000000"/>
              <w:right w:val="none" w:sz="0" w:space="0" w:color="000000"/>
            </w:tcBorders>
            <w:shd w:val="clear" w:color="auto" w:fill="FBA8BA"/>
            <w:tcMar>
              <w:top w:w="0" w:type="dxa"/>
              <w:left w:w="0" w:type="dxa"/>
              <w:bottom w:w="0" w:type="dxa"/>
              <w:right w:w="0" w:type="dxa"/>
            </w:tcMar>
            <w:vAlign w:val="center"/>
          </w:tcPr>
          <w:p w14:paraId="263CB5A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9.67</w:t>
            </w:r>
          </w:p>
        </w:tc>
        <w:tc>
          <w:tcPr>
            <w:tcW w:w="794" w:type="dxa"/>
            <w:tcBorders>
              <w:top w:val="none" w:sz="0" w:space="0" w:color="000000"/>
              <w:left w:val="none" w:sz="0" w:space="0" w:color="000000"/>
              <w:bottom w:val="none" w:sz="0" w:space="0" w:color="000000"/>
              <w:right w:val="none" w:sz="0" w:space="0" w:color="000000"/>
            </w:tcBorders>
            <w:shd w:val="clear" w:color="auto" w:fill="FBA7BA"/>
            <w:tcMar>
              <w:top w:w="0" w:type="dxa"/>
              <w:left w:w="0" w:type="dxa"/>
              <w:bottom w:w="0" w:type="dxa"/>
              <w:right w:w="0" w:type="dxa"/>
            </w:tcMar>
            <w:vAlign w:val="center"/>
          </w:tcPr>
          <w:p w14:paraId="0210A59A"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9.78</w:t>
            </w:r>
          </w:p>
        </w:tc>
        <w:tc>
          <w:tcPr>
            <w:tcW w:w="794" w:type="dxa"/>
            <w:tcBorders>
              <w:top w:val="none" w:sz="0" w:space="0" w:color="000000"/>
              <w:left w:val="none" w:sz="0" w:space="0" w:color="000000"/>
              <w:bottom w:val="none" w:sz="0" w:space="0" w:color="000000"/>
              <w:right w:val="none" w:sz="0" w:space="0" w:color="000000"/>
            </w:tcBorders>
            <w:shd w:val="clear" w:color="auto" w:fill="FAA0B6"/>
            <w:tcMar>
              <w:top w:w="0" w:type="dxa"/>
              <w:left w:w="0" w:type="dxa"/>
              <w:bottom w:w="0" w:type="dxa"/>
              <w:right w:w="0" w:type="dxa"/>
            </w:tcMar>
            <w:vAlign w:val="center"/>
          </w:tcPr>
          <w:p w14:paraId="53ADBCB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10.98</w:t>
            </w:r>
          </w:p>
        </w:tc>
        <w:tc>
          <w:tcPr>
            <w:tcW w:w="794" w:type="dxa"/>
            <w:tcBorders>
              <w:top w:val="none" w:sz="0" w:space="0" w:color="000000"/>
              <w:left w:val="none" w:sz="0" w:space="0" w:color="000000"/>
              <w:bottom w:val="none" w:sz="0" w:space="0" w:color="000000"/>
              <w:right w:val="none" w:sz="0" w:space="0" w:color="000000"/>
            </w:tcBorders>
            <w:shd w:val="clear" w:color="auto" w:fill="FBA4B8"/>
            <w:tcMar>
              <w:top w:w="0" w:type="dxa"/>
              <w:left w:w="0" w:type="dxa"/>
              <w:bottom w:w="0" w:type="dxa"/>
              <w:right w:w="0" w:type="dxa"/>
            </w:tcMar>
            <w:vAlign w:val="center"/>
          </w:tcPr>
          <w:p w14:paraId="4B2CB18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10.27</w:t>
            </w:r>
          </w:p>
        </w:tc>
        <w:tc>
          <w:tcPr>
            <w:tcW w:w="794" w:type="dxa"/>
            <w:tcBorders>
              <w:top w:val="none" w:sz="0" w:space="0" w:color="000000"/>
              <w:left w:val="none" w:sz="0" w:space="0" w:color="000000"/>
              <w:bottom w:val="none" w:sz="0" w:space="0" w:color="000000"/>
              <w:right w:val="none" w:sz="0" w:space="0" w:color="000000"/>
            </w:tcBorders>
            <w:shd w:val="clear" w:color="auto" w:fill="FAA2B7"/>
            <w:tcMar>
              <w:top w:w="0" w:type="dxa"/>
              <w:left w:w="0" w:type="dxa"/>
              <w:bottom w:w="0" w:type="dxa"/>
              <w:right w:w="0" w:type="dxa"/>
            </w:tcMar>
            <w:vAlign w:val="center"/>
          </w:tcPr>
          <w:p w14:paraId="0CA3C072"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10.71</w:t>
            </w:r>
          </w:p>
        </w:tc>
        <w:tc>
          <w:tcPr>
            <w:tcW w:w="794" w:type="dxa"/>
            <w:tcBorders>
              <w:top w:val="none" w:sz="0" w:space="0" w:color="000000"/>
              <w:left w:val="none" w:sz="0" w:space="0" w:color="000000"/>
              <w:bottom w:val="none" w:sz="0" w:space="0" w:color="000000"/>
              <w:right w:val="none" w:sz="0" w:space="0" w:color="000000"/>
            </w:tcBorders>
            <w:shd w:val="clear" w:color="auto" w:fill="FA9EB5"/>
            <w:tcMar>
              <w:top w:w="0" w:type="dxa"/>
              <w:left w:w="0" w:type="dxa"/>
              <w:bottom w:w="0" w:type="dxa"/>
              <w:right w:w="0" w:type="dxa"/>
            </w:tcMar>
            <w:vAlign w:val="center"/>
          </w:tcPr>
          <w:p w14:paraId="011A899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11.41</w:t>
            </w:r>
          </w:p>
        </w:tc>
        <w:tc>
          <w:tcPr>
            <w:tcW w:w="794" w:type="dxa"/>
            <w:tcBorders>
              <w:top w:val="none" w:sz="0" w:space="0" w:color="000000"/>
              <w:left w:val="none" w:sz="0" w:space="0" w:color="000000"/>
              <w:bottom w:val="none" w:sz="0" w:space="0" w:color="000000"/>
              <w:right w:val="none" w:sz="0" w:space="0" w:color="000000"/>
            </w:tcBorders>
            <w:shd w:val="clear" w:color="auto" w:fill="FBAABB"/>
            <w:tcMar>
              <w:top w:w="0" w:type="dxa"/>
              <w:left w:w="0" w:type="dxa"/>
              <w:bottom w:w="0" w:type="dxa"/>
              <w:right w:w="0" w:type="dxa"/>
            </w:tcMar>
            <w:vAlign w:val="center"/>
          </w:tcPr>
          <w:p w14:paraId="721C4355"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9.35</w:t>
            </w:r>
          </w:p>
        </w:tc>
        <w:tc>
          <w:tcPr>
            <w:tcW w:w="794" w:type="dxa"/>
            <w:tcBorders>
              <w:top w:val="none" w:sz="0" w:space="0" w:color="000000"/>
              <w:left w:val="none" w:sz="0" w:space="0" w:color="000000"/>
              <w:bottom w:val="none" w:sz="0" w:space="0" w:color="000000"/>
              <w:right w:val="none" w:sz="0" w:space="0" w:color="000000"/>
            </w:tcBorders>
            <w:shd w:val="clear" w:color="auto" w:fill="FBABBC"/>
            <w:tcMar>
              <w:top w:w="0" w:type="dxa"/>
              <w:left w:w="0" w:type="dxa"/>
              <w:bottom w:w="0" w:type="dxa"/>
              <w:right w:w="0" w:type="dxa"/>
            </w:tcMar>
            <w:vAlign w:val="center"/>
          </w:tcPr>
          <w:p w14:paraId="415014E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9.23</w:t>
            </w:r>
          </w:p>
        </w:tc>
      </w:tr>
      <w:tr w:rsidR="000C395B" w:rsidRPr="000569BC" w14:paraId="61F278D0"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F40B3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50-54</w:t>
            </w:r>
          </w:p>
        </w:tc>
        <w:tc>
          <w:tcPr>
            <w:tcW w:w="794" w:type="dxa"/>
            <w:tcBorders>
              <w:top w:val="none" w:sz="0" w:space="0" w:color="000000"/>
              <w:left w:val="none" w:sz="0" w:space="0" w:color="000000"/>
              <w:bottom w:val="none" w:sz="0" w:space="0" w:color="000000"/>
              <w:right w:val="none" w:sz="0" w:space="0" w:color="000000"/>
            </w:tcBorders>
            <w:shd w:val="clear" w:color="auto" w:fill="F989AD"/>
            <w:tcMar>
              <w:top w:w="0" w:type="dxa"/>
              <w:left w:w="0" w:type="dxa"/>
              <w:bottom w:w="0" w:type="dxa"/>
              <w:right w:w="0" w:type="dxa"/>
            </w:tcMar>
            <w:vAlign w:val="center"/>
          </w:tcPr>
          <w:p w14:paraId="30602D6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15.86</w:t>
            </w:r>
          </w:p>
        </w:tc>
        <w:tc>
          <w:tcPr>
            <w:tcW w:w="794" w:type="dxa"/>
            <w:tcBorders>
              <w:top w:val="none" w:sz="0" w:space="0" w:color="000000"/>
              <w:left w:val="none" w:sz="0" w:space="0" w:color="000000"/>
              <w:bottom w:val="none" w:sz="0" w:space="0" w:color="000000"/>
              <w:right w:val="none" w:sz="0" w:space="0" w:color="000000"/>
            </w:tcBorders>
            <w:shd w:val="clear" w:color="auto" w:fill="F98EAE"/>
            <w:tcMar>
              <w:top w:w="0" w:type="dxa"/>
              <w:left w:w="0" w:type="dxa"/>
              <w:bottom w:w="0" w:type="dxa"/>
              <w:right w:w="0" w:type="dxa"/>
            </w:tcMar>
            <w:vAlign w:val="center"/>
          </w:tcPr>
          <w:p w14:paraId="74BAA72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14.83</w:t>
            </w:r>
          </w:p>
        </w:tc>
        <w:tc>
          <w:tcPr>
            <w:tcW w:w="794" w:type="dxa"/>
            <w:tcBorders>
              <w:top w:val="none" w:sz="0" w:space="0" w:color="000000"/>
              <w:left w:val="none" w:sz="0" w:space="0" w:color="000000"/>
              <w:bottom w:val="none" w:sz="0" w:space="0" w:color="000000"/>
              <w:right w:val="none" w:sz="0" w:space="0" w:color="000000"/>
            </w:tcBorders>
            <w:shd w:val="clear" w:color="auto" w:fill="F879A7"/>
            <w:tcMar>
              <w:top w:w="0" w:type="dxa"/>
              <w:left w:w="0" w:type="dxa"/>
              <w:bottom w:w="0" w:type="dxa"/>
              <w:right w:w="0" w:type="dxa"/>
            </w:tcMar>
            <w:vAlign w:val="center"/>
          </w:tcPr>
          <w:p w14:paraId="37AA673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19.09</w:t>
            </w:r>
          </w:p>
        </w:tc>
        <w:tc>
          <w:tcPr>
            <w:tcW w:w="794" w:type="dxa"/>
            <w:tcBorders>
              <w:top w:val="none" w:sz="0" w:space="0" w:color="000000"/>
              <w:left w:val="none" w:sz="0" w:space="0" w:color="000000"/>
              <w:bottom w:val="none" w:sz="0" w:space="0" w:color="000000"/>
              <w:right w:val="none" w:sz="0" w:space="0" w:color="000000"/>
            </w:tcBorders>
            <w:shd w:val="clear" w:color="auto" w:fill="FA92B0"/>
            <w:tcMar>
              <w:top w:w="0" w:type="dxa"/>
              <w:left w:w="0" w:type="dxa"/>
              <w:bottom w:w="0" w:type="dxa"/>
              <w:right w:w="0" w:type="dxa"/>
            </w:tcMar>
            <w:vAlign w:val="center"/>
          </w:tcPr>
          <w:p w14:paraId="1F478FAA"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13.97</w:t>
            </w:r>
          </w:p>
        </w:tc>
        <w:tc>
          <w:tcPr>
            <w:tcW w:w="794" w:type="dxa"/>
            <w:tcBorders>
              <w:top w:val="none" w:sz="0" w:space="0" w:color="000000"/>
              <w:left w:val="none" w:sz="0" w:space="0" w:color="000000"/>
              <w:bottom w:val="none" w:sz="0" w:space="0" w:color="000000"/>
              <w:right w:val="none" w:sz="0" w:space="0" w:color="000000"/>
            </w:tcBorders>
            <w:shd w:val="clear" w:color="auto" w:fill="FA92B0"/>
            <w:tcMar>
              <w:top w:w="0" w:type="dxa"/>
              <w:left w:w="0" w:type="dxa"/>
              <w:bottom w:w="0" w:type="dxa"/>
              <w:right w:w="0" w:type="dxa"/>
            </w:tcMar>
            <w:vAlign w:val="center"/>
          </w:tcPr>
          <w:p w14:paraId="175F33F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13.96</w:t>
            </w:r>
          </w:p>
        </w:tc>
        <w:tc>
          <w:tcPr>
            <w:tcW w:w="794" w:type="dxa"/>
            <w:tcBorders>
              <w:top w:val="none" w:sz="0" w:space="0" w:color="000000"/>
              <w:left w:val="none" w:sz="0" w:space="0" w:color="000000"/>
              <w:bottom w:val="none" w:sz="0" w:space="0" w:color="000000"/>
              <w:right w:val="none" w:sz="0" w:space="0" w:color="000000"/>
            </w:tcBorders>
            <w:shd w:val="clear" w:color="auto" w:fill="F97FA9"/>
            <w:tcMar>
              <w:top w:w="0" w:type="dxa"/>
              <w:left w:w="0" w:type="dxa"/>
              <w:bottom w:w="0" w:type="dxa"/>
              <w:right w:w="0" w:type="dxa"/>
            </w:tcMar>
            <w:vAlign w:val="center"/>
          </w:tcPr>
          <w:p w14:paraId="3A586D75"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17.90</w:t>
            </w:r>
          </w:p>
        </w:tc>
        <w:tc>
          <w:tcPr>
            <w:tcW w:w="794" w:type="dxa"/>
            <w:tcBorders>
              <w:top w:val="none" w:sz="0" w:space="0" w:color="000000"/>
              <w:left w:val="none" w:sz="0" w:space="0" w:color="000000"/>
              <w:bottom w:val="none" w:sz="0" w:space="0" w:color="000000"/>
              <w:right w:val="none" w:sz="0" w:space="0" w:color="000000"/>
            </w:tcBorders>
            <w:shd w:val="clear" w:color="auto" w:fill="F985AB"/>
            <w:tcMar>
              <w:top w:w="0" w:type="dxa"/>
              <w:left w:w="0" w:type="dxa"/>
              <w:bottom w:w="0" w:type="dxa"/>
              <w:right w:w="0" w:type="dxa"/>
            </w:tcMar>
            <w:vAlign w:val="center"/>
          </w:tcPr>
          <w:p w14:paraId="6D6BF13A"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16.67</w:t>
            </w:r>
          </w:p>
        </w:tc>
        <w:tc>
          <w:tcPr>
            <w:tcW w:w="794" w:type="dxa"/>
            <w:tcBorders>
              <w:top w:val="none" w:sz="0" w:space="0" w:color="000000"/>
              <w:left w:val="none" w:sz="0" w:space="0" w:color="000000"/>
              <w:bottom w:val="none" w:sz="0" w:space="0" w:color="000000"/>
              <w:right w:val="none" w:sz="0" w:space="0" w:color="000000"/>
            </w:tcBorders>
            <w:shd w:val="clear" w:color="auto" w:fill="F984AA"/>
            <w:tcMar>
              <w:top w:w="0" w:type="dxa"/>
              <w:left w:w="0" w:type="dxa"/>
              <w:bottom w:w="0" w:type="dxa"/>
              <w:right w:w="0" w:type="dxa"/>
            </w:tcMar>
            <w:vAlign w:val="center"/>
          </w:tcPr>
          <w:p w14:paraId="6112221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17.03</w:t>
            </w:r>
          </w:p>
        </w:tc>
        <w:tc>
          <w:tcPr>
            <w:tcW w:w="794" w:type="dxa"/>
            <w:tcBorders>
              <w:top w:val="none" w:sz="0" w:space="0" w:color="000000"/>
              <w:left w:val="none" w:sz="0" w:space="0" w:color="000000"/>
              <w:bottom w:val="none" w:sz="0" w:space="0" w:color="000000"/>
              <w:right w:val="none" w:sz="0" w:space="0" w:color="000000"/>
            </w:tcBorders>
            <w:shd w:val="clear" w:color="auto" w:fill="F981AA"/>
            <w:tcMar>
              <w:top w:w="0" w:type="dxa"/>
              <w:left w:w="0" w:type="dxa"/>
              <w:bottom w:w="0" w:type="dxa"/>
              <w:right w:w="0" w:type="dxa"/>
            </w:tcMar>
            <w:vAlign w:val="center"/>
          </w:tcPr>
          <w:p w14:paraId="0FB305C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17.57</w:t>
            </w:r>
          </w:p>
        </w:tc>
      </w:tr>
      <w:tr w:rsidR="000C395B" w:rsidRPr="000569BC" w14:paraId="5223C553"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11C09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55-59</w:t>
            </w:r>
          </w:p>
        </w:tc>
        <w:tc>
          <w:tcPr>
            <w:tcW w:w="794" w:type="dxa"/>
            <w:tcBorders>
              <w:top w:val="none" w:sz="0" w:space="0" w:color="000000"/>
              <w:left w:val="none" w:sz="0" w:space="0" w:color="000000"/>
              <w:bottom w:val="none" w:sz="0" w:space="0" w:color="000000"/>
              <w:right w:val="none" w:sz="0" w:space="0" w:color="000000"/>
            </w:tcBorders>
            <w:shd w:val="clear" w:color="auto" w:fill="F987AC"/>
            <w:tcMar>
              <w:top w:w="0" w:type="dxa"/>
              <w:left w:w="0" w:type="dxa"/>
              <w:bottom w:w="0" w:type="dxa"/>
              <w:right w:w="0" w:type="dxa"/>
            </w:tcMar>
            <w:vAlign w:val="center"/>
          </w:tcPr>
          <w:p w14:paraId="7A174D4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16.21</w:t>
            </w:r>
          </w:p>
        </w:tc>
        <w:tc>
          <w:tcPr>
            <w:tcW w:w="794" w:type="dxa"/>
            <w:tcBorders>
              <w:top w:val="none" w:sz="0" w:space="0" w:color="000000"/>
              <w:left w:val="none" w:sz="0" w:space="0" w:color="000000"/>
              <w:bottom w:val="none" w:sz="0" w:space="0" w:color="000000"/>
              <w:right w:val="none" w:sz="0" w:space="0" w:color="000000"/>
            </w:tcBorders>
            <w:shd w:val="clear" w:color="auto" w:fill="FA93B0"/>
            <w:tcMar>
              <w:top w:w="0" w:type="dxa"/>
              <w:left w:w="0" w:type="dxa"/>
              <w:bottom w:w="0" w:type="dxa"/>
              <w:right w:w="0" w:type="dxa"/>
            </w:tcMar>
            <w:vAlign w:val="center"/>
          </w:tcPr>
          <w:p w14:paraId="6AFD965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13.80</w:t>
            </w:r>
          </w:p>
        </w:tc>
        <w:tc>
          <w:tcPr>
            <w:tcW w:w="794" w:type="dxa"/>
            <w:tcBorders>
              <w:top w:val="none" w:sz="0" w:space="0" w:color="000000"/>
              <w:left w:val="none" w:sz="0" w:space="0" w:color="000000"/>
              <w:bottom w:val="none" w:sz="0" w:space="0" w:color="000000"/>
              <w:right w:val="none" w:sz="0" w:space="0" w:color="000000"/>
            </w:tcBorders>
            <w:shd w:val="clear" w:color="auto" w:fill="F98AAD"/>
            <w:tcMar>
              <w:top w:w="0" w:type="dxa"/>
              <w:left w:w="0" w:type="dxa"/>
              <w:bottom w:w="0" w:type="dxa"/>
              <w:right w:w="0" w:type="dxa"/>
            </w:tcMar>
            <w:vAlign w:val="center"/>
          </w:tcPr>
          <w:p w14:paraId="1D7E05F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15.77</w:t>
            </w:r>
          </w:p>
        </w:tc>
        <w:tc>
          <w:tcPr>
            <w:tcW w:w="794" w:type="dxa"/>
            <w:tcBorders>
              <w:top w:val="none" w:sz="0" w:space="0" w:color="000000"/>
              <w:left w:val="none" w:sz="0" w:space="0" w:color="000000"/>
              <w:bottom w:val="none" w:sz="0" w:space="0" w:color="000000"/>
              <w:right w:val="none" w:sz="0" w:space="0" w:color="000000"/>
            </w:tcBorders>
            <w:shd w:val="clear" w:color="auto" w:fill="F97FA9"/>
            <w:tcMar>
              <w:top w:w="0" w:type="dxa"/>
              <w:left w:w="0" w:type="dxa"/>
              <w:bottom w:w="0" w:type="dxa"/>
              <w:right w:w="0" w:type="dxa"/>
            </w:tcMar>
            <w:vAlign w:val="center"/>
          </w:tcPr>
          <w:p w14:paraId="06B8882A"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17.96</w:t>
            </w:r>
          </w:p>
        </w:tc>
        <w:tc>
          <w:tcPr>
            <w:tcW w:w="794" w:type="dxa"/>
            <w:tcBorders>
              <w:top w:val="none" w:sz="0" w:space="0" w:color="000000"/>
              <w:left w:val="none" w:sz="0" w:space="0" w:color="000000"/>
              <w:bottom w:val="none" w:sz="0" w:space="0" w:color="000000"/>
              <w:right w:val="none" w:sz="0" w:space="0" w:color="000000"/>
            </w:tcBorders>
            <w:shd w:val="clear" w:color="auto" w:fill="F982AA"/>
            <w:tcMar>
              <w:top w:w="0" w:type="dxa"/>
              <w:left w:w="0" w:type="dxa"/>
              <w:bottom w:w="0" w:type="dxa"/>
              <w:right w:w="0" w:type="dxa"/>
            </w:tcMar>
            <w:vAlign w:val="center"/>
          </w:tcPr>
          <w:p w14:paraId="704C7125"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17.42</w:t>
            </w:r>
          </w:p>
        </w:tc>
        <w:tc>
          <w:tcPr>
            <w:tcW w:w="794" w:type="dxa"/>
            <w:tcBorders>
              <w:top w:val="none" w:sz="0" w:space="0" w:color="000000"/>
              <w:left w:val="none" w:sz="0" w:space="0" w:color="000000"/>
              <w:bottom w:val="none" w:sz="0" w:space="0" w:color="000000"/>
              <w:right w:val="none" w:sz="0" w:space="0" w:color="000000"/>
            </w:tcBorders>
            <w:shd w:val="clear" w:color="auto" w:fill="F97DA8"/>
            <w:tcMar>
              <w:top w:w="0" w:type="dxa"/>
              <w:left w:w="0" w:type="dxa"/>
              <w:bottom w:w="0" w:type="dxa"/>
              <w:right w:w="0" w:type="dxa"/>
            </w:tcMar>
            <w:vAlign w:val="center"/>
          </w:tcPr>
          <w:p w14:paraId="3F9D99F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18.39</w:t>
            </w:r>
          </w:p>
        </w:tc>
        <w:tc>
          <w:tcPr>
            <w:tcW w:w="794" w:type="dxa"/>
            <w:tcBorders>
              <w:top w:val="none" w:sz="0" w:space="0" w:color="000000"/>
              <w:left w:val="none" w:sz="0" w:space="0" w:color="000000"/>
              <w:bottom w:val="none" w:sz="0" w:space="0" w:color="000000"/>
              <w:right w:val="none" w:sz="0" w:space="0" w:color="000000"/>
            </w:tcBorders>
            <w:shd w:val="clear" w:color="auto" w:fill="F982AA"/>
            <w:tcMar>
              <w:top w:w="0" w:type="dxa"/>
              <w:left w:w="0" w:type="dxa"/>
              <w:bottom w:w="0" w:type="dxa"/>
              <w:right w:w="0" w:type="dxa"/>
            </w:tcMar>
            <w:vAlign w:val="center"/>
          </w:tcPr>
          <w:p w14:paraId="1C29815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17.30</w:t>
            </w:r>
          </w:p>
        </w:tc>
        <w:tc>
          <w:tcPr>
            <w:tcW w:w="794" w:type="dxa"/>
            <w:tcBorders>
              <w:top w:val="none" w:sz="0" w:space="0" w:color="000000"/>
              <w:left w:val="none" w:sz="0" w:space="0" w:color="000000"/>
              <w:bottom w:val="none" w:sz="0" w:space="0" w:color="000000"/>
              <w:right w:val="none" w:sz="0" w:space="0" w:color="000000"/>
            </w:tcBorders>
            <w:shd w:val="clear" w:color="auto" w:fill="F986AB"/>
            <w:tcMar>
              <w:top w:w="0" w:type="dxa"/>
              <w:left w:w="0" w:type="dxa"/>
              <w:bottom w:w="0" w:type="dxa"/>
              <w:right w:w="0" w:type="dxa"/>
            </w:tcMar>
            <w:vAlign w:val="center"/>
          </w:tcPr>
          <w:p w14:paraId="7F54895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16.59</w:t>
            </w:r>
          </w:p>
        </w:tc>
        <w:tc>
          <w:tcPr>
            <w:tcW w:w="794" w:type="dxa"/>
            <w:tcBorders>
              <w:top w:val="none" w:sz="0" w:space="0" w:color="000000"/>
              <w:left w:val="none" w:sz="0" w:space="0" w:color="000000"/>
              <w:bottom w:val="none" w:sz="0" w:space="0" w:color="000000"/>
              <w:right w:val="none" w:sz="0" w:space="0" w:color="000000"/>
            </w:tcBorders>
            <w:shd w:val="clear" w:color="auto" w:fill="F983AA"/>
            <w:tcMar>
              <w:top w:w="0" w:type="dxa"/>
              <w:left w:w="0" w:type="dxa"/>
              <w:bottom w:w="0" w:type="dxa"/>
              <w:right w:w="0" w:type="dxa"/>
            </w:tcMar>
            <w:vAlign w:val="center"/>
          </w:tcPr>
          <w:p w14:paraId="69252C5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17.13</w:t>
            </w:r>
          </w:p>
        </w:tc>
      </w:tr>
      <w:tr w:rsidR="000C395B" w:rsidRPr="000569BC" w14:paraId="559F57D2"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55DD5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60-64</w:t>
            </w:r>
          </w:p>
        </w:tc>
        <w:tc>
          <w:tcPr>
            <w:tcW w:w="794" w:type="dxa"/>
            <w:tcBorders>
              <w:top w:val="none" w:sz="0" w:space="0" w:color="000000"/>
              <w:left w:val="none" w:sz="0" w:space="0" w:color="000000"/>
              <w:bottom w:val="none" w:sz="0" w:space="0" w:color="000000"/>
              <w:right w:val="none" w:sz="0" w:space="0" w:color="000000"/>
            </w:tcBorders>
            <w:shd w:val="clear" w:color="auto" w:fill="F76CA2"/>
            <w:tcMar>
              <w:top w:w="0" w:type="dxa"/>
              <w:left w:w="0" w:type="dxa"/>
              <w:bottom w:w="0" w:type="dxa"/>
              <w:right w:w="0" w:type="dxa"/>
            </w:tcMar>
            <w:vAlign w:val="center"/>
          </w:tcPr>
          <w:p w14:paraId="16182FF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21.56</w:t>
            </w:r>
          </w:p>
        </w:tc>
        <w:tc>
          <w:tcPr>
            <w:tcW w:w="794" w:type="dxa"/>
            <w:tcBorders>
              <w:top w:val="none" w:sz="0" w:space="0" w:color="000000"/>
              <w:left w:val="none" w:sz="0" w:space="0" w:color="000000"/>
              <w:bottom w:val="none" w:sz="0" w:space="0" w:color="000000"/>
              <w:right w:val="none" w:sz="0" w:space="0" w:color="000000"/>
            </w:tcBorders>
            <w:shd w:val="clear" w:color="auto" w:fill="ED5B9D"/>
            <w:tcMar>
              <w:top w:w="0" w:type="dxa"/>
              <w:left w:w="0" w:type="dxa"/>
              <w:bottom w:w="0" w:type="dxa"/>
              <w:right w:w="0" w:type="dxa"/>
            </w:tcMar>
            <w:vAlign w:val="center"/>
          </w:tcPr>
          <w:p w14:paraId="38F3D6EA"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24.55</w:t>
            </w:r>
          </w:p>
        </w:tc>
        <w:tc>
          <w:tcPr>
            <w:tcW w:w="794" w:type="dxa"/>
            <w:tcBorders>
              <w:top w:val="none" w:sz="0" w:space="0" w:color="000000"/>
              <w:left w:val="none" w:sz="0" w:space="0" w:color="000000"/>
              <w:bottom w:val="none" w:sz="0" w:space="0" w:color="000000"/>
              <w:right w:val="none" w:sz="0" w:space="0" w:color="000000"/>
            </w:tcBorders>
            <w:shd w:val="clear" w:color="auto" w:fill="E44F98"/>
            <w:tcMar>
              <w:top w:w="0" w:type="dxa"/>
              <w:left w:w="0" w:type="dxa"/>
              <w:bottom w:w="0" w:type="dxa"/>
              <w:right w:w="0" w:type="dxa"/>
            </w:tcMar>
            <w:vAlign w:val="center"/>
          </w:tcPr>
          <w:p w14:paraId="7D88A8D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26.67</w:t>
            </w:r>
          </w:p>
        </w:tc>
        <w:tc>
          <w:tcPr>
            <w:tcW w:w="794" w:type="dxa"/>
            <w:tcBorders>
              <w:top w:val="none" w:sz="0" w:space="0" w:color="000000"/>
              <w:left w:val="none" w:sz="0" w:space="0" w:color="000000"/>
              <w:bottom w:val="none" w:sz="0" w:space="0" w:color="000000"/>
              <w:right w:val="none" w:sz="0" w:space="0" w:color="000000"/>
            </w:tcBorders>
            <w:shd w:val="clear" w:color="auto" w:fill="EA579B"/>
            <w:tcMar>
              <w:top w:w="0" w:type="dxa"/>
              <w:left w:w="0" w:type="dxa"/>
              <w:bottom w:w="0" w:type="dxa"/>
              <w:right w:w="0" w:type="dxa"/>
            </w:tcMar>
            <w:vAlign w:val="center"/>
          </w:tcPr>
          <w:p w14:paraId="7EC25E8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25.34</w:t>
            </w:r>
          </w:p>
        </w:tc>
        <w:tc>
          <w:tcPr>
            <w:tcW w:w="794" w:type="dxa"/>
            <w:tcBorders>
              <w:top w:val="none" w:sz="0" w:space="0" w:color="000000"/>
              <w:left w:val="none" w:sz="0" w:space="0" w:color="000000"/>
              <w:bottom w:val="none" w:sz="0" w:space="0" w:color="000000"/>
              <w:right w:val="none" w:sz="0" w:space="0" w:color="000000"/>
            </w:tcBorders>
            <w:shd w:val="clear" w:color="auto" w:fill="F76DA2"/>
            <w:tcMar>
              <w:top w:w="0" w:type="dxa"/>
              <w:left w:w="0" w:type="dxa"/>
              <w:bottom w:w="0" w:type="dxa"/>
              <w:right w:w="0" w:type="dxa"/>
            </w:tcMar>
            <w:vAlign w:val="center"/>
          </w:tcPr>
          <w:p w14:paraId="01B0546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21.53</w:t>
            </w:r>
          </w:p>
        </w:tc>
        <w:tc>
          <w:tcPr>
            <w:tcW w:w="794" w:type="dxa"/>
            <w:tcBorders>
              <w:top w:val="none" w:sz="0" w:space="0" w:color="000000"/>
              <w:left w:val="none" w:sz="0" w:space="0" w:color="000000"/>
              <w:bottom w:val="none" w:sz="0" w:space="0" w:color="000000"/>
              <w:right w:val="none" w:sz="0" w:space="0" w:color="000000"/>
            </w:tcBorders>
            <w:shd w:val="clear" w:color="auto" w:fill="D13390"/>
            <w:tcMar>
              <w:top w:w="0" w:type="dxa"/>
              <w:left w:w="0" w:type="dxa"/>
              <w:bottom w:w="0" w:type="dxa"/>
              <w:right w:w="0" w:type="dxa"/>
            </w:tcMar>
            <w:vAlign w:val="center"/>
          </w:tcPr>
          <w:p w14:paraId="64A2CFA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30.82</w:t>
            </w:r>
          </w:p>
        </w:tc>
        <w:tc>
          <w:tcPr>
            <w:tcW w:w="794" w:type="dxa"/>
            <w:tcBorders>
              <w:top w:val="none" w:sz="0" w:space="0" w:color="000000"/>
              <w:left w:val="none" w:sz="0" w:space="0" w:color="000000"/>
              <w:bottom w:val="none" w:sz="0" w:space="0" w:color="000000"/>
              <w:right w:val="none" w:sz="0" w:space="0" w:color="000000"/>
            </w:tcBorders>
            <w:shd w:val="clear" w:color="auto" w:fill="E04996"/>
            <w:tcMar>
              <w:top w:w="0" w:type="dxa"/>
              <w:left w:w="0" w:type="dxa"/>
              <w:bottom w:w="0" w:type="dxa"/>
              <w:right w:w="0" w:type="dxa"/>
            </w:tcMar>
            <w:vAlign w:val="center"/>
          </w:tcPr>
          <w:p w14:paraId="55052A8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27.54</w:t>
            </w:r>
          </w:p>
        </w:tc>
        <w:tc>
          <w:tcPr>
            <w:tcW w:w="794" w:type="dxa"/>
            <w:tcBorders>
              <w:top w:val="none" w:sz="0" w:space="0" w:color="000000"/>
              <w:left w:val="none" w:sz="0" w:space="0" w:color="000000"/>
              <w:bottom w:val="none" w:sz="0" w:space="0" w:color="000000"/>
              <w:right w:val="none" w:sz="0" w:space="0" w:color="000000"/>
            </w:tcBorders>
            <w:shd w:val="clear" w:color="auto" w:fill="E24D97"/>
            <w:tcMar>
              <w:top w:w="0" w:type="dxa"/>
              <w:left w:w="0" w:type="dxa"/>
              <w:bottom w:w="0" w:type="dxa"/>
              <w:right w:w="0" w:type="dxa"/>
            </w:tcMar>
            <w:vAlign w:val="center"/>
          </w:tcPr>
          <w:p w14:paraId="423CC33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27.02</w:t>
            </w:r>
          </w:p>
        </w:tc>
        <w:tc>
          <w:tcPr>
            <w:tcW w:w="794" w:type="dxa"/>
            <w:tcBorders>
              <w:top w:val="none" w:sz="0" w:space="0" w:color="000000"/>
              <w:left w:val="none" w:sz="0" w:space="0" w:color="000000"/>
              <w:bottom w:val="none" w:sz="0" w:space="0" w:color="000000"/>
              <w:right w:val="none" w:sz="0" w:space="0" w:color="000000"/>
            </w:tcBorders>
            <w:shd w:val="clear" w:color="auto" w:fill="EA579B"/>
            <w:tcMar>
              <w:top w:w="0" w:type="dxa"/>
              <w:left w:w="0" w:type="dxa"/>
              <w:bottom w:w="0" w:type="dxa"/>
              <w:right w:w="0" w:type="dxa"/>
            </w:tcMar>
            <w:vAlign w:val="center"/>
          </w:tcPr>
          <w:p w14:paraId="30194CA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25.22</w:t>
            </w:r>
          </w:p>
        </w:tc>
      </w:tr>
      <w:tr w:rsidR="000C395B" w:rsidRPr="000569BC" w14:paraId="628CD7C8"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F8FE5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65-69</w:t>
            </w:r>
          </w:p>
        </w:tc>
        <w:tc>
          <w:tcPr>
            <w:tcW w:w="794" w:type="dxa"/>
            <w:tcBorders>
              <w:top w:val="none" w:sz="0" w:space="0" w:color="000000"/>
              <w:left w:val="none" w:sz="0" w:space="0" w:color="000000"/>
              <w:bottom w:val="none" w:sz="0" w:space="0" w:color="000000"/>
              <w:right w:val="none" w:sz="0" w:space="0" w:color="000000"/>
            </w:tcBorders>
            <w:shd w:val="clear" w:color="auto" w:fill="F98CAE"/>
            <w:tcMar>
              <w:top w:w="0" w:type="dxa"/>
              <w:left w:w="0" w:type="dxa"/>
              <w:bottom w:w="0" w:type="dxa"/>
              <w:right w:w="0" w:type="dxa"/>
            </w:tcMar>
            <w:vAlign w:val="center"/>
          </w:tcPr>
          <w:p w14:paraId="5742FEEA"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15.35</w:t>
            </w:r>
          </w:p>
        </w:tc>
        <w:tc>
          <w:tcPr>
            <w:tcW w:w="794" w:type="dxa"/>
            <w:tcBorders>
              <w:top w:val="none" w:sz="0" w:space="0" w:color="000000"/>
              <w:left w:val="none" w:sz="0" w:space="0" w:color="000000"/>
              <w:bottom w:val="none" w:sz="0" w:space="0" w:color="000000"/>
              <w:right w:val="none" w:sz="0" w:space="0" w:color="000000"/>
            </w:tcBorders>
            <w:shd w:val="clear" w:color="auto" w:fill="F980A9"/>
            <w:tcMar>
              <w:top w:w="0" w:type="dxa"/>
              <w:left w:w="0" w:type="dxa"/>
              <w:bottom w:w="0" w:type="dxa"/>
              <w:right w:w="0" w:type="dxa"/>
            </w:tcMar>
            <w:vAlign w:val="center"/>
          </w:tcPr>
          <w:p w14:paraId="403A3BA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17.78</w:t>
            </w:r>
          </w:p>
        </w:tc>
        <w:tc>
          <w:tcPr>
            <w:tcW w:w="794" w:type="dxa"/>
            <w:tcBorders>
              <w:top w:val="none" w:sz="0" w:space="0" w:color="000000"/>
              <w:left w:val="none" w:sz="0" w:space="0" w:color="000000"/>
              <w:bottom w:val="none" w:sz="0" w:space="0" w:color="000000"/>
              <w:right w:val="none" w:sz="0" w:space="0" w:color="000000"/>
            </w:tcBorders>
            <w:shd w:val="clear" w:color="auto" w:fill="F989AD"/>
            <w:tcMar>
              <w:top w:w="0" w:type="dxa"/>
              <w:left w:w="0" w:type="dxa"/>
              <w:bottom w:w="0" w:type="dxa"/>
              <w:right w:w="0" w:type="dxa"/>
            </w:tcMar>
            <w:vAlign w:val="center"/>
          </w:tcPr>
          <w:p w14:paraId="150EB3E2"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15.80</w:t>
            </w:r>
          </w:p>
        </w:tc>
        <w:tc>
          <w:tcPr>
            <w:tcW w:w="794" w:type="dxa"/>
            <w:tcBorders>
              <w:top w:val="none" w:sz="0" w:space="0" w:color="000000"/>
              <w:left w:val="none" w:sz="0" w:space="0" w:color="000000"/>
              <w:bottom w:val="none" w:sz="0" w:space="0" w:color="000000"/>
              <w:right w:val="none" w:sz="0" w:space="0" w:color="000000"/>
            </w:tcBorders>
            <w:shd w:val="clear" w:color="auto" w:fill="F985AB"/>
            <w:tcMar>
              <w:top w:w="0" w:type="dxa"/>
              <w:left w:w="0" w:type="dxa"/>
              <w:bottom w:w="0" w:type="dxa"/>
              <w:right w:w="0" w:type="dxa"/>
            </w:tcMar>
            <w:vAlign w:val="center"/>
          </w:tcPr>
          <w:p w14:paraId="7017AC8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16.79</w:t>
            </w:r>
          </w:p>
        </w:tc>
        <w:tc>
          <w:tcPr>
            <w:tcW w:w="794" w:type="dxa"/>
            <w:tcBorders>
              <w:top w:val="none" w:sz="0" w:space="0" w:color="000000"/>
              <w:left w:val="none" w:sz="0" w:space="0" w:color="000000"/>
              <w:bottom w:val="none" w:sz="0" w:space="0" w:color="000000"/>
              <w:right w:val="none" w:sz="0" w:space="0" w:color="000000"/>
            </w:tcBorders>
            <w:shd w:val="clear" w:color="auto" w:fill="F98BAD"/>
            <w:tcMar>
              <w:top w:w="0" w:type="dxa"/>
              <w:left w:w="0" w:type="dxa"/>
              <w:bottom w:w="0" w:type="dxa"/>
              <w:right w:w="0" w:type="dxa"/>
            </w:tcMar>
            <w:vAlign w:val="center"/>
          </w:tcPr>
          <w:p w14:paraId="5741D50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15.38</w:t>
            </w:r>
          </w:p>
        </w:tc>
        <w:tc>
          <w:tcPr>
            <w:tcW w:w="794" w:type="dxa"/>
            <w:tcBorders>
              <w:top w:val="none" w:sz="0" w:space="0" w:color="000000"/>
              <w:left w:val="none" w:sz="0" w:space="0" w:color="000000"/>
              <w:bottom w:val="none" w:sz="0" w:space="0" w:color="000000"/>
              <w:right w:val="none" w:sz="0" w:space="0" w:color="000000"/>
            </w:tcBorders>
            <w:shd w:val="clear" w:color="auto" w:fill="F878A6"/>
            <w:tcMar>
              <w:top w:w="0" w:type="dxa"/>
              <w:left w:w="0" w:type="dxa"/>
              <w:bottom w:w="0" w:type="dxa"/>
              <w:right w:w="0" w:type="dxa"/>
            </w:tcMar>
            <w:vAlign w:val="center"/>
          </w:tcPr>
          <w:p w14:paraId="1396A3F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19.39</w:t>
            </w:r>
          </w:p>
        </w:tc>
        <w:tc>
          <w:tcPr>
            <w:tcW w:w="794" w:type="dxa"/>
            <w:tcBorders>
              <w:top w:val="none" w:sz="0" w:space="0" w:color="000000"/>
              <w:left w:val="none" w:sz="0" w:space="0" w:color="000000"/>
              <w:bottom w:val="none" w:sz="0" w:space="0" w:color="000000"/>
              <w:right w:val="none" w:sz="0" w:space="0" w:color="000000"/>
            </w:tcBorders>
            <w:shd w:val="clear" w:color="auto" w:fill="F986AB"/>
            <w:tcMar>
              <w:top w:w="0" w:type="dxa"/>
              <w:left w:w="0" w:type="dxa"/>
              <w:bottom w:w="0" w:type="dxa"/>
              <w:right w:w="0" w:type="dxa"/>
            </w:tcMar>
            <w:vAlign w:val="center"/>
          </w:tcPr>
          <w:p w14:paraId="151E2C6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16.50</w:t>
            </w:r>
          </w:p>
        </w:tc>
        <w:tc>
          <w:tcPr>
            <w:tcW w:w="794" w:type="dxa"/>
            <w:tcBorders>
              <w:top w:val="none" w:sz="0" w:space="0" w:color="000000"/>
              <w:left w:val="none" w:sz="0" w:space="0" w:color="000000"/>
              <w:bottom w:val="none" w:sz="0" w:space="0" w:color="000000"/>
              <w:right w:val="none" w:sz="0" w:space="0" w:color="000000"/>
            </w:tcBorders>
            <w:shd w:val="clear" w:color="auto" w:fill="F76DA3"/>
            <w:tcMar>
              <w:top w:w="0" w:type="dxa"/>
              <w:left w:w="0" w:type="dxa"/>
              <w:bottom w:w="0" w:type="dxa"/>
              <w:right w:w="0" w:type="dxa"/>
            </w:tcMar>
            <w:vAlign w:val="center"/>
          </w:tcPr>
          <w:p w14:paraId="419B33A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21.43</w:t>
            </w:r>
          </w:p>
        </w:tc>
        <w:tc>
          <w:tcPr>
            <w:tcW w:w="794" w:type="dxa"/>
            <w:tcBorders>
              <w:top w:val="none" w:sz="0" w:space="0" w:color="000000"/>
              <w:left w:val="none" w:sz="0" w:space="0" w:color="000000"/>
              <w:bottom w:val="none" w:sz="0" w:space="0" w:color="000000"/>
              <w:right w:val="none" w:sz="0" w:space="0" w:color="000000"/>
            </w:tcBorders>
            <w:shd w:val="clear" w:color="auto" w:fill="EB599C"/>
            <w:tcMar>
              <w:top w:w="0" w:type="dxa"/>
              <w:left w:w="0" w:type="dxa"/>
              <w:bottom w:w="0" w:type="dxa"/>
              <w:right w:w="0" w:type="dxa"/>
            </w:tcMar>
            <w:vAlign w:val="center"/>
          </w:tcPr>
          <w:p w14:paraId="7A1A6B2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24.93</w:t>
            </w:r>
          </w:p>
        </w:tc>
      </w:tr>
      <w:tr w:rsidR="000C395B" w:rsidRPr="000569BC" w14:paraId="71B7EF5B" w14:textId="77777777" w:rsidTr="000F7C69">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03F0B2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70-74</w:t>
            </w:r>
          </w:p>
        </w:tc>
        <w:tc>
          <w:tcPr>
            <w:tcW w:w="794" w:type="dxa"/>
            <w:tcBorders>
              <w:top w:val="none" w:sz="0" w:space="0" w:color="000000"/>
              <w:left w:val="none" w:sz="0" w:space="0" w:color="000000"/>
              <w:bottom w:val="none" w:sz="0" w:space="0" w:color="000000"/>
              <w:right w:val="none" w:sz="0" w:space="0" w:color="000000"/>
            </w:tcBorders>
            <w:shd w:val="clear" w:color="auto" w:fill="FA8FAF"/>
            <w:tcMar>
              <w:top w:w="0" w:type="dxa"/>
              <w:left w:w="0" w:type="dxa"/>
              <w:bottom w:w="0" w:type="dxa"/>
              <w:right w:w="0" w:type="dxa"/>
            </w:tcMar>
            <w:vAlign w:val="center"/>
          </w:tcPr>
          <w:p w14:paraId="1D9C3F99"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14.65</w:t>
            </w:r>
          </w:p>
        </w:tc>
        <w:tc>
          <w:tcPr>
            <w:tcW w:w="794" w:type="dxa"/>
            <w:tcBorders>
              <w:top w:val="none" w:sz="0" w:space="0" w:color="000000"/>
              <w:left w:val="none" w:sz="0" w:space="0" w:color="000000"/>
              <w:bottom w:val="none" w:sz="0" w:space="0" w:color="000000"/>
              <w:right w:val="none" w:sz="0" w:space="0" w:color="000000"/>
            </w:tcBorders>
            <w:shd w:val="clear" w:color="auto" w:fill="F87AA7"/>
            <w:tcMar>
              <w:top w:w="0" w:type="dxa"/>
              <w:left w:w="0" w:type="dxa"/>
              <w:bottom w:w="0" w:type="dxa"/>
              <w:right w:w="0" w:type="dxa"/>
            </w:tcMar>
            <w:vAlign w:val="center"/>
          </w:tcPr>
          <w:p w14:paraId="0E40954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19.04</w:t>
            </w:r>
          </w:p>
        </w:tc>
        <w:tc>
          <w:tcPr>
            <w:tcW w:w="794" w:type="dxa"/>
            <w:tcBorders>
              <w:top w:val="none" w:sz="0" w:space="0" w:color="000000"/>
              <w:left w:val="none" w:sz="0" w:space="0" w:color="000000"/>
              <w:bottom w:val="none" w:sz="0" w:space="0" w:color="000000"/>
              <w:right w:val="none" w:sz="0" w:space="0" w:color="000000"/>
            </w:tcBorders>
            <w:shd w:val="clear" w:color="auto" w:fill="F985AB"/>
            <w:tcMar>
              <w:top w:w="0" w:type="dxa"/>
              <w:left w:w="0" w:type="dxa"/>
              <w:bottom w:w="0" w:type="dxa"/>
              <w:right w:w="0" w:type="dxa"/>
            </w:tcMar>
            <w:vAlign w:val="center"/>
          </w:tcPr>
          <w:p w14:paraId="5EAC276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16.75</w:t>
            </w:r>
          </w:p>
        </w:tc>
        <w:tc>
          <w:tcPr>
            <w:tcW w:w="794" w:type="dxa"/>
            <w:tcBorders>
              <w:top w:val="none" w:sz="0" w:space="0" w:color="000000"/>
              <w:left w:val="none" w:sz="0" w:space="0" w:color="000000"/>
              <w:bottom w:val="none" w:sz="0" w:space="0" w:color="000000"/>
              <w:right w:val="none" w:sz="0" w:space="0" w:color="000000"/>
            </w:tcBorders>
            <w:shd w:val="clear" w:color="auto" w:fill="E14B97"/>
            <w:tcMar>
              <w:top w:w="0" w:type="dxa"/>
              <w:left w:w="0" w:type="dxa"/>
              <w:bottom w:w="0" w:type="dxa"/>
              <w:right w:w="0" w:type="dxa"/>
            </w:tcMar>
            <w:vAlign w:val="center"/>
          </w:tcPr>
          <w:p w14:paraId="0D6F7282"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27.35</w:t>
            </w:r>
          </w:p>
        </w:tc>
        <w:tc>
          <w:tcPr>
            <w:tcW w:w="794" w:type="dxa"/>
            <w:tcBorders>
              <w:top w:val="none" w:sz="0" w:space="0" w:color="000000"/>
              <w:left w:val="none" w:sz="0" w:space="0" w:color="000000"/>
              <w:bottom w:val="none" w:sz="0" w:space="0" w:color="000000"/>
              <w:right w:val="none" w:sz="0" w:space="0" w:color="000000"/>
            </w:tcBorders>
            <w:shd w:val="clear" w:color="auto" w:fill="F97EA8"/>
            <w:tcMar>
              <w:top w:w="0" w:type="dxa"/>
              <w:left w:w="0" w:type="dxa"/>
              <w:bottom w:w="0" w:type="dxa"/>
              <w:right w:w="0" w:type="dxa"/>
            </w:tcMar>
            <w:vAlign w:val="center"/>
          </w:tcPr>
          <w:p w14:paraId="0788968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18.22</w:t>
            </w:r>
          </w:p>
        </w:tc>
        <w:tc>
          <w:tcPr>
            <w:tcW w:w="794" w:type="dxa"/>
            <w:tcBorders>
              <w:top w:val="none" w:sz="0" w:space="0" w:color="000000"/>
              <w:left w:val="none" w:sz="0" w:space="0" w:color="000000"/>
              <w:bottom w:val="none" w:sz="0" w:space="0" w:color="000000"/>
              <w:right w:val="none" w:sz="0" w:space="0" w:color="000000"/>
            </w:tcBorders>
            <w:shd w:val="clear" w:color="auto" w:fill="FA8FAF"/>
            <w:tcMar>
              <w:top w:w="0" w:type="dxa"/>
              <w:left w:w="0" w:type="dxa"/>
              <w:bottom w:w="0" w:type="dxa"/>
              <w:right w:w="0" w:type="dxa"/>
            </w:tcMar>
            <w:vAlign w:val="center"/>
          </w:tcPr>
          <w:p w14:paraId="1E03A6D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14.73</w:t>
            </w:r>
          </w:p>
        </w:tc>
        <w:tc>
          <w:tcPr>
            <w:tcW w:w="794" w:type="dxa"/>
            <w:tcBorders>
              <w:top w:val="none" w:sz="0" w:space="0" w:color="000000"/>
              <w:left w:val="none" w:sz="0" w:space="0" w:color="000000"/>
              <w:bottom w:val="none" w:sz="0" w:space="0" w:color="000000"/>
              <w:right w:val="none" w:sz="0" w:space="0" w:color="000000"/>
            </w:tcBorders>
            <w:shd w:val="clear" w:color="auto" w:fill="E8559A"/>
            <w:tcMar>
              <w:top w:w="0" w:type="dxa"/>
              <w:left w:w="0" w:type="dxa"/>
              <w:bottom w:w="0" w:type="dxa"/>
              <w:right w:w="0" w:type="dxa"/>
            </w:tcMar>
            <w:vAlign w:val="center"/>
          </w:tcPr>
          <w:p w14:paraId="0D23576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25.68</w:t>
            </w:r>
          </w:p>
        </w:tc>
        <w:tc>
          <w:tcPr>
            <w:tcW w:w="794" w:type="dxa"/>
            <w:tcBorders>
              <w:top w:val="none" w:sz="0" w:space="0" w:color="000000"/>
              <w:left w:val="none" w:sz="0" w:space="0" w:color="000000"/>
              <w:bottom w:val="none" w:sz="0" w:space="0" w:color="000000"/>
              <w:right w:val="none" w:sz="0" w:space="0" w:color="000000"/>
            </w:tcBorders>
            <w:shd w:val="clear" w:color="auto" w:fill="DD4695"/>
            <w:tcMar>
              <w:top w:w="0" w:type="dxa"/>
              <w:left w:w="0" w:type="dxa"/>
              <w:bottom w:w="0" w:type="dxa"/>
              <w:right w:w="0" w:type="dxa"/>
            </w:tcMar>
            <w:vAlign w:val="center"/>
          </w:tcPr>
          <w:p w14:paraId="1FDBC13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28.14</w:t>
            </w:r>
          </w:p>
        </w:tc>
        <w:tc>
          <w:tcPr>
            <w:tcW w:w="794" w:type="dxa"/>
            <w:tcBorders>
              <w:top w:val="none" w:sz="0" w:space="0" w:color="000000"/>
              <w:left w:val="none" w:sz="0" w:space="0" w:color="000000"/>
              <w:bottom w:val="none" w:sz="0" w:space="0" w:color="000000"/>
              <w:right w:val="none" w:sz="0" w:space="0" w:color="000000"/>
            </w:tcBorders>
            <w:shd w:val="clear" w:color="auto" w:fill="94097E"/>
            <w:tcMar>
              <w:top w:w="0" w:type="dxa"/>
              <w:left w:w="0" w:type="dxa"/>
              <w:bottom w:w="0" w:type="dxa"/>
              <w:right w:w="0" w:type="dxa"/>
            </w:tcMar>
            <w:vAlign w:val="center"/>
          </w:tcPr>
          <w:p w14:paraId="4C90FFF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40.76</w:t>
            </w:r>
          </w:p>
        </w:tc>
      </w:tr>
      <w:tr w:rsidR="000C395B" w:rsidRPr="000569BC" w14:paraId="195933D7" w14:textId="77777777" w:rsidTr="000F7C69">
        <w:trPr>
          <w:jc w:val="center"/>
        </w:trPr>
        <w:tc>
          <w:tcPr>
            <w:tcW w:w="2333"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8666D5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75-79</w:t>
            </w:r>
          </w:p>
        </w:tc>
        <w:tc>
          <w:tcPr>
            <w:tcW w:w="794" w:type="dxa"/>
            <w:tcBorders>
              <w:top w:val="none" w:sz="0" w:space="0" w:color="000000"/>
              <w:left w:val="none" w:sz="0" w:space="0" w:color="000000"/>
              <w:right w:val="none" w:sz="0" w:space="0" w:color="000000"/>
            </w:tcBorders>
            <w:shd w:val="clear" w:color="auto" w:fill="FCB2C0"/>
            <w:tcMar>
              <w:top w:w="0" w:type="dxa"/>
              <w:left w:w="0" w:type="dxa"/>
              <w:bottom w:w="0" w:type="dxa"/>
              <w:right w:w="0" w:type="dxa"/>
            </w:tcMar>
            <w:vAlign w:val="center"/>
          </w:tcPr>
          <w:p w14:paraId="4C7DA967"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7.99</w:t>
            </w:r>
          </w:p>
        </w:tc>
        <w:tc>
          <w:tcPr>
            <w:tcW w:w="794" w:type="dxa"/>
            <w:tcBorders>
              <w:top w:val="none" w:sz="0" w:space="0" w:color="000000"/>
              <w:left w:val="none" w:sz="0" w:space="0" w:color="000000"/>
              <w:right w:val="none" w:sz="0" w:space="0" w:color="000000"/>
            </w:tcBorders>
            <w:shd w:val="clear" w:color="auto" w:fill="F98BAD"/>
            <w:tcMar>
              <w:top w:w="0" w:type="dxa"/>
              <w:left w:w="0" w:type="dxa"/>
              <w:bottom w:w="0" w:type="dxa"/>
              <w:right w:w="0" w:type="dxa"/>
            </w:tcMar>
            <w:vAlign w:val="center"/>
          </w:tcPr>
          <w:p w14:paraId="0BD8A57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15.44</w:t>
            </w:r>
          </w:p>
        </w:tc>
        <w:tc>
          <w:tcPr>
            <w:tcW w:w="794" w:type="dxa"/>
            <w:tcBorders>
              <w:top w:val="none" w:sz="0" w:space="0" w:color="000000"/>
              <w:left w:val="none" w:sz="0" w:space="0" w:color="000000"/>
              <w:right w:val="none" w:sz="0" w:space="0" w:color="000000"/>
            </w:tcBorders>
            <w:shd w:val="clear" w:color="auto" w:fill="F97DA8"/>
            <w:tcMar>
              <w:top w:w="0" w:type="dxa"/>
              <w:left w:w="0" w:type="dxa"/>
              <w:bottom w:w="0" w:type="dxa"/>
              <w:right w:w="0" w:type="dxa"/>
            </w:tcMar>
            <w:vAlign w:val="center"/>
          </w:tcPr>
          <w:p w14:paraId="11519AC8"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18.25</w:t>
            </w:r>
          </w:p>
        </w:tc>
        <w:tc>
          <w:tcPr>
            <w:tcW w:w="794" w:type="dxa"/>
            <w:tcBorders>
              <w:top w:val="none" w:sz="0" w:space="0" w:color="000000"/>
              <w:left w:val="none" w:sz="0" w:space="0" w:color="000000"/>
              <w:right w:val="none" w:sz="0" w:space="0" w:color="000000"/>
            </w:tcBorders>
            <w:shd w:val="clear" w:color="auto" w:fill="FA99B3"/>
            <w:tcMar>
              <w:top w:w="0" w:type="dxa"/>
              <w:left w:w="0" w:type="dxa"/>
              <w:bottom w:w="0" w:type="dxa"/>
              <w:right w:w="0" w:type="dxa"/>
            </w:tcMar>
            <w:vAlign w:val="center"/>
          </w:tcPr>
          <w:p w14:paraId="02ABB37E"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12.45</w:t>
            </w:r>
          </w:p>
        </w:tc>
        <w:tc>
          <w:tcPr>
            <w:tcW w:w="794" w:type="dxa"/>
            <w:tcBorders>
              <w:top w:val="none" w:sz="0" w:space="0" w:color="000000"/>
              <w:left w:val="none" w:sz="0" w:space="0" w:color="000000"/>
              <w:right w:val="none" w:sz="0" w:space="0" w:color="000000"/>
            </w:tcBorders>
            <w:shd w:val="clear" w:color="auto" w:fill="FA98B2"/>
            <w:tcMar>
              <w:top w:w="0" w:type="dxa"/>
              <w:left w:w="0" w:type="dxa"/>
              <w:bottom w:w="0" w:type="dxa"/>
              <w:right w:w="0" w:type="dxa"/>
            </w:tcMar>
            <w:vAlign w:val="center"/>
          </w:tcPr>
          <w:p w14:paraId="10118B2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12.76</w:t>
            </w:r>
          </w:p>
        </w:tc>
        <w:tc>
          <w:tcPr>
            <w:tcW w:w="794" w:type="dxa"/>
            <w:tcBorders>
              <w:top w:val="none" w:sz="0" w:space="0" w:color="000000"/>
              <w:left w:val="none" w:sz="0" w:space="0" w:color="000000"/>
              <w:right w:val="none" w:sz="0" w:space="0" w:color="000000"/>
            </w:tcBorders>
            <w:shd w:val="clear" w:color="auto" w:fill="FCB4C1"/>
            <w:tcMar>
              <w:top w:w="0" w:type="dxa"/>
              <w:left w:w="0" w:type="dxa"/>
              <w:bottom w:w="0" w:type="dxa"/>
              <w:right w:w="0" w:type="dxa"/>
            </w:tcMar>
            <w:vAlign w:val="center"/>
          </w:tcPr>
          <w:p w14:paraId="0C14B26A"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7.71</w:t>
            </w:r>
          </w:p>
        </w:tc>
        <w:tc>
          <w:tcPr>
            <w:tcW w:w="794" w:type="dxa"/>
            <w:tcBorders>
              <w:top w:val="none" w:sz="0" w:space="0" w:color="000000"/>
              <w:left w:val="none" w:sz="0" w:space="0" w:color="000000"/>
              <w:right w:val="none" w:sz="0" w:space="0" w:color="000000"/>
            </w:tcBorders>
            <w:shd w:val="clear" w:color="auto" w:fill="F1609E"/>
            <w:tcMar>
              <w:top w:w="0" w:type="dxa"/>
              <w:left w:w="0" w:type="dxa"/>
              <w:bottom w:w="0" w:type="dxa"/>
              <w:right w:w="0" w:type="dxa"/>
            </w:tcMar>
            <w:vAlign w:val="center"/>
          </w:tcPr>
          <w:p w14:paraId="110D430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23.70</w:t>
            </w:r>
          </w:p>
        </w:tc>
        <w:tc>
          <w:tcPr>
            <w:tcW w:w="794" w:type="dxa"/>
            <w:tcBorders>
              <w:top w:val="none" w:sz="0" w:space="0" w:color="000000"/>
              <w:left w:val="none" w:sz="0" w:space="0" w:color="000000"/>
              <w:right w:val="none" w:sz="0" w:space="0" w:color="000000"/>
            </w:tcBorders>
            <w:shd w:val="clear" w:color="auto" w:fill="F982AA"/>
            <w:tcMar>
              <w:top w:w="0" w:type="dxa"/>
              <w:left w:w="0" w:type="dxa"/>
              <w:bottom w:w="0" w:type="dxa"/>
              <w:right w:w="0" w:type="dxa"/>
            </w:tcMar>
            <w:vAlign w:val="center"/>
          </w:tcPr>
          <w:p w14:paraId="44D252E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17.42</w:t>
            </w:r>
          </w:p>
        </w:tc>
        <w:tc>
          <w:tcPr>
            <w:tcW w:w="794" w:type="dxa"/>
            <w:tcBorders>
              <w:top w:val="none" w:sz="0" w:space="0" w:color="000000"/>
              <w:left w:val="none" w:sz="0" w:space="0" w:color="000000"/>
              <w:right w:val="none" w:sz="0" w:space="0" w:color="000000"/>
            </w:tcBorders>
            <w:shd w:val="clear" w:color="auto" w:fill="7A0177"/>
            <w:tcMar>
              <w:top w:w="0" w:type="dxa"/>
              <w:left w:w="0" w:type="dxa"/>
              <w:bottom w:w="0" w:type="dxa"/>
              <w:right w:w="0" w:type="dxa"/>
            </w:tcMar>
            <w:vAlign w:val="center"/>
          </w:tcPr>
          <w:p w14:paraId="53C3CB4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44.71</w:t>
            </w:r>
          </w:p>
        </w:tc>
      </w:tr>
      <w:tr w:rsidR="000C395B" w:rsidRPr="000569BC" w14:paraId="0EF67EA1" w14:textId="77777777" w:rsidTr="000F7C69">
        <w:trPr>
          <w:jc w:val="center"/>
        </w:trPr>
        <w:tc>
          <w:tcPr>
            <w:tcW w:w="2333" w:type="dxa"/>
            <w:tcBorders>
              <w:bottom w:val="single" w:sz="18" w:space="0" w:color="000000" w:themeColor="text1"/>
            </w:tcBorders>
            <w:shd w:val="clear" w:color="auto" w:fill="FFFFFF"/>
            <w:tcMar>
              <w:top w:w="0" w:type="dxa"/>
              <w:left w:w="0" w:type="dxa"/>
              <w:bottom w:w="0" w:type="dxa"/>
              <w:right w:w="0" w:type="dxa"/>
            </w:tcMar>
            <w:vAlign w:val="center"/>
          </w:tcPr>
          <w:p w14:paraId="0E266D9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rPr>
                <w:rFonts w:asciiTheme="majorHAnsi" w:hAnsiTheme="majorHAnsi" w:cstheme="majorHAnsi"/>
                <w:szCs w:val="24"/>
              </w:rPr>
            </w:pPr>
            <w:r w:rsidRPr="000569BC">
              <w:rPr>
                <w:rFonts w:asciiTheme="majorHAnsi" w:eastAsia="Arial" w:hAnsiTheme="majorHAnsi" w:cstheme="majorHAnsi"/>
                <w:color w:val="000000"/>
                <w:szCs w:val="24"/>
              </w:rPr>
              <w:t>80+</w:t>
            </w:r>
          </w:p>
        </w:tc>
        <w:tc>
          <w:tcPr>
            <w:tcW w:w="794" w:type="dxa"/>
            <w:tcBorders>
              <w:bottom w:val="single" w:sz="18" w:space="0" w:color="000000" w:themeColor="text1"/>
            </w:tcBorders>
            <w:shd w:val="clear" w:color="auto" w:fill="FDC6CD"/>
            <w:tcMar>
              <w:top w:w="0" w:type="dxa"/>
              <w:left w:w="0" w:type="dxa"/>
              <w:bottom w:w="0" w:type="dxa"/>
              <w:right w:w="0" w:type="dxa"/>
            </w:tcMar>
            <w:vAlign w:val="center"/>
          </w:tcPr>
          <w:p w14:paraId="7345F876"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4.49</w:t>
            </w:r>
          </w:p>
        </w:tc>
        <w:tc>
          <w:tcPr>
            <w:tcW w:w="794" w:type="dxa"/>
            <w:tcBorders>
              <w:bottom w:val="single" w:sz="18" w:space="0" w:color="000000" w:themeColor="text1"/>
            </w:tcBorders>
            <w:shd w:val="clear" w:color="auto" w:fill="FBAFBE"/>
            <w:tcMar>
              <w:top w:w="0" w:type="dxa"/>
              <w:left w:w="0" w:type="dxa"/>
              <w:bottom w:w="0" w:type="dxa"/>
              <w:right w:w="0" w:type="dxa"/>
            </w:tcMar>
            <w:vAlign w:val="center"/>
          </w:tcPr>
          <w:p w14:paraId="5E59CE30"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8.53</w:t>
            </w:r>
          </w:p>
        </w:tc>
        <w:tc>
          <w:tcPr>
            <w:tcW w:w="794" w:type="dxa"/>
            <w:tcBorders>
              <w:bottom w:val="single" w:sz="18" w:space="0" w:color="000000" w:themeColor="text1"/>
            </w:tcBorders>
            <w:shd w:val="clear" w:color="auto" w:fill="FCBBC6"/>
            <w:tcMar>
              <w:top w:w="0" w:type="dxa"/>
              <w:left w:w="0" w:type="dxa"/>
              <w:bottom w:w="0" w:type="dxa"/>
              <w:right w:w="0" w:type="dxa"/>
            </w:tcMar>
            <w:vAlign w:val="center"/>
          </w:tcPr>
          <w:p w14:paraId="3647E31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6.48</w:t>
            </w:r>
          </w:p>
        </w:tc>
        <w:tc>
          <w:tcPr>
            <w:tcW w:w="794" w:type="dxa"/>
            <w:tcBorders>
              <w:bottom w:val="single" w:sz="18" w:space="0" w:color="000000" w:themeColor="text1"/>
            </w:tcBorders>
            <w:shd w:val="clear" w:color="auto" w:fill="FCAFBE"/>
            <w:tcMar>
              <w:top w:w="0" w:type="dxa"/>
              <w:left w:w="0" w:type="dxa"/>
              <w:bottom w:w="0" w:type="dxa"/>
              <w:right w:w="0" w:type="dxa"/>
            </w:tcMar>
            <w:vAlign w:val="center"/>
          </w:tcPr>
          <w:p w14:paraId="7EDF2F5C"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8.51</w:t>
            </w:r>
          </w:p>
        </w:tc>
        <w:tc>
          <w:tcPr>
            <w:tcW w:w="794" w:type="dxa"/>
            <w:tcBorders>
              <w:bottom w:val="single" w:sz="18" w:space="0" w:color="000000" w:themeColor="text1"/>
            </w:tcBorders>
            <w:shd w:val="clear" w:color="auto" w:fill="FCB5C2"/>
            <w:tcMar>
              <w:top w:w="0" w:type="dxa"/>
              <w:left w:w="0" w:type="dxa"/>
              <w:bottom w:w="0" w:type="dxa"/>
              <w:right w:w="0" w:type="dxa"/>
            </w:tcMar>
            <w:vAlign w:val="center"/>
          </w:tcPr>
          <w:p w14:paraId="5328C5FF"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7.48</w:t>
            </w:r>
          </w:p>
        </w:tc>
        <w:tc>
          <w:tcPr>
            <w:tcW w:w="794" w:type="dxa"/>
            <w:tcBorders>
              <w:bottom w:val="single" w:sz="18" w:space="0" w:color="000000" w:themeColor="text1"/>
            </w:tcBorders>
            <w:shd w:val="clear" w:color="auto" w:fill="FBACBD"/>
            <w:tcMar>
              <w:top w:w="0" w:type="dxa"/>
              <w:left w:w="0" w:type="dxa"/>
              <w:bottom w:w="0" w:type="dxa"/>
              <w:right w:w="0" w:type="dxa"/>
            </w:tcMar>
            <w:vAlign w:val="center"/>
          </w:tcPr>
          <w:p w14:paraId="5E409EED"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9.04</w:t>
            </w:r>
          </w:p>
        </w:tc>
        <w:tc>
          <w:tcPr>
            <w:tcW w:w="794" w:type="dxa"/>
            <w:tcBorders>
              <w:bottom w:val="single" w:sz="18" w:space="0" w:color="000000" w:themeColor="text1"/>
            </w:tcBorders>
            <w:shd w:val="clear" w:color="auto" w:fill="FA9EB5"/>
            <w:tcMar>
              <w:top w:w="0" w:type="dxa"/>
              <w:left w:w="0" w:type="dxa"/>
              <w:bottom w:w="0" w:type="dxa"/>
              <w:right w:w="0" w:type="dxa"/>
            </w:tcMar>
            <w:vAlign w:val="center"/>
          </w:tcPr>
          <w:p w14:paraId="701DDB63"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11.39</w:t>
            </w:r>
          </w:p>
        </w:tc>
        <w:tc>
          <w:tcPr>
            <w:tcW w:w="794" w:type="dxa"/>
            <w:tcBorders>
              <w:bottom w:val="single" w:sz="18" w:space="0" w:color="000000" w:themeColor="text1"/>
            </w:tcBorders>
            <w:shd w:val="clear" w:color="auto" w:fill="FA94B1"/>
            <w:tcMar>
              <w:top w:w="0" w:type="dxa"/>
              <w:left w:w="0" w:type="dxa"/>
              <w:bottom w:w="0" w:type="dxa"/>
              <w:right w:w="0" w:type="dxa"/>
            </w:tcMar>
            <w:vAlign w:val="center"/>
          </w:tcPr>
          <w:p w14:paraId="44765761"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13.52</w:t>
            </w:r>
          </w:p>
        </w:tc>
        <w:tc>
          <w:tcPr>
            <w:tcW w:w="794" w:type="dxa"/>
            <w:tcBorders>
              <w:bottom w:val="single" w:sz="18" w:space="0" w:color="000000" w:themeColor="text1"/>
            </w:tcBorders>
            <w:shd w:val="clear" w:color="auto" w:fill="F98AAD"/>
            <w:tcMar>
              <w:top w:w="0" w:type="dxa"/>
              <w:left w:w="0" w:type="dxa"/>
              <w:bottom w:w="0" w:type="dxa"/>
              <w:right w:w="0" w:type="dxa"/>
            </w:tcMar>
            <w:vAlign w:val="center"/>
          </w:tcPr>
          <w:p w14:paraId="0B030C2B" w14:textId="77777777" w:rsidR="000C395B" w:rsidRPr="000569BC" w:rsidRDefault="000C395B" w:rsidP="000F7C69">
            <w:pPr>
              <w:pBdr>
                <w:top w:val="none" w:sz="0" w:space="0" w:color="000000"/>
                <w:left w:val="none" w:sz="0" w:space="0" w:color="000000"/>
                <w:bottom w:val="none" w:sz="0" w:space="0" w:color="000000"/>
                <w:right w:val="none" w:sz="0" w:space="0" w:color="000000"/>
              </w:pBdr>
              <w:spacing w:after="0"/>
              <w:ind w:left="100" w:right="100"/>
              <w:jc w:val="center"/>
              <w:rPr>
                <w:rFonts w:asciiTheme="majorHAnsi" w:hAnsiTheme="majorHAnsi" w:cstheme="majorHAnsi"/>
                <w:szCs w:val="24"/>
              </w:rPr>
            </w:pPr>
            <w:r>
              <w:t>15.67</w:t>
            </w:r>
          </w:p>
        </w:tc>
      </w:tr>
    </w:tbl>
    <w:p w14:paraId="21649206" w14:textId="77777777" w:rsidR="0070583C" w:rsidRDefault="000D6FFA">
      <w:r>
        <w:t>Table 4. Annual percentage change (APC) in age-specific crude incidence rates, 2016–2024.</w:t>
      </w:r>
    </w:p>
    <w:tbl>
      <w:tblPr>
        <w:tblStyle w:val="TableGrid"/>
        <w:tblW w:w="0" w:type="auto"/>
        <w:tblLook w:val="04A0" w:firstRow="1" w:lastRow="0" w:firstColumn="1" w:lastColumn="0" w:noHBand="0" w:noVBand="1"/>
      </w:tblPr>
      <w:tblGrid>
        <w:gridCol w:w="2158"/>
        <w:gridCol w:w="2158"/>
        <w:gridCol w:w="2157"/>
        <w:gridCol w:w="2157"/>
      </w:tblGrid>
      <w:tr w:rsidR="0070583C" w14:paraId="0B1A2E98" w14:textId="77777777">
        <w:tc>
          <w:tcPr>
            <w:tcW w:w="2160" w:type="dxa"/>
          </w:tcPr>
          <w:p w14:paraId="2A42B81D" w14:textId="77777777" w:rsidR="0070583C" w:rsidRDefault="000D6FFA">
            <w:r>
              <w:t>Age group (years)</w:t>
            </w:r>
          </w:p>
        </w:tc>
        <w:tc>
          <w:tcPr>
            <w:tcW w:w="2160" w:type="dxa"/>
          </w:tcPr>
          <w:p w14:paraId="5C9DF265" w14:textId="77777777" w:rsidR="0070583C" w:rsidRDefault="000D6FFA">
            <w:r>
              <w:t>APC (%/year)</w:t>
            </w:r>
          </w:p>
        </w:tc>
        <w:tc>
          <w:tcPr>
            <w:tcW w:w="2160" w:type="dxa"/>
          </w:tcPr>
          <w:p w14:paraId="3268FFEF" w14:textId="77777777" w:rsidR="0070583C" w:rsidRDefault="000D6FFA">
            <w:r>
              <w:t>95% CI</w:t>
            </w:r>
          </w:p>
        </w:tc>
        <w:tc>
          <w:tcPr>
            <w:tcW w:w="2160" w:type="dxa"/>
          </w:tcPr>
          <w:p w14:paraId="012F353E" w14:textId="77777777" w:rsidR="0070583C" w:rsidRDefault="000D6FFA">
            <w:r>
              <w:t>p-value</w:t>
            </w:r>
          </w:p>
        </w:tc>
      </w:tr>
      <w:tr w:rsidR="0070583C" w14:paraId="07B3229F" w14:textId="77777777">
        <w:tc>
          <w:tcPr>
            <w:tcW w:w="2160" w:type="dxa"/>
          </w:tcPr>
          <w:p w14:paraId="067A3100" w14:textId="77777777" w:rsidR="0070583C" w:rsidRDefault="000D6FFA">
            <w:r>
              <w:t>0-4</w:t>
            </w:r>
          </w:p>
        </w:tc>
        <w:tc>
          <w:tcPr>
            <w:tcW w:w="2160" w:type="dxa"/>
          </w:tcPr>
          <w:p w14:paraId="18B67953" w14:textId="77777777" w:rsidR="0070583C" w:rsidRDefault="000D6FFA">
            <w:r>
              <w:t>-2.17</w:t>
            </w:r>
          </w:p>
        </w:tc>
        <w:tc>
          <w:tcPr>
            <w:tcW w:w="2160" w:type="dxa"/>
          </w:tcPr>
          <w:p w14:paraId="2B591658" w14:textId="77777777" w:rsidR="0070583C" w:rsidRDefault="000D6FFA">
            <w:r>
              <w:t>-14.50 to 11.93</w:t>
            </w:r>
          </w:p>
        </w:tc>
        <w:tc>
          <w:tcPr>
            <w:tcW w:w="2160" w:type="dxa"/>
          </w:tcPr>
          <w:p w14:paraId="13BAFE1C" w14:textId="77777777" w:rsidR="0070583C" w:rsidRDefault="000D6FFA">
            <w:r>
              <w:t>0.762</w:t>
            </w:r>
          </w:p>
        </w:tc>
      </w:tr>
      <w:tr w:rsidR="0070583C" w14:paraId="74646671" w14:textId="77777777">
        <w:tc>
          <w:tcPr>
            <w:tcW w:w="2160" w:type="dxa"/>
          </w:tcPr>
          <w:p w14:paraId="7E43F08F" w14:textId="77777777" w:rsidR="0070583C" w:rsidRDefault="000D6FFA">
            <w:r>
              <w:t>5-9</w:t>
            </w:r>
          </w:p>
        </w:tc>
        <w:tc>
          <w:tcPr>
            <w:tcW w:w="2160" w:type="dxa"/>
          </w:tcPr>
          <w:p w14:paraId="0F708863" w14:textId="77777777" w:rsidR="0070583C" w:rsidRDefault="000D6FFA">
            <w:r>
              <w:t>-6.19</w:t>
            </w:r>
          </w:p>
        </w:tc>
        <w:tc>
          <w:tcPr>
            <w:tcW w:w="2160" w:type="dxa"/>
          </w:tcPr>
          <w:p w14:paraId="6B2D0585" w14:textId="77777777" w:rsidR="0070583C" w:rsidRDefault="000D6FFA">
            <w:r>
              <w:t>-15.72 to 4.41</w:t>
            </w:r>
          </w:p>
        </w:tc>
        <w:tc>
          <w:tcPr>
            <w:tcW w:w="2160" w:type="dxa"/>
          </w:tcPr>
          <w:p w14:paraId="3939AB10" w14:textId="77777777" w:rsidR="0070583C" w:rsidRDefault="000D6FFA">
            <w:r>
              <w:t>0.281</w:t>
            </w:r>
          </w:p>
        </w:tc>
      </w:tr>
      <w:tr w:rsidR="0070583C" w14:paraId="007013CB" w14:textId="77777777">
        <w:tc>
          <w:tcPr>
            <w:tcW w:w="2160" w:type="dxa"/>
          </w:tcPr>
          <w:p w14:paraId="4ABAF0E4" w14:textId="77777777" w:rsidR="0070583C" w:rsidRDefault="000D6FFA">
            <w:r>
              <w:t>10-14</w:t>
            </w:r>
          </w:p>
        </w:tc>
        <w:tc>
          <w:tcPr>
            <w:tcW w:w="2160" w:type="dxa"/>
          </w:tcPr>
          <w:p w14:paraId="00B82DC7" w14:textId="77777777" w:rsidR="0070583C" w:rsidRDefault="000D6FFA">
            <w:r>
              <w:t>-0.90</w:t>
            </w:r>
          </w:p>
        </w:tc>
        <w:tc>
          <w:tcPr>
            <w:tcW w:w="2160" w:type="dxa"/>
          </w:tcPr>
          <w:p w14:paraId="34C0E1B1" w14:textId="77777777" w:rsidR="0070583C" w:rsidRDefault="000D6FFA">
            <w:r>
              <w:t>-6.18 to 4.67</w:t>
            </w:r>
          </w:p>
        </w:tc>
        <w:tc>
          <w:tcPr>
            <w:tcW w:w="2160" w:type="dxa"/>
          </w:tcPr>
          <w:p w14:paraId="669F1832" w14:textId="77777777" w:rsidR="0070583C" w:rsidRDefault="000D6FFA">
            <w:r>
              <w:t>0.755</w:t>
            </w:r>
          </w:p>
        </w:tc>
      </w:tr>
      <w:tr w:rsidR="0070583C" w14:paraId="5F7A924B" w14:textId="77777777">
        <w:tc>
          <w:tcPr>
            <w:tcW w:w="2160" w:type="dxa"/>
          </w:tcPr>
          <w:p w14:paraId="66B3F177" w14:textId="77777777" w:rsidR="0070583C" w:rsidRDefault="000D6FFA">
            <w:r>
              <w:t>15-19</w:t>
            </w:r>
          </w:p>
        </w:tc>
        <w:tc>
          <w:tcPr>
            <w:tcW w:w="2160" w:type="dxa"/>
          </w:tcPr>
          <w:p w14:paraId="20434E35" w14:textId="77777777" w:rsidR="0070583C" w:rsidRDefault="000D6FFA">
            <w:r>
              <w:t>-1.15</w:t>
            </w:r>
          </w:p>
        </w:tc>
        <w:tc>
          <w:tcPr>
            <w:tcW w:w="2160" w:type="dxa"/>
          </w:tcPr>
          <w:p w14:paraId="511BFC61" w14:textId="77777777" w:rsidR="0070583C" w:rsidRDefault="000D6FFA">
            <w:r>
              <w:t>-7.55 to 5.70</w:t>
            </w:r>
          </w:p>
        </w:tc>
        <w:tc>
          <w:tcPr>
            <w:tcW w:w="2160" w:type="dxa"/>
          </w:tcPr>
          <w:p w14:paraId="39ADE6C3" w14:textId="77777777" w:rsidR="0070583C" w:rsidRDefault="000D6FFA">
            <w:r>
              <w:t>0.745</w:t>
            </w:r>
          </w:p>
        </w:tc>
      </w:tr>
      <w:tr w:rsidR="0070583C" w14:paraId="55BAB9F2" w14:textId="77777777">
        <w:tc>
          <w:tcPr>
            <w:tcW w:w="2160" w:type="dxa"/>
          </w:tcPr>
          <w:p w14:paraId="7C4B1DB6" w14:textId="77777777" w:rsidR="0070583C" w:rsidRDefault="000D6FFA">
            <w:r>
              <w:t>20-24</w:t>
            </w:r>
          </w:p>
        </w:tc>
        <w:tc>
          <w:tcPr>
            <w:tcW w:w="2160" w:type="dxa"/>
          </w:tcPr>
          <w:p w14:paraId="68BFC07B" w14:textId="77777777" w:rsidR="0070583C" w:rsidRDefault="000D6FFA">
            <w:r>
              <w:t>2.67</w:t>
            </w:r>
          </w:p>
        </w:tc>
        <w:tc>
          <w:tcPr>
            <w:tcW w:w="2160" w:type="dxa"/>
          </w:tcPr>
          <w:p w14:paraId="1F482825" w14:textId="77777777" w:rsidR="0070583C" w:rsidRDefault="000D6FFA">
            <w:r>
              <w:t>-1.36 to 6.86</w:t>
            </w:r>
          </w:p>
        </w:tc>
        <w:tc>
          <w:tcPr>
            <w:tcW w:w="2160" w:type="dxa"/>
          </w:tcPr>
          <w:p w14:paraId="2E38D7C7" w14:textId="77777777" w:rsidR="0070583C" w:rsidRDefault="000D6FFA">
            <w:r>
              <w:t>0.238</w:t>
            </w:r>
          </w:p>
        </w:tc>
      </w:tr>
      <w:tr w:rsidR="0070583C" w14:paraId="089A91B6" w14:textId="77777777">
        <w:tc>
          <w:tcPr>
            <w:tcW w:w="2160" w:type="dxa"/>
          </w:tcPr>
          <w:p w14:paraId="777C4BC8" w14:textId="77777777" w:rsidR="0070583C" w:rsidRDefault="000D6FFA">
            <w:r>
              <w:t>25-29</w:t>
            </w:r>
          </w:p>
        </w:tc>
        <w:tc>
          <w:tcPr>
            <w:tcW w:w="2160" w:type="dxa"/>
          </w:tcPr>
          <w:p w14:paraId="767433CF" w14:textId="77777777" w:rsidR="0070583C" w:rsidRDefault="000D6FFA">
            <w:r>
              <w:t>-1.17</w:t>
            </w:r>
          </w:p>
        </w:tc>
        <w:tc>
          <w:tcPr>
            <w:tcW w:w="2160" w:type="dxa"/>
          </w:tcPr>
          <w:p w14:paraId="62F48BA7" w14:textId="77777777" w:rsidR="0070583C" w:rsidRDefault="000D6FFA">
            <w:r>
              <w:t>-8.12 to 6.31</w:t>
            </w:r>
          </w:p>
        </w:tc>
        <w:tc>
          <w:tcPr>
            <w:tcW w:w="2160" w:type="dxa"/>
          </w:tcPr>
          <w:p w14:paraId="5A9E5E75" w14:textId="77777777" w:rsidR="0070583C" w:rsidRDefault="000D6FFA">
            <w:r>
              <w:t>0.761</w:t>
            </w:r>
          </w:p>
        </w:tc>
      </w:tr>
      <w:tr w:rsidR="0070583C" w14:paraId="2E4E59A7" w14:textId="77777777">
        <w:tc>
          <w:tcPr>
            <w:tcW w:w="2160" w:type="dxa"/>
          </w:tcPr>
          <w:p w14:paraId="2CD4B97A" w14:textId="77777777" w:rsidR="0070583C" w:rsidRDefault="000D6FFA">
            <w:r>
              <w:t>30-34</w:t>
            </w:r>
          </w:p>
        </w:tc>
        <w:tc>
          <w:tcPr>
            <w:tcW w:w="2160" w:type="dxa"/>
          </w:tcPr>
          <w:p w14:paraId="77DC464C" w14:textId="77777777" w:rsidR="0070583C" w:rsidRDefault="000D6FFA">
            <w:r>
              <w:t>-3.84</w:t>
            </w:r>
          </w:p>
        </w:tc>
        <w:tc>
          <w:tcPr>
            <w:tcW w:w="2160" w:type="dxa"/>
          </w:tcPr>
          <w:p w14:paraId="5881CEAA" w14:textId="77777777" w:rsidR="0070583C" w:rsidRDefault="000D6FFA">
            <w:r>
              <w:t>-7.51 to -0.02</w:t>
            </w:r>
          </w:p>
        </w:tc>
        <w:tc>
          <w:tcPr>
            <w:tcW w:w="2160" w:type="dxa"/>
          </w:tcPr>
          <w:p w14:paraId="06E22FBF" w14:textId="77777777" w:rsidR="0070583C" w:rsidRDefault="000D6FFA">
            <w:r>
              <w:t>0.089</w:t>
            </w:r>
          </w:p>
        </w:tc>
      </w:tr>
      <w:tr w:rsidR="0070583C" w14:paraId="0ED7F4DB" w14:textId="77777777">
        <w:tc>
          <w:tcPr>
            <w:tcW w:w="2160" w:type="dxa"/>
          </w:tcPr>
          <w:p w14:paraId="0ED2160A" w14:textId="77777777" w:rsidR="0070583C" w:rsidRDefault="000D6FFA">
            <w:r>
              <w:t>35-39</w:t>
            </w:r>
          </w:p>
        </w:tc>
        <w:tc>
          <w:tcPr>
            <w:tcW w:w="2160" w:type="dxa"/>
          </w:tcPr>
          <w:p w14:paraId="2CA44437" w14:textId="77777777" w:rsidR="0070583C" w:rsidRDefault="000D6FFA">
            <w:r>
              <w:t>1.94</w:t>
            </w:r>
          </w:p>
        </w:tc>
        <w:tc>
          <w:tcPr>
            <w:tcW w:w="2160" w:type="dxa"/>
          </w:tcPr>
          <w:p w14:paraId="34D9CFDE" w14:textId="77777777" w:rsidR="0070583C" w:rsidRDefault="000D6FFA">
            <w:r>
              <w:t>-2.42 to 6.50</w:t>
            </w:r>
          </w:p>
        </w:tc>
        <w:tc>
          <w:tcPr>
            <w:tcW w:w="2160" w:type="dxa"/>
          </w:tcPr>
          <w:p w14:paraId="230841FB" w14:textId="77777777" w:rsidR="0070583C" w:rsidRDefault="000D6FFA">
            <w:r>
              <w:t>0.417</w:t>
            </w:r>
          </w:p>
        </w:tc>
      </w:tr>
      <w:tr w:rsidR="0070583C" w14:paraId="46022D7B" w14:textId="77777777">
        <w:tc>
          <w:tcPr>
            <w:tcW w:w="2160" w:type="dxa"/>
          </w:tcPr>
          <w:p w14:paraId="0DD931A8" w14:textId="77777777" w:rsidR="0070583C" w:rsidRDefault="000D6FFA">
            <w:r>
              <w:t>40-44</w:t>
            </w:r>
          </w:p>
        </w:tc>
        <w:tc>
          <w:tcPr>
            <w:tcW w:w="2160" w:type="dxa"/>
          </w:tcPr>
          <w:p w14:paraId="6052A111" w14:textId="77777777" w:rsidR="0070583C" w:rsidRDefault="000D6FFA">
            <w:r>
              <w:t>-2.75</w:t>
            </w:r>
          </w:p>
        </w:tc>
        <w:tc>
          <w:tcPr>
            <w:tcW w:w="2160" w:type="dxa"/>
          </w:tcPr>
          <w:p w14:paraId="5CF9FB5D" w14:textId="77777777" w:rsidR="0070583C" w:rsidRDefault="000D6FFA">
            <w:r>
              <w:t>-4.79 to -0.66</w:t>
            </w:r>
          </w:p>
        </w:tc>
        <w:tc>
          <w:tcPr>
            <w:tcW w:w="2160" w:type="dxa"/>
          </w:tcPr>
          <w:p w14:paraId="7D2D1817" w14:textId="77777777" w:rsidR="0070583C" w:rsidRDefault="000D6FFA">
            <w:r>
              <w:t>0.037</w:t>
            </w:r>
          </w:p>
        </w:tc>
      </w:tr>
      <w:tr w:rsidR="0070583C" w14:paraId="15A63F7C" w14:textId="77777777">
        <w:tc>
          <w:tcPr>
            <w:tcW w:w="2160" w:type="dxa"/>
          </w:tcPr>
          <w:p w14:paraId="5C979CBA" w14:textId="77777777" w:rsidR="0070583C" w:rsidRDefault="000D6FFA">
            <w:r>
              <w:t>45-49</w:t>
            </w:r>
          </w:p>
        </w:tc>
        <w:tc>
          <w:tcPr>
            <w:tcW w:w="2160" w:type="dxa"/>
          </w:tcPr>
          <w:p w14:paraId="3F646BA1" w14:textId="77777777" w:rsidR="0070583C" w:rsidRDefault="000D6FFA">
            <w:r>
              <w:t>-0.24</w:t>
            </w:r>
          </w:p>
        </w:tc>
        <w:tc>
          <w:tcPr>
            <w:tcW w:w="2160" w:type="dxa"/>
          </w:tcPr>
          <w:p w14:paraId="0A81D416" w14:textId="77777777" w:rsidR="0070583C" w:rsidRDefault="000D6FFA">
            <w:r>
              <w:t>-2.18 to 1.74</w:t>
            </w:r>
          </w:p>
        </w:tc>
        <w:tc>
          <w:tcPr>
            <w:tcW w:w="2160" w:type="dxa"/>
          </w:tcPr>
          <w:p w14:paraId="31B2063E" w14:textId="77777777" w:rsidR="0070583C" w:rsidRDefault="000D6FFA">
            <w:r>
              <w:t>0.820</w:t>
            </w:r>
          </w:p>
        </w:tc>
      </w:tr>
      <w:tr w:rsidR="0070583C" w14:paraId="605EA4AD" w14:textId="77777777">
        <w:tc>
          <w:tcPr>
            <w:tcW w:w="2160" w:type="dxa"/>
          </w:tcPr>
          <w:p w14:paraId="25DE2C0D" w14:textId="77777777" w:rsidR="0070583C" w:rsidRDefault="000D6FFA">
            <w:r>
              <w:t>50-54</w:t>
            </w:r>
          </w:p>
        </w:tc>
        <w:tc>
          <w:tcPr>
            <w:tcW w:w="2160" w:type="dxa"/>
          </w:tcPr>
          <w:p w14:paraId="574CA472" w14:textId="77777777" w:rsidR="0070583C" w:rsidRDefault="000D6FFA">
            <w:r>
              <w:t>1.34</w:t>
            </w:r>
          </w:p>
        </w:tc>
        <w:tc>
          <w:tcPr>
            <w:tcW w:w="2160" w:type="dxa"/>
          </w:tcPr>
          <w:p w14:paraId="324D8C52" w14:textId="77777777" w:rsidR="0070583C" w:rsidRDefault="000D6FFA">
            <w:r>
              <w:t>-1.50 to 4.27</w:t>
            </w:r>
          </w:p>
        </w:tc>
        <w:tc>
          <w:tcPr>
            <w:tcW w:w="2160" w:type="dxa"/>
          </w:tcPr>
          <w:p w14:paraId="640CF6A3" w14:textId="77777777" w:rsidR="0070583C" w:rsidRDefault="000D6FFA">
            <w:r>
              <w:t>0.388</w:t>
            </w:r>
          </w:p>
        </w:tc>
      </w:tr>
      <w:tr w:rsidR="0070583C" w14:paraId="69B5BC6E" w14:textId="77777777">
        <w:tc>
          <w:tcPr>
            <w:tcW w:w="2160" w:type="dxa"/>
          </w:tcPr>
          <w:p w14:paraId="29E07C68" w14:textId="77777777" w:rsidR="0070583C" w:rsidRDefault="000D6FFA">
            <w:r>
              <w:t>55-59</w:t>
            </w:r>
          </w:p>
        </w:tc>
        <w:tc>
          <w:tcPr>
            <w:tcW w:w="2160" w:type="dxa"/>
          </w:tcPr>
          <w:p w14:paraId="2411696A" w14:textId="77777777" w:rsidR="0070583C" w:rsidRDefault="000D6FFA">
            <w:r>
              <w:t>1.65</w:t>
            </w:r>
          </w:p>
        </w:tc>
        <w:tc>
          <w:tcPr>
            <w:tcW w:w="2160" w:type="dxa"/>
          </w:tcPr>
          <w:p w14:paraId="4B05D3DC" w14:textId="77777777" w:rsidR="0070583C" w:rsidRDefault="000D6FFA">
            <w:r>
              <w:t>-0.34 to 3.68</w:t>
            </w:r>
          </w:p>
        </w:tc>
        <w:tc>
          <w:tcPr>
            <w:tcW w:w="2160" w:type="dxa"/>
          </w:tcPr>
          <w:p w14:paraId="399D7C49" w14:textId="77777777" w:rsidR="0070583C" w:rsidRDefault="000D6FFA">
            <w:r>
              <w:t>0.149</w:t>
            </w:r>
          </w:p>
        </w:tc>
      </w:tr>
      <w:tr w:rsidR="0070583C" w14:paraId="66B6F496" w14:textId="77777777">
        <w:tc>
          <w:tcPr>
            <w:tcW w:w="2160" w:type="dxa"/>
          </w:tcPr>
          <w:p w14:paraId="7C0AC5D6" w14:textId="77777777" w:rsidR="0070583C" w:rsidRDefault="000D6FFA">
            <w:r>
              <w:t>60-64</w:t>
            </w:r>
          </w:p>
        </w:tc>
        <w:tc>
          <w:tcPr>
            <w:tcW w:w="2160" w:type="dxa"/>
          </w:tcPr>
          <w:p w14:paraId="4454A8F0" w14:textId="77777777" w:rsidR="0070583C" w:rsidRDefault="000D6FFA">
            <w:r>
              <w:t>1.98</w:t>
            </w:r>
          </w:p>
        </w:tc>
        <w:tc>
          <w:tcPr>
            <w:tcW w:w="2160" w:type="dxa"/>
          </w:tcPr>
          <w:p w14:paraId="7EE1E550" w14:textId="77777777" w:rsidR="0070583C" w:rsidRDefault="000D6FFA">
            <w:r>
              <w:t>-0.79 to 4.82</w:t>
            </w:r>
          </w:p>
        </w:tc>
        <w:tc>
          <w:tcPr>
            <w:tcW w:w="2160" w:type="dxa"/>
          </w:tcPr>
          <w:p w14:paraId="3B271E02" w14:textId="77777777" w:rsidR="0070583C" w:rsidRDefault="000D6FFA">
            <w:r>
              <w:t>0.205</w:t>
            </w:r>
          </w:p>
        </w:tc>
      </w:tr>
      <w:tr w:rsidR="0070583C" w14:paraId="3DC7712F" w14:textId="77777777">
        <w:tc>
          <w:tcPr>
            <w:tcW w:w="2160" w:type="dxa"/>
          </w:tcPr>
          <w:p w14:paraId="13D211BC" w14:textId="77777777" w:rsidR="0070583C" w:rsidRDefault="000D6FFA">
            <w:r>
              <w:t>65-69</w:t>
            </w:r>
          </w:p>
        </w:tc>
        <w:tc>
          <w:tcPr>
            <w:tcW w:w="2160" w:type="dxa"/>
          </w:tcPr>
          <w:p w14:paraId="7CFF1AB5" w14:textId="77777777" w:rsidR="0070583C" w:rsidRDefault="000D6FFA">
            <w:r>
              <w:t>4.66</w:t>
            </w:r>
          </w:p>
        </w:tc>
        <w:tc>
          <w:tcPr>
            <w:tcW w:w="2160" w:type="dxa"/>
          </w:tcPr>
          <w:p w14:paraId="61B0818C" w14:textId="77777777" w:rsidR="0070583C" w:rsidRDefault="000D6FFA">
            <w:r>
              <w:t>1.58 to 7.82</w:t>
            </w:r>
          </w:p>
        </w:tc>
        <w:tc>
          <w:tcPr>
            <w:tcW w:w="2160" w:type="dxa"/>
          </w:tcPr>
          <w:p w14:paraId="4B66B1FF" w14:textId="77777777" w:rsidR="0070583C" w:rsidRDefault="000D6FFA">
            <w:r>
              <w:t>0.020</w:t>
            </w:r>
          </w:p>
        </w:tc>
      </w:tr>
      <w:tr w:rsidR="0070583C" w14:paraId="5B90B34A" w14:textId="77777777">
        <w:tc>
          <w:tcPr>
            <w:tcW w:w="2160" w:type="dxa"/>
          </w:tcPr>
          <w:p w14:paraId="274DE0FB" w14:textId="77777777" w:rsidR="0070583C" w:rsidRDefault="000D6FFA">
            <w:r>
              <w:t>70-74</w:t>
            </w:r>
          </w:p>
        </w:tc>
        <w:tc>
          <w:tcPr>
            <w:tcW w:w="2160" w:type="dxa"/>
          </w:tcPr>
          <w:p w14:paraId="71BCCCE8" w14:textId="77777777" w:rsidR="0070583C" w:rsidRDefault="000D6FFA">
            <w:r>
              <w:t>9.60</w:t>
            </w:r>
          </w:p>
        </w:tc>
        <w:tc>
          <w:tcPr>
            <w:tcW w:w="2160" w:type="dxa"/>
          </w:tcPr>
          <w:p w14:paraId="730DC44F" w14:textId="77777777" w:rsidR="0070583C" w:rsidRDefault="000D6FFA">
            <w:r>
              <w:t>2.71 to 16.96</w:t>
            </w:r>
          </w:p>
        </w:tc>
        <w:tc>
          <w:tcPr>
            <w:tcW w:w="2160" w:type="dxa"/>
          </w:tcPr>
          <w:p w14:paraId="7230F76B" w14:textId="77777777" w:rsidR="0070583C" w:rsidRDefault="000D6FFA">
            <w:r>
              <w:t>0.028</w:t>
            </w:r>
          </w:p>
        </w:tc>
      </w:tr>
      <w:tr w:rsidR="0070583C" w14:paraId="376FBAEC" w14:textId="77777777">
        <w:tc>
          <w:tcPr>
            <w:tcW w:w="2160" w:type="dxa"/>
          </w:tcPr>
          <w:p w14:paraId="593AFB9E" w14:textId="77777777" w:rsidR="0070583C" w:rsidRDefault="000D6FFA">
            <w:r>
              <w:t>75-79</w:t>
            </w:r>
          </w:p>
        </w:tc>
        <w:tc>
          <w:tcPr>
            <w:tcW w:w="2160" w:type="dxa"/>
          </w:tcPr>
          <w:p w14:paraId="46D3BF27" w14:textId="77777777" w:rsidR="0070583C" w:rsidRDefault="000D6FFA">
            <w:r>
              <w:t>12.93</w:t>
            </w:r>
          </w:p>
        </w:tc>
        <w:tc>
          <w:tcPr>
            <w:tcW w:w="2160" w:type="dxa"/>
          </w:tcPr>
          <w:p w14:paraId="44592471" w14:textId="77777777" w:rsidR="0070583C" w:rsidRDefault="000D6FFA">
            <w:r>
              <w:t>0.57 to 26.80</w:t>
            </w:r>
          </w:p>
        </w:tc>
        <w:tc>
          <w:tcPr>
            <w:tcW w:w="2160" w:type="dxa"/>
          </w:tcPr>
          <w:p w14:paraId="2AD7E4C2" w14:textId="77777777" w:rsidR="0070583C" w:rsidRDefault="000D6FFA">
            <w:r>
              <w:t>0.079</w:t>
            </w:r>
          </w:p>
        </w:tc>
      </w:tr>
      <w:tr w:rsidR="0070583C" w14:paraId="2C57AABB" w14:textId="77777777">
        <w:tc>
          <w:tcPr>
            <w:tcW w:w="2160" w:type="dxa"/>
          </w:tcPr>
          <w:p w14:paraId="5462BE68" w14:textId="77777777" w:rsidR="0070583C" w:rsidRDefault="000D6FFA">
            <w:r>
              <w:t>80+</w:t>
            </w:r>
          </w:p>
        </w:tc>
        <w:tc>
          <w:tcPr>
            <w:tcW w:w="2160" w:type="dxa"/>
          </w:tcPr>
          <w:p w14:paraId="6B2F9157" w14:textId="77777777" w:rsidR="0070583C" w:rsidRDefault="000D6FFA">
            <w:r>
              <w:t>13.45</w:t>
            </w:r>
          </w:p>
        </w:tc>
        <w:tc>
          <w:tcPr>
            <w:tcW w:w="2160" w:type="dxa"/>
          </w:tcPr>
          <w:p w14:paraId="1AE7B696" w14:textId="77777777" w:rsidR="0070583C" w:rsidRDefault="000D6FFA">
            <w:r>
              <w:t>8.65 to 18.45</w:t>
            </w:r>
          </w:p>
        </w:tc>
        <w:tc>
          <w:tcPr>
            <w:tcW w:w="2160" w:type="dxa"/>
          </w:tcPr>
          <w:p w14:paraId="46545542" w14:textId="77777777" w:rsidR="0070583C" w:rsidRDefault="000D6FFA">
            <w:r>
              <w:t>&lt;0.001</w:t>
            </w:r>
          </w:p>
        </w:tc>
      </w:tr>
    </w:tbl>
    <w:p w14:paraId="3A3D9509" w14:textId="77777777" w:rsidR="0070583C" w:rsidRDefault="000D6FFA">
      <w:r>
        <w:t>Note: APC was estimated from log-linear models ln(CR) ~ year using years with non-zero CR.</w:t>
      </w:r>
    </w:p>
    <w:p w14:paraId="678B5096" w14:textId="77777777" w:rsidR="000C395B" w:rsidRPr="000569BC" w:rsidRDefault="000C395B" w:rsidP="000C395B">
      <w:pPr>
        <w:rPr>
          <w:rFonts w:asciiTheme="majorHAnsi" w:hAnsiTheme="majorHAnsi" w:cstheme="majorHAnsi"/>
          <w:szCs w:val="24"/>
        </w:rPr>
      </w:pPr>
    </w:p>
    <w:p w14:paraId="669F6DEC" w14:textId="77777777" w:rsidR="000C395B" w:rsidRPr="000569BC" w:rsidRDefault="000569BC" w:rsidP="000C395B">
      <w:pPr>
        <w:spacing w:after="0" w:line="240" w:lineRule="auto"/>
        <w:rPr>
          <w:rFonts w:asciiTheme="majorHAnsi" w:hAnsiTheme="majorHAnsi" w:cstheme="majorHAnsi"/>
          <w:b/>
          <w:bCs/>
          <w:szCs w:val="24"/>
        </w:rPr>
      </w:pPr>
      <w:r w:rsidRPr="000569BC">
        <w:rPr>
          <w:rFonts w:asciiTheme="majorHAnsi" w:hAnsiTheme="majorHAnsi" w:cstheme="majorHAnsi"/>
          <w:b/>
          <w:bCs/>
          <w:szCs w:val="24"/>
        </w:rPr>
        <w:lastRenderedPageBreak/>
        <w:t>Figure 1. Age structure of cases by year (aggregated age groups, proportions, %).</w:t>
      </w:r>
    </w:p>
    <w:p w14:paraId="0D48D200" w14:textId="77777777" w:rsidR="000C395B" w:rsidRPr="000569BC" w:rsidRDefault="00FE46A9" w:rsidP="000C395B">
      <w:pPr>
        <w:spacing w:after="0" w:line="240" w:lineRule="auto"/>
        <w:rPr>
          <w:rFonts w:asciiTheme="majorHAnsi" w:hAnsiTheme="majorHAnsi" w:cstheme="majorHAnsi"/>
          <w:b/>
          <w:bCs/>
          <w:szCs w:val="24"/>
        </w:rPr>
      </w:pPr>
      <w:r>
        <w:rPr>
          <w:noProof/>
          <w:lang w:val="ru-RU" w:eastAsia="ru-RU"/>
        </w:rPr>
        <w:drawing>
          <wp:inline distT="0" distB="0" distL="0" distR="0" wp14:anchorId="6A43CA2E" wp14:editId="56BF6289">
            <wp:extent cx="5917474" cy="3451860"/>
            <wp:effectExtent l="0" t="0" r="0" b="0"/>
            <wp:docPr id="267829467" name="Рисунок 1" descr="Изображение выглядит как текст, снимок экрана, графический дизайн,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29467" name="Рисунок 1" descr="Изображение выглядит как текст, снимок экрана, графический дизайн, дизайн&#10;&#10;Содержимое, созданное искусственным интеллектом, может быть неверны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9962" cy="3453311"/>
                    </a:xfrm>
                    <a:prstGeom prst="rect">
                      <a:avLst/>
                    </a:prstGeom>
                    <a:noFill/>
                    <a:ln>
                      <a:noFill/>
                    </a:ln>
                  </pic:spPr>
                </pic:pic>
              </a:graphicData>
            </a:graphic>
          </wp:inline>
        </w:drawing>
      </w:r>
    </w:p>
    <w:p w14:paraId="3DAD069E" w14:textId="77777777" w:rsidR="000C395B" w:rsidRPr="005968FB" w:rsidRDefault="005968FB" w:rsidP="000C395B">
      <w:pPr>
        <w:spacing w:after="0" w:line="240" w:lineRule="auto"/>
        <w:rPr>
          <w:rFonts w:asciiTheme="majorHAnsi" w:hAnsiTheme="majorHAnsi" w:cstheme="majorHAnsi"/>
          <w:b/>
          <w:bCs/>
          <w:szCs w:val="24"/>
        </w:rPr>
      </w:pPr>
      <w:r w:rsidRPr="005968FB">
        <w:rPr>
          <w:rFonts w:asciiTheme="majorHAnsi" w:hAnsiTheme="majorHAnsi" w:cstheme="majorHAnsi"/>
          <w:b/>
          <w:bCs/>
          <w:szCs w:val="24"/>
        </w:rPr>
        <w:t>Figure 2. Crude incidence rates by age group, cumulative for 2016–2024.</w:t>
      </w:r>
    </w:p>
    <w:p w14:paraId="31E3B337" w14:textId="77777777" w:rsidR="000C395B" w:rsidRPr="000569BC" w:rsidRDefault="00FE46A9" w:rsidP="000C395B">
      <w:pPr>
        <w:spacing w:after="0" w:line="240" w:lineRule="auto"/>
        <w:rPr>
          <w:rFonts w:asciiTheme="majorHAnsi" w:hAnsiTheme="majorHAnsi" w:cstheme="majorHAnsi"/>
          <w:b/>
          <w:bCs/>
          <w:szCs w:val="24"/>
        </w:rPr>
      </w:pPr>
      <w:r>
        <w:rPr>
          <w:noProof/>
          <w:lang w:val="ru-RU" w:eastAsia="ru-RU"/>
        </w:rPr>
        <w:drawing>
          <wp:inline distT="0" distB="0" distL="0" distR="0" wp14:anchorId="052EDC5F" wp14:editId="7392971F">
            <wp:extent cx="5747657" cy="3352800"/>
            <wp:effectExtent l="0" t="0" r="0" b="0"/>
            <wp:docPr id="1831850590" name="Рисунок 2" descr="Изображение выглядит как снимок экрана,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0590" name="Рисунок 2" descr="Изображение выглядит как снимок экрана, текст&#10;&#10;Содержимое, созданное искусственным интеллектом, может быть неверны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9473" cy="3353859"/>
                    </a:xfrm>
                    <a:prstGeom prst="rect">
                      <a:avLst/>
                    </a:prstGeom>
                    <a:noFill/>
                    <a:ln>
                      <a:noFill/>
                    </a:ln>
                  </pic:spPr>
                </pic:pic>
              </a:graphicData>
            </a:graphic>
          </wp:inline>
        </w:drawing>
      </w:r>
    </w:p>
    <w:p w14:paraId="075F1A54" w14:textId="77777777" w:rsidR="000C395B" w:rsidRDefault="005968FB" w:rsidP="000C395B">
      <w:pPr>
        <w:spacing w:after="0" w:line="240" w:lineRule="auto"/>
        <w:rPr>
          <w:rFonts w:asciiTheme="majorHAnsi" w:hAnsiTheme="majorHAnsi" w:cstheme="majorHAnsi"/>
          <w:b/>
          <w:bCs/>
          <w:szCs w:val="24"/>
        </w:rPr>
      </w:pPr>
      <w:r w:rsidRPr="005968FB">
        <w:rPr>
          <w:rFonts w:asciiTheme="majorHAnsi" w:hAnsiTheme="majorHAnsi" w:cstheme="majorHAnsi"/>
          <w:b/>
          <w:bCs/>
          <w:szCs w:val="24"/>
        </w:rPr>
        <w:t>Figure 3. Crude incidence rates by age group, 2016–2024.</w:t>
      </w:r>
    </w:p>
    <w:p w14:paraId="6681B7B8" w14:textId="77777777" w:rsidR="006A749F" w:rsidRDefault="006A749F" w:rsidP="000C395B">
      <w:pPr>
        <w:spacing w:after="0" w:line="240" w:lineRule="auto"/>
        <w:rPr>
          <w:rFonts w:asciiTheme="majorHAnsi" w:hAnsiTheme="majorHAnsi" w:cstheme="majorHAnsi"/>
          <w:b/>
          <w:bCs/>
          <w:szCs w:val="24"/>
        </w:rPr>
      </w:pPr>
    </w:p>
    <w:p w14:paraId="1971F852" w14:textId="77777777" w:rsidR="006A749F" w:rsidRPr="005968FB" w:rsidRDefault="006A749F" w:rsidP="000C395B">
      <w:pPr>
        <w:spacing w:after="0" w:line="240" w:lineRule="auto"/>
        <w:rPr>
          <w:rFonts w:asciiTheme="majorHAnsi" w:hAnsiTheme="majorHAnsi" w:cstheme="majorHAnsi"/>
          <w:b/>
          <w:bCs/>
          <w:szCs w:val="24"/>
        </w:rPr>
      </w:pPr>
      <w:r>
        <w:rPr>
          <w:noProof/>
          <w:lang w:val="ru-RU" w:eastAsia="ru-RU"/>
        </w:rPr>
        <w:lastRenderedPageBreak/>
        <w:drawing>
          <wp:inline distT="0" distB="0" distL="0" distR="0" wp14:anchorId="0C9A5896" wp14:editId="0E149605">
            <wp:extent cx="5486400" cy="3657600"/>
            <wp:effectExtent l="0" t="0" r="0" b="0"/>
            <wp:docPr id="1220458645" name="Рисунок 5" descr="Изображение выглядит как снимок экрана, График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58645" name="Рисунок 5" descr="Изображение выглядит как снимок экрана, Графика, дизайн&#10;&#10;Содержимое, созданное искусственным интеллектом, может быть неверны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4501989" w14:textId="77777777" w:rsidR="000C395B" w:rsidRPr="005968FB" w:rsidRDefault="000C395B" w:rsidP="000C395B">
      <w:pPr>
        <w:spacing w:after="0" w:line="240" w:lineRule="auto"/>
        <w:rPr>
          <w:rFonts w:asciiTheme="majorHAnsi" w:hAnsiTheme="majorHAnsi" w:cstheme="majorHAnsi"/>
          <w:b/>
          <w:bCs/>
          <w:szCs w:val="24"/>
        </w:rPr>
      </w:pPr>
    </w:p>
    <w:p w14:paraId="4FF07C01" w14:textId="77777777" w:rsidR="000C395B" w:rsidRPr="000569BC" w:rsidRDefault="000C395B" w:rsidP="000C395B">
      <w:pPr>
        <w:spacing w:after="0" w:line="240" w:lineRule="auto"/>
        <w:rPr>
          <w:rFonts w:asciiTheme="majorHAnsi" w:hAnsiTheme="majorHAnsi" w:cstheme="majorHAnsi"/>
          <w:b/>
          <w:bCs/>
          <w:szCs w:val="24"/>
        </w:rPr>
      </w:pPr>
    </w:p>
    <w:p w14:paraId="57D20708" w14:textId="77777777" w:rsidR="000C395B" w:rsidRPr="000569BC" w:rsidRDefault="000C395B" w:rsidP="000C395B">
      <w:pPr>
        <w:spacing w:after="0" w:line="240" w:lineRule="auto"/>
        <w:rPr>
          <w:rFonts w:asciiTheme="majorHAnsi" w:hAnsiTheme="majorHAnsi" w:cstheme="majorHAnsi"/>
          <w:b/>
          <w:bCs/>
          <w:szCs w:val="24"/>
        </w:rPr>
      </w:pPr>
    </w:p>
    <w:p w14:paraId="2F64A17D" w14:textId="77777777" w:rsidR="000C395B" w:rsidRDefault="005968FB" w:rsidP="000C395B">
      <w:pPr>
        <w:spacing w:after="0" w:line="240" w:lineRule="auto"/>
        <w:rPr>
          <w:rFonts w:asciiTheme="majorHAnsi" w:hAnsiTheme="majorHAnsi" w:cstheme="majorHAnsi"/>
          <w:b/>
          <w:bCs/>
          <w:szCs w:val="24"/>
        </w:rPr>
      </w:pPr>
      <w:r w:rsidRPr="005968FB">
        <w:rPr>
          <w:rFonts w:asciiTheme="majorHAnsi" w:hAnsiTheme="majorHAnsi" w:cstheme="majorHAnsi"/>
          <w:b/>
          <w:bCs/>
          <w:szCs w:val="24"/>
        </w:rPr>
        <w:t>Figure 4. Average annual change in incidence rates by age group, 2016–2024.</w:t>
      </w:r>
    </w:p>
    <w:p w14:paraId="4293FB3F" w14:textId="77777777" w:rsidR="006A749F" w:rsidRDefault="006A749F" w:rsidP="000C395B">
      <w:pPr>
        <w:spacing w:after="0" w:line="240" w:lineRule="auto"/>
        <w:rPr>
          <w:rFonts w:asciiTheme="majorHAnsi" w:hAnsiTheme="majorHAnsi" w:cstheme="majorHAnsi"/>
          <w:b/>
          <w:bCs/>
          <w:szCs w:val="24"/>
        </w:rPr>
      </w:pPr>
      <w:r>
        <w:rPr>
          <w:noProof/>
          <w:lang w:val="ru-RU" w:eastAsia="ru-RU"/>
        </w:rPr>
        <w:drawing>
          <wp:inline distT="0" distB="0" distL="0" distR="0" wp14:anchorId="43BB1FA8" wp14:editId="600D3211">
            <wp:extent cx="5486400" cy="3657600"/>
            <wp:effectExtent l="0" t="0" r="0" b="0"/>
            <wp:docPr id="1872383984" name="Рисунок 6" descr="Изображение выглядит как снимок экрана, Графика, графический дизайн,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83984" name="Рисунок 6" descr="Изображение выглядит как снимок экрана, Графика, графический дизайн, искусство&#10;&#10;Содержимое, созданное искусственным интеллектом, может быть неверны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21A7AA0" w14:textId="77777777" w:rsidR="000C395B" w:rsidRPr="005968FB" w:rsidRDefault="000C395B" w:rsidP="000C395B">
      <w:pPr>
        <w:spacing w:after="0" w:line="240" w:lineRule="auto"/>
        <w:rPr>
          <w:rFonts w:asciiTheme="majorHAnsi" w:hAnsiTheme="majorHAnsi" w:cstheme="majorHAnsi"/>
          <w:b/>
          <w:bCs/>
          <w:szCs w:val="24"/>
        </w:rPr>
      </w:pPr>
    </w:p>
    <w:p w14:paraId="0CDF24B2" w14:textId="77777777" w:rsidR="000C395B" w:rsidRPr="005968FB" w:rsidRDefault="005968FB" w:rsidP="000C395B">
      <w:pPr>
        <w:spacing w:after="0" w:line="240" w:lineRule="auto"/>
        <w:rPr>
          <w:rFonts w:asciiTheme="majorHAnsi" w:hAnsiTheme="majorHAnsi" w:cstheme="majorHAnsi"/>
          <w:b/>
          <w:bCs/>
          <w:szCs w:val="24"/>
          <w:lang w:val="uz-Cyrl-UZ"/>
        </w:rPr>
      </w:pPr>
      <w:r w:rsidRPr="005968FB">
        <w:rPr>
          <w:rFonts w:asciiTheme="majorHAnsi" w:hAnsiTheme="majorHAnsi" w:cstheme="majorHAnsi"/>
          <w:b/>
          <w:bCs/>
          <w:szCs w:val="24"/>
        </w:rPr>
        <w:t>Figure 5. Average annual change in incidence rates by age group, cumulative for 2016–2024</w:t>
      </w:r>
      <w:r>
        <w:rPr>
          <w:rFonts w:asciiTheme="majorHAnsi" w:hAnsiTheme="majorHAnsi" w:cstheme="majorHAnsi"/>
          <w:b/>
          <w:bCs/>
          <w:szCs w:val="24"/>
          <w:lang w:val="uz-Cyrl-UZ"/>
        </w:rPr>
        <w:t>.</w:t>
      </w:r>
    </w:p>
    <w:p w14:paraId="678F6899" w14:textId="77777777" w:rsidR="000C395B" w:rsidRPr="000569BC" w:rsidRDefault="006A749F" w:rsidP="000569BC">
      <w:pPr>
        <w:spacing w:after="0" w:line="240" w:lineRule="auto"/>
        <w:rPr>
          <w:rFonts w:asciiTheme="majorHAnsi" w:hAnsiTheme="majorHAnsi" w:cstheme="majorHAnsi"/>
          <w:szCs w:val="24"/>
        </w:rPr>
      </w:pPr>
      <w:r>
        <w:rPr>
          <w:noProof/>
          <w:lang w:val="ru-RU" w:eastAsia="ru-RU"/>
        </w:rPr>
        <w:drawing>
          <wp:inline distT="0" distB="0" distL="0" distR="0" wp14:anchorId="2A63DFDE" wp14:editId="1101AE53">
            <wp:extent cx="5486400" cy="3657600"/>
            <wp:effectExtent l="0" t="0" r="0" b="0"/>
            <wp:docPr id="454469631" name="Рисунок 8" descr="Изображение выглядит как Красочность, снимок экрана, прямоугольный,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69631" name="Рисунок 8" descr="Изображение выглядит как Красочность, снимок экрана, прямоугольный, дизайн&#10;&#10;Содержимое, созданное искусственным интеллектом, может быть неверны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sectPr w:rsidR="000C395B" w:rsidRPr="000569B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569BC"/>
    <w:rsid w:val="0006063C"/>
    <w:rsid w:val="000C395B"/>
    <w:rsid w:val="000D6FFA"/>
    <w:rsid w:val="000F7C69"/>
    <w:rsid w:val="0015074B"/>
    <w:rsid w:val="00196E5B"/>
    <w:rsid w:val="00212A1B"/>
    <w:rsid w:val="0026738B"/>
    <w:rsid w:val="0029639D"/>
    <w:rsid w:val="002C79B1"/>
    <w:rsid w:val="002F0B2D"/>
    <w:rsid w:val="00321E4A"/>
    <w:rsid w:val="00326F90"/>
    <w:rsid w:val="003443BF"/>
    <w:rsid w:val="00425995"/>
    <w:rsid w:val="004D1867"/>
    <w:rsid w:val="0053192F"/>
    <w:rsid w:val="005968FB"/>
    <w:rsid w:val="005B067F"/>
    <w:rsid w:val="00615887"/>
    <w:rsid w:val="00630D7E"/>
    <w:rsid w:val="006A749F"/>
    <w:rsid w:val="0070583C"/>
    <w:rsid w:val="00916C32"/>
    <w:rsid w:val="009423F4"/>
    <w:rsid w:val="00A24E11"/>
    <w:rsid w:val="00A32ACF"/>
    <w:rsid w:val="00AA1D8D"/>
    <w:rsid w:val="00AA2721"/>
    <w:rsid w:val="00AF36C9"/>
    <w:rsid w:val="00B47730"/>
    <w:rsid w:val="00B743D8"/>
    <w:rsid w:val="00CB0664"/>
    <w:rsid w:val="00D47BC0"/>
    <w:rsid w:val="00DA0D07"/>
    <w:rsid w:val="00DF06DB"/>
    <w:rsid w:val="00E85404"/>
    <w:rsid w:val="00EC0B3A"/>
    <w:rsid w:val="00F30168"/>
    <w:rsid w:val="00FC693F"/>
    <w:rsid w:val="00FE46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EB0D43"/>
  <w14:defaultImageDpi w14:val="300"/>
  <w15:docId w15:val="{553D215F-1B06-4BBA-9AE2-271BE15ED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536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5C85C-27B4-4CED-8527-D4E27C4F6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2777</Words>
  <Characters>15830</Characters>
  <Application>Microsoft Office Word</Application>
  <DocSecurity>0</DocSecurity>
  <Lines>131</Lines>
  <Paragraphs>37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
  <LinksUpToDate>false</LinksUpToDate>
  <CharactersWithSpaces>18570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Rafail Ibragimov</dc:creator>
  <cp:keywords/>
  <dc:description/>
  <cp:lastModifiedBy>SDI 1022</cp:lastModifiedBy>
  <cp:revision>19</cp:revision>
  <dcterms:created xsi:type="dcterms:W3CDTF">2026-02-04T10:39:00Z</dcterms:created>
  <dcterms:modified xsi:type="dcterms:W3CDTF">2026-02-06T08:29:00Z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ff8bbd91-4b1d-4172-be07-e905386b1fb0</vt:lpwstr>
  </property>
</Properties>
</file>