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837" w:rsidRPr="008A40A5" w:rsidRDefault="00DB4837" w:rsidP="000C61E6">
      <w:pPr>
        <w:pStyle w:val="Title"/>
        <w:tabs>
          <w:tab w:val="left" w:pos="360"/>
          <w:tab w:val="left" w:pos="8100"/>
        </w:tabs>
        <w:spacing w:after="240"/>
        <w:rPr>
          <w:rFonts w:ascii="Arial" w:hAnsi="Arial" w:cs="Arial"/>
          <w:b/>
          <w:sz w:val="36"/>
          <w:szCs w:val="36"/>
        </w:rPr>
      </w:pPr>
      <w:r w:rsidRPr="008A40A5">
        <w:rPr>
          <w:rFonts w:ascii="Arial" w:hAnsi="Arial" w:cs="Arial"/>
          <w:b/>
          <w:sz w:val="36"/>
          <w:szCs w:val="36"/>
        </w:rPr>
        <w:t>Isolation,</w:t>
      </w:r>
      <w:r w:rsidR="000C61E6" w:rsidRPr="008A40A5">
        <w:rPr>
          <w:rFonts w:ascii="Arial" w:hAnsi="Arial" w:cs="Arial"/>
          <w:b/>
          <w:sz w:val="36"/>
          <w:szCs w:val="36"/>
        </w:rPr>
        <w:t xml:space="preserve"> </w:t>
      </w:r>
      <w:r w:rsidRPr="008A40A5">
        <w:rPr>
          <w:rFonts w:ascii="Arial" w:hAnsi="Arial" w:cs="Arial"/>
          <w:b/>
          <w:sz w:val="36"/>
          <w:szCs w:val="36"/>
        </w:rPr>
        <w:t>Identification</w:t>
      </w:r>
      <w:r w:rsidR="000C61E6" w:rsidRPr="008A40A5">
        <w:rPr>
          <w:rFonts w:ascii="Arial" w:hAnsi="Arial" w:cs="Arial"/>
          <w:b/>
          <w:sz w:val="36"/>
          <w:szCs w:val="36"/>
        </w:rPr>
        <w:t xml:space="preserve"> </w:t>
      </w:r>
      <w:r w:rsidRPr="008A40A5">
        <w:rPr>
          <w:rFonts w:ascii="Arial" w:hAnsi="Arial" w:cs="Arial"/>
          <w:b/>
          <w:sz w:val="36"/>
          <w:szCs w:val="36"/>
        </w:rPr>
        <w:t>and</w:t>
      </w:r>
      <w:r w:rsidR="000C61E6" w:rsidRPr="008A40A5">
        <w:rPr>
          <w:rFonts w:ascii="Arial" w:hAnsi="Arial" w:cs="Arial"/>
          <w:b/>
          <w:sz w:val="36"/>
          <w:szCs w:val="36"/>
        </w:rPr>
        <w:t xml:space="preserve"> </w:t>
      </w:r>
      <w:r w:rsidRPr="008A40A5">
        <w:rPr>
          <w:rFonts w:ascii="Arial" w:hAnsi="Arial" w:cs="Arial"/>
          <w:b/>
          <w:sz w:val="36"/>
          <w:szCs w:val="36"/>
        </w:rPr>
        <w:t>Characterization</w:t>
      </w:r>
      <w:r w:rsidR="000C61E6" w:rsidRPr="008A40A5">
        <w:rPr>
          <w:rFonts w:ascii="Arial" w:hAnsi="Arial" w:cs="Arial"/>
          <w:b/>
          <w:sz w:val="36"/>
          <w:szCs w:val="36"/>
        </w:rPr>
        <w:t xml:space="preserve"> </w:t>
      </w:r>
      <w:r w:rsidRPr="008A40A5">
        <w:rPr>
          <w:rFonts w:ascii="Arial" w:hAnsi="Arial" w:cs="Arial"/>
          <w:b/>
          <w:sz w:val="36"/>
          <w:szCs w:val="36"/>
        </w:rPr>
        <w:t>of</w:t>
      </w:r>
      <w:r w:rsidR="000C61E6" w:rsidRPr="008A40A5">
        <w:rPr>
          <w:rFonts w:ascii="Arial" w:hAnsi="Arial" w:cs="Arial"/>
          <w:b/>
          <w:sz w:val="36"/>
          <w:szCs w:val="36"/>
        </w:rPr>
        <w:t xml:space="preserve"> </w:t>
      </w:r>
      <w:r w:rsidRPr="008A40A5">
        <w:rPr>
          <w:rFonts w:ascii="Arial" w:hAnsi="Arial" w:cs="Arial"/>
          <w:b/>
          <w:sz w:val="36"/>
          <w:szCs w:val="36"/>
        </w:rPr>
        <w:t>Keratin</w:t>
      </w:r>
      <w:r w:rsidR="000C61E6" w:rsidRPr="008A40A5">
        <w:rPr>
          <w:rFonts w:ascii="Arial" w:hAnsi="Arial" w:cs="Arial"/>
          <w:b/>
          <w:sz w:val="36"/>
          <w:szCs w:val="36"/>
        </w:rPr>
        <w:t xml:space="preserve"> </w:t>
      </w:r>
      <w:r w:rsidRPr="008A40A5">
        <w:rPr>
          <w:rFonts w:ascii="Arial" w:hAnsi="Arial" w:cs="Arial"/>
          <w:b/>
          <w:sz w:val="36"/>
          <w:szCs w:val="36"/>
        </w:rPr>
        <w:t>Degrading</w:t>
      </w:r>
      <w:r w:rsidR="000C61E6" w:rsidRPr="008A40A5">
        <w:rPr>
          <w:rFonts w:ascii="Arial" w:hAnsi="Arial" w:cs="Arial"/>
          <w:b/>
          <w:sz w:val="36"/>
          <w:szCs w:val="36"/>
        </w:rPr>
        <w:t xml:space="preserve"> </w:t>
      </w:r>
      <w:r w:rsidRPr="008A40A5">
        <w:rPr>
          <w:rFonts w:ascii="Arial" w:hAnsi="Arial" w:cs="Arial"/>
          <w:b/>
          <w:sz w:val="36"/>
          <w:szCs w:val="36"/>
        </w:rPr>
        <w:t>Microorganisms</w:t>
      </w:r>
      <w:r w:rsidR="000C61E6" w:rsidRPr="008A40A5">
        <w:rPr>
          <w:rFonts w:ascii="Arial" w:hAnsi="Arial" w:cs="Arial"/>
          <w:b/>
          <w:sz w:val="36"/>
          <w:szCs w:val="36"/>
        </w:rPr>
        <w:t xml:space="preserve"> </w:t>
      </w:r>
      <w:r w:rsidRPr="008A40A5">
        <w:rPr>
          <w:rFonts w:ascii="Arial" w:hAnsi="Arial" w:cs="Arial"/>
          <w:b/>
          <w:sz w:val="36"/>
          <w:szCs w:val="36"/>
        </w:rPr>
        <w:t>from</w:t>
      </w:r>
      <w:r w:rsidR="000C61E6" w:rsidRPr="008A40A5">
        <w:rPr>
          <w:rFonts w:ascii="Arial" w:hAnsi="Arial" w:cs="Arial"/>
          <w:b/>
          <w:sz w:val="36"/>
          <w:szCs w:val="36"/>
        </w:rPr>
        <w:t xml:space="preserve"> </w:t>
      </w:r>
      <w:r w:rsidRPr="008A40A5">
        <w:rPr>
          <w:rFonts w:ascii="Arial" w:hAnsi="Arial" w:cs="Arial"/>
          <w:b/>
          <w:sz w:val="36"/>
          <w:szCs w:val="36"/>
        </w:rPr>
        <w:t>Poultry</w:t>
      </w:r>
      <w:r w:rsidR="000C61E6" w:rsidRPr="008A40A5">
        <w:rPr>
          <w:rFonts w:ascii="Arial" w:hAnsi="Arial" w:cs="Arial"/>
          <w:b/>
          <w:sz w:val="36"/>
          <w:szCs w:val="36"/>
        </w:rPr>
        <w:t xml:space="preserve"> </w:t>
      </w:r>
      <w:r w:rsidRPr="008A40A5">
        <w:rPr>
          <w:rFonts w:ascii="Arial" w:hAnsi="Arial" w:cs="Arial"/>
          <w:b/>
          <w:sz w:val="36"/>
          <w:szCs w:val="36"/>
        </w:rPr>
        <w:t>Soil</w:t>
      </w:r>
      <w:r w:rsidR="000C61E6" w:rsidRPr="008A40A5">
        <w:rPr>
          <w:rFonts w:ascii="Arial" w:hAnsi="Arial" w:cs="Arial"/>
          <w:b/>
          <w:sz w:val="36"/>
          <w:szCs w:val="36"/>
        </w:rPr>
        <w:t xml:space="preserve"> </w:t>
      </w:r>
      <w:r w:rsidRPr="008A40A5">
        <w:rPr>
          <w:rFonts w:ascii="Arial" w:hAnsi="Arial" w:cs="Arial"/>
          <w:b/>
          <w:sz w:val="36"/>
          <w:szCs w:val="36"/>
        </w:rPr>
        <w:t>and</w:t>
      </w:r>
      <w:r w:rsidR="000C61E6" w:rsidRPr="008A40A5">
        <w:rPr>
          <w:rFonts w:ascii="Arial" w:hAnsi="Arial" w:cs="Arial"/>
          <w:b/>
          <w:sz w:val="36"/>
          <w:szCs w:val="36"/>
        </w:rPr>
        <w:t xml:space="preserve"> </w:t>
      </w:r>
      <w:r w:rsidRPr="008A40A5">
        <w:rPr>
          <w:rFonts w:ascii="Arial" w:hAnsi="Arial" w:cs="Arial"/>
          <w:b/>
          <w:sz w:val="36"/>
          <w:szCs w:val="36"/>
        </w:rPr>
        <w:t>Their</w:t>
      </w:r>
      <w:r w:rsidR="000C61E6" w:rsidRPr="008A40A5">
        <w:rPr>
          <w:rFonts w:ascii="Arial" w:hAnsi="Arial" w:cs="Arial"/>
          <w:b/>
          <w:sz w:val="36"/>
          <w:szCs w:val="36"/>
        </w:rPr>
        <w:t xml:space="preserve"> </w:t>
      </w:r>
      <w:r w:rsidRPr="008A40A5">
        <w:rPr>
          <w:rFonts w:ascii="Arial" w:hAnsi="Arial" w:cs="Arial"/>
          <w:b/>
          <w:sz w:val="36"/>
          <w:szCs w:val="36"/>
        </w:rPr>
        <w:t>Feather</w:t>
      </w:r>
      <w:r w:rsidR="000C61E6" w:rsidRPr="008A40A5">
        <w:rPr>
          <w:rFonts w:ascii="Arial" w:hAnsi="Arial" w:cs="Arial"/>
          <w:b/>
          <w:sz w:val="36"/>
          <w:szCs w:val="36"/>
        </w:rPr>
        <w:t xml:space="preserve"> </w:t>
      </w:r>
      <w:r w:rsidRPr="008A40A5">
        <w:rPr>
          <w:rFonts w:ascii="Arial" w:hAnsi="Arial" w:cs="Arial"/>
          <w:b/>
          <w:sz w:val="36"/>
          <w:szCs w:val="36"/>
        </w:rPr>
        <w:t>Degradation</w:t>
      </w:r>
      <w:r w:rsidR="000C61E6" w:rsidRPr="008A40A5">
        <w:rPr>
          <w:rFonts w:ascii="Arial" w:hAnsi="Arial" w:cs="Arial"/>
          <w:b/>
          <w:sz w:val="36"/>
          <w:szCs w:val="36"/>
        </w:rPr>
        <w:t xml:space="preserve"> </w:t>
      </w:r>
      <w:r w:rsidRPr="008A40A5">
        <w:rPr>
          <w:rFonts w:ascii="Arial" w:hAnsi="Arial" w:cs="Arial"/>
          <w:b/>
          <w:sz w:val="36"/>
          <w:szCs w:val="36"/>
        </w:rPr>
        <w:t>Potential</w:t>
      </w:r>
    </w:p>
    <w:p w:rsidR="009D6BE1" w:rsidRPr="008A40A5" w:rsidRDefault="009D6BE1" w:rsidP="00584328">
      <w:pPr>
        <w:tabs>
          <w:tab w:val="left" w:pos="360"/>
          <w:tab w:val="left" w:pos="8100"/>
        </w:tabs>
        <w:spacing w:after="240"/>
        <w:jc w:val="both"/>
        <w:rPr>
          <w:rFonts w:ascii="Arial" w:hAnsi="Arial" w:cs="Arial"/>
          <w:color w:val="808080" w:themeColor="background1" w:themeShade="80"/>
          <w:sz w:val="20"/>
          <w:szCs w:val="20"/>
        </w:rPr>
      </w:pPr>
    </w:p>
    <w:p w:rsidR="008D578B" w:rsidRPr="008A40A5" w:rsidRDefault="00777CEC" w:rsidP="00584328">
      <w:pPr>
        <w:pStyle w:val="Heading1"/>
        <w:numPr>
          <w:ilvl w:val="0"/>
          <w:numId w:val="0"/>
        </w:numPr>
        <w:tabs>
          <w:tab w:val="left" w:pos="360"/>
          <w:tab w:val="left" w:pos="8100"/>
        </w:tabs>
        <w:spacing w:before="0" w:after="240"/>
        <w:rPr>
          <w:rFonts w:ascii="Arial" w:hAnsi="Arial" w:cs="Arial"/>
          <w:caps/>
          <w:smallCaps w:val="0"/>
          <w:sz w:val="24"/>
          <w:szCs w:val="24"/>
        </w:rPr>
      </w:pPr>
      <w:r w:rsidRPr="008A40A5">
        <w:rPr>
          <w:rFonts w:ascii="Arial" w:hAnsi="Arial" w:cs="Arial"/>
          <w:caps/>
          <w:smallCaps w:val="0"/>
          <w:sz w:val="22"/>
          <w:szCs w:val="22"/>
        </w:rPr>
        <w:t>Abstract</w:t>
      </w:r>
    </w:p>
    <w:p w:rsidR="000C61E6" w:rsidRPr="008A40A5" w:rsidRDefault="000C61E6" w:rsidP="000C61E6">
      <w:pPr>
        <w:tabs>
          <w:tab w:val="left" w:pos="360"/>
          <w:tab w:val="left" w:pos="8100"/>
        </w:tabs>
        <w:spacing w:after="240" w:line="240" w:lineRule="auto"/>
        <w:rPr>
          <w:rFonts w:ascii="Arial" w:hAnsi="Arial" w:cs="Arial"/>
          <w:iCs/>
          <w:sz w:val="20"/>
          <w:szCs w:val="20"/>
        </w:rPr>
      </w:pPr>
      <w:r w:rsidRPr="008A40A5">
        <w:rPr>
          <w:rFonts w:ascii="Arial" w:hAnsi="Arial" w:cs="Arial"/>
          <w:iCs/>
          <w:sz w:val="20"/>
          <w:szCs w:val="20"/>
        </w:rPr>
        <w:t>Keratin is an insoluble and protein-rich epidermal material found in feathers, hair, wool and skin but it poses a challenge in environmental waste management because of its resistance to degradation. Particularly, keratinolytic bacteria and fungi, have demonstrated the ability to break down keratin into simpler components, offering solutions for waste management and biotechnological applications. Despite their resistant structure, keratin wastes can be degraded by various microorganisms through the secretion of keratinases, which are excellent enzymes for several applications including detergents, fertilizers, leather and textile industry. In an attempt to isolate keratinolytic microorganisms that can reach commercial values as keratinase producers this project aims to delve into the mechanisms employed by various microbial species in the degradation of keratinaceous materials. Through genomic and proteomic analyses, we explore the enzymatic pathways and key proteins involved in keratin degradation.</w:t>
      </w:r>
    </w:p>
    <w:p w:rsidR="000C61E6" w:rsidRPr="008A40A5" w:rsidRDefault="000C61E6" w:rsidP="000C61E6">
      <w:pPr>
        <w:tabs>
          <w:tab w:val="left" w:pos="360"/>
          <w:tab w:val="left" w:pos="8100"/>
        </w:tabs>
        <w:spacing w:after="240" w:line="240" w:lineRule="auto"/>
        <w:rPr>
          <w:rFonts w:ascii="Arial" w:hAnsi="Arial" w:cs="Arial"/>
          <w:b/>
          <w:i/>
          <w:iCs/>
          <w:sz w:val="20"/>
          <w:szCs w:val="20"/>
        </w:rPr>
      </w:pPr>
      <w:r w:rsidRPr="008A40A5">
        <w:rPr>
          <w:rFonts w:ascii="Arial" w:hAnsi="Arial" w:cs="Arial"/>
          <w:iCs/>
          <w:sz w:val="20"/>
          <w:szCs w:val="20"/>
        </w:rPr>
        <w:t>This investigation involves cultural and morphological examination to identify and characterize the keratinolytic microorganisms from diverse ecological aspects. Also, the project focuses on the practical implications of keratin degradation. Understanding the enzymatic processes underlying keratin breakdown could pave the way for the design of innovative biocatalysts and bioremediation strategies for the efficient utilization of keratin - rich waste streams.</w:t>
      </w:r>
      <w:r w:rsidRPr="008A40A5">
        <w:rPr>
          <w:rFonts w:ascii="Arial" w:hAnsi="Arial" w:cs="Arial"/>
          <w:b/>
          <w:i/>
          <w:iCs/>
          <w:sz w:val="20"/>
          <w:szCs w:val="20"/>
        </w:rPr>
        <w:t xml:space="preserve"> </w:t>
      </w:r>
    </w:p>
    <w:p w:rsidR="008D578B" w:rsidRPr="008A40A5" w:rsidRDefault="00777CEC" w:rsidP="000C61E6">
      <w:pPr>
        <w:tabs>
          <w:tab w:val="left" w:pos="360"/>
          <w:tab w:val="left" w:pos="8100"/>
        </w:tabs>
        <w:spacing w:after="240" w:line="240" w:lineRule="auto"/>
        <w:rPr>
          <w:rFonts w:ascii="Arial" w:hAnsi="Arial" w:cs="Arial"/>
          <w:b/>
        </w:rPr>
      </w:pPr>
      <w:r w:rsidRPr="008A40A5">
        <w:rPr>
          <w:rFonts w:ascii="Arial" w:hAnsi="Arial" w:cs="Arial"/>
          <w:b/>
          <w:i/>
        </w:rPr>
        <w:t>Keywords-Featherdegrading</w:t>
      </w:r>
      <w:r w:rsidR="000C61E6" w:rsidRPr="008A40A5">
        <w:rPr>
          <w:rFonts w:ascii="Arial" w:hAnsi="Arial" w:cs="Arial"/>
          <w:b/>
          <w:i/>
        </w:rPr>
        <w:t xml:space="preserve"> </w:t>
      </w:r>
      <w:r w:rsidRPr="008A40A5">
        <w:rPr>
          <w:rFonts w:ascii="Arial" w:hAnsi="Arial" w:cs="Arial"/>
          <w:b/>
          <w:i/>
        </w:rPr>
        <w:t>Bacteria,</w:t>
      </w:r>
      <w:r w:rsidR="000C61E6" w:rsidRPr="008A40A5">
        <w:rPr>
          <w:rFonts w:ascii="Arial" w:hAnsi="Arial" w:cs="Arial"/>
          <w:b/>
          <w:i/>
        </w:rPr>
        <w:t xml:space="preserve"> </w:t>
      </w:r>
      <w:r w:rsidRPr="008A40A5">
        <w:rPr>
          <w:rFonts w:ascii="Arial" w:hAnsi="Arial" w:cs="Arial"/>
          <w:b/>
          <w:i/>
        </w:rPr>
        <w:t>Characterization,</w:t>
      </w:r>
      <w:r w:rsidR="000C61E6" w:rsidRPr="008A40A5">
        <w:rPr>
          <w:rFonts w:ascii="Arial" w:hAnsi="Arial" w:cs="Arial"/>
          <w:b/>
          <w:i/>
        </w:rPr>
        <w:t xml:space="preserve"> </w:t>
      </w:r>
      <w:r w:rsidRPr="008A40A5">
        <w:rPr>
          <w:rFonts w:ascii="Arial" w:hAnsi="Arial" w:cs="Arial"/>
          <w:b/>
          <w:i/>
        </w:rPr>
        <w:t>Identification,</w:t>
      </w:r>
      <w:r w:rsidR="000C61E6" w:rsidRPr="008A40A5">
        <w:rPr>
          <w:rFonts w:ascii="Arial" w:hAnsi="Arial" w:cs="Arial"/>
          <w:b/>
          <w:i/>
        </w:rPr>
        <w:t xml:space="preserve"> </w:t>
      </w:r>
      <w:r w:rsidR="00666551" w:rsidRPr="008A40A5">
        <w:rPr>
          <w:rFonts w:ascii="Arial" w:hAnsi="Arial" w:cs="Arial"/>
          <w:b/>
          <w:i/>
        </w:rPr>
        <w:t>Keratinase,</w:t>
      </w:r>
      <w:r w:rsidR="000C61E6" w:rsidRPr="008A40A5">
        <w:rPr>
          <w:rFonts w:ascii="Arial" w:hAnsi="Arial" w:cs="Arial"/>
          <w:b/>
          <w:i/>
        </w:rPr>
        <w:t xml:space="preserve"> </w:t>
      </w:r>
      <w:r w:rsidR="00666551" w:rsidRPr="008A40A5">
        <w:rPr>
          <w:rFonts w:ascii="Arial" w:hAnsi="Arial" w:cs="Arial"/>
          <w:b/>
          <w:i/>
        </w:rPr>
        <w:t>Poultry</w:t>
      </w:r>
      <w:r w:rsidR="00666551" w:rsidRPr="008A40A5">
        <w:rPr>
          <w:rFonts w:ascii="Arial" w:hAnsi="Arial" w:cs="Arial"/>
          <w:b/>
        </w:rPr>
        <w:t>waste.</w:t>
      </w:r>
      <w:r w:rsidR="00666551" w:rsidRPr="008A40A5">
        <w:rPr>
          <w:rFonts w:ascii="Arial" w:hAnsi="Arial" w:cs="Arial"/>
          <w:b/>
        </w:rPr>
        <w:br/>
      </w:r>
    </w:p>
    <w:p w:rsidR="00B72EA8" w:rsidRPr="008A40A5" w:rsidRDefault="00777CEC" w:rsidP="00584328">
      <w:pPr>
        <w:pStyle w:val="Heading1"/>
        <w:tabs>
          <w:tab w:val="left" w:pos="360"/>
        </w:tabs>
        <w:spacing w:before="0" w:after="240"/>
        <w:ind w:left="0" w:firstLine="0"/>
        <w:rPr>
          <w:rFonts w:ascii="Arial" w:hAnsi="Arial" w:cs="Arial"/>
          <w:caps/>
          <w:smallCaps w:val="0"/>
          <w:sz w:val="22"/>
          <w:szCs w:val="22"/>
        </w:rPr>
      </w:pPr>
      <w:r w:rsidRPr="008A40A5">
        <w:rPr>
          <w:rFonts w:ascii="Arial" w:hAnsi="Arial" w:cs="Arial"/>
          <w:caps/>
          <w:smallCaps w:val="0"/>
          <w:sz w:val="22"/>
          <w:szCs w:val="22"/>
        </w:rPr>
        <w:t>Introduction</w:t>
      </w:r>
    </w:p>
    <w:p w:rsidR="000C61E6" w:rsidRPr="008A40A5" w:rsidRDefault="000C61E6" w:rsidP="000C61E6">
      <w:pPr>
        <w:pStyle w:val="Default"/>
      </w:pPr>
    </w:p>
    <w:p w:rsidR="000C61E6" w:rsidRPr="008A40A5" w:rsidRDefault="000C61E6" w:rsidP="000C61E6">
      <w:pPr>
        <w:pStyle w:val="Default"/>
        <w:rPr>
          <w:sz w:val="20"/>
          <w:szCs w:val="20"/>
        </w:rPr>
      </w:pPr>
      <w:r w:rsidRPr="008A40A5">
        <w:t xml:space="preserve"> </w:t>
      </w:r>
      <w:r w:rsidRPr="008A40A5">
        <w:rPr>
          <w:sz w:val="20"/>
          <w:szCs w:val="20"/>
        </w:rPr>
        <w:t xml:space="preserve">Animal tissues such as hair, feathers, horns, and nails are home to the keratin, it is a structural protein. A number of branches, including biotechnology, environmental science and agriculture, are particularly interested in the keratin breakdown process. The processes involved in keratin degradation may have noteworthy consequences for waste handling, bioremediation and product innovation. Discovery says that microorganisms, including bacteria and fungi, have the enzymes required to decompose keratin into its constituent amino acids. Because, they have the disulfide links in keratin and disrupt the protein structure, these enzymes, often referred to as keratinases, which are essential to the degradation process. </w:t>
      </w:r>
    </w:p>
    <w:p w:rsidR="000C61E6" w:rsidRPr="008A40A5" w:rsidRDefault="000C61E6" w:rsidP="000C61E6">
      <w:pPr>
        <w:pStyle w:val="Default"/>
        <w:rPr>
          <w:rFonts w:ascii="Calibri" w:hAnsi="Calibri" w:cs="Calibri"/>
          <w:sz w:val="22"/>
          <w:szCs w:val="22"/>
        </w:rPr>
      </w:pPr>
      <w:r w:rsidRPr="008A40A5">
        <w:rPr>
          <w:sz w:val="20"/>
          <w:szCs w:val="20"/>
        </w:rPr>
        <w:t xml:space="preserve">Feathers, which are predominantly composed of keratin, are one of the most available waste products in the poultry industries. Chicken feathers are characterized as a unique source of amino acids, and their content depends on environment, food, age and breed. Generally, feathers have been reported to contain high proportion of non - essential amino acids. </w:t>
      </w:r>
      <w:r w:rsidRPr="008A40A5">
        <w:rPr>
          <w:rFonts w:ascii="Calibri" w:hAnsi="Calibri" w:cs="Calibri"/>
          <w:sz w:val="22"/>
          <w:szCs w:val="22"/>
        </w:rPr>
        <w:t xml:space="preserve">3 2 </w:t>
      </w:r>
    </w:p>
    <w:p w:rsidR="000C61E6" w:rsidRPr="008A40A5" w:rsidRDefault="000C61E6" w:rsidP="000C61E6">
      <w:pPr>
        <w:pStyle w:val="Default"/>
        <w:rPr>
          <w:color w:val="auto"/>
        </w:rPr>
      </w:pPr>
    </w:p>
    <w:p w:rsidR="000C61E6" w:rsidRPr="008A40A5" w:rsidRDefault="000C61E6" w:rsidP="000C61E6">
      <w:pPr>
        <w:pStyle w:val="Default"/>
        <w:pageBreakBefore/>
        <w:rPr>
          <w:color w:val="auto"/>
          <w:sz w:val="20"/>
          <w:szCs w:val="20"/>
        </w:rPr>
      </w:pPr>
      <w:r w:rsidRPr="008A40A5">
        <w:rPr>
          <w:color w:val="auto"/>
          <w:sz w:val="20"/>
          <w:szCs w:val="20"/>
        </w:rPr>
        <w:lastRenderedPageBreak/>
        <w:t xml:space="preserve">In addition to Carbon, Nitrogen, Sulphur, Hydrogen, chicken feathers have been found to contain usable macronutrients and micronutrients, including Phosphorus, Calcium, Magnesium, Iron, Zinc, Potassium, Sulphur, Sodium, Copper and Manganese (Staron P et.al, 2017 and Nurdiawati A et.al, 2017). It is a tough and insoluble protein and it poses an environmental challenge due to its slow degradation rate. However, nature provide a great solution in the form of keratinolytic microorganisms, which are capable of breaking down the keratinaceous materials. This study aims to delve into the realm of these microorganisms inhabiting poultry soil, by focusing on isolating, identifying, and characterizing their keratinolytic potential. It helps to understand the diversity and capabilities of these microorganisms which can be studied to explore their enzymatic powers for sustainable waste management practices. Particularly, the process begins with the isolation of keratin–degrading microorganisms from poultry soil samples, by using selective culture techniques and the identified isolates undergo the characterization to illustrate their taxonomic diversity and phylogenetic relationships. This step provides the insights into the microbial community structure but also aids in identifying novel species with their unique keratinolytic capabilities. The enzymatic arsenal of these microorganisms can be explored; we can focus on the production and optimization of keratinases. These enzymes hold a very big potential for various industrial applications and also animal feed production, biofertilizer development, and bioremediation of keratin-rich waste streams. This study seeks to evaluate the feather degradation potential of the isolated microorganisms under the different environmental conditions. By understanding the factors influencing keratin degradation, we can enhance the efficiency of microbial feather degradation processes, paving the way for sustainable and eco-friendly waste management strategies in the poultry industry. </w:t>
      </w:r>
    </w:p>
    <w:p w:rsidR="000C61E6" w:rsidRPr="008A40A5" w:rsidRDefault="000C61E6" w:rsidP="000C61E6">
      <w:pPr>
        <w:tabs>
          <w:tab w:val="left" w:pos="360"/>
          <w:tab w:val="left" w:pos="8100"/>
        </w:tabs>
        <w:spacing w:after="240"/>
        <w:jc w:val="both"/>
        <w:rPr>
          <w:sz w:val="20"/>
          <w:szCs w:val="20"/>
        </w:rPr>
      </w:pPr>
      <w:r w:rsidRPr="008A40A5">
        <w:rPr>
          <w:sz w:val="20"/>
          <w:szCs w:val="20"/>
        </w:rPr>
        <w:t xml:space="preserve">Feathers are primarily composed of keratin, the same protein found in human hair and nails. Keratin provides feathers with strength, flexibility, and resistance to wear and tear. This structural protein forms the central shaft, or rachis of the feather, as well as the barbs and barbules that branch off from it. This intricate arrangement of keratin gives feathers their unique shape and enables birds to perform a variety of functions, such as flying and maintaining their body temperature. Keratin is a structural protein which is found in avian feathers. It is a challenging substrate for degradation because it is highly cross-linked and is resistant in nature. Poultry soil, it is enriched with feather waste, it acts as a promising habitat for keratinolytic microorganisms which are capable of efficiently breaking down feathers. This literature review explores the advancements in isolating, identifying and characterizing keratin–degrading microorganisms from poultry soil and their potential for feather degradation. Researchers have also isolated keratin-degrading microorganisms for various industrial applications, such as in waste treatment and the production of animal feed. Poultry soil harbours a diverse microbial community adapted to thrive on keratin-rich substrates. Singh et al. (2019) isolated a novel Bacillus sp. strain from poultry farm soil, demonstrating robust keratinase activity capable of degrading chicken feathers efficiently (Singh et al, 2019). Similarly, Gupta and associates (2020) identified several keratinolytic bacteria from poultry litter, including species of Bacillus and Micrococcus, exhibiting high feather degradation potential (Gupta et al., 2020). </w:t>
      </w:r>
    </w:p>
    <w:p w:rsidR="00B2642B" w:rsidRPr="008A40A5" w:rsidRDefault="00415B03" w:rsidP="000C61E6">
      <w:pPr>
        <w:tabs>
          <w:tab w:val="left" w:pos="360"/>
          <w:tab w:val="left" w:pos="8100"/>
        </w:tabs>
        <w:spacing w:after="240"/>
        <w:jc w:val="both"/>
        <w:rPr>
          <w:rFonts w:ascii="Arial" w:hAnsi="Arial" w:cs="Arial"/>
          <w:sz w:val="20"/>
          <w:szCs w:val="20"/>
          <w:lang w:val="en-IN"/>
        </w:rPr>
      </w:pPr>
      <w:r w:rsidRPr="008A40A5">
        <w:rPr>
          <w:rFonts w:ascii="Arial" w:hAnsi="Arial" w:cs="Arial"/>
          <w:sz w:val="20"/>
          <w:szCs w:val="20"/>
          <w:lang w:val="en-IN"/>
        </w:rPr>
        <w:t xml:space="preserve">Molecular techniques such as 16S rRNA gene sequencing have facilitated the accurate identification of keratinolytic microorganisms. Das et al. (2021) employed molecular phylogenetic analysis to identify a feather-degrading bacterial isolate as </w:t>
      </w:r>
      <w:r w:rsidRPr="008A40A5">
        <w:rPr>
          <w:rFonts w:ascii="Arial" w:hAnsi="Arial" w:cs="Arial"/>
          <w:i/>
          <w:iCs/>
          <w:sz w:val="20"/>
          <w:szCs w:val="20"/>
          <w:lang w:val="en-IN"/>
        </w:rPr>
        <w:t xml:space="preserve">Bacillus aureus </w:t>
      </w:r>
      <w:r w:rsidRPr="008A40A5">
        <w:rPr>
          <w:rFonts w:ascii="Arial" w:hAnsi="Arial" w:cs="Arial"/>
          <w:sz w:val="20"/>
          <w:szCs w:val="20"/>
          <w:lang w:val="en-IN"/>
        </w:rPr>
        <w:t xml:space="preserve">strain KDDB3, highlighting its phylogenetic relatedness to known keratinolytic </w:t>
      </w:r>
      <w:r w:rsidRPr="008A40A5">
        <w:rPr>
          <w:rFonts w:ascii="Arial" w:hAnsi="Arial" w:cs="Arial"/>
          <w:i/>
          <w:iCs/>
          <w:sz w:val="20"/>
          <w:szCs w:val="20"/>
          <w:lang w:val="en-IN"/>
        </w:rPr>
        <w:t xml:space="preserve">Bacillus </w:t>
      </w:r>
      <w:r w:rsidRPr="008A40A5">
        <w:rPr>
          <w:rFonts w:ascii="Arial" w:hAnsi="Arial" w:cs="Arial"/>
          <w:sz w:val="20"/>
          <w:szCs w:val="20"/>
          <w:lang w:val="en-IN"/>
        </w:rPr>
        <w:t>species (Das et al</w:t>
      </w:r>
      <w:r w:rsidRPr="008A40A5">
        <w:rPr>
          <w:rFonts w:ascii="Arial" w:hAnsi="Arial" w:cs="Arial"/>
          <w:i/>
          <w:iCs/>
          <w:sz w:val="20"/>
          <w:szCs w:val="20"/>
          <w:lang w:val="en-IN"/>
        </w:rPr>
        <w:t xml:space="preserve">., </w:t>
      </w:r>
      <w:r w:rsidRPr="008A40A5">
        <w:rPr>
          <w:rFonts w:ascii="Arial" w:hAnsi="Arial" w:cs="Arial"/>
          <w:sz w:val="20"/>
          <w:szCs w:val="20"/>
          <w:lang w:val="en-IN"/>
        </w:rPr>
        <w:t xml:space="preserve">2021). Similarly, Sharma and colleagues (2018) utilized PCR-based methods to identify a keratinolytic fungal isolate as </w:t>
      </w:r>
      <w:r w:rsidRPr="008A40A5">
        <w:rPr>
          <w:rFonts w:ascii="Arial" w:hAnsi="Arial" w:cs="Arial"/>
          <w:i/>
          <w:iCs/>
          <w:sz w:val="20"/>
          <w:szCs w:val="20"/>
          <w:lang w:val="en-IN"/>
        </w:rPr>
        <w:t>Aspergillus niger</w:t>
      </w:r>
      <w:r w:rsidRPr="008A40A5">
        <w:rPr>
          <w:rFonts w:ascii="Arial" w:hAnsi="Arial" w:cs="Arial"/>
          <w:sz w:val="20"/>
          <w:szCs w:val="20"/>
          <w:lang w:val="en-IN"/>
        </w:rPr>
        <w:t>, providing insights into its genetic basis for keratin degradation (Sharma et al.,2018).</w:t>
      </w:r>
    </w:p>
    <w:p w:rsidR="0057191E" w:rsidRPr="008A40A5" w:rsidRDefault="0057191E" w:rsidP="00584328">
      <w:pPr>
        <w:tabs>
          <w:tab w:val="left" w:pos="360"/>
          <w:tab w:val="left" w:pos="8100"/>
        </w:tabs>
        <w:spacing w:after="240"/>
        <w:jc w:val="both"/>
        <w:rPr>
          <w:rFonts w:ascii="Arial" w:hAnsi="Arial" w:cs="Arial"/>
          <w:sz w:val="20"/>
          <w:szCs w:val="20"/>
          <w:lang w:val="en-IN"/>
        </w:rPr>
      </w:pPr>
      <w:r w:rsidRPr="008A40A5">
        <w:rPr>
          <w:rFonts w:ascii="Arial" w:hAnsi="Arial" w:cs="Arial"/>
          <w:sz w:val="20"/>
          <w:szCs w:val="20"/>
          <w:lang w:val="en-IN"/>
        </w:rPr>
        <w:t xml:space="preserve">Metagenomic studies have provided valuable insights into the diversity and functional potential of microbial communities in poultry soil. Khan et al. (2020) utilized shotgun metagenomic sequencing to explore the microbial diversity and metabolic pathways associated with keratin degradation in poultry litter, revealing a diverse array of keratinolytic enzymes and pathways </w:t>
      </w:r>
      <w:r w:rsidRPr="008A40A5">
        <w:rPr>
          <w:rFonts w:ascii="Arial" w:hAnsi="Arial" w:cs="Arial"/>
          <w:sz w:val="20"/>
          <w:szCs w:val="20"/>
          <w:lang w:val="en-IN"/>
        </w:rPr>
        <w:lastRenderedPageBreak/>
        <w:t>(Khan et al.,2020). This approach enables comprehensive characterization of microbial communities and their potential contributions to feather degradation.</w:t>
      </w:r>
    </w:p>
    <w:p w:rsidR="00614AAF" w:rsidRPr="008A40A5" w:rsidRDefault="00614AAF" w:rsidP="00584328">
      <w:pPr>
        <w:tabs>
          <w:tab w:val="left" w:pos="360"/>
          <w:tab w:val="left" w:pos="8100"/>
        </w:tabs>
        <w:spacing w:after="240"/>
        <w:jc w:val="both"/>
        <w:rPr>
          <w:rFonts w:ascii="Arial" w:hAnsi="Arial" w:cs="Arial"/>
          <w:sz w:val="20"/>
          <w:szCs w:val="20"/>
          <w:lang w:val="en-IN"/>
        </w:rPr>
      </w:pPr>
      <w:r w:rsidRPr="008A40A5">
        <w:rPr>
          <w:rFonts w:ascii="Arial" w:hAnsi="Arial" w:cs="Arial"/>
          <w:sz w:val="20"/>
          <w:szCs w:val="20"/>
          <w:lang w:val="en-IN"/>
        </w:rPr>
        <w:t xml:space="preserve">Chaturvedi and Jain (2017) characterized a keratinase from </w:t>
      </w:r>
      <w:r w:rsidRPr="008A40A5">
        <w:rPr>
          <w:rFonts w:ascii="Arial" w:hAnsi="Arial" w:cs="Arial"/>
          <w:i/>
          <w:iCs/>
          <w:sz w:val="20"/>
          <w:szCs w:val="20"/>
          <w:lang w:val="en-IN"/>
        </w:rPr>
        <w:t xml:space="preserve">Bacillus subtilis </w:t>
      </w:r>
      <w:r w:rsidRPr="008A40A5">
        <w:rPr>
          <w:rFonts w:ascii="Arial" w:hAnsi="Arial" w:cs="Arial"/>
          <w:sz w:val="20"/>
          <w:szCs w:val="20"/>
          <w:lang w:val="en-IN"/>
        </w:rPr>
        <w:t xml:space="preserve">strain K1, revealing its optimal activity at alkaline pH and elevated temperatures, indicative of its suitability for industrial applications (Chaturvedi &amp; Jain, 2017). Additionally, Gupta et al. (2020) characterized a feather-degrading enzyme from </w:t>
      </w:r>
      <w:r w:rsidRPr="008A40A5">
        <w:rPr>
          <w:rFonts w:ascii="Arial" w:hAnsi="Arial" w:cs="Arial"/>
          <w:i/>
          <w:iCs/>
          <w:sz w:val="20"/>
          <w:szCs w:val="20"/>
          <w:lang w:val="en-IN"/>
        </w:rPr>
        <w:t xml:space="preserve">Micrococcus luteus </w:t>
      </w:r>
      <w:r w:rsidRPr="008A40A5">
        <w:rPr>
          <w:rFonts w:ascii="Arial" w:hAnsi="Arial" w:cs="Arial"/>
          <w:sz w:val="20"/>
          <w:szCs w:val="20"/>
          <w:lang w:val="en-IN"/>
        </w:rPr>
        <w:t>strain PL1, highlighting its substrate specificity and stability under diverse environmental conditions (Gupta et al.,2020).</w:t>
      </w:r>
    </w:p>
    <w:p w:rsidR="00350EEE" w:rsidRPr="008A40A5" w:rsidRDefault="00350EEE" w:rsidP="00584328">
      <w:pPr>
        <w:tabs>
          <w:tab w:val="left" w:pos="360"/>
          <w:tab w:val="left" w:pos="8100"/>
        </w:tabs>
        <w:spacing w:after="240"/>
        <w:jc w:val="both"/>
        <w:rPr>
          <w:rFonts w:ascii="Arial" w:hAnsi="Arial" w:cs="Arial"/>
          <w:sz w:val="20"/>
          <w:szCs w:val="20"/>
          <w:lang w:val="en-IN"/>
        </w:rPr>
      </w:pPr>
      <w:r w:rsidRPr="008A40A5">
        <w:rPr>
          <w:rFonts w:ascii="Arial" w:hAnsi="Arial" w:cs="Arial"/>
          <w:sz w:val="20"/>
          <w:szCs w:val="20"/>
          <w:lang w:val="en-IN"/>
        </w:rPr>
        <w:t>Yadav et al. (2022) demonstrated the utilization of feather-degrading bacteria for the efficient conversion of poultry feathers into biofertilizers, emphasizing their role in sustainable agricultural practices (Yadav et al</w:t>
      </w:r>
      <w:r w:rsidRPr="008A40A5">
        <w:rPr>
          <w:rFonts w:ascii="Arial" w:hAnsi="Arial" w:cs="Arial"/>
          <w:i/>
          <w:iCs/>
          <w:sz w:val="20"/>
          <w:szCs w:val="20"/>
          <w:lang w:val="en-IN"/>
        </w:rPr>
        <w:t xml:space="preserve">., </w:t>
      </w:r>
      <w:r w:rsidRPr="008A40A5">
        <w:rPr>
          <w:rFonts w:ascii="Arial" w:hAnsi="Arial" w:cs="Arial"/>
          <w:sz w:val="20"/>
          <w:szCs w:val="20"/>
          <w:lang w:val="en-IN"/>
        </w:rPr>
        <w:t>2022). Furthermore, Jain and associates (2019) explored the enzymatic degradation of feathers by fungal isolates for the production of keratin hydrolysates with potential applications in the cosmetic and pharmaceutical industries (Jain et al.,2019).</w:t>
      </w:r>
    </w:p>
    <w:p w:rsidR="00943EF4" w:rsidRPr="008A40A5" w:rsidRDefault="00943EF4" w:rsidP="00584328">
      <w:pPr>
        <w:tabs>
          <w:tab w:val="left" w:pos="360"/>
          <w:tab w:val="left" w:pos="8100"/>
        </w:tabs>
        <w:spacing w:after="240"/>
        <w:jc w:val="both"/>
        <w:rPr>
          <w:rFonts w:ascii="Arial" w:hAnsi="Arial" w:cs="Arial"/>
          <w:sz w:val="20"/>
          <w:szCs w:val="20"/>
          <w:lang w:val="en-IN"/>
        </w:rPr>
      </w:pPr>
      <w:r w:rsidRPr="008A40A5">
        <w:rPr>
          <w:rFonts w:ascii="Arial" w:hAnsi="Arial" w:cs="Arial"/>
          <w:sz w:val="20"/>
          <w:szCs w:val="20"/>
          <w:lang w:val="en-IN"/>
        </w:rPr>
        <w:t xml:space="preserve">Patel et al. (2022) conducted a study to optimize fermentation conditions, including pH, temperatureand substrate concentration, for the production of keratinase enzyme by a </w:t>
      </w:r>
      <w:r w:rsidRPr="008A40A5">
        <w:rPr>
          <w:rFonts w:ascii="Arial" w:hAnsi="Arial" w:cs="Arial"/>
          <w:i/>
          <w:iCs/>
          <w:sz w:val="20"/>
          <w:szCs w:val="20"/>
          <w:lang w:val="en-IN"/>
        </w:rPr>
        <w:t>Bacillus</w:t>
      </w:r>
      <w:r w:rsidRPr="008A40A5">
        <w:rPr>
          <w:rFonts w:ascii="Arial" w:hAnsi="Arial" w:cs="Arial"/>
          <w:sz w:val="20"/>
          <w:szCs w:val="20"/>
          <w:lang w:val="en-IN"/>
        </w:rPr>
        <w:t xml:space="preserve"> strain isolated from poultry soil. Their findings underscored the importance of process optimization in achieving higher yields of keratinolytic enzymes (Patel et al.,2022). Similarly, Wang and colleagues (2020) investigated the effects of different carbon and nitrogen sources on keratinase production by a feather-degrading bacterium, highlighting the significance of substrate utilization for enzyme synthesis (Wang et al.,2020).</w:t>
      </w:r>
    </w:p>
    <w:p w:rsidR="00040B71" w:rsidRPr="008A40A5" w:rsidRDefault="00040B71" w:rsidP="00584328">
      <w:pPr>
        <w:tabs>
          <w:tab w:val="left" w:pos="360"/>
          <w:tab w:val="left" w:pos="8100"/>
        </w:tabs>
        <w:spacing w:after="240"/>
        <w:jc w:val="both"/>
        <w:rPr>
          <w:rFonts w:ascii="Arial" w:hAnsi="Arial" w:cs="Arial"/>
          <w:sz w:val="20"/>
          <w:szCs w:val="20"/>
          <w:lang w:val="en-IN"/>
        </w:rPr>
      </w:pPr>
      <w:r w:rsidRPr="008A40A5">
        <w:rPr>
          <w:rFonts w:ascii="Arial" w:hAnsi="Arial" w:cs="Arial"/>
          <w:sz w:val="20"/>
          <w:szCs w:val="20"/>
          <w:lang w:val="en-IN"/>
        </w:rPr>
        <w:t xml:space="preserve">Chen et al. (2018) employed transcriptomic analysis to elucidate the expression profiles of genes involved in keratin degradation pathways in a </w:t>
      </w:r>
      <w:r w:rsidRPr="008A40A5">
        <w:rPr>
          <w:rFonts w:ascii="Arial" w:hAnsi="Arial" w:cs="Arial"/>
          <w:i/>
          <w:iCs/>
          <w:sz w:val="20"/>
          <w:szCs w:val="20"/>
          <w:lang w:val="en-IN"/>
        </w:rPr>
        <w:t xml:space="preserve">Bacillus </w:t>
      </w:r>
      <w:r w:rsidRPr="008A40A5">
        <w:rPr>
          <w:rFonts w:ascii="Arial" w:hAnsi="Arial" w:cs="Arial"/>
          <w:sz w:val="20"/>
          <w:szCs w:val="20"/>
          <w:lang w:val="en-IN"/>
        </w:rPr>
        <w:t>strain isolated from poultry litter, shedding light on the molecular mechanisms underlying feather degradation (Chen et al.,2018). Furthermore, metabolic engineering approaches offer opportunities to enhance the efficiency and specificity of keratinase enzymes for targeted applications in various industries (Yang et al.,2021).</w:t>
      </w:r>
    </w:p>
    <w:p w:rsidR="00262342" w:rsidRPr="008A40A5" w:rsidRDefault="00262342" w:rsidP="00584328">
      <w:pPr>
        <w:tabs>
          <w:tab w:val="left" w:pos="360"/>
          <w:tab w:val="left" w:pos="8100"/>
        </w:tabs>
        <w:spacing w:after="240"/>
        <w:jc w:val="both"/>
        <w:rPr>
          <w:rFonts w:ascii="Arial" w:hAnsi="Arial" w:cs="Arial"/>
          <w:sz w:val="20"/>
          <w:szCs w:val="20"/>
          <w:lang w:val="en-IN"/>
        </w:rPr>
      </w:pPr>
      <w:r w:rsidRPr="008A40A5">
        <w:rPr>
          <w:rFonts w:ascii="Arial" w:hAnsi="Arial" w:cs="Arial"/>
          <w:sz w:val="20"/>
          <w:szCs w:val="20"/>
          <w:lang w:val="en-IN"/>
        </w:rPr>
        <w:t>The utilization of keratin-degrading microorganisms for feather degradation holds significant environmental and economic implications. By converting poultry feather waste into value-added products such as biofertilizers, animal feed additives, and bioactive compounds, these microorganisms contribute to waste reduction, resource conservation, and sustainable development (Gopinath et al.,2019).</w:t>
      </w:r>
    </w:p>
    <w:p w:rsidR="00101DD1" w:rsidRPr="008A40A5" w:rsidRDefault="008D6A6F" w:rsidP="00584328">
      <w:pPr>
        <w:tabs>
          <w:tab w:val="left" w:pos="360"/>
        </w:tabs>
        <w:spacing w:after="240"/>
        <w:jc w:val="both"/>
        <w:rPr>
          <w:rFonts w:ascii="Arial" w:hAnsi="Arial" w:cs="Arial"/>
          <w:sz w:val="24"/>
          <w:szCs w:val="24"/>
        </w:rPr>
      </w:pPr>
      <w:r w:rsidRPr="008A40A5">
        <w:rPr>
          <w:rFonts w:ascii="Arial" w:hAnsi="Arial" w:cs="Arial"/>
          <w:sz w:val="20"/>
          <w:szCs w:val="20"/>
          <w:lang w:val="en-IN"/>
        </w:rPr>
        <w:t>Zhang et al. (2021) demonstrated the utilization of keratinolytic bacteria for the production of bioactive peptides with antioxidant and antimicrobial properties, highlighting their potential in functional food and nutraceutical industries (Zhang et al.,2021). Moreover, Li and colleagues (2019) explored the bioremediation potential of keratinolytic fungi for the degradation of keratinaceous waste in contaminated environments, indicating their role in environmental sustainability (Li et al.,2019).</w:t>
      </w:r>
    </w:p>
    <w:p w:rsidR="00584328" w:rsidRPr="008A40A5" w:rsidRDefault="00584328">
      <w:pPr>
        <w:rPr>
          <w:rFonts w:ascii="Arial" w:eastAsiaTheme="majorEastAsia" w:hAnsi="Arial" w:cs="Arial"/>
          <w:b/>
          <w:bCs/>
          <w:caps/>
          <w:color w:val="000000" w:themeColor="text1"/>
        </w:rPr>
      </w:pPr>
      <w:r w:rsidRPr="008A40A5">
        <w:rPr>
          <w:rFonts w:ascii="Arial" w:hAnsi="Arial" w:cs="Arial"/>
          <w:caps/>
          <w:smallCaps/>
        </w:rPr>
        <w:br w:type="page"/>
      </w:r>
    </w:p>
    <w:p w:rsidR="009D78D7" w:rsidRPr="008A40A5" w:rsidRDefault="001332D6" w:rsidP="00584328">
      <w:pPr>
        <w:pStyle w:val="Heading1"/>
        <w:tabs>
          <w:tab w:val="left" w:pos="360"/>
        </w:tabs>
        <w:spacing w:before="0" w:after="240"/>
        <w:ind w:left="0" w:firstLine="0"/>
        <w:rPr>
          <w:rFonts w:ascii="Arial" w:hAnsi="Arial" w:cs="Arial"/>
          <w:caps/>
          <w:smallCaps w:val="0"/>
          <w:sz w:val="22"/>
          <w:szCs w:val="22"/>
        </w:rPr>
      </w:pPr>
      <w:r w:rsidRPr="008A40A5">
        <w:rPr>
          <w:rFonts w:ascii="Arial" w:hAnsi="Arial" w:cs="Arial"/>
          <w:caps/>
          <w:smallCaps w:val="0"/>
          <w:sz w:val="22"/>
          <w:szCs w:val="22"/>
        </w:rPr>
        <w:lastRenderedPageBreak/>
        <w:t>materialandmethods</w:t>
      </w:r>
    </w:p>
    <w:p w:rsidR="00CD5479" w:rsidRPr="008A40A5" w:rsidRDefault="00584328" w:rsidP="00584328">
      <w:pPr>
        <w:pStyle w:val="Heading2"/>
        <w:rPr>
          <w:rFonts w:ascii="Arial" w:hAnsi="Arial" w:cs="Arial"/>
          <w:sz w:val="22"/>
          <w:szCs w:val="22"/>
        </w:rPr>
      </w:pPr>
      <w:r w:rsidRPr="008A40A5">
        <w:rPr>
          <w:rFonts w:ascii="Arial" w:hAnsi="Arial" w:cs="Arial"/>
          <w:sz w:val="22"/>
          <w:szCs w:val="22"/>
        </w:rPr>
        <w:t>SAMPLECOLLECTION</w:t>
      </w:r>
    </w:p>
    <w:p w:rsidR="00CD5479" w:rsidRPr="008A40A5" w:rsidRDefault="00CD5479" w:rsidP="00584328">
      <w:pPr>
        <w:tabs>
          <w:tab w:val="left" w:pos="360"/>
          <w:tab w:val="left" w:pos="8100"/>
        </w:tabs>
        <w:spacing w:after="240"/>
        <w:jc w:val="both"/>
        <w:rPr>
          <w:rFonts w:ascii="Arial" w:hAnsi="Arial" w:cs="Arial"/>
          <w:sz w:val="20"/>
          <w:szCs w:val="20"/>
        </w:rPr>
      </w:pPr>
      <w:r w:rsidRPr="008A40A5">
        <w:rPr>
          <w:rFonts w:ascii="Arial" w:hAnsi="Arial" w:cs="Arial"/>
          <w:sz w:val="20"/>
          <w:szCs w:val="20"/>
        </w:rPr>
        <w:t>Soil samples was collected from in sterile sampling bottle from Pharghale Poultry Farm, Rahatani and Deepak Poultry farm, Somatane.Feather sample was collected from poultry farm and chicken shop.</w:t>
      </w:r>
    </w:p>
    <w:p w:rsidR="00CD5479" w:rsidRPr="008A40A5" w:rsidRDefault="0055083C" w:rsidP="00584328">
      <w:pPr>
        <w:pStyle w:val="Heading3"/>
        <w:rPr>
          <w:rFonts w:ascii="Arial" w:hAnsi="Arial" w:cs="Arial"/>
          <w:sz w:val="20"/>
          <w:szCs w:val="20"/>
        </w:rPr>
      </w:pPr>
      <w:r w:rsidRPr="008A40A5">
        <w:rPr>
          <w:rFonts w:ascii="Arial" w:hAnsi="Arial" w:cs="Arial"/>
          <w:sz w:val="20"/>
          <w:szCs w:val="20"/>
        </w:rPr>
        <w:t>PROCESSINGOFCHICKEN</w:t>
      </w:r>
      <w:r w:rsidRPr="008A40A5">
        <w:rPr>
          <w:rFonts w:ascii="Arial" w:hAnsi="Arial" w:cs="Arial"/>
          <w:spacing w:val="-2"/>
          <w:sz w:val="20"/>
          <w:szCs w:val="20"/>
        </w:rPr>
        <w:t>FEATHERS</w:t>
      </w:r>
    </w:p>
    <w:p w:rsidR="00CD5479" w:rsidRPr="008A40A5" w:rsidRDefault="00E352FB" w:rsidP="00584328">
      <w:pPr>
        <w:tabs>
          <w:tab w:val="left" w:pos="360"/>
          <w:tab w:val="left" w:pos="8100"/>
        </w:tabs>
        <w:spacing w:after="240"/>
        <w:jc w:val="both"/>
        <w:rPr>
          <w:rFonts w:ascii="Arial" w:hAnsi="Arial" w:cs="Arial"/>
          <w:sz w:val="20"/>
          <w:szCs w:val="20"/>
        </w:rPr>
      </w:pPr>
      <w:r w:rsidRPr="00E352FB">
        <w:rPr>
          <w:rFonts w:ascii="Arial" w:hAnsi="Arial" w:cs="Arial"/>
          <w:noProof/>
          <w:sz w:val="20"/>
        </w:rPr>
        <w:pict>
          <v:group id="Group 16" o:spid="_x0000_s2169" style="position:absolute;left:0;text-align:left;margin-left:415.9pt;margin-top:45.15pt;width:155.5pt;height:211.7pt;z-index:-251655168;mso-wrap-distance-left:0;mso-wrap-distance-right:0;mso-position-horizontal-relative:page;mso-width-relative:margin;mso-height-relative:margin" coordorigin="47,47" coordsize="19751,26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2171" type="#_x0000_t75" style="position:absolute;left:1006;top:554;width:17724;height:22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18" o:spid="_x0000_s2170" type="#_x0000_t202" style="position:absolute;left:47;top:47;width:19751;height:26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Mr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sPKLDKBX/wAAAP//AwBQSwECLQAUAAYACAAAACEA2+H2y+4AAACFAQAAEwAAAAAAAAAA&#10;AAAAAAAAAAAAW0NvbnRlbnRfVHlwZXNdLnhtbFBLAQItABQABgAIAAAAIQBa9CxbvwAAABUBAAAL&#10;AAAAAAAAAAAAAAAAAB8BAABfcmVscy8ucmVsc1BLAQItABQABgAIAAAAIQA7qhMrxQAAANsAAAAP&#10;AAAAAAAAAAAAAAAAAAcCAABkcnMvZG93bnJldi54bWxQSwUGAAAAAAMAAwC3AAAA+QI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0F35F0" w:rsidRPr="00584328" w:rsidRDefault="000F35F0" w:rsidP="00584328">
                    <w:pPr>
                      <w:ind w:left="144"/>
                      <w:jc w:val="center"/>
                      <w:rPr>
                        <w:rFonts w:ascii="Arial" w:hAnsi="Arial" w:cs="Arial"/>
                        <w:bCs/>
                        <w:sz w:val="20"/>
                        <w:szCs w:val="18"/>
                      </w:rPr>
                    </w:pPr>
                    <w:r w:rsidRPr="00584328">
                      <w:rPr>
                        <w:rFonts w:ascii="Arial" w:hAnsi="Arial" w:cs="Arial"/>
                        <w:bCs/>
                        <w:sz w:val="20"/>
                        <w:szCs w:val="18"/>
                      </w:rPr>
                      <w:t xml:space="preserve">Fig.3:Cleaning of </w:t>
                    </w:r>
                    <w:r w:rsidRPr="00584328">
                      <w:rPr>
                        <w:rFonts w:ascii="Arial" w:hAnsi="Arial" w:cs="Arial"/>
                        <w:bCs/>
                        <w:spacing w:val="-2"/>
                        <w:sz w:val="20"/>
                        <w:szCs w:val="18"/>
                      </w:rPr>
                      <w:t>Feathers</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248"/>
                      <w:rPr>
                        <w:sz w:val="24"/>
                      </w:rPr>
                    </w:pPr>
                  </w:p>
                  <w:p w:rsidR="00CD5479" w:rsidRDefault="00CD5479" w:rsidP="00CD5479">
                    <w:pPr>
                      <w:ind w:left="144"/>
                      <w:rPr>
                        <w:b/>
                        <w:sz w:val="24"/>
                      </w:rPr>
                    </w:pPr>
                    <w:r>
                      <w:rPr>
                        <w:b/>
                        <w:sz w:val="24"/>
                      </w:rPr>
                      <w:t xml:space="preserve">Fig.3:Cleaning of </w:t>
                    </w:r>
                    <w:r>
                      <w:rPr>
                        <w:b/>
                        <w:spacing w:val="-2"/>
                        <w:sz w:val="24"/>
                      </w:rPr>
                      <w:t>Feathers</w:t>
                    </w:r>
                  </w:p>
                </w:txbxContent>
              </v:textbox>
            </v:shape>
            <w10:wrap type="topAndBottom" anchorx="page"/>
          </v:group>
        </w:pict>
      </w:r>
      <w:r w:rsidRPr="00E352FB">
        <w:rPr>
          <w:rFonts w:ascii="Arial" w:hAnsi="Arial" w:cs="Arial"/>
          <w:noProof/>
          <w:sz w:val="20"/>
        </w:rPr>
        <w:pict>
          <v:group id="Group 13" o:spid="_x0000_s2166" style="position:absolute;left:0;text-align:left;margin-left:238.85pt;margin-top:45.15pt;width:155.5pt;height:211.65pt;z-index:-251656192;mso-wrap-distance-left:0;mso-wrap-distance-right:0;mso-position-horizontal-relative:page;mso-width-relative:margin;mso-height-relative:margin" coordorigin="47,47" coordsize="19751,26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">
            <v:shape id="Image 14" o:spid="_x0000_s2168" type="#_x0000_t75" style="position:absolute;left:1006;top:555;width:16565;height:22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">
              <v:imagedata r:id="rId9" o:title=""/>
            </v:shape>
            <v:shape id="Textbox 15" o:spid="_x0000_s2167" type="#_x0000_t202" style="position:absolute;left:47;top:47;width:19751;height:26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y1wwAAANsAAAAPAAAAZHJzL2Rvd25yZXYueG1sRE9Na8JA&#10;EL0L/Q/LFHoR3Vho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1au8tcMAAADbAAAADwAA&#10;AAAAAAAAAAAAAAAHAgAAZHJzL2Rvd25yZXYueG1sUEsFBgAAAAADAAMAtwAAAPcCA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0F35F0" w:rsidRPr="00584328" w:rsidRDefault="000F35F0" w:rsidP="00584328">
                    <w:pPr>
                      <w:ind w:left="144"/>
                      <w:jc w:val="center"/>
                      <w:rPr>
                        <w:rFonts w:ascii="Arial" w:hAnsi="Arial" w:cs="Arial"/>
                        <w:bCs/>
                        <w:sz w:val="20"/>
                        <w:szCs w:val="18"/>
                      </w:rPr>
                    </w:pPr>
                    <w:r w:rsidRPr="00584328">
                      <w:rPr>
                        <w:rFonts w:ascii="Arial" w:hAnsi="Arial" w:cs="Arial"/>
                        <w:bCs/>
                        <w:sz w:val="20"/>
                        <w:szCs w:val="18"/>
                      </w:rPr>
                      <w:t xml:space="preserve">Fig.2: Soil </w:t>
                    </w:r>
                    <w:r w:rsidRPr="00584328">
                      <w:rPr>
                        <w:rFonts w:ascii="Arial" w:hAnsi="Arial" w:cs="Arial"/>
                        <w:bCs/>
                        <w:spacing w:val="-2"/>
                        <w:sz w:val="20"/>
                        <w:szCs w:val="18"/>
                      </w:rPr>
                      <w:t>Sample</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219"/>
                      <w:rPr>
                        <w:sz w:val="24"/>
                      </w:rPr>
                    </w:pPr>
                  </w:p>
                  <w:p w:rsidR="00CD5479" w:rsidRDefault="00CD5479" w:rsidP="00CD5479">
                    <w:pPr>
                      <w:ind w:left="144"/>
                      <w:rPr>
                        <w:b/>
                        <w:sz w:val="24"/>
                      </w:rPr>
                    </w:pPr>
                    <w:r>
                      <w:rPr>
                        <w:b/>
                        <w:sz w:val="24"/>
                      </w:rPr>
                      <w:t xml:space="preserve">Fig.2: Soil </w:t>
                    </w:r>
                    <w:r>
                      <w:rPr>
                        <w:b/>
                        <w:spacing w:val="-2"/>
                        <w:sz w:val="24"/>
                      </w:rPr>
                      <w:t>Sample</w:t>
                    </w:r>
                  </w:p>
                </w:txbxContent>
              </v:textbox>
            </v:shape>
            <w10:wrap type="topAndBottom" anchorx="page"/>
          </v:group>
        </w:pict>
      </w:r>
      <w:r w:rsidRPr="00E352FB">
        <w:rPr>
          <w:rFonts w:ascii="Arial" w:hAnsi="Arial" w:cs="Arial"/>
          <w:noProof/>
          <w:sz w:val="20"/>
        </w:rPr>
        <w:pict>
          <v:group id="Group 10" o:spid="_x0000_s2163" style="position:absolute;left:0;text-align:left;margin-left:51.05pt;margin-top:45.65pt;width:155.25pt;height:211.5pt;z-index:-251657216;mso-wrap-distance-left:0;mso-wrap-distance-right:0;mso-position-horizontal-relative:page;mso-width-relative:margin;mso-height-relative:margin" coordorigin="47,47" coordsize="19716,26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">
            <v:shape id="Image 11" o:spid="_x0000_s2165" type="#_x0000_t75" style="position:absolute;left:1006;top:558;width:17795;height:2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">
              <v:imagedata r:id="rId10" o:title=""/>
            </v:shape>
            <v:shape id="Textbox 12" o:spid="_x0000_s2164" type="#_x0000_t202" style="position:absolute;left:47;top:47;width:19717;height:26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0F35F0" w:rsidRPr="00584328" w:rsidRDefault="000F35F0" w:rsidP="00584328">
                    <w:pPr>
                      <w:ind w:left="142"/>
                      <w:jc w:val="center"/>
                      <w:rPr>
                        <w:rFonts w:ascii="Arial" w:hAnsi="Arial" w:cs="Arial"/>
                        <w:bCs/>
                        <w:sz w:val="20"/>
                        <w:szCs w:val="18"/>
                      </w:rPr>
                    </w:pPr>
                    <w:r w:rsidRPr="00584328">
                      <w:rPr>
                        <w:rFonts w:ascii="Arial" w:hAnsi="Arial" w:cs="Arial"/>
                        <w:bCs/>
                        <w:sz w:val="20"/>
                        <w:szCs w:val="18"/>
                      </w:rPr>
                      <w:t>Fig.1:Collectionof</w:t>
                    </w:r>
                    <w:r w:rsidRPr="00584328">
                      <w:rPr>
                        <w:rFonts w:ascii="Arial" w:hAnsi="Arial" w:cs="Arial"/>
                        <w:bCs/>
                        <w:spacing w:val="-2"/>
                        <w:sz w:val="20"/>
                        <w:szCs w:val="18"/>
                      </w:rPr>
                      <w:t xml:space="preserve"> sample</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4"/>
                      <w:rPr>
                        <w:sz w:val="24"/>
                      </w:rPr>
                    </w:pPr>
                  </w:p>
                  <w:p w:rsidR="00CD5479" w:rsidRDefault="00CD5479" w:rsidP="00CD5479">
                    <w:pPr>
                      <w:ind w:left="142"/>
                      <w:rPr>
                        <w:b/>
                        <w:sz w:val="24"/>
                      </w:rPr>
                    </w:pPr>
                    <w:r>
                      <w:rPr>
                        <w:b/>
                        <w:sz w:val="24"/>
                      </w:rPr>
                      <w:t>Fig.1:Collectionof</w:t>
                    </w:r>
                    <w:r>
                      <w:rPr>
                        <w:b/>
                        <w:spacing w:val="-2"/>
                        <w:sz w:val="24"/>
                      </w:rPr>
                      <w:t xml:space="preserve"> sample</w:t>
                    </w:r>
                  </w:p>
                </w:txbxContent>
              </v:textbox>
            </v:shape>
            <w10:wrap type="topAndBottom" anchorx="page"/>
          </v:group>
        </w:pict>
      </w:r>
      <w:r w:rsidR="00CD5479" w:rsidRPr="008A40A5">
        <w:rPr>
          <w:rFonts w:ascii="Arial" w:hAnsi="Arial" w:cs="Arial"/>
          <w:sz w:val="20"/>
          <w:szCs w:val="20"/>
        </w:rPr>
        <w:t>The feather was washed with tap water and dried for 24 hours and defatted by soaking in diethyl ether for 24 hours</w:t>
      </w:r>
      <w:r w:rsidR="00101DD1" w:rsidRPr="008A40A5">
        <w:rPr>
          <w:rFonts w:ascii="Arial" w:hAnsi="Arial" w:cs="Arial"/>
          <w:sz w:val="20"/>
          <w:szCs w:val="20"/>
        </w:rPr>
        <w:t xml:space="preserve"> a</w:t>
      </w:r>
      <w:r w:rsidR="00CD5479" w:rsidRPr="008A40A5">
        <w:rPr>
          <w:rFonts w:ascii="Arial" w:hAnsi="Arial" w:cs="Arial"/>
          <w:sz w:val="20"/>
          <w:szCs w:val="20"/>
        </w:rPr>
        <w:t>nd then again washed and kept for drying. The feathers were cut into small pieces for furtherprocesses.</w:t>
      </w:r>
    </w:p>
    <w:p w:rsidR="00CD5479" w:rsidRPr="008A40A5" w:rsidRDefault="00E352FB" w:rsidP="00584328">
      <w:pPr>
        <w:spacing w:after="240"/>
        <w:ind w:right="-540"/>
        <w:rPr>
          <w:rFonts w:ascii="Arial" w:hAnsi="Arial" w:cs="Arial"/>
          <w:position w:val="3"/>
          <w:sz w:val="20"/>
        </w:rPr>
      </w:pPr>
      <w:r>
        <w:rPr>
          <w:rFonts w:ascii="Arial" w:hAnsi="Arial" w:cs="Arial"/>
          <w:noProof/>
          <w:position w:val="3"/>
          <w:sz w:val="20"/>
        </w:rPr>
        <w:pict>
          <v:group id="Group 25" o:spid="_x0000_s2160" style="position:absolute;margin-left:325.95pt;margin-top:262pt;width:155.5pt;height:211.65pt;z-index:251710464;mso-width-relative:margin;mso-height-relative:margin" coordorigin="31,31" coordsize="19751,26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">
            <v:shape id="Image 26" o:spid="_x0000_s2162" type="#_x0000_t75" style="position:absolute;left:977;top:520;width:15541;height:23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">
              <v:imagedata r:id="rId11" o:title=""/>
            </v:shape>
            <v:shape id="Textbox 27" o:spid="_x0000_s2161" type="#_x0000_t202" style="position:absolute;left:31;top:31;width:19751;height:26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" filled="f" strokeweight=".5pt">
              <v:textbox inset="0,0,0,0">
                <w:txbxContent>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Pr="00584328" w:rsidRDefault="00584328" w:rsidP="00584328">
                    <w:pPr>
                      <w:rPr>
                        <w:sz w:val="14"/>
                        <w:szCs w:val="12"/>
                      </w:rPr>
                    </w:pPr>
                  </w:p>
                  <w:p w:rsidR="00584328" w:rsidRDefault="00584328" w:rsidP="00584328">
                    <w:pPr>
                      <w:rPr>
                        <w:sz w:val="24"/>
                      </w:rPr>
                    </w:pPr>
                  </w:p>
                  <w:p w:rsidR="00584328" w:rsidRDefault="00584328" w:rsidP="00584328">
                    <w:pPr>
                      <w:ind w:left="144"/>
                      <w:jc w:val="center"/>
                      <w:rPr>
                        <w:rFonts w:ascii="Arial" w:hAnsi="Arial" w:cs="Arial"/>
                        <w:bCs/>
                        <w:sz w:val="12"/>
                        <w:szCs w:val="10"/>
                      </w:rPr>
                    </w:pPr>
                  </w:p>
                  <w:p w:rsidR="00584328" w:rsidRPr="00584328" w:rsidRDefault="00584328" w:rsidP="00584328">
                    <w:pPr>
                      <w:ind w:left="144"/>
                      <w:jc w:val="center"/>
                      <w:rPr>
                        <w:rFonts w:ascii="Arial" w:hAnsi="Arial" w:cs="Arial"/>
                        <w:bCs/>
                        <w:sz w:val="20"/>
                        <w:szCs w:val="18"/>
                      </w:rPr>
                    </w:pPr>
                    <w:r w:rsidRPr="00584328">
                      <w:rPr>
                        <w:rFonts w:ascii="Arial" w:hAnsi="Arial" w:cs="Arial"/>
                        <w:bCs/>
                        <w:sz w:val="20"/>
                        <w:szCs w:val="18"/>
                      </w:rPr>
                      <w:t xml:space="preserve">Fig.6:Featherskeptfor </w:t>
                    </w:r>
                    <w:r w:rsidRPr="00584328">
                      <w:rPr>
                        <w:rFonts w:ascii="Arial" w:hAnsi="Arial" w:cs="Arial"/>
                        <w:bCs/>
                        <w:spacing w:val="-2"/>
                        <w:sz w:val="20"/>
                        <w:szCs w:val="18"/>
                      </w:rPr>
                      <w:t>drying</w:t>
                    </w: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spacing w:before="79"/>
                      <w:rPr>
                        <w:sz w:val="24"/>
                      </w:rPr>
                    </w:pPr>
                  </w:p>
                  <w:p w:rsidR="00584328" w:rsidRDefault="00584328" w:rsidP="00584328">
                    <w:pPr>
                      <w:ind w:left="144"/>
                      <w:rPr>
                        <w:b/>
                        <w:sz w:val="24"/>
                      </w:rPr>
                    </w:pPr>
                    <w:r>
                      <w:rPr>
                        <w:b/>
                        <w:sz w:val="24"/>
                      </w:rPr>
                      <w:t xml:space="preserve">Fig.6:Featherskeptfor </w:t>
                    </w:r>
                    <w:r>
                      <w:rPr>
                        <w:b/>
                        <w:spacing w:val="-2"/>
                        <w:sz w:val="24"/>
                      </w:rPr>
                      <w:t>drying</w:t>
                    </w:r>
                  </w:p>
                </w:txbxContent>
              </v:textbox>
            </v:shape>
            <w10:wrap type="topAndBottom"/>
          </v:group>
        </w:pict>
      </w:r>
      <w:r w:rsidRPr="00E352FB">
        <w:rPr>
          <w:rFonts w:ascii="Arial" w:hAnsi="Arial" w:cs="Arial"/>
          <w:noProof/>
          <w:sz w:val="20"/>
        </w:rPr>
        <w:pict>
          <v:group id="Group 22" o:spid="_x0000_s2157" style="position:absolute;margin-left:147.85pt;margin-top:260.05pt;width:155.5pt;height:211.65pt;z-index:251709440;mso-width-relative:margin;mso-height-relative:margin" coordorigin="47,47" coordsize="19751,28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">
            <v:shape id="Image 23" o:spid="_x0000_s2159" type="#_x0000_t75" style="position:absolute;left:1011;top:554;width:18075;height:23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">
              <v:imagedata r:id="rId12" o:title=""/>
            </v:shape>
            <v:shape id="Textbox 24" o:spid="_x0000_s2158" type="#_x0000_t202" style="position:absolute;left:47;top:47;width:19751;height:28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OTxAAAANsAAAAPAAAAZHJzL2Rvd25yZXYueG1sRI9Ba8JA&#10;FITvQv/D8gq9iG4qIi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HSL05PEAAAA2wAAAA8A&#10;AAAAAAAAAAAAAAAABwIAAGRycy9kb3ducmV2LnhtbFBLBQYAAAAAAwADALcAAAD4Ag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584328" w:rsidRDefault="00584328" w:rsidP="00584328">
                    <w:pPr>
                      <w:ind w:left="145" w:right="83"/>
                      <w:jc w:val="center"/>
                      <w:rPr>
                        <w:rFonts w:ascii="Arial" w:hAnsi="Arial" w:cs="Arial"/>
                        <w:bCs/>
                        <w:sz w:val="12"/>
                        <w:szCs w:val="10"/>
                      </w:rPr>
                    </w:pPr>
                  </w:p>
                  <w:p w:rsidR="0036165D" w:rsidRPr="00584328" w:rsidRDefault="0036165D" w:rsidP="00584328">
                    <w:pPr>
                      <w:ind w:left="145" w:right="83"/>
                      <w:jc w:val="center"/>
                      <w:rPr>
                        <w:rFonts w:ascii="Arial" w:hAnsi="Arial" w:cs="Arial"/>
                        <w:bCs/>
                        <w:sz w:val="20"/>
                        <w:szCs w:val="18"/>
                      </w:rPr>
                    </w:pPr>
                    <w:r w:rsidRPr="00584328">
                      <w:rPr>
                        <w:rFonts w:ascii="Arial" w:hAnsi="Arial" w:cs="Arial"/>
                        <w:bCs/>
                        <w:sz w:val="20"/>
                        <w:szCs w:val="18"/>
                      </w:rPr>
                      <w:t>Fig.5: Feathers again washedwithtapwater</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108"/>
                      <w:rPr>
                        <w:sz w:val="24"/>
                      </w:rPr>
                    </w:pPr>
                  </w:p>
                  <w:p w:rsidR="00CD5479" w:rsidRDefault="00CD5479" w:rsidP="00CD5479">
                    <w:pPr>
                      <w:ind w:left="145" w:right="83"/>
                      <w:rPr>
                        <w:b/>
                        <w:sz w:val="24"/>
                      </w:rPr>
                    </w:pPr>
                    <w:r>
                      <w:rPr>
                        <w:b/>
                        <w:sz w:val="24"/>
                      </w:rPr>
                      <w:t>Fig.5: Feathers again washedwithtapwater</w:t>
                    </w:r>
                  </w:p>
                </w:txbxContent>
              </v:textbox>
            </v:shape>
            <w10:wrap type="topAndBottom"/>
          </v:group>
        </w:pict>
      </w:r>
      <w:r w:rsidRPr="00E352FB">
        <w:rPr>
          <w:rFonts w:ascii="Arial" w:hAnsi="Arial" w:cs="Arial"/>
          <w:noProof/>
          <w:position w:val="4"/>
          <w:sz w:val="20"/>
        </w:rPr>
        <w:pict>
          <v:group id="Group 19" o:spid="_x0000_s2154" style="position:absolute;margin-left:-33.6pt;margin-top:262pt;width:155.5pt;height:211.65pt;z-index:251708416;mso-width-relative:margin;mso-height-relative:margin" coordorigin="47,47" coordsize="19751,26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">
            <v:shape id="Image 20" o:spid="_x0000_s2156" type="#_x0000_t75" style="position:absolute;left:1009;top:555;width:17129;height:23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">
              <v:imagedata r:id="rId13" o:title=""/>
            </v:shape>
            <v:shape id="Textbox 21" o:spid="_x0000_s2155" type="#_x0000_t202" style="position:absolute;left:47;top:47;width:19751;height:26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Pr="00584328" w:rsidRDefault="00CD5479" w:rsidP="00CD5479">
                    <w:pPr>
                      <w:rPr>
                        <w:sz w:val="18"/>
                        <w:szCs w:val="16"/>
                      </w:rPr>
                    </w:pPr>
                  </w:p>
                  <w:p w:rsidR="00584328" w:rsidRDefault="00584328" w:rsidP="00584328">
                    <w:pPr>
                      <w:ind w:left="143"/>
                      <w:jc w:val="center"/>
                      <w:rPr>
                        <w:rFonts w:ascii="Arial" w:hAnsi="Arial" w:cs="Arial"/>
                        <w:b/>
                        <w:sz w:val="12"/>
                        <w:szCs w:val="10"/>
                      </w:rPr>
                    </w:pPr>
                  </w:p>
                  <w:p w:rsidR="0036165D" w:rsidRPr="00584328" w:rsidRDefault="0036165D" w:rsidP="00584328">
                    <w:pPr>
                      <w:ind w:left="143"/>
                      <w:jc w:val="center"/>
                      <w:rPr>
                        <w:rFonts w:ascii="Arial" w:hAnsi="Arial" w:cs="Arial"/>
                        <w:bCs/>
                        <w:sz w:val="20"/>
                        <w:szCs w:val="18"/>
                      </w:rPr>
                    </w:pPr>
                    <w:r w:rsidRPr="00584328">
                      <w:rPr>
                        <w:rFonts w:ascii="Arial" w:hAnsi="Arial" w:cs="Arial"/>
                        <w:bCs/>
                        <w:sz w:val="20"/>
                        <w:szCs w:val="18"/>
                      </w:rPr>
                      <w:t>Fig.4:SoakedinDiethyl ether for 24hrs</w:t>
                    </w:r>
                  </w:p>
                  <w:p w:rsidR="00CD5479" w:rsidRPr="00584328" w:rsidRDefault="00CD5479" w:rsidP="00584328">
                    <w:pPr>
                      <w:jc w:val="center"/>
                      <w:rPr>
                        <w:rFonts w:ascii="Arial" w:hAnsi="Arial" w:cs="Arial"/>
                        <w:sz w:val="20"/>
                        <w:szCs w:val="18"/>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140"/>
                      <w:rPr>
                        <w:sz w:val="24"/>
                      </w:rPr>
                    </w:pPr>
                  </w:p>
                  <w:p w:rsidR="00CD5479" w:rsidRDefault="00CD5479" w:rsidP="00CD5479">
                    <w:pPr>
                      <w:ind w:left="143"/>
                      <w:rPr>
                        <w:b/>
                        <w:sz w:val="24"/>
                      </w:rPr>
                    </w:pPr>
                    <w:r>
                      <w:rPr>
                        <w:b/>
                        <w:sz w:val="24"/>
                      </w:rPr>
                      <w:t>Fig.4:SoakedinDiethyl ether for 24hrs</w:t>
                    </w:r>
                  </w:p>
                </w:txbxContent>
              </v:textbox>
            </v:shape>
            <w10:wrap type="topAndBottom"/>
          </v:group>
        </w:pict>
      </w:r>
      <w:r w:rsidR="00CD5479" w:rsidRPr="008A40A5">
        <w:rPr>
          <w:rFonts w:ascii="Arial" w:hAnsi="Arial" w:cs="Arial"/>
          <w:sz w:val="20"/>
          <w:szCs w:val="20"/>
        </w:rPr>
        <w:t>The medium used for keratinase production contained the following constituents, (Suchitra Godbole, 2017).</w:t>
      </w:r>
    </w:p>
    <w:p w:rsidR="00584328" w:rsidRPr="008A40A5" w:rsidRDefault="00584328" w:rsidP="00584328">
      <w:pPr>
        <w:pStyle w:val="Heading3"/>
        <w:numPr>
          <w:ilvl w:val="0"/>
          <w:numId w:val="0"/>
        </w:numPr>
        <w:ind w:left="720" w:hanging="720"/>
        <w:rPr>
          <w:rFonts w:ascii="Arial" w:hAnsi="Arial" w:cs="Arial"/>
          <w:sz w:val="20"/>
          <w:szCs w:val="20"/>
        </w:rPr>
      </w:pPr>
    </w:p>
    <w:p w:rsidR="00584328" w:rsidRPr="008A40A5" w:rsidRDefault="0055083C" w:rsidP="00584328">
      <w:pPr>
        <w:pStyle w:val="Heading3"/>
        <w:rPr>
          <w:rFonts w:ascii="Arial" w:hAnsi="Arial" w:cs="Arial"/>
          <w:sz w:val="20"/>
          <w:szCs w:val="20"/>
        </w:rPr>
      </w:pPr>
      <w:r w:rsidRPr="008A40A5">
        <w:rPr>
          <w:rFonts w:ascii="Arial" w:hAnsi="Arial" w:cs="Arial"/>
          <w:sz w:val="20"/>
          <w:szCs w:val="20"/>
        </w:rPr>
        <w:t xml:space="preserve">COMPOSITION OF FEATHER MEAL BROTH  </w:t>
      </w:r>
      <w:r w:rsidR="00CD5479" w:rsidRPr="008A40A5">
        <w:rPr>
          <w:rFonts w:ascii="Arial" w:hAnsi="Arial" w:cs="Arial"/>
          <w:sz w:val="20"/>
          <w:szCs w:val="20"/>
        </w:rPr>
        <w:t>(g/100 ml)</w:t>
      </w:r>
    </w:p>
    <w:p w:rsidR="00584328" w:rsidRPr="008A40A5" w:rsidRDefault="00CD5479" w:rsidP="00D0486A">
      <w:pPr>
        <w:pStyle w:val="BodyText"/>
        <w:tabs>
          <w:tab w:val="left" w:pos="360"/>
          <w:tab w:val="left" w:pos="8100"/>
        </w:tabs>
        <w:spacing w:after="0" w:line="276" w:lineRule="auto"/>
        <w:rPr>
          <w:rFonts w:ascii="Arial" w:hAnsi="Arial" w:cs="Arial"/>
          <w:sz w:val="20"/>
          <w:szCs w:val="20"/>
        </w:rPr>
      </w:pPr>
      <w:r w:rsidRPr="008A40A5">
        <w:rPr>
          <w:rFonts w:ascii="Arial" w:hAnsi="Arial" w:cs="Arial"/>
          <w:sz w:val="20"/>
          <w:szCs w:val="20"/>
        </w:rPr>
        <w:t>NaCl 0.005g</w:t>
      </w:r>
      <w:r w:rsidR="00C93A60" w:rsidRPr="008A40A5">
        <w:rPr>
          <w:rFonts w:ascii="Arial" w:hAnsi="Arial" w:cs="Arial"/>
          <w:sz w:val="20"/>
          <w:szCs w:val="20"/>
        </w:rPr>
        <w:t xml:space="preserve">, </w:t>
      </w:r>
    </w:p>
    <w:p w:rsidR="00584328" w:rsidRPr="008A40A5" w:rsidRDefault="00CD5479" w:rsidP="00D0486A">
      <w:pPr>
        <w:pStyle w:val="BodyText"/>
        <w:tabs>
          <w:tab w:val="left" w:pos="360"/>
          <w:tab w:val="left" w:pos="8100"/>
        </w:tabs>
        <w:spacing w:after="0" w:line="276" w:lineRule="auto"/>
        <w:rPr>
          <w:rFonts w:ascii="Arial" w:hAnsi="Arial" w:cs="Arial"/>
          <w:position w:val="2"/>
          <w:sz w:val="20"/>
          <w:szCs w:val="20"/>
        </w:rPr>
      </w:pPr>
      <w:r w:rsidRPr="008A40A5">
        <w:rPr>
          <w:rFonts w:ascii="Arial" w:hAnsi="Arial" w:cs="Arial"/>
          <w:position w:val="2"/>
          <w:sz w:val="20"/>
          <w:szCs w:val="20"/>
        </w:rPr>
        <w:t>K</w:t>
      </w:r>
      <w:r w:rsidRPr="008A40A5">
        <w:rPr>
          <w:rFonts w:ascii="Arial" w:hAnsi="Arial" w:cs="Arial"/>
          <w:sz w:val="20"/>
          <w:szCs w:val="20"/>
        </w:rPr>
        <w:t>2</w:t>
      </w:r>
      <w:r w:rsidRPr="008A40A5">
        <w:rPr>
          <w:rFonts w:ascii="Arial" w:hAnsi="Arial" w:cs="Arial"/>
          <w:position w:val="2"/>
          <w:sz w:val="20"/>
          <w:szCs w:val="20"/>
        </w:rPr>
        <w:t>HPO</w:t>
      </w:r>
      <w:r w:rsidRPr="008A40A5">
        <w:rPr>
          <w:rFonts w:ascii="Arial" w:hAnsi="Arial" w:cs="Arial"/>
          <w:sz w:val="20"/>
          <w:szCs w:val="20"/>
        </w:rPr>
        <w:t xml:space="preserve">4 </w:t>
      </w:r>
      <w:r w:rsidRPr="008A40A5">
        <w:rPr>
          <w:rFonts w:ascii="Arial" w:hAnsi="Arial" w:cs="Arial"/>
          <w:position w:val="2"/>
          <w:sz w:val="20"/>
          <w:szCs w:val="20"/>
        </w:rPr>
        <w:t xml:space="preserve">0.038g </w:t>
      </w:r>
    </w:p>
    <w:p w:rsidR="00584328" w:rsidRPr="008A40A5" w:rsidRDefault="00CD5479" w:rsidP="00D0486A">
      <w:pPr>
        <w:pStyle w:val="BodyText"/>
        <w:tabs>
          <w:tab w:val="left" w:pos="360"/>
          <w:tab w:val="left" w:pos="8100"/>
        </w:tabs>
        <w:spacing w:after="0" w:line="276" w:lineRule="auto"/>
        <w:rPr>
          <w:rFonts w:ascii="Arial" w:hAnsi="Arial" w:cs="Arial"/>
          <w:position w:val="2"/>
          <w:sz w:val="20"/>
          <w:szCs w:val="20"/>
        </w:rPr>
      </w:pPr>
      <w:r w:rsidRPr="008A40A5">
        <w:rPr>
          <w:rFonts w:ascii="Arial" w:hAnsi="Arial" w:cs="Arial"/>
          <w:position w:val="2"/>
          <w:sz w:val="20"/>
          <w:szCs w:val="20"/>
        </w:rPr>
        <w:t>KH</w:t>
      </w:r>
      <w:r w:rsidRPr="008A40A5">
        <w:rPr>
          <w:rFonts w:ascii="Arial" w:hAnsi="Arial" w:cs="Arial"/>
          <w:sz w:val="20"/>
          <w:szCs w:val="20"/>
        </w:rPr>
        <w:t>2</w:t>
      </w:r>
      <w:r w:rsidRPr="008A40A5">
        <w:rPr>
          <w:rFonts w:ascii="Arial" w:hAnsi="Arial" w:cs="Arial"/>
          <w:position w:val="2"/>
          <w:sz w:val="20"/>
          <w:szCs w:val="20"/>
        </w:rPr>
        <w:t>PO</w:t>
      </w:r>
      <w:r w:rsidRPr="008A40A5">
        <w:rPr>
          <w:rFonts w:ascii="Arial" w:hAnsi="Arial" w:cs="Arial"/>
          <w:sz w:val="20"/>
          <w:szCs w:val="20"/>
        </w:rPr>
        <w:t xml:space="preserve">4 </w:t>
      </w:r>
      <w:r w:rsidRPr="008A40A5">
        <w:rPr>
          <w:rFonts w:ascii="Arial" w:hAnsi="Arial" w:cs="Arial"/>
          <w:position w:val="2"/>
          <w:sz w:val="20"/>
          <w:szCs w:val="20"/>
        </w:rPr>
        <w:t xml:space="preserve">0.04g </w:t>
      </w:r>
    </w:p>
    <w:p w:rsidR="00CD5479" w:rsidRPr="008A40A5" w:rsidRDefault="00CD5479" w:rsidP="00D0486A">
      <w:pPr>
        <w:pStyle w:val="BodyText"/>
        <w:tabs>
          <w:tab w:val="left" w:pos="360"/>
          <w:tab w:val="left" w:pos="8100"/>
        </w:tabs>
        <w:spacing w:after="0" w:line="276" w:lineRule="auto"/>
        <w:rPr>
          <w:rFonts w:ascii="Arial" w:hAnsi="Arial" w:cs="Arial"/>
          <w:position w:val="2"/>
          <w:sz w:val="20"/>
          <w:szCs w:val="20"/>
        </w:rPr>
      </w:pPr>
      <w:r w:rsidRPr="008A40A5">
        <w:rPr>
          <w:rFonts w:ascii="Arial" w:hAnsi="Arial" w:cs="Arial"/>
          <w:position w:val="2"/>
          <w:sz w:val="20"/>
          <w:szCs w:val="20"/>
        </w:rPr>
        <w:lastRenderedPageBreak/>
        <w:t>MgCl</w:t>
      </w:r>
      <w:r w:rsidRPr="008A40A5">
        <w:rPr>
          <w:rFonts w:ascii="Arial" w:hAnsi="Arial" w:cs="Arial"/>
          <w:sz w:val="20"/>
          <w:szCs w:val="20"/>
        </w:rPr>
        <w:t>2</w:t>
      </w:r>
      <w:r w:rsidRPr="008A40A5">
        <w:rPr>
          <w:rFonts w:ascii="Arial" w:hAnsi="Arial" w:cs="Arial"/>
          <w:position w:val="2"/>
          <w:sz w:val="20"/>
          <w:szCs w:val="20"/>
        </w:rPr>
        <w:t>.6H</w:t>
      </w:r>
      <w:r w:rsidRPr="008A40A5">
        <w:rPr>
          <w:rFonts w:ascii="Arial" w:hAnsi="Arial" w:cs="Arial"/>
          <w:sz w:val="20"/>
          <w:szCs w:val="20"/>
        </w:rPr>
        <w:t>2</w:t>
      </w:r>
      <w:r w:rsidRPr="008A40A5">
        <w:rPr>
          <w:rFonts w:ascii="Arial" w:hAnsi="Arial" w:cs="Arial"/>
          <w:position w:val="2"/>
          <w:sz w:val="20"/>
          <w:szCs w:val="20"/>
        </w:rPr>
        <w:t>O</w:t>
      </w:r>
      <w:r w:rsidRPr="008A40A5">
        <w:rPr>
          <w:rFonts w:ascii="Arial" w:hAnsi="Arial" w:cs="Arial"/>
          <w:spacing w:val="-2"/>
          <w:position w:val="2"/>
          <w:sz w:val="20"/>
          <w:szCs w:val="20"/>
        </w:rPr>
        <w:t>0.02g</w:t>
      </w:r>
    </w:p>
    <w:p w:rsidR="00584328" w:rsidRPr="008A40A5" w:rsidRDefault="00CD5479" w:rsidP="00D0486A">
      <w:pPr>
        <w:pStyle w:val="BodyText"/>
        <w:tabs>
          <w:tab w:val="left" w:pos="360"/>
          <w:tab w:val="left" w:pos="8100"/>
        </w:tabs>
        <w:spacing w:after="0" w:line="276" w:lineRule="auto"/>
        <w:jc w:val="both"/>
        <w:rPr>
          <w:rFonts w:ascii="Arial" w:hAnsi="Arial" w:cs="Arial"/>
          <w:spacing w:val="-2"/>
          <w:sz w:val="20"/>
          <w:szCs w:val="20"/>
        </w:rPr>
      </w:pPr>
      <w:r w:rsidRPr="008A40A5">
        <w:rPr>
          <w:rFonts w:ascii="Arial" w:hAnsi="Arial" w:cs="Arial"/>
          <w:spacing w:val="-2"/>
          <w:sz w:val="20"/>
          <w:szCs w:val="20"/>
        </w:rPr>
        <w:t xml:space="preserve">YeastExtract0.01g </w:t>
      </w:r>
    </w:p>
    <w:p w:rsidR="00CD5479" w:rsidRPr="008A40A5" w:rsidRDefault="00CD5479" w:rsidP="00D0486A">
      <w:pPr>
        <w:pStyle w:val="BodyText"/>
        <w:tabs>
          <w:tab w:val="left" w:pos="360"/>
          <w:tab w:val="left" w:pos="8100"/>
        </w:tabs>
        <w:spacing w:after="0" w:line="276" w:lineRule="auto"/>
        <w:jc w:val="both"/>
        <w:rPr>
          <w:rFonts w:ascii="Arial" w:hAnsi="Arial" w:cs="Arial"/>
          <w:sz w:val="20"/>
          <w:szCs w:val="20"/>
        </w:rPr>
      </w:pPr>
      <w:r w:rsidRPr="008A40A5">
        <w:rPr>
          <w:rFonts w:ascii="Arial" w:hAnsi="Arial" w:cs="Arial"/>
          <w:sz w:val="20"/>
          <w:szCs w:val="20"/>
        </w:rPr>
        <w:t>Feathermeal0.05g pH 7.5</w:t>
      </w:r>
    </w:p>
    <w:p w:rsidR="00CD5479" w:rsidRPr="008A40A5" w:rsidRDefault="0055083C" w:rsidP="00584328">
      <w:pPr>
        <w:pStyle w:val="Heading2"/>
        <w:rPr>
          <w:rFonts w:ascii="Arial" w:hAnsi="Arial" w:cs="Arial"/>
          <w:sz w:val="22"/>
          <w:szCs w:val="22"/>
        </w:rPr>
      </w:pPr>
      <w:r w:rsidRPr="008A40A5">
        <w:rPr>
          <w:rFonts w:ascii="Arial" w:hAnsi="Arial" w:cs="Arial"/>
          <w:sz w:val="22"/>
          <w:szCs w:val="22"/>
        </w:rPr>
        <w:t>ISOLATION OF KERATINOLYTIC BACTERIA.</w:t>
      </w:r>
    </w:p>
    <w:p w:rsidR="00CD5479" w:rsidRPr="008A40A5" w:rsidRDefault="00E352FB" w:rsidP="00584328">
      <w:pPr>
        <w:tabs>
          <w:tab w:val="left" w:pos="360"/>
          <w:tab w:val="left" w:pos="8100"/>
        </w:tabs>
        <w:spacing w:after="240"/>
        <w:jc w:val="both"/>
        <w:rPr>
          <w:rFonts w:ascii="Arial" w:hAnsi="Arial" w:cs="Arial"/>
          <w:sz w:val="20"/>
          <w:szCs w:val="20"/>
        </w:rPr>
      </w:pPr>
      <w:r w:rsidRPr="00E352FB">
        <w:rPr>
          <w:rFonts w:ascii="Arial" w:hAnsi="Arial" w:cs="Arial"/>
          <w:noProof/>
          <w:position w:val="229"/>
          <w:sz w:val="20"/>
        </w:rPr>
        <w:pict>
          <v:shape id="Textbox 35" o:spid="_x0000_s2153" type="#_x0000_t202" style="position:absolute;left:0;text-align:left;margin-left:388.1pt;margin-top:299.1pt;width:72.75pt;height:33.2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" filled="f">
            <v:path arrowok="t"/>
            <v:textbox inset="0,0,0,0">
              <w:txbxContent>
                <w:p w:rsidR="00584328" w:rsidRPr="00584328" w:rsidRDefault="00584328" w:rsidP="00584328">
                  <w:pPr>
                    <w:ind w:left="142"/>
                    <w:jc w:val="center"/>
                    <w:rPr>
                      <w:rFonts w:ascii="Arial" w:hAnsi="Arial" w:cs="Arial"/>
                      <w:b/>
                      <w:sz w:val="20"/>
                      <w:szCs w:val="18"/>
                    </w:rPr>
                  </w:pPr>
                  <w:r w:rsidRPr="00584328">
                    <w:rPr>
                      <w:rFonts w:ascii="Arial" w:hAnsi="Arial" w:cs="Arial"/>
                      <w:b/>
                      <w:sz w:val="20"/>
                      <w:szCs w:val="18"/>
                    </w:rPr>
                    <w:t>Sample 2</w:t>
                  </w:r>
                </w:p>
              </w:txbxContent>
            </v:textbox>
            <w10:wrap type="topAndBottom"/>
          </v:shape>
        </w:pict>
      </w:r>
      <w:r w:rsidRPr="00E352FB">
        <w:rPr>
          <w:rFonts w:ascii="Arial" w:hAnsi="Arial" w:cs="Arial"/>
          <w:noProof/>
          <w:sz w:val="20"/>
        </w:rPr>
        <w:pict>
          <v:shape id="Textbox 28" o:spid="_x0000_s2152" type="#_x0000_t202" style="position:absolute;left:0;text-align:left;margin-left:213.45pt;margin-top:301.3pt;width:73.5pt;height:33.25pt;z-index:-251654144;visibility:visible;mso-wrap-distance-left:0;mso-wrap-distance-right:0;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" filled="f">
            <v:path arrowok="t"/>
            <v:textbox inset="0,0,0,0">
              <w:txbxContent>
                <w:p w:rsidR="00CD5479" w:rsidRPr="00584328" w:rsidRDefault="00CD5479" w:rsidP="00584328">
                  <w:pPr>
                    <w:ind w:left="142"/>
                    <w:jc w:val="center"/>
                    <w:rPr>
                      <w:b/>
                      <w:sz w:val="28"/>
                    </w:rPr>
                  </w:pPr>
                  <w:r w:rsidRPr="00584328">
                    <w:rPr>
                      <w:rFonts w:ascii="Arial" w:hAnsi="Arial" w:cs="Arial"/>
                      <w:b/>
                      <w:sz w:val="20"/>
                      <w:szCs w:val="18"/>
                    </w:rPr>
                    <w:t>Sample 1</w:t>
                  </w:r>
                </w:p>
              </w:txbxContent>
            </v:textbox>
            <w10:wrap type="topAndBottom" anchorx="page"/>
          </v:shape>
        </w:pict>
      </w:r>
      <w:r w:rsidRPr="00E352FB">
        <w:rPr>
          <w:rFonts w:ascii="Arial" w:hAnsi="Arial" w:cs="Arial"/>
          <w:noProof/>
          <w:sz w:val="20"/>
        </w:rPr>
        <w:pict>
          <v:group id="Group 36" o:spid="_x0000_s2149" style="position:absolute;left:0;text-align:left;margin-left:346.1pt;margin-top:65.1pt;width:166.5pt;height:233.15pt;z-index:251711488;mso-height-relative:margin" coordsize="21145,27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">
            <v:shape id="Image 37" o:spid="_x0000_s2151" type="#_x0000_t75" style="position:absolute;left:1011;top:554;width:19126;height:18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">
              <v:imagedata r:id="rId14" o:title=""/>
            </v:shape>
            <v:shape id="Textbox 38" o:spid="_x0000_s2150" type="#_x0000_t202" style="position:absolute;left:47;top:47;width:21050;height:27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9LwQAAANsAAAAPAAAAZHJzL2Rvd25yZXYueG1sRE/LisIw&#10;FN0L/kO4wmxEU2dg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HAfT0vBAAAA2wAAAA8AAAAA&#10;AAAAAAAAAAAABwIAAGRycy9kb3ducmV2LnhtbFBLBQYAAAAAAwADALcAAAD1AgAAAAA=&#10;" filled="f">
              <v:textbox inset="0,0,0,0">
                <w:txbxContent>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Fig.9: Zone of clearance on skimmed milk agar plate</w:t>
                    </w: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spacing w:before="134"/>
                      <w:rPr>
                        <w:sz w:val="24"/>
                      </w:rPr>
                    </w:pPr>
                  </w:p>
                  <w:p w:rsidR="00584328" w:rsidRDefault="00584328" w:rsidP="00584328">
                    <w:pPr>
                      <w:ind w:left="144"/>
                      <w:rPr>
                        <w:b/>
                        <w:sz w:val="24"/>
                      </w:rPr>
                    </w:pPr>
                    <w:r>
                      <w:rPr>
                        <w:b/>
                        <w:sz w:val="24"/>
                      </w:rPr>
                      <w:t>Fig.9:Zoneofclearanceon skimmed milk agar plate</w:t>
                    </w:r>
                  </w:p>
                </w:txbxContent>
              </v:textbox>
            </v:shape>
            <w10:wrap type="topAndBottom"/>
          </v:group>
        </w:pict>
      </w:r>
      <w:r w:rsidRPr="00E352FB">
        <w:rPr>
          <w:rFonts w:ascii="Arial" w:hAnsi="Arial" w:cs="Arial"/>
          <w:noProof/>
          <w:sz w:val="20"/>
        </w:rPr>
        <w:pict>
          <v:group id="Group 32" o:spid="_x0000_s2146" style="position:absolute;left:0;text-align:left;margin-left:255.45pt;margin-top:64.95pt;width:179.25pt;height:232.75pt;z-index:-251652096;mso-wrap-distance-left:0;mso-wrap-distance-right:0;mso-position-horizontal-relative:page;mso-width-relative:margin;mso-height-relative:margin" coordorigin="47,47" coordsize="22764,29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">
            <v:shape id="Image 33" o:spid="_x0000_s2148" type="#_x0000_t75" style="position:absolute;left:1006;top:558;width:20842;height:21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">
              <v:imagedata r:id="rId15" o:title=""/>
            </v:shape>
            <v:shape id="Textbox 34" o:spid="_x0000_s2147" type="#_x0000_t202" style="position:absolute;left:47;top:47;width:22765;height:29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Fig.8: Spot Inoculation. Zone of clearance observed</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272"/>
                      <w:rPr>
                        <w:sz w:val="24"/>
                      </w:rPr>
                    </w:pPr>
                  </w:p>
                  <w:p w:rsidR="00CD5479" w:rsidRDefault="00CD5479" w:rsidP="00CD5479">
                    <w:pPr>
                      <w:spacing w:before="1"/>
                      <w:ind w:left="143" w:right="632"/>
                      <w:rPr>
                        <w:b/>
                        <w:sz w:val="24"/>
                      </w:rPr>
                    </w:pPr>
                    <w:r>
                      <w:rPr>
                        <w:b/>
                        <w:sz w:val="24"/>
                      </w:rPr>
                      <w:t>Fig.8: Spot Inoculation. Zoneofclearanceobserved</w:t>
                    </w:r>
                  </w:p>
                </w:txbxContent>
              </v:textbox>
            </v:shape>
            <w10:wrap type="topAndBottom" anchorx="page"/>
          </v:group>
        </w:pict>
      </w:r>
      <w:r w:rsidRPr="00E352FB">
        <w:rPr>
          <w:rFonts w:ascii="Arial" w:hAnsi="Arial" w:cs="Arial"/>
          <w:noProof/>
          <w:sz w:val="20"/>
        </w:rPr>
        <w:pict>
          <v:group id="Group 29" o:spid="_x0000_s2143" style="position:absolute;left:0;text-align:left;margin-left:90.2pt;margin-top:64.95pt;width:165pt;height:233.15pt;z-index:-251653120;mso-wrap-distance-left:0;mso-wrap-distance-right:0;mso-position-horizontal-relative:page;mso-width-relative:margin;mso-height-relative:margin" coordorigin="47,47" coordsize="20955,29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">
            <v:shape id="Image 30" o:spid="_x0000_s2145" type="#_x0000_t75" style="position:absolute;left:1007;top:550;width:19035;height:21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">
              <v:imagedata r:id="rId16" o:title=""/>
            </v:shape>
            <v:shape id="Textbox 31" o:spid="_x0000_s2144" type="#_x0000_t202" style="position:absolute;left:47;top:47;width:20955;height:29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bWxAAAANsAAAAPAAAAZHJzL2Rvd25yZXYueG1sRI9Ba8JA&#10;FITvgv9heYIXqRsV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OEl5tbEAAAA2wAAAA8A&#10;AAAAAAAAAAAAAAAABwIAAGRycy9kb3ducmV2LnhtbFBLBQYAAAAAAwADALcAAAD4Ag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101DD1" w:rsidRDefault="00101DD1" w:rsidP="00C93A60">
                    <w:pPr>
                      <w:ind w:left="144" w:right="460"/>
                      <w:rPr>
                        <w:b/>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Fig.7: Skimmed milk agar plate after incubation</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115"/>
                      <w:rPr>
                        <w:sz w:val="24"/>
                      </w:rPr>
                    </w:pPr>
                  </w:p>
                  <w:p w:rsidR="00CD5479" w:rsidRDefault="00CD5479" w:rsidP="00CD5479">
                    <w:pPr>
                      <w:ind w:left="144" w:right="460"/>
                      <w:rPr>
                        <w:b/>
                        <w:sz w:val="24"/>
                      </w:rPr>
                    </w:pPr>
                    <w:r>
                      <w:rPr>
                        <w:b/>
                        <w:sz w:val="24"/>
                      </w:rPr>
                      <w:t>Fig.7:Skimmedmilkagar plate after incubation</w:t>
                    </w:r>
                  </w:p>
                </w:txbxContent>
              </v:textbox>
            </v:shape>
            <w10:wrap type="topAndBottom" anchorx="page"/>
          </v:group>
        </w:pict>
      </w:r>
      <w:r w:rsidR="00CD5479" w:rsidRPr="008A40A5">
        <w:rPr>
          <w:rFonts w:ascii="Arial" w:hAnsi="Arial" w:cs="Arial"/>
          <w:sz w:val="20"/>
          <w:szCs w:val="20"/>
        </w:rPr>
        <w:t xml:space="preserve">Serial dilution of soil suspension </w:t>
      </w:r>
      <w:r w:rsidR="006A40A0" w:rsidRPr="008A40A5">
        <w:rPr>
          <w:rFonts w:ascii="Arial" w:hAnsi="Arial" w:cs="Arial"/>
          <w:sz w:val="20"/>
          <w:szCs w:val="20"/>
        </w:rPr>
        <w:t xml:space="preserve">was </w:t>
      </w:r>
      <w:r w:rsidR="00CD5479" w:rsidRPr="008A40A5">
        <w:rPr>
          <w:rFonts w:ascii="Arial" w:hAnsi="Arial" w:cs="Arial"/>
          <w:sz w:val="20"/>
          <w:szCs w:val="20"/>
        </w:rPr>
        <w:t xml:space="preserve">made </w:t>
      </w:r>
      <w:r w:rsidR="006A40A0" w:rsidRPr="008A40A5">
        <w:rPr>
          <w:rFonts w:ascii="Arial" w:hAnsi="Arial" w:cs="Arial"/>
          <w:sz w:val="20"/>
          <w:szCs w:val="20"/>
        </w:rPr>
        <w:t xml:space="preserve">from </w:t>
      </w:r>
      <w:r w:rsidR="00CD5479" w:rsidRPr="008A40A5">
        <w:rPr>
          <w:rFonts w:ascii="Arial" w:hAnsi="Arial" w:cs="Arial"/>
          <w:sz w:val="20"/>
          <w:szCs w:val="20"/>
        </w:rPr>
        <w:t>101, 102 ,103, 104, 105, 106, 107</w:t>
      </w:r>
      <w:r w:rsidR="006A40A0" w:rsidRPr="008A40A5">
        <w:rPr>
          <w:rFonts w:ascii="Arial" w:hAnsi="Arial" w:cs="Arial"/>
          <w:sz w:val="20"/>
          <w:szCs w:val="20"/>
        </w:rPr>
        <w:t xml:space="preserve">, </w:t>
      </w:r>
      <w:r w:rsidR="00101DD1" w:rsidRPr="008A40A5">
        <w:rPr>
          <w:rFonts w:ascii="Arial" w:hAnsi="Arial" w:cs="Arial"/>
          <w:sz w:val="20"/>
          <w:szCs w:val="20"/>
        </w:rPr>
        <w:t>t</w:t>
      </w:r>
      <w:r w:rsidR="00CD5479" w:rsidRPr="008A40A5">
        <w:rPr>
          <w:rFonts w:ascii="Arial" w:hAnsi="Arial" w:cs="Arial"/>
          <w:sz w:val="20"/>
          <w:szCs w:val="20"/>
        </w:rPr>
        <w:t>helast three dilution</w:t>
      </w:r>
      <w:r w:rsidR="006A40A0" w:rsidRPr="008A40A5">
        <w:rPr>
          <w:rFonts w:ascii="Arial" w:hAnsi="Arial" w:cs="Arial"/>
          <w:sz w:val="20"/>
          <w:szCs w:val="20"/>
        </w:rPr>
        <w:t>s</w:t>
      </w:r>
      <w:r w:rsidR="00CD5479" w:rsidRPr="008A40A5">
        <w:rPr>
          <w:rFonts w:ascii="Arial" w:hAnsi="Arial" w:cs="Arial"/>
          <w:sz w:val="20"/>
          <w:szCs w:val="20"/>
        </w:rPr>
        <w:t xml:space="preserve"> w</w:t>
      </w:r>
      <w:r w:rsidR="006A40A0" w:rsidRPr="008A40A5">
        <w:rPr>
          <w:rFonts w:ascii="Arial" w:hAnsi="Arial" w:cs="Arial"/>
          <w:sz w:val="20"/>
          <w:szCs w:val="20"/>
        </w:rPr>
        <w:t>ere</w:t>
      </w:r>
      <w:r w:rsidR="00CD5479" w:rsidRPr="008A40A5">
        <w:rPr>
          <w:rFonts w:ascii="Arial" w:hAnsi="Arial" w:cs="Arial"/>
          <w:sz w:val="20"/>
          <w:szCs w:val="20"/>
        </w:rPr>
        <w:t xml:space="preserve"> spreaded on skimmed milk agar plates.The petri plates were incubated at 37o C for 24 hours.Isolated bacterial colon</w:t>
      </w:r>
      <w:r w:rsidR="00101DD1" w:rsidRPr="008A40A5">
        <w:rPr>
          <w:rFonts w:ascii="Arial" w:hAnsi="Arial" w:cs="Arial"/>
          <w:sz w:val="20"/>
          <w:szCs w:val="20"/>
        </w:rPr>
        <w:t>ies</w:t>
      </w:r>
      <w:r w:rsidR="00CD5479" w:rsidRPr="008A40A5">
        <w:rPr>
          <w:rFonts w:ascii="Arial" w:hAnsi="Arial" w:cs="Arial"/>
          <w:sz w:val="20"/>
          <w:szCs w:val="20"/>
        </w:rPr>
        <w:t xml:space="preserve"> showing zone of clearance on skimmed milk agar were selected for further studies.</w:t>
      </w:r>
    </w:p>
    <w:p w:rsidR="00101DD1" w:rsidRPr="008A40A5" w:rsidRDefault="00101DD1" w:rsidP="00584328">
      <w:pPr>
        <w:pStyle w:val="BodyText"/>
        <w:tabs>
          <w:tab w:val="left" w:pos="360"/>
          <w:tab w:val="left" w:pos="8100"/>
        </w:tabs>
        <w:spacing w:after="240"/>
        <w:rPr>
          <w:rFonts w:ascii="Arial" w:hAnsi="Arial" w:cs="Arial"/>
          <w:position w:val="229"/>
          <w:sz w:val="20"/>
        </w:rPr>
      </w:pPr>
    </w:p>
    <w:p w:rsidR="00CD5479" w:rsidRPr="008A40A5" w:rsidRDefault="00CD5479" w:rsidP="00584328">
      <w:pPr>
        <w:tabs>
          <w:tab w:val="left" w:pos="360"/>
          <w:tab w:val="left" w:pos="2485"/>
          <w:tab w:val="left" w:pos="8100"/>
        </w:tabs>
        <w:spacing w:after="240"/>
        <w:rPr>
          <w:rFonts w:ascii="Arial" w:hAnsi="Arial" w:cs="Arial"/>
          <w:sz w:val="20"/>
        </w:rPr>
      </w:pPr>
      <w:r w:rsidRPr="008A40A5">
        <w:rPr>
          <w:rFonts w:ascii="Arial" w:hAnsi="Arial" w:cs="Arial"/>
          <w:position w:val="229"/>
          <w:sz w:val="20"/>
        </w:rPr>
        <w:tab/>
      </w:r>
    </w:p>
    <w:p w:rsidR="00CD5479" w:rsidRPr="008A40A5" w:rsidRDefault="00CD5479" w:rsidP="00584328">
      <w:pPr>
        <w:tabs>
          <w:tab w:val="left" w:pos="360"/>
          <w:tab w:val="left" w:pos="8100"/>
        </w:tabs>
        <w:spacing w:after="240"/>
        <w:jc w:val="both"/>
        <w:rPr>
          <w:rFonts w:ascii="Arial" w:hAnsi="Arial" w:cs="Arial"/>
          <w:sz w:val="20"/>
          <w:szCs w:val="20"/>
          <w:lang w:val="en-IN"/>
        </w:rPr>
      </w:pPr>
      <w:r w:rsidRPr="008A40A5">
        <w:rPr>
          <w:rFonts w:ascii="Arial" w:hAnsi="Arial" w:cs="Arial"/>
          <w:sz w:val="20"/>
          <w:szCs w:val="20"/>
          <w:lang w:val="en-IN"/>
        </w:rPr>
        <w:t>The colonies were isolated on nutrient agar plates by streak plate method. The isolates were characterized for colony characteristics, morphological characterization and further identification.</w:t>
      </w:r>
    </w:p>
    <w:p w:rsidR="00CD5479" w:rsidRPr="008A40A5" w:rsidRDefault="00E352FB" w:rsidP="00584328">
      <w:pPr>
        <w:pStyle w:val="BodyText"/>
        <w:tabs>
          <w:tab w:val="left" w:pos="360"/>
          <w:tab w:val="left" w:pos="8100"/>
        </w:tabs>
        <w:spacing w:after="240"/>
        <w:rPr>
          <w:rFonts w:ascii="Arial" w:hAnsi="Arial" w:cs="Arial"/>
          <w:sz w:val="20"/>
        </w:rPr>
      </w:pPr>
      <w:r w:rsidRPr="00E352FB">
        <w:rPr>
          <w:rFonts w:ascii="Arial" w:hAnsi="Arial" w:cs="Arial"/>
          <w:noProof/>
          <w:position w:val="3"/>
          <w:sz w:val="20"/>
        </w:rPr>
        <w:lastRenderedPageBreak/>
        <w:pict>
          <v:group id="Group 46" o:spid="_x0000_s2140" style="position:absolute;margin-left:306.7pt;margin-top:15.25pt;width:142.5pt;height:182.6pt;z-index:251713536" coordsize="18097,23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">
            <v:shape id="Image 47" o:spid="_x0000_s2142" type="#_x0000_t75" style="position:absolute;left:1006;top:549;width:15907;height:18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">
              <v:imagedata r:id="rId17" o:title=""/>
            </v:shape>
            <v:shape id="Textbox 48" o:spid="_x0000_s2141" type="#_x0000_t202" style="position:absolute;left:47;top:47;width:18002;height:23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w2wQAAANsAAAAPAAAAZHJzL2Rvd25yZXYueG1sRE/LisIw&#10;FN0L/kO4wmxEU4dh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CgZPDbBAAAA2wAAAA8AAAAA&#10;AAAAAAAAAAAABwIAAGRycy9kb3ducmV2LnhtbFBLBQYAAAAAAwADALcAAAD1Ag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Fig.12: Colony 3 - S3</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126"/>
                      <w:rPr>
                        <w:sz w:val="24"/>
                      </w:rPr>
                    </w:pPr>
                  </w:p>
                  <w:p w:rsidR="00CD5479" w:rsidRDefault="00CD5479" w:rsidP="00CD5479">
                    <w:pPr>
                      <w:spacing w:before="1"/>
                      <w:ind w:left="142"/>
                      <w:rPr>
                        <w:b/>
                        <w:sz w:val="24"/>
                      </w:rPr>
                    </w:pPr>
                    <w:r>
                      <w:rPr>
                        <w:b/>
                        <w:sz w:val="24"/>
                      </w:rPr>
                      <w:t>Fig.12:Colony3-</w:t>
                    </w:r>
                    <w:r>
                      <w:rPr>
                        <w:b/>
                        <w:spacing w:val="-5"/>
                        <w:sz w:val="24"/>
                      </w:rPr>
                      <w:t>S3</w:t>
                    </w:r>
                  </w:p>
                </w:txbxContent>
              </v:textbox>
            </v:shape>
            <w10:wrap type="topAndBottom"/>
          </v:group>
        </w:pict>
      </w:r>
      <w:r>
        <w:rPr>
          <w:rFonts w:ascii="Arial" w:hAnsi="Arial" w:cs="Arial"/>
          <w:noProof/>
          <w:sz w:val="20"/>
        </w:rPr>
        <w:pict>
          <v:group id="Group 43" o:spid="_x0000_s2137" style="position:absolute;margin-left:242.9pt;margin-top:14.1pt;width:145.5pt;height:184.5pt;z-index:-251649024;mso-wrap-distance-left:0;mso-wrap-distance-right:0;mso-position-horizontal-relative:page" coordsize="18478,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">
            <v:shape id="Image 44" o:spid="_x0000_s2139" type="#_x0000_t75" style="position:absolute;left:1006;top:551;width:16472;height:18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">
              <v:imagedata r:id="rId18" o:title=""/>
            </v:shape>
            <v:shape id="Textbox 45" o:spid="_x0000_s2138" type="#_x0000_t202" style="position:absolute;left:47;top:47;width:18383;height:23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OoxgAAANsAAAAPAAAAZHJzL2Rvd25yZXYueG1sRI9Pa8JA&#10;FMTvBb/D8oReim4sVi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xhiTqMYAAADbAAAA&#10;DwAAAAAAAAAAAAAAAAAHAgAAZHJzL2Rvd25yZXYueG1sUEsFBgAAAAADAAMAtwAAAPoCA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Fig.11: Colony 2 - S2</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29"/>
                      <w:rPr>
                        <w:sz w:val="24"/>
                      </w:rPr>
                    </w:pPr>
                  </w:p>
                  <w:p w:rsidR="00CD5479" w:rsidRDefault="00CD5479" w:rsidP="00CD5479">
                    <w:pPr>
                      <w:ind w:left="144"/>
                      <w:rPr>
                        <w:b/>
                        <w:sz w:val="24"/>
                      </w:rPr>
                    </w:pPr>
                    <w:r>
                      <w:rPr>
                        <w:b/>
                        <w:sz w:val="24"/>
                      </w:rPr>
                      <w:t>Fig.11:Colony2-</w:t>
                    </w:r>
                    <w:r>
                      <w:rPr>
                        <w:b/>
                        <w:spacing w:val="-5"/>
                        <w:sz w:val="24"/>
                      </w:rPr>
                      <w:t xml:space="preserve"> S2</w:t>
                    </w:r>
                  </w:p>
                </w:txbxContent>
              </v:textbox>
            </v:shape>
            <w10:wrap type="topAndBottom" anchorx="page"/>
          </v:group>
        </w:pict>
      </w:r>
      <w:r>
        <w:rPr>
          <w:rFonts w:ascii="Arial" w:hAnsi="Arial" w:cs="Arial"/>
          <w:noProof/>
          <w:sz w:val="20"/>
        </w:rPr>
        <w:pict>
          <v:group id="Group 40" o:spid="_x0000_s2134" style="position:absolute;margin-left:90.25pt;margin-top:14.25pt;width:142.5pt;height:186pt;z-index:-251650048;mso-wrap-distance-left:0;mso-wrap-distance-right:0;mso-position-horizontal-relative:page" coordsize="18097,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">
            <v:shape id="Image 41" o:spid="_x0000_s2136" type="#_x0000_t75" style="position:absolute;left:1007;top:551;width:16078;height:19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">
              <v:imagedata r:id="rId19" o:title=""/>
            </v:shape>
            <v:shape id="Textbox 42" o:spid="_x0000_s2135" type="#_x0000_t202" style="position:absolute;left:47;top:47;width:18002;height:23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Fig.10: Colony 1 - S1</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2"/>
                      <w:rPr>
                        <w:sz w:val="24"/>
                      </w:rPr>
                    </w:pPr>
                  </w:p>
                  <w:p w:rsidR="00CD5479" w:rsidRDefault="00CD5479" w:rsidP="00CD5479">
                    <w:pPr>
                      <w:ind w:left="144"/>
                      <w:rPr>
                        <w:b/>
                        <w:sz w:val="24"/>
                      </w:rPr>
                    </w:pPr>
                    <w:r>
                      <w:rPr>
                        <w:b/>
                        <w:sz w:val="24"/>
                      </w:rPr>
                      <w:t>Fig.10:Colony1 -</w:t>
                    </w:r>
                    <w:r>
                      <w:rPr>
                        <w:b/>
                        <w:spacing w:val="-5"/>
                        <w:sz w:val="24"/>
                      </w:rPr>
                      <w:t>S1</w:t>
                    </w:r>
                  </w:p>
                </w:txbxContent>
              </v:textbox>
            </v:shape>
            <w10:wrap type="topAndBottom" anchorx="page"/>
          </v:group>
        </w:pict>
      </w:r>
    </w:p>
    <w:p w:rsidR="00CD5479" w:rsidRPr="008A40A5" w:rsidRDefault="00E352FB" w:rsidP="00584328">
      <w:pPr>
        <w:pStyle w:val="BodyText"/>
        <w:tabs>
          <w:tab w:val="left" w:pos="360"/>
          <w:tab w:val="left" w:pos="8100"/>
        </w:tabs>
        <w:spacing w:after="240"/>
        <w:rPr>
          <w:rFonts w:ascii="Arial" w:hAnsi="Arial" w:cs="Arial"/>
          <w:sz w:val="9"/>
        </w:rPr>
      </w:pPr>
      <w:r w:rsidRPr="00E352FB">
        <w:rPr>
          <w:rFonts w:ascii="Arial" w:hAnsi="Arial" w:cs="Arial"/>
          <w:noProof/>
          <w:sz w:val="20"/>
        </w:rPr>
        <w:pict>
          <v:shape id="Textbox 39" o:spid="_x0000_s2127" type="#_x0000_t202" style="position:absolute;margin-left:53.05pt;margin-top:194.45pt;width:1in;height:33.25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" filled="f">
            <v:path arrowok="t"/>
            <v:textbox inset="0,0,0,0">
              <w:txbxContent>
                <w:p w:rsidR="00CD5479" w:rsidRPr="00584328" w:rsidRDefault="00CD5479" w:rsidP="00584328">
                  <w:pPr>
                    <w:ind w:left="142"/>
                    <w:jc w:val="center"/>
                    <w:rPr>
                      <w:rFonts w:ascii="Arial" w:hAnsi="Arial" w:cs="Arial"/>
                      <w:b/>
                      <w:sz w:val="20"/>
                      <w:szCs w:val="18"/>
                    </w:rPr>
                  </w:pPr>
                  <w:r w:rsidRPr="00584328">
                    <w:rPr>
                      <w:rFonts w:ascii="Arial" w:hAnsi="Arial" w:cs="Arial"/>
                      <w:b/>
                      <w:sz w:val="20"/>
                      <w:szCs w:val="18"/>
                    </w:rPr>
                    <w:t>Sample 1</w:t>
                  </w:r>
                </w:p>
              </w:txbxContent>
            </v:textbox>
            <w10:wrap type="topAndBottom" anchorx="page"/>
          </v:shape>
        </w:pict>
      </w:r>
    </w:p>
    <w:p w:rsidR="00CD5479" w:rsidRPr="008A40A5" w:rsidRDefault="00E352FB" w:rsidP="00584328">
      <w:pPr>
        <w:tabs>
          <w:tab w:val="left" w:pos="360"/>
          <w:tab w:val="left" w:pos="3455"/>
          <w:tab w:val="left" w:pos="6972"/>
          <w:tab w:val="left" w:pos="8100"/>
        </w:tabs>
        <w:spacing w:after="240"/>
        <w:rPr>
          <w:rFonts w:ascii="Arial" w:hAnsi="Arial" w:cs="Arial"/>
          <w:sz w:val="20"/>
        </w:rPr>
      </w:pPr>
      <w:r w:rsidRPr="00E352FB">
        <w:rPr>
          <w:rFonts w:ascii="Arial" w:hAnsi="Arial" w:cs="Arial"/>
          <w:noProof/>
          <w:position w:val="2"/>
          <w:sz w:val="20"/>
        </w:rPr>
        <w:pict>
          <v:group id="Group 49" o:spid="_x0000_s2128" style="position:absolute;margin-left:56.2pt;margin-top:29.35pt;width:148.5pt;height:181.85pt;z-index:251715584" coordsize="18859,23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">
            <v:shape id="Image 50" o:spid="_x0000_s2130" type="#_x0000_t75" style="position:absolute;left:1009;top:555;width:16840;height:18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">
              <v:imagedata r:id="rId20" o:title=""/>
            </v:shape>
            <v:shape id="Textbox 51" o:spid="_x0000_s2129" type="#_x0000_t202" style="position:absolute;left:47;top:47;width:18764;height:23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2xAAAANsAAAAPAAAAZHJzL2Rvd25yZXYueG1sRI9Ba8JA&#10;FITvgv9heYIXqRsFJa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Dz6A3bEAAAA2wAAAA8A&#10;AAAAAAAAAAAAAAAABwIAAGRycy9kb3ducmV2LnhtbFBLBQYAAAAAAwADALcAAAD4AgAAAAA=&#10;" filled="f">
              <v:textbox style="mso-next-textbox:#Textbox 51"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Fig.13: Colony 4 - S4</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96"/>
                      <w:rPr>
                        <w:sz w:val="24"/>
                      </w:rPr>
                    </w:pPr>
                  </w:p>
                  <w:p w:rsidR="00CD5479" w:rsidRDefault="00CD5479" w:rsidP="00CD5479">
                    <w:pPr>
                      <w:spacing w:before="1"/>
                      <w:ind w:left="144"/>
                      <w:rPr>
                        <w:b/>
                        <w:sz w:val="24"/>
                      </w:rPr>
                    </w:pPr>
                    <w:r>
                      <w:rPr>
                        <w:b/>
                        <w:sz w:val="24"/>
                      </w:rPr>
                      <w:t>Fig.13:Colony4-</w:t>
                    </w:r>
                    <w:r>
                      <w:rPr>
                        <w:b/>
                        <w:spacing w:val="-5"/>
                        <w:sz w:val="24"/>
                      </w:rPr>
                      <w:t>S4</w:t>
                    </w:r>
                  </w:p>
                </w:txbxContent>
              </v:textbox>
            </v:shape>
            <w10:wrap type="topAndBottom"/>
          </v:group>
        </w:pict>
      </w:r>
      <w:r>
        <w:rPr>
          <w:rFonts w:ascii="Arial" w:hAnsi="Arial" w:cs="Arial"/>
          <w:noProof/>
          <w:sz w:val="20"/>
        </w:rPr>
        <w:pict>
          <v:group id="Group 52" o:spid="_x0000_s2131" style="position:absolute;margin-left:242.3pt;margin-top:29pt;width:146.25pt;height:181.1pt;z-index:251714560" coordsize="18573,2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">
            <v:shape id="Image 53" o:spid="_x0000_s2133" type="#_x0000_t75" style="position:absolute;left:1006;top:556;width:16562;height:18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">
              <v:imagedata r:id="rId21" o:title=""/>
            </v:shape>
            <v:shape id="Textbox 54" o:spid="_x0000_s2132" type="#_x0000_t202" style="position:absolute;left:47;top:47;width:18479;height:22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DuxgAAANsAAAAPAAAAZHJzL2Rvd25yZXYueG1sRI9Pa8JA&#10;FMTvBb/D8oReim4sVi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LI2g7sYAAADbAAAA&#10;DwAAAAAAAAAAAAAAAAAHAgAAZHJzL2Rvd25yZXYueG1sUEsFBgAAAAADAAMAtwAAAPoCAAAAAA==&#10;" filled="f">
              <v:textbox style="mso-next-textbox:#Textbox 54"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101DD1" w:rsidRDefault="00101DD1" w:rsidP="00C93A60">
                    <w:pPr>
                      <w:ind w:left="144"/>
                      <w:rPr>
                        <w:b/>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Fig.14: Colony 5 - S5</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97"/>
                      <w:rPr>
                        <w:sz w:val="24"/>
                      </w:rPr>
                    </w:pPr>
                  </w:p>
                  <w:p w:rsidR="00CD5479" w:rsidRDefault="00CD5479" w:rsidP="00CD5479">
                    <w:pPr>
                      <w:ind w:left="144"/>
                      <w:rPr>
                        <w:b/>
                        <w:sz w:val="24"/>
                      </w:rPr>
                    </w:pPr>
                    <w:r>
                      <w:rPr>
                        <w:b/>
                        <w:sz w:val="24"/>
                      </w:rPr>
                      <w:t>Fig.14:Colony5 -</w:t>
                    </w:r>
                    <w:r>
                      <w:rPr>
                        <w:b/>
                        <w:spacing w:val="-5"/>
                        <w:sz w:val="24"/>
                      </w:rPr>
                      <w:t>S5</w:t>
                    </w:r>
                  </w:p>
                </w:txbxContent>
              </v:textbox>
            </v:shape>
            <w10:wrap type="topAndBottom"/>
          </v:group>
        </w:pict>
      </w:r>
      <w:r>
        <w:rPr>
          <w:rFonts w:ascii="Arial" w:hAnsi="Arial" w:cs="Arial"/>
          <w:noProof/>
          <w:sz w:val="20"/>
        </w:rPr>
        <w:pict>
          <v:group id="Group 59" o:spid="_x0000_s2124" style="position:absolute;margin-left:343pt;margin-top:225.15pt;width:159pt;height:183pt;z-index:-251645952;mso-wrap-distance-left:0;mso-wrap-distance-right:0;mso-position-horizontal-relative:page;mso-width-relative:margin;mso-height-relative:margin" coordorigin="47,47" coordsize="20097,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">
            <v:shape id="Image 60" o:spid="_x0000_s2126" type="#_x0000_t75" style="position:absolute;left:1014;top:549;width:18166;height:188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">
              <v:imagedata r:id="rId22" o:title=""/>
            </v:shape>
            <v:shape id="Textbox 61" o:spid="_x0000_s2125" type="#_x0000_t202" style="position:absolute;left:47;top:47;width:20098;height:23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Fig.16: Colony 7 – C2</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186"/>
                      <w:rPr>
                        <w:sz w:val="24"/>
                      </w:rPr>
                    </w:pPr>
                  </w:p>
                  <w:p w:rsidR="00CD5479" w:rsidRDefault="00CD5479" w:rsidP="00CD5479">
                    <w:pPr>
                      <w:spacing w:before="1"/>
                      <w:ind w:left="146"/>
                      <w:rPr>
                        <w:b/>
                        <w:sz w:val="24"/>
                      </w:rPr>
                    </w:pPr>
                    <w:r>
                      <w:rPr>
                        <w:b/>
                        <w:sz w:val="24"/>
                      </w:rPr>
                      <w:t xml:space="preserve">Fig.16:Colony7 – </w:t>
                    </w:r>
                    <w:r>
                      <w:rPr>
                        <w:b/>
                        <w:spacing w:val="-5"/>
                        <w:sz w:val="24"/>
                      </w:rPr>
                      <w:t>C2</w:t>
                    </w:r>
                  </w:p>
                </w:txbxContent>
              </v:textbox>
            </v:shape>
            <w10:wrap type="topAndBottom" anchorx="page"/>
          </v:group>
        </w:pict>
      </w:r>
      <w:r>
        <w:rPr>
          <w:rFonts w:ascii="Arial" w:hAnsi="Arial" w:cs="Arial"/>
          <w:noProof/>
          <w:sz w:val="20"/>
        </w:rPr>
        <w:pict>
          <v:group id="Group 56" o:spid="_x0000_s2121" style="position:absolute;margin-left:141.4pt;margin-top:221.05pt;width:161.25pt;height:184.25pt;z-index:-251646976;mso-wrap-distance-left:0;mso-wrap-distance-right:0;mso-position-horizontal-relative:page;mso-width-relative:margin;mso-height-relative:margin" coordorigin="47,47" coordsize="20478,21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">
            <v:shape id="Image 57" o:spid="_x0000_s2123" type="#_x0000_t75" style="position:absolute;left:1006;top:549;width:18558;height:18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">
              <v:imagedata r:id="rId23" o:title=""/>
            </v:shape>
            <v:shape id="Textbox 58" o:spid="_x0000_s2122" type="#_x0000_t202" style="position:absolute;left:47;top:47;width:20479;height:216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rrwQAAANsAAAAPAAAAZHJzL2Rvd25yZXYueG1sRE/LisIw&#10;FN0L/kO4wmxEUwdm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K3AquvBAAAA2wAAAA8AAAAA&#10;AAAAAAAAAAAABwIAAGRycy9kb3ducmV2LnhtbFBLBQYAAAAAAwADALcAAAD1Ag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101DD1" w:rsidRDefault="00101DD1" w:rsidP="00C93A60">
                    <w:pPr>
                      <w:ind w:left="143"/>
                      <w:rPr>
                        <w:b/>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Fig.15: Colony 6 – C1</w:t>
                    </w:r>
                  </w:p>
                  <w:p w:rsidR="00CD5479" w:rsidRDefault="00CD5479" w:rsidP="00CD5479">
                    <w:pPr>
                      <w:rPr>
                        <w:sz w:val="24"/>
                      </w:rPr>
                    </w:pPr>
                  </w:p>
                  <w:p w:rsidR="00C93A60" w:rsidRDefault="00C93A60" w:rsidP="00CD5479">
                    <w:pPr>
                      <w:rPr>
                        <w:sz w:val="24"/>
                      </w:rPr>
                    </w:pPr>
                  </w:p>
                  <w:p w:rsidR="00C93A60" w:rsidRDefault="00C93A60"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158"/>
                      <w:rPr>
                        <w:sz w:val="24"/>
                      </w:rPr>
                    </w:pPr>
                  </w:p>
                  <w:p w:rsidR="00CD5479" w:rsidRDefault="00CD5479" w:rsidP="00CD5479">
                    <w:pPr>
                      <w:ind w:left="143"/>
                      <w:rPr>
                        <w:b/>
                        <w:sz w:val="24"/>
                      </w:rPr>
                    </w:pPr>
                    <w:r>
                      <w:rPr>
                        <w:b/>
                        <w:sz w:val="24"/>
                      </w:rPr>
                      <w:t xml:space="preserve">Fig.15:Colony6– </w:t>
                    </w:r>
                    <w:r>
                      <w:rPr>
                        <w:b/>
                        <w:spacing w:val="-5"/>
                        <w:sz w:val="24"/>
                      </w:rPr>
                      <w:t>C1</w:t>
                    </w:r>
                  </w:p>
                </w:txbxContent>
              </v:textbox>
            </v:shape>
            <w10:wrap type="topAndBottom" anchorx="page"/>
          </v:group>
        </w:pict>
      </w:r>
      <w:r>
        <w:rPr>
          <w:rFonts w:ascii="Arial" w:hAnsi="Arial" w:cs="Arial"/>
          <w:noProof/>
          <w:sz w:val="20"/>
        </w:rPr>
        <w:pict>
          <v:shape id="Textbox 55" o:spid="_x0000_s2120" type="#_x0000_t202" style="position:absolute;margin-left:52.65pt;margin-top:250.05pt;width:75pt;height:33.25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" filled="f">
            <v:path arrowok="t"/>
            <v:textbox inset="0,0,0,0">
              <w:txbxContent>
                <w:p w:rsidR="00CD5479" w:rsidRPr="00584328" w:rsidRDefault="00CD5479" w:rsidP="00584328">
                  <w:pPr>
                    <w:ind w:left="142"/>
                    <w:jc w:val="center"/>
                    <w:rPr>
                      <w:rFonts w:ascii="Arial" w:hAnsi="Arial" w:cs="Arial"/>
                      <w:b/>
                      <w:sz w:val="20"/>
                      <w:szCs w:val="18"/>
                    </w:rPr>
                  </w:pPr>
                  <w:r w:rsidRPr="00584328">
                    <w:rPr>
                      <w:rFonts w:ascii="Arial" w:hAnsi="Arial" w:cs="Arial"/>
                      <w:b/>
                      <w:sz w:val="20"/>
                      <w:szCs w:val="18"/>
                    </w:rPr>
                    <w:t>Sample 2</w:t>
                  </w:r>
                </w:p>
              </w:txbxContent>
            </v:textbox>
            <w10:wrap type="topAndBottom" anchorx="page"/>
          </v:shape>
        </w:pict>
      </w:r>
      <w:r w:rsidR="00CD5479" w:rsidRPr="008A40A5">
        <w:rPr>
          <w:rFonts w:ascii="Arial" w:hAnsi="Arial" w:cs="Arial"/>
          <w:position w:val="3"/>
          <w:sz w:val="20"/>
        </w:rPr>
        <w:tab/>
      </w:r>
      <w:r w:rsidR="00CD5479" w:rsidRPr="008A40A5">
        <w:rPr>
          <w:rFonts w:ascii="Arial" w:hAnsi="Arial" w:cs="Arial"/>
          <w:position w:val="2"/>
          <w:sz w:val="20"/>
        </w:rPr>
        <w:tab/>
      </w:r>
    </w:p>
    <w:p w:rsidR="00CD5479" w:rsidRPr="008A40A5" w:rsidRDefault="00E352FB" w:rsidP="00584328">
      <w:pPr>
        <w:pStyle w:val="BodyText"/>
        <w:tabs>
          <w:tab w:val="left" w:pos="360"/>
          <w:tab w:val="left" w:pos="8100"/>
        </w:tabs>
        <w:spacing w:after="240"/>
        <w:rPr>
          <w:rFonts w:ascii="Arial" w:hAnsi="Arial" w:cs="Arial"/>
          <w:sz w:val="20"/>
        </w:rPr>
      </w:pPr>
      <w:r>
        <w:rPr>
          <w:rFonts w:ascii="Arial" w:hAnsi="Arial" w:cs="Arial"/>
          <w:noProof/>
          <w:sz w:val="20"/>
        </w:rPr>
        <w:lastRenderedPageBreak/>
        <w:pict>
          <v:group id="Group 65" o:spid="_x0000_s2117" style="position:absolute;margin-left:342.45pt;margin-top:4.25pt;width:161.25pt;height:186.75pt;z-index:-251643904;mso-wrap-distance-left:0;mso-wrap-distance-right:0;mso-position-horizontal-relative:page" coordsize="20478,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">
            <v:shape id="Image 66" o:spid="_x0000_s2119" type="#_x0000_t75" style="position:absolute;left:1007;top:549;width:18471;height:18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">
              <v:imagedata r:id="rId24" o:title=""/>
            </v:shape>
            <v:shape id="Textbox 67" o:spid="_x0000_s2118" type="#_x0000_t202" style="position:absolute;left:47;top:47;width:20384;height:23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w:t>
                    </w:r>
                    <w:r w:rsidR="0081037F">
                      <w:rPr>
                        <w:rFonts w:ascii="Arial" w:hAnsi="Arial" w:cs="Arial"/>
                        <w:bCs/>
                        <w:sz w:val="20"/>
                        <w:szCs w:val="18"/>
                      </w:rPr>
                      <w:t>8</w:t>
                    </w:r>
                    <w:r w:rsidRPr="00584328">
                      <w:rPr>
                        <w:rFonts w:ascii="Arial" w:hAnsi="Arial" w:cs="Arial"/>
                        <w:bCs/>
                        <w:sz w:val="20"/>
                        <w:szCs w:val="18"/>
                      </w:rPr>
                      <w:t>: Colony 8 – C3</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218"/>
                      <w:rPr>
                        <w:sz w:val="24"/>
                      </w:rPr>
                    </w:pPr>
                  </w:p>
                  <w:p w:rsidR="00CD5479" w:rsidRDefault="00CD5479" w:rsidP="00CD5479">
                    <w:pPr>
                      <w:ind w:left="145"/>
                      <w:rPr>
                        <w:b/>
                        <w:sz w:val="24"/>
                      </w:rPr>
                    </w:pPr>
                    <w:r>
                      <w:rPr>
                        <w:b/>
                        <w:sz w:val="24"/>
                      </w:rPr>
                      <w:t xml:space="preserve">Fig.18:Colony9 – </w:t>
                    </w:r>
                    <w:r>
                      <w:rPr>
                        <w:b/>
                        <w:spacing w:val="-5"/>
                        <w:sz w:val="24"/>
                      </w:rPr>
                      <w:t>C4</w:t>
                    </w:r>
                  </w:p>
                </w:txbxContent>
              </v:textbox>
            </v:shape>
            <w10:wrap type="topAndBottom" anchorx="page"/>
          </v:group>
        </w:pict>
      </w:r>
      <w:r>
        <w:rPr>
          <w:rFonts w:ascii="Arial" w:hAnsi="Arial" w:cs="Arial"/>
          <w:noProof/>
          <w:sz w:val="20"/>
        </w:rPr>
        <w:pict>
          <v:group id="Group 62" o:spid="_x0000_s2114" style="position:absolute;margin-left:139.85pt;margin-top:.05pt;width:162.75pt;height:189pt;z-index:-251644928;mso-wrap-distance-left:0;mso-wrap-distance-right:0;mso-position-horizontal-relative:page" coordsize="20669,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">
            <v:shape id="Image 63" o:spid="_x0000_s2116" type="#_x0000_t75" style="position:absolute;left:1006;top:556;width:18651;height:190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">
              <v:imagedata r:id="rId25" o:title=""/>
            </v:shape>
            <v:shape id="Textbox 64" o:spid="_x0000_s2115" type="#_x0000_t202" style="position:absolute;left:47;top:47;width:20574;height:23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pTxQAAANsAAAAPAAAAZHJzL2Rvd25yZXYueG1sRI9Pa8JA&#10;FMTvBb/D8gQvpW6UI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Di4WpTxQAAANsAAAAP&#10;AAAAAAAAAAAAAAAAAAcCAABkcnMvZG93bnJldi54bWxQSwUGAAAAAAMAAwC3AAAA+QI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Fig.17: Colony 8 – C3</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217"/>
                      <w:rPr>
                        <w:sz w:val="24"/>
                      </w:rPr>
                    </w:pPr>
                  </w:p>
                  <w:p w:rsidR="00CD5479" w:rsidRDefault="00CD5479" w:rsidP="00CD5479">
                    <w:pPr>
                      <w:spacing w:before="1"/>
                      <w:ind w:left="144"/>
                      <w:rPr>
                        <w:b/>
                        <w:sz w:val="24"/>
                      </w:rPr>
                    </w:pPr>
                    <w:r>
                      <w:rPr>
                        <w:b/>
                        <w:sz w:val="24"/>
                      </w:rPr>
                      <w:t xml:space="preserve">Fig.17:Colony8– </w:t>
                    </w:r>
                    <w:r>
                      <w:rPr>
                        <w:b/>
                        <w:spacing w:val="-5"/>
                        <w:sz w:val="24"/>
                      </w:rPr>
                      <w:t>C3</w:t>
                    </w:r>
                  </w:p>
                </w:txbxContent>
              </v:textbox>
            </v:shape>
            <w10:wrap type="topAndBottom" anchorx="page"/>
          </v:group>
        </w:pict>
      </w:r>
    </w:p>
    <w:p w:rsidR="00CD5479" w:rsidRPr="008A40A5" w:rsidRDefault="0055083C" w:rsidP="00584328">
      <w:pPr>
        <w:pStyle w:val="Heading2"/>
        <w:rPr>
          <w:rFonts w:ascii="Arial" w:hAnsi="Arial" w:cs="Arial"/>
          <w:sz w:val="22"/>
          <w:szCs w:val="22"/>
        </w:rPr>
      </w:pPr>
      <w:r w:rsidRPr="008A40A5">
        <w:rPr>
          <w:rFonts w:ascii="Arial" w:hAnsi="Arial" w:cs="Arial"/>
          <w:sz w:val="22"/>
          <w:szCs w:val="22"/>
        </w:rPr>
        <w:t>SCREENING OF KERATINOLYTIC BACTERIA.</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Cultivation of isolated cultures was performed in Erlenmeyer Flask containing 100ml of Feather MealBrothmedium,overnightgrowncultureofeachisolate–S1,S2,S3,S4,S5,C1,C2,C3,C4 wasinoculatedin100mlFeatherMealBroth.The brothwasthenincubated onRotaryShakerfor 7-8Days.OpticalDensitywasmeasuredeverydayusingacolorimeter.ControlwasFeatherMeal broth without inoculum. Growth was observed for visible turbidity and recorded at 620nm, degradation of feathers was visually observed.</w:t>
      </w:r>
    </w:p>
    <w:p w:rsidR="00CD5479" w:rsidRPr="008A40A5" w:rsidRDefault="00E352FB" w:rsidP="00584328">
      <w:pPr>
        <w:pStyle w:val="BodyText"/>
        <w:tabs>
          <w:tab w:val="left" w:pos="360"/>
          <w:tab w:val="left" w:pos="8100"/>
        </w:tabs>
        <w:spacing w:after="240"/>
        <w:rPr>
          <w:rFonts w:ascii="Arial" w:hAnsi="Arial" w:cs="Arial"/>
          <w:sz w:val="20"/>
        </w:rPr>
      </w:pPr>
      <w:r>
        <w:rPr>
          <w:rFonts w:ascii="Arial" w:hAnsi="Arial" w:cs="Arial"/>
          <w:noProof/>
          <w:sz w:val="20"/>
        </w:rPr>
        <w:pict>
          <v:group id="Group 69" o:spid="_x0000_s2111" style="position:absolute;margin-left:97.55pt;margin-top:15.2pt;width:316.5pt;height:183.75pt;z-index:-251642880;mso-wrap-distance-left:0;mso-wrap-distance-right:0;mso-position-horizontal-relative:page" coordsize="40195,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10;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">
            <v:shape id="Image 70" o:spid="_x0000_s2113" type="#_x0000_t75" style="position:absolute;left:1011;top:550;width:38176;height:18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">
              <v:imagedata r:id="rId26" o:title=""/>
            </v:shape>
            <v:shape id="Textbox 71" o:spid="_x0000_s2112" type="#_x0000_t202" style="position:absolute;left:47;top:47;width:40100;height:23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93A60" w:rsidRDefault="00C93A60" w:rsidP="00C93A60">
                    <w:pPr>
                      <w:spacing w:before="1"/>
                      <w:ind w:left="144"/>
                      <w:rPr>
                        <w:b/>
                        <w:sz w:val="24"/>
                      </w:rPr>
                    </w:pPr>
                    <w:r>
                      <w:rPr>
                        <w:b/>
                        <w:sz w:val="24"/>
                      </w:rPr>
                      <w:t>F</w:t>
                    </w:r>
                  </w:p>
                  <w:p w:rsidR="00C93A60" w:rsidRPr="00584328" w:rsidRDefault="006A40A0" w:rsidP="00584328">
                    <w:pPr>
                      <w:ind w:left="142"/>
                      <w:jc w:val="center"/>
                      <w:rPr>
                        <w:rFonts w:ascii="Arial" w:hAnsi="Arial" w:cs="Arial"/>
                        <w:bCs/>
                        <w:sz w:val="20"/>
                        <w:szCs w:val="18"/>
                      </w:rPr>
                    </w:pPr>
                    <w:r w:rsidRPr="00584328">
                      <w:rPr>
                        <w:rFonts w:ascii="Arial" w:hAnsi="Arial" w:cs="Arial"/>
                        <w:bCs/>
                        <w:sz w:val="20"/>
                        <w:szCs w:val="18"/>
                      </w:rPr>
                      <w:t>F</w:t>
                    </w:r>
                    <w:r w:rsidR="00C93A60" w:rsidRPr="00584328">
                      <w:rPr>
                        <w:rFonts w:ascii="Arial" w:hAnsi="Arial" w:cs="Arial"/>
                        <w:bCs/>
                        <w:sz w:val="20"/>
                        <w:szCs w:val="18"/>
                      </w:rPr>
                      <w:t>ig.19: Feather meal broth of sample S1,S2,S3,S4</w:t>
                    </w:r>
                    <w:r w:rsidR="00113824" w:rsidRPr="00584328">
                      <w:rPr>
                        <w:rFonts w:ascii="Arial" w:hAnsi="Arial" w:cs="Arial"/>
                        <w:bCs/>
                        <w:sz w:val="20"/>
                        <w:szCs w:val="18"/>
                      </w:rPr>
                      <w:t xml:space="preserve">, </w:t>
                    </w:r>
                    <w:r w:rsidR="00C93A60" w:rsidRPr="00584328">
                      <w:rPr>
                        <w:rFonts w:ascii="Arial" w:hAnsi="Arial" w:cs="Arial"/>
                        <w:bCs/>
                        <w:sz w:val="20"/>
                        <w:szCs w:val="18"/>
                      </w:rPr>
                      <w:t>S5</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186"/>
                      <w:rPr>
                        <w:sz w:val="24"/>
                      </w:rPr>
                    </w:pPr>
                  </w:p>
                  <w:p w:rsidR="00CD5479" w:rsidRDefault="00CD5479" w:rsidP="00CD5479">
                    <w:pPr>
                      <w:spacing w:before="1"/>
                      <w:ind w:left="144"/>
                      <w:rPr>
                        <w:b/>
                        <w:sz w:val="24"/>
                      </w:rPr>
                    </w:pPr>
                    <w:r>
                      <w:rPr>
                        <w:b/>
                        <w:sz w:val="24"/>
                      </w:rPr>
                      <w:t>Fig.19:Feathermealbrothofsample</w:t>
                    </w:r>
                    <w:r>
                      <w:rPr>
                        <w:b/>
                        <w:spacing w:val="-2"/>
                        <w:sz w:val="24"/>
                      </w:rPr>
                      <w:t>S1,S2,S3,S4,S5</w:t>
                    </w:r>
                  </w:p>
                </w:txbxContent>
              </v:textbox>
            </v:shape>
            <w10:wrap type="topAndBottom" anchorx="page"/>
          </v:group>
        </w:pict>
      </w:r>
      <w:r>
        <w:rPr>
          <w:rFonts w:ascii="Arial" w:hAnsi="Arial" w:cs="Arial"/>
          <w:noProof/>
          <w:sz w:val="20"/>
        </w:rPr>
        <w:pict>
          <v:group id="Group 72" o:spid="_x0000_s2108" style="position:absolute;margin-left:431.6pt;margin-top:14.9pt;width:103.5pt;height:183pt;z-index:-251641856;mso-wrap-distance-left:0;mso-wrap-distance-right:0;mso-position-horizontal-relative:page" coordsize="13144,23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">
            <v:shape id="Image 73" o:spid="_x0000_s2110" type="#_x0000_t75" style="position:absolute;left:1007;top:550;width:11125;height:18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">
              <v:imagedata r:id="rId27" o:title=""/>
            </v:shape>
            <v:shape id="Textbox 74" o:spid="_x0000_s2109" type="#_x0000_t202" style="position:absolute;left:47;top:47;width:13049;height:23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yOxgAAANsAAAAPAAAAZHJzL2Rvd25yZXYueG1sRI9Pa8JA&#10;FMTvBb/D8oReim4sUi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Zzj8jsYAAADbAAAA&#10;DwAAAAAAAAAAAAAAAAAHAgAAZHJzL2Rvd25yZXYueG1sUEsFBgAAAAADAAMAtwAAAPoCA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Fig.20: Control</w:t>
                    </w:r>
                  </w:p>
                  <w:p w:rsidR="00C93A60" w:rsidRDefault="00C93A60"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126"/>
                      <w:rPr>
                        <w:sz w:val="24"/>
                      </w:rPr>
                    </w:pPr>
                  </w:p>
                  <w:p w:rsidR="00CD5479" w:rsidRDefault="00CD5479" w:rsidP="00CD5479">
                    <w:pPr>
                      <w:spacing w:before="1"/>
                      <w:ind w:left="145"/>
                      <w:rPr>
                        <w:b/>
                        <w:sz w:val="24"/>
                      </w:rPr>
                    </w:pPr>
                    <w:r>
                      <w:rPr>
                        <w:b/>
                        <w:sz w:val="24"/>
                      </w:rPr>
                      <w:t xml:space="preserve">Fig.20: </w:t>
                    </w:r>
                    <w:r>
                      <w:rPr>
                        <w:b/>
                        <w:spacing w:val="-2"/>
                        <w:sz w:val="24"/>
                      </w:rPr>
                      <w:t>Control</w:t>
                    </w:r>
                  </w:p>
                </w:txbxContent>
              </v:textbox>
            </v:shape>
            <w10:wrap type="topAndBottom" anchorx="page"/>
          </v:group>
        </w:pict>
      </w:r>
    </w:p>
    <w:p w:rsidR="00CD5479" w:rsidRPr="008A40A5" w:rsidRDefault="00CD5479" w:rsidP="00584328">
      <w:pPr>
        <w:pStyle w:val="BodyText"/>
        <w:tabs>
          <w:tab w:val="left" w:pos="360"/>
          <w:tab w:val="left" w:pos="8100"/>
        </w:tabs>
        <w:spacing w:after="240"/>
        <w:rPr>
          <w:rFonts w:ascii="Arial" w:hAnsi="Arial" w:cs="Arial"/>
          <w:sz w:val="20"/>
        </w:rPr>
      </w:pPr>
    </w:p>
    <w:p w:rsidR="00CD5479" w:rsidRPr="008A40A5" w:rsidRDefault="00E352FB" w:rsidP="00584328">
      <w:pPr>
        <w:pStyle w:val="BodyText"/>
        <w:tabs>
          <w:tab w:val="left" w:pos="360"/>
          <w:tab w:val="left" w:pos="8100"/>
        </w:tabs>
        <w:spacing w:after="240"/>
        <w:rPr>
          <w:rFonts w:ascii="Arial" w:hAnsi="Arial" w:cs="Arial"/>
          <w:sz w:val="20"/>
        </w:rPr>
      </w:pPr>
      <w:r>
        <w:rPr>
          <w:rFonts w:ascii="Arial" w:hAnsi="Arial" w:cs="Arial"/>
          <w:noProof/>
          <w:sz w:val="20"/>
        </w:rPr>
        <w:lastRenderedPageBreak/>
        <w:pict>
          <v:group id="Group 75" o:spid="_x0000_s2105" style="position:absolute;margin-left:97.95pt;margin-top:22.6pt;width:308.55pt;height:180.75pt;z-index:-251640832;mso-wrap-distance-left:0;mso-wrap-distance-right:0;mso-position-horizontal-relative:page;mso-width-relative:margin;mso-height-relative:margin" coordorigin="47,47" coordsize="37623,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">
            <v:shape id="Image 76" o:spid="_x0000_s2107" type="#_x0000_t75" style="position:absolute;left:1006;top:556;width:35702;height:18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">
              <v:imagedata r:id="rId28" o:title=""/>
            </v:shape>
            <v:shape id="Textbox 77" o:spid="_x0000_s2106" type="#_x0000_t202" style="position:absolute;left:47;top:47;width:37624;height:22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Fig.21: Feather meal broth of sample C1,C2,C3,C4</w:t>
                    </w:r>
                  </w:p>
                  <w:p w:rsidR="00FB20C8" w:rsidRDefault="00FB20C8"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98"/>
                      <w:rPr>
                        <w:sz w:val="24"/>
                      </w:rPr>
                    </w:pPr>
                  </w:p>
                  <w:p w:rsidR="00CD5479" w:rsidRDefault="00CD5479" w:rsidP="00CD5479">
                    <w:pPr>
                      <w:ind w:left="143"/>
                      <w:rPr>
                        <w:b/>
                        <w:sz w:val="24"/>
                      </w:rPr>
                    </w:pPr>
                    <w:r>
                      <w:rPr>
                        <w:b/>
                        <w:sz w:val="24"/>
                      </w:rPr>
                      <w:t>Fig.21:Feathermealbrothofsample</w:t>
                    </w:r>
                    <w:r>
                      <w:rPr>
                        <w:b/>
                        <w:spacing w:val="-2"/>
                        <w:sz w:val="24"/>
                      </w:rPr>
                      <w:t>C1,C2,C3,C4</w:t>
                    </w:r>
                  </w:p>
                </w:txbxContent>
              </v:textbox>
            </v:shape>
            <w10:wrap type="topAndBottom" anchorx="page"/>
          </v:group>
        </w:pict>
      </w:r>
      <w:r>
        <w:rPr>
          <w:rFonts w:ascii="Arial" w:hAnsi="Arial" w:cs="Arial"/>
          <w:noProof/>
          <w:sz w:val="20"/>
        </w:rPr>
        <w:pict>
          <v:group id="Group 78" o:spid="_x0000_s2102" style="position:absolute;margin-left:437.1pt;margin-top:25.95pt;width:105.75pt;height:177.75pt;z-index:-251598848;mso-wrap-distance-left:0;mso-wrap-distance-right:0;mso-position-horizontal-relative:page;mso-width-relative:margin;mso-height-relative:margin" coordorigin="47,47" coordsize="13335,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">
            <v:shape id="Image 79" o:spid="_x0000_s2104" type="#_x0000_t75" style="position:absolute;left:1006;top:556;width:11424;height:18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">
              <v:imagedata r:id="rId29" o:title=""/>
            </v:shape>
            <v:shape id="Textbox 80" o:spid="_x0000_s2103" type="#_x0000_t202" style="position:absolute;left:47;top:47;width:13335;height:22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" filled="f">
              <v:textbox inset="0,0,0,0">
                <w:txbxContent>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Fig.22: Control</w:t>
                    </w: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spacing w:before="71"/>
                      <w:rPr>
                        <w:sz w:val="24"/>
                      </w:rPr>
                    </w:pPr>
                  </w:p>
                  <w:p w:rsidR="00584328" w:rsidRDefault="00584328" w:rsidP="00584328">
                    <w:pPr>
                      <w:ind w:left="143"/>
                      <w:rPr>
                        <w:b/>
                        <w:sz w:val="24"/>
                      </w:rPr>
                    </w:pPr>
                    <w:r>
                      <w:rPr>
                        <w:b/>
                        <w:sz w:val="24"/>
                      </w:rPr>
                      <w:t xml:space="preserve">Fig.22: </w:t>
                    </w:r>
                    <w:r>
                      <w:rPr>
                        <w:b/>
                        <w:spacing w:val="-2"/>
                        <w:sz w:val="24"/>
                      </w:rPr>
                      <w:t>Control</w:t>
                    </w:r>
                  </w:p>
                </w:txbxContent>
              </v:textbox>
            </v:shape>
            <w10:wrap type="topAndBottom" anchorx="page"/>
          </v:group>
        </w:pict>
      </w:r>
      <w:r>
        <w:rPr>
          <w:rFonts w:ascii="Arial" w:hAnsi="Arial" w:cs="Arial"/>
          <w:noProof/>
          <w:sz w:val="20"/>
        </w:rPr>
        <w:pict>
          <v:group id="Group 82" o:spid="_x0000_s2099" style="position:absolute;margin-left:37.4pt;margin-top:291.25pt;width:391.5pt;height:177.75pt;z-index:-251597824" coordsize="49720,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">
            <v:shape id="Image 83" o:spid="_x0000_s2101" type="#_x0000_t75" style="position:absolute;left:1009;top:549;width:47701;height:18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">
              <v:imagedata r:id="rId30" o:title=""/>
            </v:shape>
            <v:shape id="Textbox 84" o:spid="_x0000_s2100" type="#_x0000_t202" style="position:absolute;left:47;top:47;width:49625;height:22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ypxQAAANsAAAAPAAAAZHJzL2Rvd25yZXYueG1sRI9Ba8JA&#10;FITvQv/D8gpepG4qUk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BS7YypxQAAANsAAAAP&#10;AAAAAAAAAAAAAAAAAAcCAABkcnMvZG93bnJldi54bWxQSwUGAAAAAAMAAwC3AAAA+QI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FB20C8" w:rsidRDefault="00FB20C8" w:rsidP="00FB20C8">
                    <w:pPr>
                      <w:ind w:left="143"/>
                      <w:rPr>
                        <w:b/>
                        <w:sz w:val="24"/>
                      </w:rPr>
                    </w:pPr>
                  </w:p>
                  <w:p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Fig.23: Broth incubated on Rotary shaker for 7-8 days</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66"/>
                      <w:rPr>
                        <w:sz w:val="24"/>
                      </w:rPr>
                    </w:pPr>
                  </w:p>
                  <w:p w:rsidR="00CD5479" w:rsidRDefault="00CD5479" w:rsidP="00CD5479">
                    <w:pPr>
                      <w:ind w:left="143"/>
                      <w:rPr>
                        <w:b/>
                        <w:sz w:val="24"/>
                      </w:rPr>
                    </w:pPr>
                    <w:r>
                      <w:rPr>
                        <w:b/>
                        <w:sz w:val="24"/>
                      </w:rPr>
                      <w:t>Fig.23:BrothincubatedonRotaryshakerfor7-8</w:t>
                    </w:r>
                    <w:r>
                      <w:rPr>
                        <w:b/>
                        <w:spacing w:val="-4"/>
                        <w:sz w:val="24"/>
                      </w:rPr>
                      <w:t>days</w:t>
                    </w:r>
                  </w:p>
                </w:txbxContent>
              </v:textbox>
            </v:shape>
            <w10:wrap type="topAndBottom"/>
          </v:group>
        </w:pict>
      </w:r>
    </w:p>
    <w:p w:rsidR="00CD5479" w:rsidRPr="008A40A5" w:rsidRDefault="0055083C" w:rsidP="00584328">
      <w:pPr>
        <w:pStyle w:val="Heading2"/>
        <w:rPr>
          <w:rFonts w:ascii="Arial" w:hAnsi="Arial" w:cs="Arial"/>
          <w:sz w:val="22"/>
          <w:szCs w:val="22"/>
        </w:rPr>
      </w:pPr>
      <w:r w:rsidRPr="008A40A5">
        <w:rPr>
          <w:rFonts w:ascii="Arial" w:hAnsi="Arial" w:cs="Arial"/>
          <w:sz w:val="22"/>
          <w:szCs w:val="22"/>
        </w:rPr>
        <w:t>EXTRACTION OF ENZYME</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 xml:space="preserve">The culture medium was filtered through filter paper to remove un-degraded residues. The </w:t>
      </w:r>
      <w:r w:rsidR="006A40A0" w:rsidRPr="008A40A5">
        <w:rPr>
          <w:rFonts w:ascii="Arial" w:hAnsi="Arial" w:cs="Arial"/>
          <w:sz w:val="20"/>
          <w:szCs w:val="20"/>
        </w:rPr>
        <w:t>filtrate</w:t>
      </w:r>
      <w:r w:rsidRPr="008A40A5">
        <w:rPr>
          <w:rFonts w:ascii="Arial" w:hAnsi="Arial" w:cs="Arial"/>
          <w:sz w:val="20"/>
          <w:szCs w:val="20"/>
        </w:rPr>
        <w:t xml:space="preserve"> was then centrifuged for 30min to remove the bacterial residue.</w:t>
      </w:r>
    </w:p>
    <w:p w:rsidR="00CD5479" w:rsidRPr="008A40A5" w:rsidRDefault="00E352FB" w:rsidP="00584328">
      <w:pPr>
        <w:pStyle w:val="BodyText"/>
        <w:tabs>
          <w:tab w:val="left" w:pos="360"/>
          <w:tab w:val="left" w:pos="8100"/>
        </w:tabs>
        <w:spacing w:after="240" w:line="360" w:lineRule="auto"/>
        <w:jc w:val="both"/>
        <w:rPr>
          <w:rFonts w:ascii="Arial" w:hAnsi="Arial" w:cs="Arial"/>
          <w:sz w:val="20"/>
          <w:szCs w:val="20"/>
        </w:rPr>
      </w:pPr>
      <w:r w:rsidRPr="00E352FB">
        <w:rPr>
          <w:rFonts w:ascii="Arial" w:hAnsi="Arial" w:cs="Arial"/>
          <w:noProof/>
          <w:sz w:val="20"/>
        </w:rPr>
        <w:pict>
          <v:group id="Group 85" o:spid="_x0000_s2096" style="position:absolute;left:0;text-align:left;margin-left:183.3pt;margin-top:205.75pt;width:275.3pt;height:166.65pt;z-index:-251638784;mso-wrap-distance-left:0;mso-wrap-distance-right:0;mso-position-horizontal-relative:page;mso-width-relative:margin;mso-height-relative:margin" coordorigin="47,47" coordsize="37528,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">
            <v:shape id="Image 86" o:spid="_x0000_s2098" type="#_x0000_t75" style="position:absolute;left:1011;top:551;width:35047;height:19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">
              <v:imagedata r:id="rId31" o:title=""/>
            </v:shape>
            <v:shape id="Textbox 87" o:spid="_x0000_s2097" type="#_x0000_t202" style="position:absolute;left:47;top:47;width:37529;height:24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Pr="00D0486A" w:rsidRDefault="00CD5479" w:rsidP="00CD5479">
                    <w:pPr>
                      <w:rPr>
                        <w:color w:val="EE0000"/>
                        <w:sz w:val="24"/>
                      </w:rPr>
                    </w:pPr>
                  </w:p>
                  <w:p w:rsidR="00CD5479" w:rsidRPr="00D0486A" w:rsidRDefault="00CD5479" w:rsidP="00CD5479">
                    <w:pPr>
                      <w:rPr>
                        <w:color w:val="EE0000"/>
                        <w:sz w:val="24"/>
                      </w:rPr>
                    </w:pPr>
                  </w:p>
                  <w:p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Fig.24: Filtration</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32"/>
                      <w:rPr>
                        <w:sz w:val="24"/>
                      </w:rPr>
                    </w:pPr>
                  </w:p>
                  <w:p w:rsidR="00CD5479" w:rsidRDefault="00CD5479" w:rsidP="00CD5479">
                    <w:pPr>
                      <w:ind w:left="3"/>
                      <w:jc w:val="center"/>
                      <w:rPr>
                        <w:b/>
                        <w:sz w:val="24"/>
                      </w:rPr>
                    </w:pPr>
                    <w:r>
                      <w:rPr>
                        <w:b/>
                        <w:sz w:val="24"/>
                      </w:rPr>
                      <w:t xml:space="preserve">Fig.24: </w:t>
                    </w:r>
                    <w:r>
                      <w:rPr>
                        <w:b/>
                        <w:spacing w:val="-2"/>
                        <w:sz w:val="24"/>
                      </w:rPr>
                      <w:t>Filtration</w:t>
                    </w:r>
                  </w:p>
                </w:txbxContent>
              </v:textbox>
            </v:shape>
            <w10:wrap type="topAndBottom" anchorx="page"/>
          </v:group>
        </w:pict>
      </w:r>
      <w:r w:rsidR="00CD5479" w:rsidRPr="008A40A5">
        <w:rPr>
          <w:rFonts w:ascii="Arial" w:hAnsi="Arial" w:cs="Arial"/>
          <w:sz w:val="20"/>
          <w:szCs w:val="20"/>
        </w:rPr>
        <w:t xml:space="preserve">After </w:t>
      </w:r>
      <w:r w:rsidR="006A40A0" w:rsidRPr="008A40A5">
        <w:rPr>
          <w:rFonts w:ascii="Arial" w:hAnsi="Arial" w:cs="Arial"/>
          <w:sz w:val="20"/>
          <w:szCs w:val="20"/>
        </w:rPr>
        <w:t>c</w:t>
      </w:r>
      <w:r w:rsidR="00CD5479" w:rsidRPr="008A40A5">
        <w:rPr>
          <w:rFonts w:ascii="Arial" w:hAnsi="Arial" w:cs="Arial"/>
          <w:sz w:val="20"/>
          <w:szCs w:val="20"/>
        </w:rPr>
        <w:t xml:space="preserve">entrifugation the </w:t>
      </w:r>
      <w:r w:rsidR="006A40A0" w:rsidRPr="008A40A5">
        <w:rPr>
          <w:rFonts w:ascii="Arial" w:hAnsi="Arial" w:cs="Arial"/>
          <w:sz w:val="20"/>
          <w:szCs w:val="20"/>
        </w:rPr>
        <w:t>k</w:t>
      </w:r>
      <w:r w:rsidR="00CD5479" w:rsidRPr="008A40A5">
        <w:rPr>
          <w:rFonts w:ascii="Arial" w:hAnsi="Arial" w:cs="Arial"/>
          <w:sz w:val="20"/>
          <w:szCs w:val="20"/>
        </w:rPr>
        <w:t xml:space="preserve">eratinase activity was determined in the </w:t>
      </w:r>
      <w:r w:rsidR="006A40A0" w:rsidRPr="008A40A5">
        <w:rPr>
          <w:rFonts w:ascii="Arial" w:hAnsi="Arial" w:cs="Arial"/>
          <w:sz w:val="20"/>
          <w:szCs w:val="20"/>
        </w:rPr>
        <w:t>s</w:t>
      </w:r>
      <w:r w:rsidR="00CD5479" w:rsidRPr="008A40A5">
        <w:rPr>
          <w:rFonts w:ascii="Arial" w:hAnsi="Arial" w:cs="Arial"/>
          <w:sz w:val="20"/>
          <w:szCs w:val="20"/>
        </w:rPr>
        <w:t>upernatant.</w:t>
      </w:r>
    </w:p>
    <w:p w:rsidR="00CD5479" w:rsidRPr="008A40A5" w:rsidRDefault="00584328" w:rsidP="00D0486A">
      <w:pPr>
        <w:pStyle w:val="Heading2"/>
        <w:rPr>
          <w:rFonts w:ascii="Arial" w:hAnsi="Arial" w:cs="Arial"/>
          <w:sz w:val="22"/>
          <w:szCs w:val="22"/>
        </w:rPr>
      </w:pPr>
      <w:r w:rsidRPr="008A40A5">
        <w:rPr>
          <w:rFonts w:ascii="Arial" w:hAnsi="Arial" w:cs="Arial"/>
          <w:sz w:val="22"/>
          <w:szCs w:val="22"/>
        </w:rPr>
        <w:lastRenderedPageBreak/>
        <w:t>DETERMINATION OF FEATHER DEGRADATION POTENTIAL</w:t>
      </w:r>
    </w:p>
    <w:p w:rsidR="00CD5479" w:rsidRPr="008A40A5" w:rsidRDefault="00CD5479" w:rsidP="00D0486A">
      <w:pPr>
        <w:pStyle w:val="BodyText"/>
        <w:tabs>
          <w:tab w:val="left" w:pos="360"/>
          <w:tab w:val="left" w:pos="8100"/>
        </w:tabs>
        <w:spacing w:after="240" w:line="276" w:lineRule="auto"/>
        <w:jc w:val="both"/>
        <w:rPr>
          <w:rFonts w:ascii="Arial" w:hAnsi="Arial" w:cs="Arial"/>
          <w:sz w:val="20"/>
          <w:szCs w:val="20"/>
        </w:rPr>
      </w:pPr>
      <w:r w:rsidRPr="008A40A5">
        <w:rPr>
          <w:rFonts w:ascii="Arial" w:hAnsi="Arial" w:cs="Arial"/>
          <w:sz w:val="20"/>
          <w:szCs w:val="20"/>
        </w:rPr>
        <w:t>Determining feather degradation typically involves examining the physical and chemical changes that occurs in feathers overtime.</w:t>
      </w:r>
    </w:p>
    <w:p w:rsidR="00CD5479" w:rsidRPr="008A40A5" w:rsidRDefault="0055083C" w:rsidP="00584328">
      <w:pPr>
        <w:pStyle w:val="Heading3"/>
        <w:rPr>
          <w:rFonts w:ascii="Arial" w:hAnsi="Arial" w:cs="Arial"/>
          <w:sz w:val="20"/>
          <w:szCs w:val="20"/>
        </w:rPr>
      </w:pPr>
      <w:r w:rsidRPr="008A40A5">
        <w:rPr>
          <w:rFonts w:ascii="Arial" w:hAnsi="Arial" w:cs="Arial"/>
          <w:sz w:val="20"/>
          <w:szCs w:val="20"/>
        </w:rPr>
        <w:t>ASSAY FOR KERATINASE ACTIVITY</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Each culture filtrate was centrifuged for 30 mins.</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 xml:space="preserve">20mg feather meal + 3.8 ml Phosphate Buffer + 0.2ml supernatant of culture filtrate were taken in a </w:t>
      </w:r>
      <w:r w:rsidR="006A40A0" w:rsidRPr="008A40A5">
        <w:rPr>
          <w:rFonts w:ascii="Arial" w:hAnsi="Arial" w:cs="Arial"/>
          <w:sz w:val="20"/>
          <w:szCs w:val="20"/>
        </w:rPr>
        <w:t>t</w:t>
      </w:r>
      <w:r w:rsidRPr="008A40A5">
        <w:rPr>
          <w:rFonts w:ascii="Arial" w:hAnsi="Arial" w:cs="Arial"/>
          <w:sz w:val="20"/>
          <w:szCs w:val="20"/>
        </w:rPr>
        <w:t>est-tube.</w:t>
      </w:r>
    </w:p>
    <w:p w:rsidR="00CD5479" w:rsidRPr="008A40A5" w:rsidRDefault="00E352FB" w:rsidP="00584328">
      <w:pPr>
        <w:pStyle w:val="BodyText"/>
        <w:tabs>
          <w:tab w:val="left" w:pos="360"/>
          <w:tab w:val="left" w:pos="8100"/>
        </w:tabs>
        <w:spacing w:after="240" w:line="360" w:lineRule="auto"/>
        <w:jc w:val="both"/>
        <w:rPr>
          <w:rFonts w:ascii="Arial" w:hAnsi="Arial" w:cs="Arial"/>
          <w:sz w:val="20"/>
          <w:szCs w:val="20"/>
        </w:rPr>
      </w:pPr>
      <w:r w:rsidRPr="00E352FB">
        <w:rPr>
          <w:rFonts w:ascii="Arial" w:hAnsi="Arial" w:cs="Arial"/>
          <w:noProof/>
        </w:rPr>
        <w:pict>
          <v:group id="Group 88" o:spid="_x0000_s2092" style="position:absolute;left:0;text-align:left;margin-left:25.35pt;margin-top:55.2pt;width:396.75pt;height:176.25pt;z-index:251721728" coordsize="50387,2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&#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">
            <v:shape id="Image 89" o:spid="_x0000_s2095" type="#_x0000_t75" style="position:absolute;left:1006;top:739;width:24670;height:16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">
              <v:imagedata r:id="rId32" o:title=""/>
            </v:shape>
            <v:shape id="Image 90" o:spid="_x0000_s2094" type="#_x0000_t75" style="position:absolute;left:25771;top:554;width:22860;height:16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">
              <v:imagedata r:id="rId33" o:title=""/>
            </v:shape>
            <v:shape id="Textbox 91" o:spid="_x0000_s2093" type="#_x0000_t202" style="position:absolute;left:47;top:47;width:50292;height:22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" filled="f">
              <v:textbox inset="0,0,0,0">
                <w:txbxContent>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Fig.25: After Centrifugation</w:t>
                    </w:r>
                  </w:p>
                  <w:p w:rsidR="00584328" w:rsidRDefault="00584328" w:rsidP="00584328">
                    <w:pPr>
                      <w:rPr>
                        <w:sz w:val="24"/>
                      </w:rPr>
                    </w:pPr>
                  </w:p>
                  <w:p w:rsidR="00584328" w:rsidRDefault="00584328" w:rsidP="00584328">
                    <w:pPr>
                      <w:rPr>
                        <w:sz w:val="24"/>
                      </w:rPr>
                    </w:pPr>
                  </w:p>
                  <w:p w:rsidR="00584328" w:rsidRDefault="00584328" w:rsidP="00584328">
                    <w:pPr>
                      <w:rPr>
                        <w:sz w:val="24"/>
                      </w:rPr>
                    </w:pPr>
                  </w:p>
                  <w:p w:rsidR="00584328" w:rsidRDefault="00584328" w:rsidP="00584328">
                    <w:pPr>
                      <w:spacing w:before="163"/>
                      <w:rPr>
                        <w:sz w:val="24"/>
                      </w:rPr>
                    </w:pPr>
                  </w:p>
                  <w:p w:rsidR="00584328" w:rsidRDefault="00584328" w:rsidP="00584328">
                    <w:pPr>
                      <w:spacing w:before="1"/>
                      <w:ind w:right="2"/>
                      <w:jc w:val="center"/>
                      <w:rPr>
                        <w:b/>
                        <w:sz w:val="24"/>
                      </w:rPr>
                    </w:pPr>
                    <w:r>
                      <w:rPr>
                        <w:b/>
                        <w:sz w:val="24"/>
                      </w:rPr>
                      <w:t>Fig.25:After</w:t>
                    </w:r>
                    <w:r>
                      <w:rPr>
                        <w:b/>
                        <w:spacing w:val="-2"/>
                        <w:sz w:val="24"/>
                      </w:rPr>
                      <w:t>Centrifugation</w:t>
                    </w:r>
                  </w:p>
                </w:txbxContent>
              </v:textbox>
            </v:shape>
            <w10:wrap type="topAndBottom"/>
          </v:group>
        </w:pict>
      </w:r>
      <w:r w:rsidR="00CD5479" w:rsidRPr="008A40A5">
        <w:rPr>
          <w:rFonts w:ascii="Arial" w:hAnsi="Arial" w:cs="Arial"/>
          <w:sz w:val="20"/>
          <w:szCs w:val="20"/>
        </w:rPr>
        <w:t>Negative control contain– 20mg feather meal + 3.8ml Phosphate buffer + 0.2 ml Distilled water. Positive control contain– 20mg feather meal + 3.8ml Phosphate buffer + 0.2 ml Distilled water + 4g herbal hair removal powder.</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The tubes were incubated at 30°c for 1 hour. After incubation the tubes were kept in chilled ice water for 10 mins.</w:t>
      </w:r>
    </w:p>
    <w:p w:rsidR="00CD5479" w:rsidRPr="008A40A5" w:rsidRDefault="00E352FB" w:rsidP="00584328">
      <w:pPr>
        <w:pStyle w:val="BodyText"/>
        <w:tabs>
          <w:tab w:val="left" w:pos="360"/>
          <w:tab w:val="left" w:pos="8100"/>
        </w:tabs>
        <w:spacing w:after="240" w:line="360" w:lineRule="auto"/>
        <w:jc w:val="both"/>
        <w:rPr>
          <w:rFonts w:ascii="Arial" w:hAnsi="Arial" w:cs="Arial"/>
          <w:sz w:val="20"/>
          <w:szCs w:val="20"/>
        </w:rPr>
      </w:pPr>
      <w:r w:rsidRPr="00E352FB">
        <w:rPr>
          <w:rFonts w:ascii="Arial" w:hAnsi="Arial" w:cs="Arial"/>
          <w:noProof/>
          <w:position w:val="5"/>
          <w:sz w:val="20"/>
        </w:rPr>
        <w:pict>
          <v:group id="Group 95" o:spid="_x0000_s2089" style="position:absolute;left:0;text-align:left;margin-left:244.75pt;margin-top:32.45pt;width:188.25pt;height:186.75pt;z-index:251720704" coordsize="23907,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&#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">
            <v:shape id="Image 96" o:spid="_x0000_s2091" type="#_x0000_t75" style="position:absolute;left:1006;top:551;width:21894;height:17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">
              <v:imagedata r:id="rId34" o:title=""/>
            </v:shape>
            <v:shape id="Textbox 97" o:spid="_x0000_s2090" type="#_x0000_t202" style="position:absolute;left:47;top:47;width:23813;height:23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584328" w:rsidRPr="00584328" w:rsidRDefault="00584328" w:rsidP="00CD5479">
                    <w:pPr>
                      <w:rPr>
                        <w:sz w:val="12"/>
                        <w:szCs w:val="10"/>
                      </w:rPr>
                    </w:pPr>
                  </w:p>
                  <w:p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Fig.27: Tubes Chilled in ice water for 10 mins</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232"/>
                      <w:rPr>
                        <w:sz w:val="24"/>
                      </w:rPr>
                    </w:pPr>
                  </w:p>
                  <w:p w:rsidR="00CD5479" w:rsidRDefault="00CD5479" w:rsidP="00CD5479">
                    <w:pPr>
                      <w:ind w:left="143"/>
                      <w:rPr>
                        <w:b/>
                        <w:sz w:val="24"/>
                      </w:rPr>
                    </w:pPr>
                    <w:r>
                      <w:rPr>
                        <w:b/>
                        <w:sz w:val="24"/>
                      </w:rPr>
                      <w:t>Fig.27:TubesChilledinicewater for 10 mins</w:t>
                    </w:r>
                  </w:p>
                </w:txbxContent>
              </v:textbox>
            </v:shape>
            <w10:wrap type="topAndBottom"/>
          </v:group>
        </w:pict>
      </w:r>
      <w:r w:rsidRPr="00E352FB">
        <w:rPr>
          <w:rFonts w:ascii="Arial" w:hAnsi="Arial" w:cs="Arial"/>
          <w:noProof/>
          <w:sz w:val="20"/>
        </w:rPr>
        <w:pict>
          <v:group id="Group 92" o:spid="_x0000_s2086" style="position:absolute;left:0;text-align:left;margin-left:8.05pt;margin-top:32.3pt;width:186.15pt;height:189.75pt;z-index:251719680" coordsize="23641,24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">
            <v:shape id="Image 93" o:spid="_x0000_s2088" type="#_x0000_t75" style="position:absolute;left:1007;top:551;width:21626;height:18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">
              <v:imagedata r:id="rId35" o:title=""/>
            </v:shape>
            <v:shape id="Textbox 94" o:spid="_x0000_s2087" type="#_x0000_t202" style="position:absolute;left:47;top:47;width:23546;height:240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p0xQAAANsAAAAPAAAAZHJzL2Rvd25yZXYueG1sRI9Ba8JA&#10;FITvhf6H5RW8FN1YR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DXNBp0xQAAANsAAAAP&#10;AAAAAAAAAAAAAAAAAAcCAABkcnMvZG93bnJldi54bWxQSwUGAAAAAAMAAwC3AAAA+QI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Fig.26: Keratinase assay tubes</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216"/>
                      <w:rPr>
                        <w:sz w:val="24"/>
                      </w:rPr>
                    </w:pPr>
                  </w:p>
                  <w:p w:rsidR="00CD5479" w:rsidRDefault="00CD5479" w:rsidP="00CD5479">
                    <w:pPr>
                      <w:ind w:left="144"/>
                      <w:rPr>
                        <w:b/>
                        <w:sz w:val="24"/>
                      </w:rPr>
                    </w:pPr>
                    <w:r>
                      <w:rPr>
                        <w:b/>
                        <w:sz w:val="24"/>
                      </w:rPr>
                      <w:t>Fig.26:Keratinaseassay</w:t>
                    </w:r>
                    <w:r>
                      <w:rPr>
                        <w:b/>
                        <w:spacing w:val="-2"/>
                        <w:sz w:val="24"/>
                      </w:rPr>
                      <w:t>tubes</w:t>
                    </w:r>
                  </w:p>
                </w:txbxContent>
              </v:textbox>
            </v:shape>
            <w10:wrap type="topAndBottom"/>
          </v:group>
        </w:pict>
      </w:r>
      <w:r w:rsidR="00CD5479" w:rsidRPr="008A40A5">
        <w:rPr>
          <w:rFonts w:ascii="Arial" w:hAnsi="Arial" w:cs="Arial"/>
          <w:sz w:val="20"/>
          <w:szCs w:val="20"/>
        </w:rPr>
        <w:t>The filtrate was then filter and OD was taken at 280nm on spectrometer.</w:t>
      </w:r>
    </w:p>
    <w:p w:rsidR="00CD5479" w:rsidRPr="008A40A5" w:rsidRDefault="00CD5479" w:rsidP="00584328">
      <w:pPr>
        <w:tabs>
          <w:tab w:val="left" w:pos="360"/>
          <w:tab w:val="left" w:pos="5782"/>
          <w:tab w:val="left" w:pos="8100"/>
        </w:tabs>
        <w:spacing w:after="240"/>
        <w:rPr>
          <w:rFonts w:ascii="Arial" w:hAnsi="Arial" w:cs="Arial"/>
          <w:position w:val="5"/>
          <w:sz w:val="20"/>
        </w:rPr>
      </w:pPr>
      <w:r w:rsidRPr="008A40A5">
        <w:rPr>
          <w:rFonts w:ascii="Arial" w:hAnsi="Arial" w:cs="Arial"/>
          <w:sz w:val="20"/>
        </w:rPr>
        <w:lastRenderedPageBreak/>
        <w:tab/>
      </w:r>
    </w:p>
    <w:p w:rsidR="00CD5479" w:rsidRPr="008A40A5" w:rsidRDefault="00E352FB" w:rsidP="00584328">
      <w:pPr>
        <w:pStyle w:val="BodyText"/>
        <w:tabs>
          <w:tab w:val="left" w:pos="360"/>
          <w:tab w:val="left" w:pos="8100"/>
        </w:tabs>
        <w:spacing w:after="240"/>
        <w:rPr>
          <w:rFonts w:ascii="Arial" w:hAnsi="Arial" w:cs="Arial"/>
        </w:rPr>
      </w:pPr>
      <w:r w:rsidRPr="00E352FB">
        <w:rPr>
          <w:rFonts w:ascii="Arial" w:hAnsi="Arial" w:cs="Arial"/>
          <w:noProof/>
          <w:sz w:val="20"/>
        </w:rPr>
        <w:pict>
          <v:group id="Group 98" o:spid="_x0000_s2083" style="position:absolute;margin-left:137.6pt;margin-top:24.1pt;width:120.75pt;height:183.25pt;z-index:-251637760;mso-wrap-distance-left:0;mso-wrap-distance-right:0;mso-position-horizontal-relative:page;mso-height-relative:margin" coordsize="15335,22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">
            <v:shape id="Image 99" o:spid="_x0000_s2085" type="#_x0000_t75" style="position:absolute;left:1007;top:556;width:13320;height:16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">
              <v:imagedata r:id="rId36" o:title=""/>
            </v:shape>
            <v:shape id="Textbox 100" o:spid="_x0000_s2084" type="#_x0000_t202" style="position:absolute;left:47;top:47;width:15240;height:220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Fig.28: Negative and Positive control</w:t>
                    </w:r>
                  </w:p>
                  <w:p w:rsidR="00FB20C8" w:rsidRDefault="00FB20C8" w:rsidP="00CD5479">
                    <w:pPr>
                      <w:rPr>
                        <w:sz w:val="24"/>
                      </w:rPr>
                    </w:pPr>
                  </w:p>
                  <w:p w:rsidR="00CD5479" w:rsidRDefault="00CD5479" w:rsidP="00CD5479">
                    <w:pPr>
                      <w:rPr>
                        <w:sz w:val="24"/>
                      </w:rPr>
                    </w:pPr>
                  </w:p>
                  <w:p w:rsidR="00CD5479" w:rsidRDefault="00CD5479" w:rsidP="00CD5479">
                    <w:pPr>
                      <w:spacing w:before="191"/>
                      <w:rPr>
                        <w:sz w:val="24"/>
                      </w:rPr>
                    </w:pPr>
                  </w:p>
                  <w:p w:rsidR="00CD5479" w:rsidRDefault="00CD5479" w:rsidP="00CD5479">
                    <w:pPr>
                      <w:ind w:left="144" w:right="202"/>
                      <w:rPr>
                        <w:b/>
                        <w:sz w:val="24"/>
                      </w:rPr>
                    </w:pPr>
                    <w:r>
                      <w:rPr>
                        <w:b/>
                        <w:sz w:val="24"/>
                      </w:rPr>
                      <w:t>Fig.28: Negative andPositivecontrol</w:t>
                    </w:r>
                  </w:p>
                </w:txbxContent>
              </v:textbox>
            </v:shape>
            <w10:wrap type="topAndBottom" anchorx="page"/>
          </v:group>
        </w:pict>
      </w:r>
      <w:r w:rsidRPr="00E352FB">
        <w:rPr>
          <w:rFonts w:ascii="Arial" w:hAnsi="Arial" w:cs="Arial"/>
          <w:noProof/>
          <w:sz w:val="20"/>
        </w:rPr>
        <w:pict>
          <v:group id="Group 101" o:spid="_x0000_s2080" style="position:absolute;margin-left:348.05pt;margin-top:21.65pt;width:121.5pt;height:176.6pt;z-index:-251636736;mso-wrap-distance-left:0;mso-wrap-distance-right:0;mso-position-horizontal-relative:page" coordsize="15430,2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">
            <v:shape id="Image 102" o:spid="_x0000_s2082" type="#_x0000_t75" style="position:absolute;left:1011;top:555;width:13411;height:16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">
              <v:imagedata r:id="rId37" o:title=""/>
            </v:shape>
            <v:shape id="Textbox 103" o:spid="_x0000_s2081" type="#_x0000_t202" style="position:absolute;left:47;top:47;width:15335;height:22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Fig.29: Hair removal powder</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87"/>
                      <w:rPr>
                        <w:sz w:val="24"/>
                      </w:rPr>
                    </w:pPr>
                  </w:p>
                  <w:p w:rsidR="00CD5479" w:rsidRDefault="00CD5479" w:rsidP="00CD5479">
                    <w:pPr>
                      <w:ind w:left="145" w:right="582"/>
                      <w:rPr>
                        <w:b/>
                        <w:sz w:val="24"/>
                      </w:rPr>
                    </w:pPr>
                    <w:r>
                      <w:rPr>
                        <w:b/>
                        <w:sz w:val="24"/>
                      </w:rPr>
                      <w:t>Fig.29: Hair removalpowder</w:t>
                    </w:r>
                  </w:p>
                </w:txbxContent>
              </v:textbox>
            </v:shape>
            <w10:wrap type="topAndBottom" anchorx="page"/>
          </v:group>
        </w:pict>
      </w:r>
    </w:p>
    <w:p w:rsidR="00584328" w:rsidRPr="008A40A5" w:rsidRDefault="00584328" w:rsidP="00584328">
      <w:pPr>
        <w:pStyle w:val="Heading2"/>
        <w:numPr>
          <w:ilvl w:val="0"/>
          <w:numId w:val="0"/>
        </w:numPr>
        <w:tabs>
          <w:tab w:val="left" w:pos="360"/>
          <w:tab w:val="left" w:pos="8100"/>
        </w:tabs>
        <w:spacing w:before="0" w:after="240"/>
        <w:rPr>
          <w:rFonts w:ascii="Arial" w:hAnsi="Arial" w:cs="Arial"/>
          <w:smallCaps w:val="0"/>
          <w:sz w:val="22"/>
          <w:szCs w:val="22"/>
        </w:rPr>
      </w:pPr>
    </w:p>
    <w:p w:rsidR="00CD5479" w:rsidRPr="008A40A5" w:rsidRDefault="0055083C" w:rsidP="00584328">
      <w:pPr>
        <w:pStyle w:val="Heading3"/>
        <w:rPr>
          <w:rFonts w:ascii="Arial" w:hAnsi="Arial" w:cs="Arial"/>
          <w:sz w:val="20"/>
          <w:szCs w:val="20"/>
        </w:rPr>
      </w:pPr>
      <w:r w:rsidRPr="008A40A5">
        <w:rPr>
          <w:rFonts w:ascii="Arial" w:hAnsi="Arial" w:cs="Arial"/>
          <w:sz w:val="20"/>
          <w:szCs w:val="20"/>
        </w:rPr>
        <w:t xml:space="preserve">OPTICAL DENSITY AT 280 </w:t>
      </w:r>
      <w:r w:rsidR="00584328" w:rsidRPr="008A40A5">
        <w:rPr>
          <w:rFonts w:ascii="Arial" w:hAnsi="Arial" w:cs="Arial"/>
          <w:sz w:val="20"/>
          <w:szCs w:val="20"/>
        </w:rPr>
        <w:t>Nm</w:t>
      </w:r>
    </w:p>
    <w:p w:rsidR="00584328" w:rsidRPr="008A40A5" w:rsidRDefault="00CD5479" w:rsidP="00584328">
      <w:pPr>
        <w:pStyle w:val="BodyText"/>
        <w:tabs>
          <w:tab w:val="left" w:pos="360"/>
          <w:tab w:val="left" w:pos="8100"/>
        </w:tabs>
        <w:spacing w:after="0" w:line="360" w:lineRule="auto"/>
        <w:jc w:val="both"/>
        <w:rPr>
          <w:rFonts w:ascii="Arial" w:hAnsi="Arial" w:cs="Arial"/>
          <w:sz w:val="20"/>
          <w:szCs w:val="20"/>
        </w:rPr>
      </w:pPr>
      <w:r w:rsidRPr="008A40A5">
        <w:rPr>
          <w:rFonts w:ascii="Arial" w:hAnsi="Arial" w:cs="Arial"/>
          <w:sz w:val="20"/>
          <w:szCs w:val="20"/>
        </w:rPr>
        <w:t xml:space="preserve">Negative control – 0.14 </w:t>
      </w:r>
    </w:p>
    <w:p w:rsidR="00CD5479" w:rsidRPr="008A40A5" w:rsidRDefault="00CD5479" w:rsidP="00584328">
      <w:pPr>
        <w:pStyle w:val="BodyText"/>
        <w:tabs>
          <w:tab w:val="left" w:pos="360"/>
          <w:tab w:val="left" w:pos="8100"/>
        </w:tabs>
        <w:spacing w:after="0" w:line="360" w:lineRule="auto"/>
        <w:jc w:val="both"/>
        <w:rPr>
          <w:rFonts w:ascii="Arial" w:hAnsi="Arial" w:cs="Arial"/>
          <w:sz w:val="20"/>
          <w:szCs w:val="20"/>
        </w:rPr>
      </w:pPr>
      <w:r w:rsidRPr="008A40A5">
        <w:rPr>
          <w:rFonts w:ascii="Arial" w:hAnsi="Arial" w:cs="Arial"/>
          <w:sz w:val="20"/>
          <w:szCs w:val="20"/>
        </w:rPr>
        <w:t>Positive control – 1.365</w:t>
      </w:r>
    </w:p>
    <w:p w:rsidR="00CD5479" w:rsidRPr="008A40A5" w:rsidRDefault="0055083C" w:rsidP="00584328">
      <w:pPr>
        <w:pStyle w:val="Heading3"/>
        <w:rPr>
          <w:rFonts w:ascii="Arial" w:hAnsi="Arial" w:cs="Arial"/>
          <w:sz w:val="20"/>
          <w:szCs w:val="20"/>
        </w:rPr>
      </w:pPr>
      <w:r w:rsidRPr="008A40A5">
        <w:rPr>
          <w:rFonts w:ascii="Arial" w:hAnsi="Arial" w:cs="Arial"/>
          <w:sz w:val="20"/>
          <w:szCs w:val="20"/>
        </w:rPr>
        <w:t>CALCULATIONS:</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Enzyme Units per ml = Optical Density x total volume used x dilution rate (0.1) x incubation time. (Tripti Jha, 2017)</w:t>
      </w:r>
    </w:p>
    <w:p w:rsidR="00DF3CBC" w:rsidRPr="008A40A5" w:rsidRDefault="00DF3CBC" w:rsidP="00DF3CBC">
      <w:pPr>
        <w:pStyle w:val="BodyText"/>
        <w:tabs>
          <w:tab w:val="left" w:pos="360"/>
          <w:tab w:val="left" w:pos="8100"/>
        </w:tabs>
        <w:spacing w:after="240" w:line="360" w:lineRule="auto"/>
        <w:jc w:val="center"/>
        <w:rPr>
          <w:rFonts w:ascii="Arial" w:hAnsi="Arial" w:cs="Arial"/>
          <w:sz w:val="20"/>
          <w:szCs w:val="20"/>
        </w:rPr>
      </w:pPr>
      <w:r w:rsidRPr="008A40A5">
        <w:rPr>
          <w:rFonts w:ascii="Arial" w:hAnsi="Arial" w:cs="Arial"/>
          <w:sz w:val="20"/>
          <w:szCs w:val="20"/>
        </w:rPr>
        <w:t>Table 1: Keratinase activity of different samples</w:t>
      </w:r>
    </w:p>
    <w:tbl>
      <w:tblPr>
        <w:tblStyle w:val="TableGrid"/>
        <w:tblW w:w="0" w:type="auto"/>
        <w:tblInd w:w="1887" w:type="dxa"/>
        <w:tblLook w:val="04A0"/>
      </w:tblPr>
      <w:tblGrid>
        <w:gridCol w:w="1082"/>
        <w:gridCol w:w="1528"/>
        <w:gridCol w:w="2250"/>
      </w:tblGrid>
      <w:tr w:rsidR="0075193F" w:rsidRPr="008A40A5" w:rsidTr="00DF3CBC">
        <w:trPr>
          <w:trHeight w:val="377"/>
        </w:trPr>
        <w:tc>
          <w:tcPr>
            <w:tcW w:w="1082" w:type="dxa"/>
            <w:vAlign w:val="center"/>
          </w:tcPr>
          <w:p w:rsidR="0075193F" w:rsidRPr="008A40A5" w:rsidRDefault="0075193F" w:rsidP="00D0486A">
            <w:pPr>
              <w:pStyle w:val="BodyText"/>
              <w:tabs>
                <w:tab w:val="left" w:pos="360"/>
                <w:tab w:val="left" w:pos="8100"/>
              </w:tabs>
              <w:spacing w:after="0"/>
              <w:jc w:val="center"/>
              <w:rPr>
                <w:rFonts w:ascii="Arial" w:hAnsi="Arial" w:cs="Arial"/>
                <w:b/>
                <w:bCs/>
                <w:sz w:val="20"/>
                <w:szCs w:val="20"/>
              </w:rPr>
            </w:pPr>
            <w:r w:rsidRPr="008A40A5">
              <w:rPr>
                <w:rFonts w:ascii="Arial" w:hAnsi="Arial" w:cs="Arial"/>
                <w:b/>
                <w:bCs/>
                <w:sz w:val="20"/>
                <w:szCs w:val="20"/>
              </w:rPr>
              <w:t>Sr. no.</w:t>
            </w:r>
          </w:p>
        </w:tc>
        <w:tc>
          <w:tcPr>
            <w:tcW w:w="1528" w:type="dxa"/>
            <w:vAlign w:val="center"/>
          </w:tcPr>
          <w:p w:rsidR="0075193F" w:rsidRPr="008A40A5" w:rsidRDefault="0075193F" w:rsidP="00D0486A">
            <w:pPr>
              <w:pStyle w:val="BodyText"/>
              <w:tabs>
                <w:tab w:val="left" w:pos="360"/>
                <w:tab w:val="left" w:pos="8100"/>
              </w:tabs>
              <w:spacing w:after="0"/>
              <w:jc w:val="center"/>
              <w:rPr>
                <w:rFonts w:ascii="Arial" w:hAnsi="Arial" w:cs="Arial"/>
                <w:b/>
                <w:bCs/>
                <w:sz w:val="20"/>
                <w:szCs w:val="20"/>
              </w:rPr>
            </w:pPr>
            <w:r w:rsidRPr="008A40A5">
              <w:rPr>
                <w:rFonts w:ascii="Arial" w:hAnsi="Arial" w:cs="Arial"/>
                <w:b/>
                <w:bCs/>
                <w:sz w:val="20"/>
                <w:szCs w:val="20"/>
              </w:rPr>
              <w:t>Samples</w:t>
            </w:r>
          </w:p>
        </w:tc>
        <w:tc>
          <w:tcPr>
            <w:tcW w:w="2250" w:type="dxa"/>
            <w:vAlign w:val="center"/>
          </w:tcPr>
          <w:p w:rsidR="0075193F" w:rsidRPr="008A40A5" w:rsidRDefault="0075193F" w:rsidP="00D0486A">
            <w:pPr>
              <w:pStyle w:val="BodyText"/>
              <w:tabs>
                <w:tab w:val="left" w:pos="360"/>
                <w:tab w:val="left" w:pos="8100"/>
              </w:tabs>
              <w:spacing w:after="0"/>
              <w:jc w:val="center"/>
              <w:rPr>
                <w:rFonts w:ascii="Arial" w:hAnsi="Arial" w:cs="Arial"/>
                <w:b/>
                <w:bCs/>
                <w:sz w:val="20"/>
                <w:szCs w:val="20"/>
              </w:rPr>
            </w:pPr>
            <w:r w:rsidRPr="008A40A5">
              <w:rPr>
                <w:rFonts w:ascii="Arial" w:hAnsi="Arial" w:cs="Arial"/>
                <w:b/>
                <w:bCs/>
                <w:sz w:val="20"/>
                <w:szCs w:val="20"/>
              </w:rPr>
              <w:t>Keratinaseactivity</w:t>
            </w:r>
          </w:p>
        </w:tc>
      </w:tr>
      <w:tr w:rsidR="0075193F" w:rsidRPr="008A40A5" w:rsidTr="00DF3CBC">
        <w:trPr>
          <w:trHeight w:val="288"/>
        </w:trPr>
        <w:tc>
          <w:tcPr>
            <w:tcW w:w="1082"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w:t>
            </w:r>
          </w:p>
        </w:tc>
        <w:tc>
          <w:tcPr>
            <w:tcW w:w="1528"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S1</w:t>
            </w:r>
          </w:p>
        </w:tc>
        <w:tc>
          <w:tcPr>
            <w:tcW w:w="2250"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 xml:space="preserve">28.44 U/ ml / </w:t>
            </w:r>
            <w:r w:rsidRPr="008A40A5">
              <w:rPr>
                <w:rFonts w:ascii="Arial" w:hAnsi="Arial" w:cs="Arial"/>
                <w:spacing w:val="-5"/>
                <w:sz w:val="20"/>
                <w:szCs w:val="20"/>
              </w:rPr>
              <w:t>min</w:t>
            </w:r>
          </w:p>
        </w:tc>
      </w:tr>
      <w:tr w:rsidR="0075193F" w:rsidRPr="008A40A5" w:rsidTr="00DF3CBC">
        <w:trPr>
          <w:trHeight w:val="288"/>
        </w:trPr>
        <w:tc>
          <w:tcPr>
            <w:tcW w:w="1082"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w:t>
            </w:r>
          </w:p>
        </w:tc>
        <w:tc>
          <w:tcPr>
            <w:tcW w:w="1528"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S2</w:t>
            </w:r>
          </w:p>
        </w:tc>
        <w:tc>
          <w:tcPr>
            <w:tcW w:w="2250"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 xml:space="preserve">16.68 U/ ml / </w:t>
            </w:r>
            <w:r w:rsidRPr="008A40A5">
              <w:rPr>
                <w:rFonts w:ascii="Arial" w:hAnsi="Arial" w:cs="Arial"/>
                <w:spacing w:val="-5"/>
                <w:sz w:val="20"/>
                <w:szCs w:val="20"/>
              </w:rPr>
              <w:t>min</w:t>
            </w:r>
          </w:p>
        </w:tc>
      </w:tr>
      <w:tr w:rsidR="0075193F" w:rsidRPr="008A40A5" w:rsidTr="00DF3CBC">
        <w:trPr>
          <w:trHeight w:val="288"/>
        </w:trPr>
        <w:tc>
          <w:tcPr>
            <w:tcW w:w="1082"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3</w:t>
            </w:r>
          </w:p>
        </w:tc>
        <w:tc>
          <w:tcPr>
            <w:tcW w:w="1528"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S3</w:t>
            </w:r>
          </w:p>
        </w:tc>
        <w:tc>
          <w:tcPr>
            <w:tcW w:w="2250"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 xml:space="preserve">25.32 U/ ml / </w:t>
            </w:r>
            <w:r w:rsidRPr="008A40A5">
              <w:rPr>
                <w:rFonts w:ascii="Arial" w:hAnsi="Arial" w:cs="Arial"/>
                <w:spacing w:val="-5"/>
                <w:sz w:val="20"/>
                <w:szCs w:val="20"/>
              </w:rPr>
              <w:t>min</w:t>
            </w:r>
          </w:p>
        </w:tc>
      </w:tr>
      <w:tr w:rsidR="0075193F" w:rsidRPr="008A40A5" w:rsidTr="00DF3CBC">
        <w:trPr>
          <w:trHeight w:val="288"/>
        </w:trPr>
        <w:tc>
          <w:tcPr>
            <w:tcW w:w="1082"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4</w:t>
            </w:r>
          </w:p>
        </w:tc>
        <w:tc>
          <w:tcPr>
            <w:tcW w:w="1528"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S4</w:t>
            </w:r>
          </w:p>
        </w:tc>
        <w:tc>
          <w:tcPr>
            <w:tcW w:w="2250"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 xml:space="preserve">21.86 U/ ml / </w:t>
            </w:r>
            <w:r w:rsidRPr="008A40A5">
              <w:rPr>
                <w:rFonts w:ascii="Arial" w:hAnsi="Arial" w:cs="Arial"/>
                <w:spacing w:val="-5"/>
                <w:sz w:val="20"/>
                <w:szCs w:val="20"/>
              </w:rPr>
              <w:t>min</w:t>
            </w:r>
          </w:p>
        </w:tc>
      </w:tr>
      <w:tr w:rsidR="0075193F" w:rsidRPr="008A40A5" w:rsidTr="00DF3CBC">
        <w:trPr>
          <w:trHeight w:val="288"/>
        </w:trPr>
        <w:tc>
          <w:tcPr>
            <w:tcW w:w="1082"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5</w:t>
            </w:r>
          </w:p>
        </w:tc>
        <w:tc>
          <w:tcPr>
            <w:tcW w:w="1528"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S5</w:t>
            </w:r>
          </w:p>
        </w:tc>
        <w:tc>
          <w:tcPr>
            <w:tcW w:w="2250"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 xml:space="preserve">23.37 U/ ml / </w:t>
            </w:r>
            <w:r w:rsidRPr="008A40A5">
              <w:rPr>
                <w:rFonts w:ascii="Arial" w:hAnsi="Arial" w:cs="Arial"/>
                <w:spacing w:val="-5"/>
                <w:sz w:val="20"/>
                <w:szCs w:val="20"/>
              </w:rPr>
              <w:t>min</w:t>
            </w:r>
          </w:p>
        </w:tc>
      </w:tr>
      <w:tr w:rsidR="0075193F" w:rsidRPr="008A40A5" w:rsidTr="00DF3CBC">
        <w:trPr>
          <w:trHeight w:val="288"/>
        </w:trPr>
        <w:tc>
          <w:tcPr>
            <w:tcW w:w="1082"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6</w:t>
            </w:r>
          </w:p>
        </w:tc>
        <w:tc>
          <w:tcPr>
            <w:tcW w:w="1528"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C1</w:t>
            </w:r>
          </w:p>
        </w:tc>
        <w:tc>
          <w:tcPr>
            <w:tcW w:w="2250"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 xml:space="preserve">29.28 U/ ml / </w:t>
            </w:r>
            <w:r w:rsidRPr="008A40A5">
              <w:rPr>
                <w:rFonts w:ascii="Arial" w:hAnsi="Arial" w:cs="Arial"/>
                <w:spacing w:val="-5"/>
                <w:sz w:val="20"/>
                <w:szCs w:val="20"/>
              </w:rPr>
              <w:t>min</w:t>
            </w:r>
          </w:p>
        </w:tc>
      </w:tr>
      <w:tr w:rsidR="0075193F" w:rsidRPr="008A40A5" w:rsidTr="00DF3CBC">
        <w:trPr>
          <w:trHeight w:val="288"/>
        </w:trPr>
        <w:tc>
          <w:tcPr>
            <w:tcW w:w="1082"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7</w:t>
            </w:r>
          </w:p>
        </w:tc>
        <w:tc>
          <w:tcPr>
            <w:tcW w:w="1528"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C2</w:t>
            </w:r>
          </w:p>
        </w:tc>
        <w:tc>
          <w:tcPr>
            <w:tcW w:w="2250"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 xml:space="preserve">23.78 U/ ml / </w:t>
            </w:r>
            <w:r w:rsidRPr="008A40A5">
              <w:rPr>
                <w:rFonts w:ascii="Arial" w:hAnsi="Arial" w:cs="Arial"/>
                <w:spacing w:val="-5"/>
                <w:sz w:val="20"/>
                <w:szCs w:val="20"/>
              </w:rPr>
              <w:t>min</w:t>
            </w:r>
          </w:p>
        </w:tc>
      </w:tr>
      <w:tr w:rsidR="0075193F" w:rsidRPr="008A40A5" w:rsidTr="00DF3CBC">
        <w:trPr>
          <w:trHeight w:val="288"/>
        </w:trPr>
        <w:tc>
          <w:tcPr>
            <w:tcW w:w="1082"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8</w:t>
            </w:r>
          </w:p>
        </w:tc>
        <w:tc>
          <w:tcPr>
            <w:tcW w:w="1528"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C3</w:t>
            </w:r>
          </w:p>
        </w:tc>
        <w:tc>
          <w:tcPr>
            <w:tcW w:w="2250"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 xml:space="preserve">36.136 U/ ml / </w:t>
            </w:r>
            <w:r w:rsidRPr="008A40A5">
              <w:rPr>
                <w:rFonts w:ascii="Arial" w:hAnsi="Arial" w:cs="Arial"/>
                <w:spacing w:val="-5"/>
                <w:sz w:val="20"/>
                <w:szCs w:val="20"/>
              </w:rPr>
              <w:t>min</w:t>
            </w:r>
          </w:p>
        </w:tc>
      </w:tr>
      <w:tr w:rsidR="0075193F" w:rsidRPr="008A40A5" w:rsidTr="00DF3CBC">
        <w:trPr>
          <w:trHeight w:val="288"/>
        </w:trPr>
        <w:tc>
          <w:tcPr>
            <w:tcW w:w="1082"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9</w:t>
            </w:r>
          </w:p>
        </w:tc>
        <w:tc>
          <w:tcPr>
            <w:tcW w:w="1528"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C4</w:t>
            </w:r>
          </w:p>
        </w:tc>
        <w:tc>
          <w:tcPr>
            <w:tcW w:w="2250" w:type="dxa"/>
            <w:vAlign w:val="center"/>
          </w:tcPr>
          <w:p w:rsidR="0075193F" w:rsidRPr="008A40A5" w:rsidRDefault="0075193F"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 xml:space="preserve">36.136 U/ ml / </w:t>
            </w:r>
            <w:r w:rsidRPr="008A40A5">
              <w:rPr>
                <w:rFonts w:ascii="Arial" w:hAnsi="Arial" w:cs="Arial"/>
                <w:spacing w:val="-5"/>
                <w:sz w:val="20"/>
                <w:szCs w:val="20"/>
              </w:rPr>
              <w:t>min</w:t>
            </w:r>
          </w:p>
        </w:tc>
      </w:tr>
    </w:tbl>
    <w:p w:rsidR="006D7B56" w:rsidRPr="008A40A5" w:rsidRDefault="00E352FB" w:rsidP="00584328">
      <w:pPr>
        <w:pStyle w:val="BodyText"/>
        <w:tabs>
          <w:tab w:val="left" w:pos="360"/>
          <w:tab w:val="left" w:pos="8100"/>
        </w:tabs>
        <w:spacing w:after="240"/>
        <w:rPr>
          <w:rFonts w:ascii="Arial" w:hAnsi="Arial" w:cs="Arial"/>
        </w:rPr>
      </w:pPr>
      <w:r w:rsidRPr="00E352FB">
        <w:rPr>
          <w:rFonts w:ascii="Arial" w:hAnsi="Arial" w:cs="Arial"/>
          <w:noProof/>
          <w:sz w:val="20"/>
        </w:rPr>
        <w:lastRenderedPageBreak/>
        <w:pict>
          <v:group id="Group 104" o:spid="_x0000_s2077" style="position:absolute;margin-left:122.6pt;margin-top:18.65pt;width:319.5pt;height:203.25pt;z-index:-251635712;mso-wrap-distance-left:0;mso-wrap-distance-right:0;mso-position-horizontal-relative:page;mso-position-vertical-relative:text" coordsize="40576,25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">
            <v:shape id="Image 105" o:spid="_x0000_s2079" type="#_x0000_t75" style="position:absolute;left:1007;top:550;width:38557;height:20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">
              <v:imagedata r:id="rId38" o:title=""/>
            </v:shape>
            <v:shape id="Textbox 106" o:spid="_x0000_s2078" type="#_x0000_t202" style="position:absolute;left:47;top:47;width:40481;height:25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" filled="f">
              <v:textbox inset="0,0,0,0">
                <w:txbxContent>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75193F" w:rsidRPr="00584328" w:rsidRDefault="0075193F" w:rsidP="00584328">
                    <w:pPr>
                      <w:ind w:left="142"/>
                      <w:jc w:val="center"/>
                      <w:rPr>
                        <w:rFonts w:ascii="Arial" w:hAnsi="Arial" w:cs="Arial"/>
                        <w:bCs/>
                        <w:sz w:val="20"/>
                        <w:szCs w:val="18"/>
                      </w:rPr>
                    </w:pPr>
                    <w:r w:rsidRPr="00584328">
                      <w:rPr>
                        <w:rFonts w:ascii="Arial" w:hAnsi="Arial" w:cs="Arial"/>
                        <w:bCs/>
                        <w:sz w:val="20"/>
                        <w:szCs w:val="18"/>
                      </w:rPr>
                      <w:t>Fig.30: Keratinase enzyme activity assay</w:t>
                    </w: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rPr>
                        <w:sz w:val="24"/>
                      </w:rPr>
                    </w:pPr>
                  </w:p>
                  <w:p w:rsidR="00CD5479" w:rsidRDefault="00CD5479" w:rsidP="00CD5479">
                    <w:pPr>
                      <w:spacing w:before="182"/>
                      <w:rPr>
                        <w:sz w:val="24"/>
                      </w:rPr>
                    </w:pPr>
                  </w:p>
                  <w:p w:rsidR="00CD5479" w:rsidRDefault="00CD5479" w:rsidP="00CD5479">
                    <w:pPr>
                      <w:ind w:left="144"/>
                      <w:rPr>
                        <w:b/>
                        <w:sz w:val="24"/>
                      </w:rPr>
                    </w:pPr>
                    <w:r>
                      <w:rPr>
                        <w:b/>
                        <w:sz w:val="24"/>
                      </w:rPr>
                      <w:t>Fig.30:Keratinaseenzymeactivity</w:t>
                    </w:r>
                    <w:r>
                      <w:rPr>
                        <w:b/>
                        <w:spacing w:val="-2"/>
                        <w:sz w:val="24"/>
                      </w:rPr>
                      <w:t>assay</w:t>
                    </w:r>
                  </w:p>
                </w:txbxContent>
              </v:textbox>
            </v:shape>
            <w10:wrap type="topAndBottom" anchorx="page"/>
          </v:group>
        </w:pict>
      </w:r>
    </w:p>
    <w:p w:rsidR="006D7B56" w:rsidRPr="008A40A5" w:rsidRDefault="006D7B56" w:rsidP="00584328">
      <w:pPr>
        <w:pStyle w:val="BodyText"/>
        <w:tabs>
          <w:tab w:val="left" w:pos="360"/>
          <w:tab w:val="left" w:pos="8100"/>
        </w:tabs>
        <w:spacing w:after="240"/>
        <w:rPr>
          <w:rFonts w:ascii="Arial" w:hAnsi="Arial" w:cs="Arial"/>
        </w:rPr>
      </w:pPr>
    </w:p>
    <w:p w:rsidR="00CD5479" w:rsidRPr="008A40A5" w:rsidRDefault="00584328" w:rsidP="00584328">
      <w:pPr>
        <w:pStyle w:val="Heading2"/>
        <w:spacing w:after="240"/>
        <w:rPr>
          <w:rFonts w:ascii="Arial" w:hAnsi="Arial" w:cs="Arial"/>
          <w:sz w:val="22"/>
          <w:szCs w:val="22"/>
        </w:rPr>
      </w:pPr>
      <w:r w:rsidRPr="008A40A5">
        <w:rPr>
          <w:rFonts w:ascii="Arial" w:hAnsi="Arial" w:cs="Arial"/>
          <w:sz w:val="22"/>
          <w:szCs w:val="22"/>
        </w:rPr>
        <w:t>OPTIMIZATION OF DEGRADATION CONDITIONS</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 xml:space="preserve">As </w:t>
      </w:r>
      <w:r w:rsidR="00584328" w:rsidRPr="008A40A5">
        <w:rPr>
          <w:rFonts w:ascii="Arial" w:hAnsi="Arial" w:cs="Arial"/>
          <w:sz w:val="20"/>
          <w:szCs w:val="20"/>
        </w:rPr>
        <w:t>noted,</w:t>
      </w:r>
      <w:r w:rsidRPr="008A40A5">
        <w:rPr>
          <w:rFonts w:ascii="Arial" w:hAnsi="Arial" w:cs="Arial"/>
          <w:sz w:val="20"/>
          <w:szCs w:val="20"/>
        </w:rPr>
        <w:t xml:space="preserve"> Optical Density was measured to determine effect of time on growth of organisms.</w:t>
      </w:r>
    </w:p>
    <w:p w:rsidR="00CD5479" w:rsidRPr="008A40A5" w:rsidRDefault="00584328" w:rsidP="00584328">
      <w:pPr>
        <w:pStyle w:val="Heading3"/>
        <w:rPr>
          <w:rFonts w:ascii="Arial" w:hAnsi="Arial" w:cs="Arial"/>
          <w:sz w:val="20"/>
          <w:szCs w:val="20"/>
        </w:rPr>
      </w:pPr>
      <w:r w:rsidRPr="008A40A5">
        <w:rPr>
          <w:rFonts w:ascii="Arial" w:hAnsi="Arial" w:cs="Arial"/>
          <w:sz w:val="20"/>
          <w:szCs w:val="20"/>
        </w:rPr>
        <w:t>EFFECT OF TIME ON GROWTH OF MICROORGANISMS</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The effect of incubation time on growth of isolates was determined in feather meal broth for 7 days. Culture samples of S1, S2, S3, S4, S5, C1, C2, C3, C4 were added to the feather meal broth. Control – Feather Meal broth without inoculum.</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Feather meal broth 100 ml with 0.05g feathers was added with overnight grown culture in each flask, incubated on rotary shaker at 150 rpm.</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O.D was taken at 620 nm, every 24 hours, up to 7 days for monitoring growth.</w:t>
      </w:r>
    </w:p>
    <w:p w:rsidR="002776F8" w:rsidRPr="008A40A5" w:rsidRDefault="002776F8" w:rsidP="002776F8">
      <w:pPr>
        <w:ind w:left="142"/>
        <w:jc w:val="center"/>
        <w:rPr>
          <w:rFonts w:ascii="Arial" w:hAnsi="Arial" w:cs="Arial"/>
          <w:bCs/>
          <w:sz w:val="20"/>
          <w:szCs w:val="18"/>
        </w:rPr>
      </w:pPr>
      <w:r w:rsidRPr="008A40A5">
        <w:rPr>
          <w:rFonts w:ascii="Arial" w:hAnsi="Arial" w:cs="Arial"/>
          <w:bCs/>
          <w:sz w:val="20"/>
          <w:szCs w:val="18"/>
        </w:rPr>
        <w:t xml:space="preserve">Table </w:t>
      </w:r>
      <w:r w:rsidR="00DF3CBC" w:rsidRPr="008A40A5">
        <w:rPr>
          <w:rFonts w:ascii="Arial" w:hAnsi="Arial" w:cs="Arial"/>
          <w:bCs/>
          <w:sz w:val="20"/>
          <w:szCs w:val="18"/>
        </w:rPr>
        <w:t>2</w:t>
      </w:r>
      <w:r w:rsidRPr="008A40A5">
        <w:rPr>
          <w:rFonts w:ascii="Arial" w:hAnsi="Arial" w:cs="Arial"/>
          <w:bCs/>
          <w:sz w:val="20"/>
          <w:szCs w:val="18"/>
        </w:rPr>
        <w:t>: Effect of Incubation time O.D at 620 nm</w:t>
      </w:r>
    </w:p>
    <w:tbl>
      <w:tblPr>
        <w:tblW w:w="95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9"/>
        <w:gridCol w:w="939"/>
        <w:gridCol w:w="995"/>
        <w:gridCol w:w="987"/>
        <w:gridCol w:w="930"/>
        <w:gridCol w:w="932"/>
        <w:gridCol w:w="963"/>
        <w:gridCol w:w="930"/>
        <w:gridCol w:w="965"/>
        <w:gridCol w:w="876"/>
      </w:tblGrid>
      <w:tr w:rsidR="00CD5479" w:rsidRPr="008A40A5" w:rsidTr="00584328">
        <w:trPr>
          <w:trHeight w:val="346"/>
        </w:trPr>
        <w:tc>
          <w:tcPr>
            <w:tcW w:w="1049" w:type="dxa"/>
            <w:vAlign w:val="center"/>
          </w:tcPr>
          <w:p w:rsidR="00CD5479" w:rsidRPr="008A40A5" w:rsidRDefault="00CD5479" w:rsidP="00584328">
            <w:pPr>
              <w:pStyle w:val="TableParagraph"/>
              <w:tabs>
                <w:tab w:val="left" w:pos="360"/>
                <w:tab w:val="left" w:pos="738"/>
                <w:tab w:val="left" w:pos="8100"/>
              </w:tabs>
              <w:spacing w:line="360" w:lineRule="auto"/>
              <w:ind w:left="0"/>
              <w:jc w:val="center"/>
              <w:rPr>
                <w:rFonts w:ascii="Arial" w:hAnsi="Arial" w:cs="Arial"/>
                <w:b/>
                <w:bCs/>
                <w:sz w:val="20"/>
                <w:szCs w:val="20"/>
              </w:rPr>
            </w:pPr>
            <w:r w:rsidRPr="008A40A5">
              <w:rPr>
                <w:rFonts w:ascii="Arial" w:hAnsi="Arial" w:cs="Arial"/>
                <w:b/>
                <w:bCs/>
                <w:spacing w:val="-4"/>
                <w:sz w:val="20"/>
                <w:szCs w:val="20"/>
              </w:rPr>
              <w:t>No.days</w:t>
            </w:r>
          </w:p>
        </w:tc>
        <w:tc>
          <w:tcPr>
            <w:tcW w:w="939" w:type="dxa"/>
            <w:vAlign w:val="center"/>
          </w:tcPr>
          <w:p w:rsidR="00CD5479" w:rsidRPr="008A40A5" w:rsidRDefault="00CD5479" w:rsidP="00584328">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5"/>
                <w:sz w:val="20"/>
                <w:szCs w:val="20"/>
              </w:rPr>
              <w:t>S1</w:t>
            </w:r>
          </w:p>
        </w:tc>
        <w:tc>
          <w:tcPr>
            <w:tcW w:w="995" w:type="dxa"/>
            <w:vAlign w:val="center"/>
          </w:tcPr>
          <w:p w:rsidR="00CD5479" w:rsidRPr="008A40A5" w:rsidRDefault="00CD5479" w:rsidP="00584328">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5"/>
                <w:sz w:val="20"/>
                <w:szCs w:val="20"/>
              </w:rPr>
              <w:t>S2</w:t>
            </w:r>
          </w:p>
        </w:tc>
        <w:tc>
          <w:tcPr>
            <w:tcW w:w="987" w:type="dxa"/>
            <w:vAlign w:val="center"/>
          </w:tcPr>
          <w:p w:rsidR="00CD5479" w:rsidRPr="008A40A5" w:rsidRDefault="00CD5479" w:rsidP="00584328">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5"/>
                <w:sz w:val="20"/>
                <w:szCs w:val="20"/>
              </w:rPr>
              <w:t>S3</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5"/>
                <w:sz w:val="20"/>
                <w:szCs w:val="20"/>
              </w:rPr>
              <w:t>S4</w:t>
            </w:r>
          </w:p>
        </w:tc>
        <w:tc>
          <w:tcPr>
            <w:tcW w:w="932" w:type="dxa"/>
            <w:vAlign w:val="center"/>
          </w:tcPr>
          <w:p w:rsidR="00CD5479" w:rsidRPr="008A40A5" w:rsidRDefault="00CD5479" w:rsidP="00584328">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5"/>
                <w:sz w:val="20"/>
                <w:szCs w:val="20"/>
              </w:rPr>
              <w:t>S5</w:t>
            </w:r>
          </w:p>
        </w:tc>
        <w:tc>
          <w:tcPr>
            <w:tcW w:w="963" w:type="dxa"/>
            <w:vAlign w:val="center"/>
          </w:tcPr>
          <w:p w:rsidR="00CD5479" w:rsidRPr="008A40A5" w:rsidRDefault="00CD5479" w:rsidP="00584328">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5"/>
                <w:sz w:val="20"/>
                <w:szCs w:val="20"/>
              </w:rPr>
              <w:t>C1</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5"/>
                <w:sz w:val="20"/>
                <w:szCs w:val="20"/>
              </w:rPr>
              <w:t>C2</w:t>
            </w:r>
          </w:p>
        </w:tc>
        <w:tc>
          <w:tcPr>
            <w:tcW w:w="965" w:type="dxa"/>
            <w:vAlign w:val="center"/>
          </w:tcPr>
          <w:p w:rsidR="00CD5479" w:rsidRPr="008A40A5" w:rsidRDefault="00CD5479" w:rsidP="00584328">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5"/>
                <w:sz w:val="20"/>
                <w:szCs w:val="20"/>
              </w:rPr>
              <w:t>C3</w:t>
            </w:r>
          </w:p>
        </w:tc>
        <w:tc>
          <w:tcPr>
            <w:tcW w:w="876" w:type="dxa"/>
            <w:vAlign w:val="center"/>
          </w:tcPr>
          <w:p w:rsidR="00CD5479" w:rsidRPr="008A40A5" w:rsidRDefault="00CD5479" w:rsidP="00584328">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5"/>
                <w:sz w:val="20"/>
                <w:szCs w:val="20"/>
              </w:rPr>
              <w:t>C4</w:t>
            </w:r>
          </w:p>
        </w:tc>
      </w:tr>
      <w:tr w:rsidR="00CD5479" w:rsidRPr="008A40A5" w:rsidTr="00584328">
        <w:trPr>
          <w:trHeight w:val="346"/>
        </w:trPr>
        <w:tc>
          <w:tcPr>
            <w:tcW w:w="1049"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z w:val="20"/>
                <w:szCs w:val="20"/>
              </w:rPr>
              <w:t>Day</w:t>
            </w:r>
            <w:r w:rsidRPr="008A40A5">
              <w:rPr>
                <w:rFonts w:ascii="Arial" w:hAnsi="Arial" w:cs="Arial"/>
                <w:spacing w:val="-10"/>
                <w:sz w:val="20"/>
                <w:szCs w:val="20"/>
              </w:rPr>
              <w:t>0</w:t>
            </w:r>
          </w:p>
        </w:tc>
        <w:tc>
          <w:tcPr>
            <w:tcW w:w="939"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0.01</w:t>
            </w:r>
          </w:p>
        </w:tc>
        <w:tc>
          <w:tcPr>
            <w:tcW w:w="995"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0.01</w:t>
            </w:r>
          </w:p>
        </w:tc>
        <w:tc>
          <w:tcPr>
            <w:tcW w:w="98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0.02</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0.01</w:t>
            </w:r>
          </w:p>
        </w:tc>
        <w:tc>
          <w:tcPr>
            <w:tcW w:w="932"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0.01</w:t>
            </w:r>
          </w:p>
        </w:tc>
        <w:tc>
          <w:tcPr>
            <w:tcW w:w="963"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0.01</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0.02</w:t>
            </w:r>
          </w:p>
        </w:tc>
        <w:tc>
          <w:tcPr>
            <w:tcW w:w="965"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0.01</w:t>
            </w:r>
          </w:p>
        </w:tc>
        <w:tc>
          <w:tcPr>
            <w:tcW w:w="87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0.01</w:t>
            </w:r>
          </w:p>
        </w:tc>
      </w:tr>
      <w:tr w:rsidR="00CD5479" w:rsidRPr="008A40A5" w:rsidTr="00584328">
        <w:trPr>
          <w:trHeight w:val="346"/>
        </w:trPr>
        <w:tc>
          <w:tcPr>
            <w:tcW w:w="1049"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z w:val="20"/>
                <w:szCs w:val="20"/>
              </w:rPr>
              <w:t>Day</w:t>
            </w:r>
            <w:r w:rsidRPr="008A40A5">
              <w:rPr>
                <w:rFonts w:ascii="Arial" w:hAnsi="Arial" w:cs="Arial"/>
                <w:spacing w:val="-10"/>
                <w:sz w:val="20"/>
                <w:szCs w:val="20"/>
              </w:rPr>
              <w:t>1</w:t>
            </w:r>
          </w:p>
        </w:tc>
        <w:tc>
          <w:tcPr>
            <w:tcW w:w="939"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0.03</w:t>
            </w:r>
          </w:p>
        </w:tc>
        <w:tc>
          <w:tcPr>
            <w:tcW w:w="995"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0.04</w:t>
            </w:r>
          </w:p>
        </w:tc>
        <w:tc>
          <w:tcPr>
            <w:tcW w:w="98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0.07</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0.03</w:t>
            </w:r>
          </w:p>
        </w:tc>
        <w:tc>
          <w:tcPr>
            <w:tcW w:w="932"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0.02</w:t>
            </w:r>
          </w:p>
        </w:tc>
        <w:tc>
          <w:tcPr>
            <w:tcW w:w="963"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0.06</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0.05</w:t>
            </w:r>
          </w:p>
        </w:tc>
        <w:tc>
          <w:tcPr>
            <w:tcW w:w="965"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0.06</w:t>
            </w:r>
          </w:p>
        </w:tc>
        <w:tc>
          <w:tcPr>
            <w:tcW w:w="87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0.02</w:t>
            </w:r>
          </w:p>
        </w:tc>
      </w:tr>
      <w:tr w:rsidR="00CD5479" w:rsidRPr="008A40A5" w:rsidTr="00584328">
        <w:trPr>
          <w:trHeight w:val="346"/>
        </w:trPr>
        <w:tc>
          <w:tcPr>
            <w:tcW w:w="1049"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z w:val="20"/>
                <w:szCs w:val="20"/>
              </w:rPr>
              <w:t>Day</w:t>
            </w:r>
            <w:r w:rsidRPr="008A40A5">
              <w:rPr>
                <w:rFonts w:ascii="Arial" w:hAnsi="Arial" w:cs="Arial"/>
                <w:spacing w:val="-10"/>
                <w:sz w:val="20"/>
                <w:szCs w:val="20"/>
              </w:rPr>
              <w:t>2</w:t>
            </w:r>
          </w:p>
        </w:tc>
        <w:tc>
          <w:tcPr>
            <w:tcW w:w="939"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0.03</w:t>
            </w:r>
          </w:p>
        </w:tc>
        <w:tc>
          <w:tcPr>
            <w:tcW w:w="995"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0.06</w:t>
            </w:r>
          </w:p>
        </w:tc>
        <w:tc>
          <w:tcPr>
            <w:tcW w:w="98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0.08</w:t>
            </w:r>
          </w:p>
        </w:tc>
        <w:tc>
          <w:tcPr>
            <w:tcW w:w="930"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0.03</w:t>
            </w:r>
          </w:p>
        </w:tc>
        <w:tc>
          <w:tcPr>
            <w:tcW w:w="932"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0.10</w:t>
            </w:r>
          </w:p>
        </w:tc>
        <w:tc>
          <w:tcPr>
            <w:tcW w:w="963"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0.11</w:t>
            </w:r>
          </w:p>
        </w:tc>
        <w:tc>
          <w:tcPr>
            <w:tcW w:w="930"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0.06</w:t>
            </w:r>
          </w:p>
        </w:tc>
        <w:tc>
          <w:tcPr>
            <w:tcW w:w="965"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0.09</w:t>
            </w:r>
          </w:p>
        </w:tc>
        <w:tc>
          <w:tcPr>
            <w:tcW w:w="876"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0.03</w:t>
            </w:r>
          </w:p>
        </w:tc>
      </w:tr>
      <w:tr w:rsidR="00CD5479" w:rsidRPr="008A40A5" w:rsidTr="00584328">
        <w:trPr>
          <w:trHeight w:val="346"/>
        </w:trPr>
        <w:tc>
          <w:tcPr>
            <w:tcW w:w="1049" w:type="dxa"/>
            <w:vAlign w:val="center"/>
          </w:tcPr>
          <w:p w:rsidR="00CD5479" w:rsidRPr="008A40A5" w:rsidRDefault="00FF35DC"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z w:val="20"/>
                <w:szCs w:val="20"/>
              </w:rPr>
              <w:t>9</w:t>
            </w:r>
            <w:r w:rsidR="00CD5479" w:rsidRPr="008A40A5">
              <w:rPr>
                <w:rFonts w:ascii="Arial" w:hAnsi="Arial" w:cs="Arial"/>
                <w:sz w:val="20"/>
                <w:szCs w:val="20"/>
              </w:rPr>
              <w:t>Day</w:t>
            </w:r>
            <w:r w:rsidR="00CD5479" w:rsidRPr="008A40A5">
              <w:rPr>
                <w:rFonts w:ascii="Arial" w:hAnsi="Arial" w:cs="Arial"/>
                <w:spacing w:val="-10"/>
                <w:sz w:val="20"/>
                <w:szCs w:val="20"/>
              </w:rPr>
              <w:t>3</w:t>
            </w:r>
          </w:p>
        </w:tc>
        <w:tc>
          <w:tcPr>
            <w:tcW w:w="939"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0.03</w:t>
            </w:r>
          </w:p>
        </w:tc>
        <w:tc>
          <w:tcPr>
            <w:tcW w:w="995"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0.07</w:t>
            </w:r>
          </w:p>
        </w:tc>
        <w:tc>
          <w:tcPr>
            <w:tcW w:w="98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0.08</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0.05</w:t>
            </w:r>
          </w:p>
        </w:tc>
        <w:tc>
          <w:tcPr>
            <w:tcW w:w="932"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0.04</w:t>
            </w:r>
          </w:p>
        </w:tc>
        <w:tc>
          <w:tcPr>
            <w:tcW w:w="963"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0.11</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0.08</w:t>
            </w:r>
          </w:p>
        </w:tc>
        <w:tc>
          <w:tcPr>
            <w:tcW w:w="965"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0.10</w:t>
            </w:r>
          </w:p>
        </w:tc>
        <w:tc>
          <w:tcPr>
            <w:tcW w:w="87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0.04</w:t>
            </w:r>
          </w:p>
        </w:tc>
      </w:tr>
      <w:tr w:rsidR="00CD5479" w:rsidRPr="008A40A5" w:rsidTr="00584328">
        <w:trPr>
          <w:trHeight w:val="346"/>
        </w:trPr>
        <w:tc>
          <w:tcPr>
            <w:tcW w:w="1049" w:type="dxa"/>
            <w:vAlign w:val="center"/>
          </w:tcPr>
          <w:p w:rsidR="00CD5479" w:rsidRPr="008A40A5"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z w:val="20"/>
                <w:szCs w:val="20"/>
              </w:rPr>
              <w:t>Day</w:t>
            </w:r>
            <w:r w:rsidRPr="008A40A5">
              <w:rPr>
                <w:rFonts w:ascii="Arial" w:hAnsi="Arial" w:cs="Arial"/>
                <w:spacing w:val="-10"/>
                <w:sz w:val="20"/>
                <w:szCs w:val="20"/>
              </w:rPr>
              <w:t>4</w:t>
            </w:r>
          </w:p>
        </w:tc>
        <w:tc>
          <w:tcPr>
            <w:tcW w:w="939" w:type="dxa"/>
            <w:vAlign w:val="center"/>
          </w:tcPr>
          <w:p w:rsidR="00CD5479" w:rsidRPr="008A40A5"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4"/>
                <w:sz w:val="20"/>
                <w:szCs w:val="20"/>
              </w:rPr>
              <w:t>0.04</w:t>
            </w:r>
          </w:p>
        </w:tc>
        <w:tc>
          <w:tcPr>
            <w:tcW w:w="995" w:type="dxa"/>
            <w:vAlign w:val="center"/>
          </w:tcPr>
          <w:p w:rsidR="00CD5479" w:rsidRPr="008A40A5"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4"/>
                <w:sz w:val="20"/>
                <w:szCs w:val="20"/>
              </w:rPr>
              <w:t>0.08</w:t>
            </w:r>
          </w:p>
        </w:tc>
        <w:tc>
          <w:tcPr>
            <w:tcW w:w="987" w:type="dxa"/>
            <w:vAlign w:val="center"/>
          </w:tcPr>
          <w:p w:rsidR="00CD5479" w:rsidRPr="008A40A5"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4"/>
                <w:sz w:val="20"/>
                <w:szCs w:val="20"/>
              </w:rPr>
              <w:t>0.12</w:t>
            </w:r>
          </w:p>
        </w:tc>
        <w:tc>
          <w:tcPr>
            <w:tcW w:w="930" w:type="dxa"/>
            <w:vAlign w:val="center"/>
          </w:tcPr>
          <w:p w:rsidR="00CD5479" w:rsidRPr="008A40A5"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4"/>
                <w:sz w:val="20"/>
                <w:szCs w:val="20"/>
              </w:rPr>
              <w:t>0.14</w:t>
            </w:r>
          </w:p>
        </w:tc>
        <w:tc>
          <w:tcPr>
            <w:tcW w:w="932" w:type="dxa"/>
            <w:vAlign w:val="center"/>
          </w:tcPr>
          <w:p w:rsidR="00CD5479" w:rsidRPr="008A40A5"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4"/>
                <w:sz w:val="20"/>
                <w:szCs w:val="20"/>
              </w:rPr>
              <w:t>0.04</w:t>
            </w:r>
          </w:p>
        </w:tc>
        <w:tc>
          <w:tcPr>
            <w:tcW w:w="963" w:type="dxa"/>
            <w:vAlign w:val="center"/>
          </w:tcPr>
          <w:p w:rsidR="00CD5479" w:rsidRPr="008A40A5"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4"/>
                <w:sz w:val="20"/>
                <w:szCs w:val="20"/>
              </w:rPr>
              <w:t>0.11</w:t>
            </w:r>
          </w:p>
        </w:tc>
        <w:tc>
          <w:tcPr>
            <w:tcW w:w="930" w:type="dxa"/>
            <w:vAlign w:val="center"/>
          </w:tcPr>
          <w:p w:rsidR="00CD5479" w:rsidRPr="008A40A5"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4"/>
                <w:sz w:val="20"/>
                <w:szCs w:val="20"/>
              </w:rPr>
              <w:t>0.07</w:t>
            </w:r>
          </w:p>
        </w:tc>
        <w:tc>
          <w:tcPr>
            <w:tcW w:w="965" w:type="dxa"/>
            <w:vAlign w:val="center"/>
          </w:tcPr>
          <w:p w:rsidR="00CD5479" w:rsidRPr="008A40A5"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4"/>
                <w:sz w:val="20"/>
                <w:szCs w:val="20"/>
              </w:rPr>
              <w:t>0.11</w:t>
            </w:r>
          </w:p>
        </w:tc>
        <w:tc>
          <w:tcPr>
            <w:tcW w:w="876" w:type="dxa"/>
            <w:vAlign w:val="center"/>
          </w:tcPr>
          <w:p w:rsidR="00CD5479" w:rsidRPr="008A40A5"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4"/>
                <w:sz w:val="20"/>
                <w:szCs w:val="20"/>
              </w:rPr>
              <w:t>0.04</w:t>
            </w:r>
          </w:p>
        </w:tc>
      </w:tr>
      <w:tr w:rsidR="00CD5479" w:rsidRPr="008A40A5" w:rsidTr="00584328">
        <w:trPr>
          <w:trHeight w:val="346"/>
        </w:trPr>
        <w:tc>
          <w:tcPr>
            <w:tcW w:w="1049"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z w:val="20"/>
                <w:szCs w:val="20"/>
              </w:rPr>
              <w:t>Day</w:t>
            </w:r>
            <w:r w:rsidRPr="008A40A5">
              <w:rPr>
                <w:rFonts w:ascii="Arial" w:hAnsi="Arial" w:cs="Arial"/>
                <w:spacing w:val="-10"/>
                <w:sz w:val="20"/>
                <w:szCs w:val="20"/>
              </w:rPr>
              <w:t>5</w:t>
            </w:r>
          </w:p>
        </w:tc>
        <w:tc>
          <w:tcPr>
            <w:tcW w:w="939"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0.07</w:t>
            </w:r>
          </w:p>
        </w:tc>
        <w:tc>
          <w:tcPr>
            <w:tcW w:w="995"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0.06</w:t>
            </w:r>
          </w:p>
        </w:tc>
        <w:tc>
          <w:tcPr>
            <w:tcW w:w="98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0.12</w:t>
            </w:r>
          </w:p>
        </w:tc>
        <w:tc>
          <w:tcPr>
            <w:tcW w:w="930"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0.15</w:t>
            </w:r>
          </w:p>
        </w:tc>
        <w:tc>
          <w:tcPr>
            <w:tcW w:w="932"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0.07</w:t>
            </w:r>
          </w:p>
        </w:tc>
        <w:tc>
          <w:tcPr>
            <w:tcW w:w="963"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0.12</w:t>
            </w:r>
          </w:p>
        </w:tc>
        <w:tc>
          <w:tcPr>
            <w:tcW w:w="930"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0.10</w:t>
            </w:r>
          </w:p>
        </w:tc>
        <w:tc>
          <w:tcPr>
            <w:tcW w:w="965"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0.11</w:t>
            </w:r>
          </w:p>
        </w:tc>
        <w:tc>
          <w:tcPr>
            <w:tcW w:w="876"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0.10</w:t>
            </w:r>
          </w:p>
        </w:tc>
      </w:tr>
      <w:tr w:rsidR="00CD5479" w:rsidRPr="008A40A5" w:rsidTr="00584328">
        <w:trPr>
          <w:trHeight w:val="346"/>
        </w:trPr>
        <w:tc>
          <w:tcPr>
            <w:tcW w:w="1049"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z w:val="20"/>
                <w:szCs w:val="20"/>
              </w:rPr>
              <w:lastRenderedPageBreak/>
              <w:t>Day</w:t>
            </w:r>
            <w:r w:rsidRPr="008A40A5">
              <w:rPr>
                <w:rFonts w:ascii="Arial" w:hAnsi="Arial" w:cs="Arial"/>
                <w:spacing w:val="-10"/>
                <w:sz w:val="20"/>
                <w:szCs w:val="20"/>
              </w:rPr>
              <w:t>6</w:t>
            </w:r>
          </w:p>
        </w:tc>
        <w:tc>
          <w:tcPr>
            <w:tcW w:w="939"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0.08</w:t>
            </w:r>
          </w:p>
        </w:tc>
        <w:tc>
          <w:tcPr>
            <w:tcW w:w="995"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0.05</w:t>
            </w:r>
          </w:p>
        </w:tc>
        <w:tc>
          <w:tcPr>
            <w:tcW w:w="98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0.17</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0.21</w:t>
            </w:r>
          </w:p>
        </w:tc>
        <w:tc>
          <w:tcPr>
            <w:tcW w:w="932"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0.08</w:t>
            </w:r>
          </w:p>
        </w:tc>
        <w:tc>
          <w:tcPr>
            <w:tcW w:w="963"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0.13</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0.12</w:t>
            </w:r>
          </w:p>
        </w:tc>
        <w:tc>
          <w:tcPr>
            <w:tcW w:w="965"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0.12</w:t>
            </w:r>
          </w:p>
        </w:tc>
        <w:tc>
          <w:tcPr>
            <w:tcW w:w="87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0.13</w:t>
            </w:r>
          </w:p>
        </w:tc>
      </w:tr>
      <w:tr w:rsidR="00CD5479" w:rsidRPr="008A40A5" w:rsidTr="00584328">
        <w:trPr>
          <w:trHeight w:val="346"/>
        </w:trPr>
        <w:tc>
          <w:tcPr>
            <w:tcW w:w="1049"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z w:val="20"/>
                <w:szCs w:val="20"/>
              </w:rPr>
              <w:t>Day</w:t>
            </w:r>
            <w:r w:rsidRPr="008A40A5">
              <w:rPr>
                <w:rFonts w:ascii="Arial" w:hAnsi="Arial" w:cs="Arial"/>
                <w:spacing w:val="-10"/>
                <w:sz w:val="20"/>
                <w:szCs w:val="20"/>
              </w:rPr>
              <w:t>7</w:t>
            </w:r>
          </w:p>
        </w:tc>
        <w:tc>
          <w:tcPr>
            <w:tcW w:w="939"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0.09</w:t>
            </w:r>
          </w:p>
        </w:tc>
        <w:tc>
          <w:tcPr>
            <w:tcW w:w="995"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0.03</w:t>
            </w:r>
          </w:p>
        </w:tc>
        <w:tc>
          <w:tcPr>
            <w:tcW w:w="98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0.16</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0.19</w:t>
            </w:r>
          </w:p>
        </w:tc>
        <w:tc>
          <w:tcPr>
            <w:tcW w:w="932"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0.06</w:t>
            </w:r>
          </w:p>
        </w:tc>
        <w:tc>
          <w:tcPr>
            <w:tcW w:w="963"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0.10</w:t>
            </w:r>
          </w:p>
        </w:tc>
        <w:tc>
          <w:tcPr>
            <w:tcW w:w="930"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0.09</w:t>
            </w:r>
          </w:p>
        </w:tc>
        <w:tc>
          <w:tcPr>
            <w:tcW w:w="965"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0.09</w:t>
            </w:r>
          </w:p>
        </w:tc>
        <w:tc>
          <w:tcPr>
            <w:tcW w:w="87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0.09</w:t>
            </w:r>
          </w:p>
        </w:tc>
      </w:tr>
    </w:tbl>
    <w:p w:rsidR="00584328" w:rsidRPr="008A40A5" w:rsidRDefault="00584328" w:rsidP="00584328">
      <w:pPr>
        <w:ind w:left="142"/>
        <w:jc w:val="center"/>
        <w:rPr>
          <w:rFonts w:ascii="Arial" w:hAnsi="Arial" w:cs="Arial"/>
          <w:bCs/>
          <w:sz w:val="20"/>
          <w:szCs w:val="18"/>
        </w:rPr>
      </w:pPr>
    </w:p>
    <w:p w:rsidR="002776F8" w:rsidRPr="008A40A5" w:rsidRDefault="002776F8" w:rsidP="00DF3CBC">
      <w:pPr>
        <w:pStyle w:val="BodyText"/>
        <w:tabs>
          <w:tab w:val="left" w:pos="360"/>
          <w:tab w:val="left" w:pos="8100"/>
        </w:tabs>
        <w:spacing w:after="240"/>
        <w:jc w:val="center"/>
        <w:rPr>
          <w:rFonts w:ascii="Arial" w:hAnsi="Arial" w:cs="Arial"/>
          <w:b/>
          <w:sz w:val="5"/>
        </w:rPr>
      </w:pPr>
      <w:r w:rsidRPr="008A40A5">
        <w:rPr>
          <w:rFonts w:ascii="Arial" w:hAnsi="Arial" w:cs="Arial"/>
          <w:bCs/>
          <w:sz w:val="20"/>
          <w:szCs w:val="18"/>
        </w:rPr>
        <w:t>Table</w:t>
      </w:r>
      <w:r w:rsidR="00DF3CBC" w:rsidRPr="008A40A5">
        <w:rPr>
          <w:rFonts w:ascii="Arial" w:hAnsi="Arial" w:cs="Arial"/>
          <w:bCs/>
          <w:sz w:val="20"/>
          <w:szCs w:val="18"/>
        </w:rPr>
        <w:t>3</w:t>
      </w:r>
      <w:r w:rsidRPr="008A40A5">
        <w:rPr>
          <w:rFonts w:ascii="Arial" w:hAnsi="Arial" w:cs="Arial"/>
          <w:bCs/>
          <w:sz w:val="20"/>
          <w:szCs w:val="18"/>
        </w:rPr>
        <w:t>:Statistical analysis for the effect of temperature on Keratinase Activity</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5"/>
        <w:gridCol w:w="1053"/>
        <w:gridCol w:w="960"/>
        <w:gridCol w:w="1053"/>
        <w:gridCol w:w="1580"/>
        <w:gridCol w:w="1560"/>
        <w:gridCol w:w="1460"/>
      </w:tblGrid>
      <w:tr w:rsidR="00862869" w:rsidRPr="008A40A5" w:rsidTr="00E52CAD">
        <w:trPr>
          <w:trHeight w:val="300"/>
        </w:trPr>
        <w:tc>
          <w:tcPr>
            <w:tcW w:w="1735" w:type="dxa"/>
            <w:noWrap/>
            <w:vAlign w:val="bottom"/>
            <w:hideMark/>
          </w:tcPr>
          <w:p w:rsidR="00862869" w:rsidRPr="008A40A5" w:rsidRDefault="00862869" w:rsidP="00862869">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ANOVA</w:t>
            </w:r>
          </w:p>
        </w:tc>
        <w:tc>
          <w:tcPr>
            <w:tcW w:w="1053" w:type="dxa"/>
            <w:noWrap/>
            <w:vAlign w:val="bottom"/>
            <w:hideMark/>
          </w:tcPr>
          <w:p w:rsidR="00862869" w:rsidRPr="008A40A5" w:rsidRDefault="00862869" w:rsidP="00862869">
            <w:pPr>
              <w:spacing w:after="0" w:line="240" w:lineRule="auto"/>
              <w:rPr>
                <w:rFonts w:ascii="Calibri" w:eastAsia="Times New Roman" w:hAnsi="Calibri" w:cs="Calibri"/>
                <w:color w:val="000000"/>
                <w:lang w:val="en-IN" w:eastAsia="en-IN"/>
              </w:rPr>
            </w:pPr>
          </w:p>
        </w:tc>
        <w:tc>
          <w:tcPr>
            <w:tcW w:w="960"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1580"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1560"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1460"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r>
      <w:tr w:rsidR="00862869" w:rsidRPr="008A40A5" w:rsidTr="00E52CAD">
        <w:trPr>
          <w:trHeight w:val="288"/>
        </w:trPr>
        <w:tc>
          <w:tcPr>
            <w:tcW w:w="1735" w:type="dxa"/>
            <w:noWrap/>
            <w:vAlign w:val="bottom"/>
            <w:hideMark/>
          </w:tcPr>
          <w:p w:rsidR="00862869" w:rsidRPr="008A40A5" w:rsidRDefault="00862869" w:rsidP="00862869">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Source of Variation</w:t>
            </w:r>
          </w:p>
        </w:tc>
        <w:tc>
          <w:tcPr>
            <w:tcW w:w="1053" w:type="dxa"/>
            <w:noWrap/>
            <w:vAlign w:val="bottom"/>
            <w:hideMark/>
          </w:tcPr>
          <w:p w:rsidR="00862869" w:rsidRPr="008A40A5" w:rsidRDefault="00862869" w:rsidP="00862869">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SS</w:t>
            </w:r>
          </w:p>
        </w:tc>
        <w:tc>
          <w:tcPr>
            <w:tcW w:w="960" w:type="dxa"/>
            <w:noWrap/>
            <w:vAlign w:val="bottom"/>
            <w:hideMark/>
          </w:tcPr>
          <w:p w:rsidR="00862869" w:rsidRPr="008A40A5" w:rsidRDefault="00862869" w:rsidP="00862869">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df</w:t>
            </w:r>
          </w:p>
        </w:tc>
        <w:tc>
          <w:tcPr>
            <w:tcW w:w="1053" w:type="dxa"/>
            <w:noWrap/>
            <w:vAlign w:val="bottom"/>
            <w:hideMark/>
          </w:tcPr>
          <w:p w:rsidR="00862869" w:rsidRPr="008A40A5" w:rsidRDefault="00862869" w:rsidP="00862869">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MS</w:t>
            </w:r>
          </w:p>
        </w:tc>
        <w:tc>
          <w:tcPr>
            <w:tcW w:w="1580" w:type="dxa"/>
            <w:noWrap/>
            <w:vAlign w:val="bottom"/>
            <w:hideMark/>
          </w:tcPr>
          <w:p w:rsidR="00862869" w:rsidRPr="008A40A5" w:rsidRDefault="00862869" w:rsidP="00862869">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F</w:t>
            </w:r>
          </w:p>
        </w:tc>
        <w:tc>
          <w:tcPr>
            <w:tcW w:w="1560" w:type="dxa"/>
            <w:noWrap/>
            <w:vAlign w:val="bottom"/>
            <w:hideMark/>
          </w:tcPr>
          <w:p w:rsidR="00862869" w:rsidRPr="008A40A5" w:rsidRDefault="00862869" w:rsidP="00862869">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P-value</w:t>
            </w:r>
          </w:p>
        </w:tc>
        <w:tc>
          <w:tcPr>
            <w:tcW w:w="1460" w:type="dxa"/>
            <w:noWrap/>
            <w:vAlign w:val="bottom"/>
            <w:hideMark/>
          </w:tcPr>
          <w:p w:rsidR="00862869" w:rsidRPr="008A40A5" w:rsidRDefault="00862869" w:rsidP="00862869">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F crit</w:t>
            </w:r>
          </w:p>
        </w:tc>
      </w:tr>
      <w:tr w:rsidR="00862869" w:rsidRPr="008A40A5" w:rsidTr="00E52CAD">
        <w:trPr>
          <w:trHeight w:val="288"/>
        </w:trPr>
        <w:tc>
          <w:tcPr>
            <w:tcW w:w="1735" w:type="dxa"/>
            <w:noWrap/>
            <w:vAlign w:val="bottom"/>
            <w:hideMark/>
          </w:tcPr>
          <w:p w:rsidR="00862869" w:rsidRPr="008A40A5" w:rsidRDefault="00862869" w:rsidP="00862869">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Rows</w:t>
            </w:r>
          </w:p>
        </w:tc>
        <w:tc>
          <w:tcPr>
            <w:tcW w:w="1053"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0.077489</w:t>
            </w:r>
          </w:p>
        </w:tc>
        <w:tc>
          <w:tcPr>
            <w:tcW w:w="96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7</w:t>
            </w:r>
          </w:p>
        </w:tc>
        <w:tc>
          <w:tcPr>
            <w:tcW w:w="1053"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0.01107</w:t>
            </w:r>
          </w:p>
        </w:tc>
        <w:tc>
          <w:tcPr>
            <w:tcW w:w="158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15.35911906</w:t>
            </w:r>
          </w:p>
        </w:tc>
        <w:tc>
          <w:tcPr>
            <w:tcW w:w="156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4.96537E-11</w:t>
            </w:r>
          </w:p>
        </w:tc>
        <w:tc>
          <w:tcPr>
            <w:tcW w:w="146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2.178155555</w:t>
            </w:r>
          </w:p>
        </w:tc>
      </w:tr>
      <w:tr w:rsidR="00862869" w:rsidRPr="008A40A5" w:rsidTr="00E52CAD">
        <w:trPr>
          <w:trHeight w:val="288"/>
        </w:trPr>
        <w:tc>
          <w:tcPr>
            <w:tcW w:w="1735" w:type="dxa"/>
            <w:noWrap/>
            <w:vAlign w:val="bottom"/>
            <w:hideMark/>
          </w:tcPr>
          <w:p w:rsidR="00862869" w:rsidRPr="008A40A5" w:rsidRDefault="00862869" w:rsidP="00862869">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Columns</w:t>
            </w:r>
          </w:p>
        </w:tc>
        <w:tc>
          <w:tcPr>
            <w:tcW w:w="1053"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0.032861</w:t>
            </w:r>
          </w:p>
        </w:tc>
        <w:tc>
          <w:tcPr>
            <w:tcW w:w="96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8</w:t>
            </w:r>
          </w:p>
        </w:tc>
        <w:tc>
          <w:tcPr>
            <w:tcW w:w="1053"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0.004108</w:t>
            </w:r>
          </w:p>
        </w:tc>
        <w:tc>
          <w:tcPr>
            <w:tcW w:w="158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5.699242946</w:t>
            </w:r>
          </w:p>
        </w:tc>
        <w:tc>
          <w:tcPr>
            <w:tcW w:w="156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2.64185E-05</w:t>
            </w:r>
          </w:p>
        </w:tc>
        <w:tc>
          <w:tcPr>
            <w:tcW w:w="146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2.108688484</w:t>
            </w:r>
          </w:p>
        </w:tc>
      </w:tr>
      <w:tr w:rsidR="00862869" w:rsidRPr="008A40A5" w:rsidTr="00E52CAD">
        <w:trPr>
          <w:trHeight w:val="288"/>
        </w:trPr>
        <w:tc>
          <w:tcPr>
            <w:tcW w:w="1735" w:type="dxa"/>
            <w:noWrap/>
            <w:vAlign w:val="bottom"/>
            <w:hideMark/>
          </w:tcPr>
          <w:p w:rsidR="00862869" w:rsidRPr="008A40A5" w:rsidRDefault="00862869" w:rsidP="00862869">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Error</w:t>
            </w:r>
          </w:p>
        </w:tc>
        <w:tc>
          <w:tcPr>
            <w:tcW w:w="1053"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0.040361</w:t>
            </w:r>
          </w:p>
        </w:tc>
        <w:tc>
          <w:tcPr>
            <w:tcW w:w="96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56</w:t>
            </w:r>
          </w:p>
        </w:tc>
        <w:tc>
          <w:tcPr>
            <w:tcW w:w="1053"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0.000721</w:t>
            </w:r>
          </w:p>
        </w:tc>
        <w:tc>
          <w:tcPr>
            <w:tcW w:w="158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p>
        </w:tc>
        <w:tc>
          <w:tcPr>
            <w:tcW w:w="1560"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1460"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r>
      <w:tr w:rsidR="00862869" w:rsidRPr="008A40A5" w:rsidTr="00E52CAD">
        <w:trPr>
          <w:trHeight w:val="288"/>
        </w:trPr>
        <w:tc>
          <w:tcPr>
            <w:tcW w:w="1735"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960"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1580"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1560"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c>
          <w:tcPr>
            <w:tcW w:w="1460" w:type="dxa"/>
            <w:noWrap/>
            <w:vAlign w:val="bottom"/>
            <w:hideMark/>
          </w:tcPr>
          <w:p w:rsidR="00862869" w:rsidRPr="008A40A5" w:rsidRDefault="00862869" w:rsidP="00862869">
            <w:pPr>
              <w:spacing w:after="0" w:line="240" w:lineRule="auto"/>
              <w:rPr>
                <w:rFonts w:ascii="Times New Roman" w:eastAsia="Times New Roman" w:hAnsi="Times New Roman" w:cs="Times New Roman"/>
                <w:sz w:val="20"/>
                <w:szCs w:val="20"/>
                <w:lang w:val="en-IN" w:eastAsia="en-IN"/>
              </w:rPr>
            </w:pPr>
          </w:p>
        </w:tc>
      </w:tr>
      <w:tr w:rsidR="00862869" w:rsidRPr="008A40A5" w:rsidTr="00E52CAD">
        <w:trPr>
          <w:trHeight w:val="300"/>
        </w:trPr>
        <w:tc>
          <w:tcPr>
            <w:tcW w:w="1735" w:type="dxa"/>
            <w:noWrap/>
            <w:vAlign w:val="bottom"/>
            <w:hideMark/>
          </w:tcPr>
          <w:p w:rsidR="00862869" w:rsidRPr="008A40A5" w:rsidRDefault="00862869" w:rsidP="00862869">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Total</w:t>
            </w:r>
          </w:p>
        </w:tc>
        <w:tc>
          <w:tcPr>
            <w:tcW w:w="1053"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0.150711</w:t>
            </w:r>
          </w:p>
        </w:tc>
        <w:tc>
          <w:tcPr>
            <w:tcW w:w="960" w:type="dxa"/>
            <w:noWrap/>
            <w:vAlign w:val="bottom"/>
            <w:hideMark/>
          </w:tcPr>
          <w:p w:rsidR="00862869" w:rsidRPr="008A40A5" w:rsidRDefault="00862869" w:rsidP="00862869">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71</w:t>
            </w:r>
          </w:p>
        </w:tc>
        <w:tc>
          <w:tcPr>
            <w:tcW w:w="1053" w:type="dxa"/>
            <w:noWrap/>
            <w:vAlign w:val="bottom"/>
            <w:hideMark/>
          </w:tcPr>
          <w:p w:rsidR="00862869" w:rsidRPr="008A40A5" w:rsidRDefault="00862869" w:rsidP="00862869">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580" w:type="dxa"/>
            <w:noWrap/>
            <w:vAlign w:val="bottom"/>
            <w:hideMark/>
          </w:tcPr>
          <w:p w:rsidR="00862869" w:rsidRPr="008A40A5" w:rsidRDefault="00862869" w:rsidP="00862869">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560" w:type="dxa"/>
            <w:noWrap/>
            <w:vAlign w:val="bottom"/>
            <w:hideMark/>
          </w:tcPr>
          <w:p w:rsidR="00862869" w:rsidRPr="008A40A5" w:rsidRDefault="00862869" w:rsidP="00862869">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460" w:type="dxa"/>
            <w:noWrap/>
            <w:vAlign w:val="bottom"/>
            <w:hideMark/>
          </w:tcPr>
          <w:p w:rsidR="00862869" w:rsidRPr="008A40A5" w:rsidRDefault="00862869" w:rsidP="00862869">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r>
    </w:tbl>
    <w:p w:rsidR="00E52CAD" w:rsidRPr="008A40A5" w:rsidRDefault="00E52CAD" w:rsidP="00E52CAD">
      <w:pPr>
        <w:pStyle w:val="Heading3"/>
        <w:numPr>
          <w:ilvl w:val="0"/>
          <w:numId w:val="0"/>
        </w:numPr>
        <w:tabs>
          <w:tab w:val="left" w:pos="8640"/>
        </w:tabs>
        <w:spacing w:after="240"/>
        <w:ind w:left="720" w:hanging="720"/>
        <w:jc w:val="both"/>
        <w:rPr>
          <w:lang w:val="en-IN"/>
        </w:rPr>
      </w:pPr>
      <w:r w:rsidRPr="008A40A5">
        <w:rPr>
          <w:lang w:val="en-IN"/>
        </w:rPr>
        <w:t xml:space="preserve">The analysis of variance (ANOVA) was performed to evaluate the effects of </w:t>
      </w:r>
      <w:r w:rsidR="0081037F" w:rsidRPr="008A40A5">
        <w:rPr>
          <w:lang w:val="en-IN"/>
        </w:rPr>
        <w:t>Incubation time</w:t>
      </w:r>
      <w:r w:rsidRPr="008A40A5">
        <w:rPr>
          <w:lang w:val="en-IN"/>
        </w:rPr>
        <w:t xml:space="preserve"> on the keratinase activity, when the keratinase producing organisms were grown at different </w:t>
      </w:r>
      <w:r w:rsidR="0081037F" w:rsidRPr="008A40A5">
        <w:rPr>
          <w:lang w:val="en-IN"/>
        </w:rPr>
        <w:t>incubation time</w:t>
      </w:r>
      <w:r w:rsidRPr="008A40A5">
        <w:rPr>
          <w:lang w:val="en-IN"/>
        </w:rPr>
        <w:t xml:space="preserve">. The detailed results are summarized in Table </w:t>
      </w:r>
      <w:r w:rsidR="0081037F" w:rsidRPr="008A40A5">
        <w:rPr>
          <w:lang w:val="en-IN"/>
        </w:rPr>
        <w:t>3</w:t>
      </w:r>
      <w:r w:rsidRPr="008A40A5">
        <w:rPr>
          <w:lang w:val="en-IN"/>
        </w:rPr>
        <w:t xml:space="preserve">, which includes the F-values and p-values for each </w:t>
      </w:r>
      <w:r w:rsidR="0081037F" w:rsidRPr="008A40A5">
        <w:rPr>
          <w:lang w:val="en-IN"/>
        </w:rPr>
        <w:t>incubation time</w:t>
      </w:r>
      <w:r w:rsidRPr="008A40A5">
        <w:rPr>
          <w:lang w:val="en-IN"/>
        </w:rPr>
        <w:t xml:space="preserve">, along with their significance levels. The calculated F value is more than F-critical for the rows, indicating that these group means do not significantly differ from one another. Conversely, the F-calculated is </w:t>
      </w:r>
      <w:r w:rsidR="0081037F" w:rsidRPr="008A40A5">
        <w:rPr>
          <w:lang w:val="en-IN"/>
        </w:rPr>
        <w:t>larger</w:t>
      </w:r>
      <w:r w:rsidRPr="008A40A5">
        <w:rPr>
          <w:lang w:val="en-IN"/>
        </w:rPr>
        <w:t xml:space="preserve"> than the F-critical in the columns, indicating that the group means </w:t>
      </w:r>
      <w:r w:rsidR="0081037F" w:rsidRPr="008A40A5">
        <w:rPr>
          <w:lang w:val="en-IN"/>
        </w:rPr>
        <w:t xml:space="preserve">also do not </w:t>
      </w:r>
      <w:r w:rsidRPr="008A40A5">
        <w:rPr>
          <w:lang w:val="en-IN"/>
        </w:rPr>
        <w:t xml:space="preserve">deviate significantly. According to the statistical research, </w:t>
      </w:r>
      <w:r w:rsidR="0081037F" w:rsidRPr="008A40A5">
        <w:rPr>
          <w:lang w:val="en-IN"/>
        </w:rPr>
        <w:t>incubation time</w:t>
      </w:r>
      <w:r w:rsidRPr="008A40A5">
        <w:rPr>
          <w:lang w:val="en-IN"/>
        </w:rPr>
        <w:t xml:space="preserve"> has </w:t>
      </w:r>
      <w:r w:rsidR="0081037F" w:rsidRPr="008A40A5">
        <w:rPr>
          <w:lang w:val="en-IN"/>
        </w:rPr>
        <w:t>no</w:t>
      </w:r>
      <w:r w:rsidRPr="008A40A5">
        <w:rPr>
          <w:lang w:val="en-IN"/>
        </w:rPr>
        <w:t xml:space="preserve"> significant impact on keratinase production and, consequently, its activity.</w:t>
      </w:r>
    </w:p>
    <w:p w:rsidR="00862869" w:rsidRPr="008A40A5" w:rsidRDefault="00862869" w:rsidP="00862869">
      <w:pPr>
        <w:pStyle w:val="Heading3"/>
        <w:numPr>
          <w:ilvl w:val="0"/>
          <w:numId w:val="0"/>
        </w:numPr>
        <w:spacing w:after="240"/>
        <w:ind w:left="720"/>
      </w:pPr>
    </w:p>
    <w:p w:rsidR="00CD5479" w:rsidRPr="008A40A5" w:rsidRDefault="00584328" w:rsidP="00584328">
      <w:pPr>
        <w:pStyle w:val="Heading3"/>
        <w:spacing w:after="240"/>
        <w:rPr>
          <w:rFonts w:ascii="Arial" w:hAnsi="Arial" w:cs="Arial"/>
          <w:sz w:val="20"/>
          <w:szCs w:val="20"/>
        </w:rPr>
      </w:pPr>
      <w:r w:rsidRPr="008A40A5">
        <w:rPr>
          <w:rFonts w:ascii="Arial" w:hAnsi="Arial" w:cs="Arial"/>
          <w:sz w:val="20"/>
          <w:szCs w:val="20"/>
        </w:rPr>
        <w:t>EFFECT OF DIFFERENT TEMPERATURE ON KERATINASE ENZYME ACTIVITY</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The optimum temperature for keratinolytic activity was determined by performing the enzyme reaction at incubation temperatures between 40°C to 80°C.</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0.02 g feathers + 3.8 ml Phosphate buffer + 0.2 ml supernatant of culture filtrate of each microorganisms were taken in sterile test tubes, and tubes were incubated at different temperatures (40°C, 50°C, 60°C, 70°C, 80°C) for 1 hour.</w:t>
      </w:r>
    </w:p>
    <w:p w:rsidR="00CD5479" w:rsidRPr="008A40A5" w:rsidRDefault="00CD5479"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After incubation at different temperatures all tubes were chilled in ice water for 10 min, filtered and O.D was taken at 280 nm O.D values were converted to Enzyme Unit / ml. (Tamreiho.K, 2019)</w:t>
      </w:r>
    </w:p>
    <w:p w:rsidR="00DF3CBC" w:rsidRPr="008A40A5" w:rsidRDefault="00DF3CBC" w:rsidP="004D0D2F">
      <w:pPr>
        <w:ind w:left="142"/>
        <w:jc w:val="center"/>
        <w:rPr>
          <w:rFonts w:ascii="Arial" w:hAnsi="Arial" w:cs="Arial"/>
          <w:bCs/>
          <w:sz w:val="20"/>
          <w:szCs w:val="18"/>
        </w:rPr>
      </w:pPr>
    </w:p>
    <w:p w:rsidR="00DF3CBC" w:rsidRPr="008A40A5" w:rsidRDefault="00DF3CBC" w:rsidP="004D0D2F">
      <w:pPr>
        <w:ind w:left="142"/>
        <w:jc w:val="center"/>
        <w:rPr>
          <w:rFonts w:ascii="Arial" w:hAnsi="Arial" w:cs="Arial"/>
          <w:bCs/>
          <w:sz w:val="20"/>
          <w:szCs w:val="18"/>
        </w:rPr>
      </w:pPr>
    </w:p>
    <w:p w:rsidR="00DF3CBC" w:rsidRPr="008A40A5" w:rsidRDefault="00DF3CBC" w:rsidP="004D0D2F">
      <w:pPr>
        <w:ind w:left="142"/>
        <w:jc w:val="center"/>
        <w:rPr>
          <w:rFonts w:ascii="Arial" w:hAnsi="Arial" w:cs="Arial"/>
          <w:bCs/>
          <w:sz w:val="20"/>
          <w:szCs w:val="18"/>
        </w:rPr>
      </w:pPr>
    </w:p>
    <w:p w:rsidR="00DF3CBC" w:rsidRPr="008A40A5" w:rsidRDefault="00DF3CBC" w:rsidP="004D0D2F">
      <w:pPr>
        <w:ind w:left="142"/>
        <w:jc w:val="center"/>
        <w:rPr>
          <w:rFonts w:ascii="Arial" w:hAnsi="Arial" w:cs="Arial"/>
          <w:bCs/>
          <w:sz w:val="20"/>
          <w:szCs w:val="18"/>
        </w:rPr>
      </w:pPr>
    </w:p>
    <w:p w:rsidR="00DF3CBC" w:rsidRPr="008A40A5" w:rsidRDefault="00DF3CBC" w:rsidP="004D0D2F">
      <w:pPr>
        <w:ind w:left="142"/>
        <w:jc w:val="center"/>
        <w:rPr>
          <w:rFonts w:ascii="Arial" w:hAnsi="Arial" w:cs="Arial"/>
          <w:bCs/>
          <w:sz w:val="20"/>
          <w:szCs w:val="18"/>
        </w:rPr>
      </w:pPr>
    </w:p>
    <w:p w:rsidR="00DF3CBC" w:rsidRPr="008A40A5" w:rsidRDefault="00DF3CBC" w:rsidP="004D0D2F">
      <w:pPr>
        <w:ind w:left="142"/>
        <w:jc w:val="center"/>
        <w:rPr>
          <w:rFonts w:ascii="Arial" w:hAnsi="Arial" w:cs="Arial"/>
          <w:bCs/>
          <w:sz w:val="20"/>
          <w:szCs w:val="18"/>
        </w:rPr>
      </w:pPr>
    </w:p>
    <w:p w:rsidR="004D0D2F" w:rsidRPr="008A40A5" w:rsidRDefault="004D0D2F" w:rsidP="004D0D2F">
      <w:pPr>
        <w:ind w:left="142"/>
        <w:jc w:val="center"/>
        <w:rPr>
          <w:rFonts w:ascii="Arial" w:hAnsi="Arial" w:cs="Arial"/>
          <w:bCs/>
          <w:sz w:val="20"/>
          <w:szCs w:val="18"/>
        </w:rPr>
      </w:pPr>
      <w:r w:rsidRPr="008A40A5">
        <w:rPr>
          <w:rFonts w:ascii="Arial" w:hAnsi="Arial" w:cs="Arial"/>
          <w:bCs/>
          <w:sz w:val="20"/>
          <w:szCs w:val="18"/>
        </w:rPr>
        <w:t xml:space="preserve">Table </w:t>
      </w:r>
      <w:r w:rsidR="00DF3CBC" w:rsidRPr="008A40A5">
        <w:rPr>
          <w:rFonts w:ascii="Arial" w:hAnsi="Arial" w:cs="Arial"/>
          <w:bCs/>
          <w:sz w:val="20"/>
          <w:szCs w:val="18"/>
        </w:rPr>
        <w:t>4</w:t>
      </w:r>
      <w:r w:rsidRPr="008A40A5">
        <w:rPr>
          <w:rFonts w:ascii="Arial" w:hAnsi="Arial" w:cs="Arial"/>
          <w:bCs/>
          <w:sz w:val="20"/>
          <w:szCs w:val="18"/>
        </w:rPr>
        <w:t>: Effect of temperature O.D at 280 nm</w:t>
      </w:r>
    </w:p>
    <w:tbl>
      <w:tblPr>
        <w:tblW w:w="950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4"/>
        <w:gridCol w:w="1547"/>
        <w:gridCol w:w="1544"/>
        <w:gridCol w:w="1547"/>
        <w:gridCol w:w="1547"/>
        <w:gridCol w:w="1546"/>
      </w:tblGrid>
      <w:tr w:rsidR="00CD5479" w:rsidRPr="008A40A5" w:rsidTr="00584328">
        <w:trPr>
          <w:trHeight w:val="346"/>
        </w:trPr>
        <w:tc>
          <w:tcPr>
            <w:tcW w:w="1774"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Temperature</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eastAsia="Cambria Math" w:hAnsi="Arial" w:cs="Arial"/>
                <w:sz w:val="20"/>
                <w:szCs w:val="20"/>
              </w:rPr>
            </w:pPr>
            <w:r w:rsidRPr="008A40A5">
              <w:rPr>
                <w:rFonts w:ascii="Arial" w:hAnsi="Arial" w:cs="Arial"/>
                <w:b/>
                <w:spacing w:val="-4"/>
                <w:sz w:val="20"/>
                <w:szCs w:val="20"/>
              </w:rPr>
              <w:t>40</w:t>
            </w:r>
            <w:r w:rsidRPr="008A40A5">
              <w:rPr>
                <w:rFonts w:ascii="Arial" w:eastAsia="Cambria Math" w:hAnsi="Arial" w:cs="Arial"/>
                <w:spacing w:val="-4"/>
                <w:sz w:val="20"/>
                <w:szCs w:val="20"/>
              </w:rPr>
              <w:t>°</w:t>
            </w:r>
            <w:r w:rsidRPr="008A40A5">
              <w:rPr>
                <w:rFonts w:ascii="Cambria Math" w:eastAsia="Cambria Math" w:hAnsi="Cambria Math" w:cs="Cambria Math"/>
                <w:spacing w:val="-4"/>
                <w:sz w:val="20"/>
                <w:szCs w:val="20"/>
              </w:rPr>
              <w:t>𝒄</w:t>
            </w:r>
          </w:p>
        </w:tc>
        <w:tc>
          <w:tcPr>
            <w:tcW w:w="1544"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eastAsia="Cambria Math" w:hAnsi="Arial" w:cs="Arial"/>
                <w:sz w:val="20"/>
                <w:szCs w:val="20"/>
              </w:rPr>
            </w:pPr>
            <w:r w:rsidRPr="008A40A5">
              <w:rPr>
                <w:rFonts w:ascii="Arial" w:hAnsi="Arial" w:cs="Arial"/>
                <w:b/>
                <w:spacing w:val="-4"/>
                <w:sz w:val="20"/>
                <w:szCs w:val="20"/>
              </w:rPr>
              <w:t>50</w:t>
            </w:r>
            <w:r w:rsidRPr="008A40A5">
              <w:rPr>
                <w:rFonts w:ascii="Arial" w:eastAsia="Cambria Math" w:hAnsi="Arial" w:cs="Arial"/>
                <w:spacing w:val="-4"/>
                <w:sz w:val="20"/>
                <w:szCs w:val="20"/>
              </w:rPr>
              <w:t>°</w:t>
            </w:r>
            <w:r w:rsidRPr="008A40A5">
              <w:rPr>
                <w:rFonts w:ascii="Cambria Math" w:eastAsia="Cambria Math" w:hAnsi="Cambria Math" w:cs="Cambria Math"/>
                <w:spacing w:val="-4"/>
                <w:sz w:val="20"/>
                <w:szCs w:val="20"/>
              </w:rPr>
              <w:t>𝒄</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eastAsia="Cambria Math" w:hAnsi="Arial" w:cs="Arial"/>
                <w:sz w:val="20"/>
                <w:szCs w:val="20"/>
              </w:rPr>
            </w:pPr>
            <w:r w:rsidRPr="008A40A5">
              <w:rPr>
                <w:rFonts w:ascii="Arial" w:hAnsi="Arial" w:cs="Arial"/>
                <w:b/>
                <w:spacing w:val="-4"/>
                <w:sz w:val="20"/>
                <w:szCs w:val="20"/>
              </w:rPr>
              <w:t>60</w:t>
            </w:r>
            <w:r w:rsidRPr="008A40A5">
              <w:rPr>
                <w:rFonts w:ascii="Arial" w:eastAsia="Cambria Math" w:hAnsi="Arial" w:cs="Arial"/>
                <w:spacing w:val="-4"/>
                <w:sz w:val="20"/>
                <w:szCs w:val="20"/>
              </w:rPr>
              <w:t>°</w:t>
            </w:r>
            <w:r w:rsidRPr="008A40A5">
              <w:rPr>
                <w:rFonts w:ascii="Cambria Math" w:eastAsia="Cambria Math" w:hAnsi="Cambria Math" w:cs="Cambria Math"/>
                <w:spacing w:val="-4"/>
                <w:sz w:val="20"/>
                <w:szCs w:val="20"/>
              </w:rPr>
              <w:t>𝒄</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eastAsia="Cambria Math" w:hAnsi="Arial" w:cs="Arial"/>
                <w:sz w:val="20"/>
                <w:szCs w:val="20"/>
              </w:rPr>
            </w:pPr>
            <w:r w:rsidRPr="008A40A5">
              <w:rPr>
                <w:rFonts w:ascii="Arial" w:hAnsi="Arial" w:cs="Arial"/>
                <w:b/>
                <w:spacing w:val="-4"/>
                <w:sz w:val="20"/>
                <w:szCs w:val="20"/>
              </w:rPr>
              <w:t>70</w:t>
            </w:r>
            <w:r w:rsidRPr="008A40A5">
              <w:rPr>
                <w:rFonts w:ascii="Arial" w:eastAsia="Cambria Math" w:hAnsi="Arial" w:cs="Arial"/>
                <w:spacing w:val="-4"/>
                <w:sz w:val="20"/>
                <w:szCs w:val="20"/>
              </w:rPr>
              <w:t>°</w:t>
            </w:r>
            <w:r w:rsidRPr="008A40A5">
              <w:rPr>
                <w:rFonts w:ascii="Cambria Math" w:eastAsia="Cambria Math" w:hAnsi="Cambria Math" w:cs="Cambria Math"/>
                <w:spacing w:val="-4"/>
                <w:sz w:val="20"/>
                <w:szCs w:val="20"/>
              </w:rPr>
              <w:t>𝒄</w:t>
            </w:r>
          </w:p>
        </w:tc>
        <w:tc>
          <w:tcPr>
            <w:tcW w:w="1546"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eastAsia="Cambria Math" w:hAnsi="Arial" w:cs="Arial"/>
                <w:sz w:val="20"/>
                <w:szCs w:val="20"/>
              </w:rPr>
            </w:pPr>
            <w:r w:rsidRPr="008A40A5">
              <w:rPr>
                <w:rFonts w:ascii="Arial" w:hAnsi="Arial" w:cs="Arial"/>
                <w:b/>
                <w:spacing w:val="-4"/>
                <w:sz w:val="20"/>
                <w:szCs w:val="20"/>
              </w:rPr>
              <w:t>80</w:t>
            </w:r>
            <w:r w:rsidRPr="008A40A5">
              <w:rPr>
                <w:rFonts w:ascii="Arial" w:eastAsia="Cambria Math" w:hAnsi="Arial" w:cs="Arial"/>
                <w:spacing w:val="-4"/>
                <w:sz w:val="20"/>
                <w:szCs w:val="20"/>
              </w:rPr>
              <w:t>°</w:t>
            </w:r>
            <w:r w:rsidRPr="008A40A5">
              <w:rPr>
                <w:rFonts w:ascii="Cambria Math" w:eastAsia="Cambria Math" w:hAnsi="Cambria Math" w:cs="Cambria Math"/>
                <w:spacing w:val="-4"/>
                <w:sz w:val="20"/>
                <w:szCs w:val="20"/>
              </w:rPr>
              <w:t>𝒄</w:t>
            </w:r>
          </w:p>
        </w:tc>
      </w:tr>
      <w:tr w:rsidR="00CD5479" w:rsidRPr="008A40A5" w:rsidTr="00584328">
        <w:trPr>
          <w:trHeight w:val="346"/>
        </w:trPr>
        <w:tc>
          <w:tcPr>
            <w:tcW w:w="1774" w:type="dxa"/>
            <w:vAlign w:val="center"/>
          </w:tcPr>
          <w:p w:rsidR="00CD5479" w:rsidRPr="008A40A5" w:rsidRDefault="00D0486A"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+VE</w:t>
            </w:r>
            <w:r w:rsidR="00CD5479" w:rsidRPr="008A40A5">
              <w:rPr>
                <w:rFonts w:ascii="Arial" w:hAnsi="Arial" w:cs="Arial"/>
                <w:b/>
                <w:spacing w:val="-2"/>
                <w:sz w:val="20"/>
                <w:szCs w:val="20"/>
              </w:rPr>
              <w:t xml:space="preserve"> control</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1.186</w:t>
            </w:r>
          </w:p>
        </w:tc>
        <w:tc>
          <w:tcPr>
            <w:tcW w:w="1544"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0.931</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1.079</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1.145</w:t>
            </w:r>
          </w:p>
        </w:tc>
        <w:tc>
          <w:tcPr>
            <w:tcW w:w="1546"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4"/>
                <w:sz w:val="20"/>
                <w:szCs w:val="20"/>
              </w:rPr>
              <w:t>1.02</w:t>
            </w:r>
          </w:p>
        </w:tc>
      </w:tr>
      <w:tr w:rsidR="00CD5479" w:rsidRPr="008A40A5" w:rsidTr="00584328">
        <w:trPr>
          <w:trHeight w:val="346"/>
        </w:trPr>
        <w:tc>
          <w:tcPr>
            <w:tcW w:w="1774" w:type="dxa"/>
            <w:vAlign w:val="center"/>
          </w:tcPr>
          <w:p w:rsidR="00CD5479" w:rsidRPr="008A40A5" w:rsidRDefault="00D0486A"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-VE</w:t>
            </w:r>
            <w:r w:rsidR="00CD5479" w:rsidRPr="008A40A5">
              <w:rPr>
                <w:rFonts w:ascii="Arial" w:hAnsi="Arial" w:cs="Arial"/>
                <w:b/>
                <w:spacing w:val="-2"/>
                <w:sz w:val="20"/>
                <w:szCs w:val="20"/>
              </w:rPr>
              <w:t xml:space="preserve"> control</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0.920</w:t>
            </w:r>
          </w:p>
        </w:tc>
        <w:tc>
          <w:tcPr>
            <w:tcW w:w="1544"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0.855</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0.960</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0.898</w:t>
            </w:r>
          </w:p>
        </w:tc>
        <w:tc>
          <w:tcPr>
            <w:tcW w:w="1546"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0.927</w:t>
            </w:r>
          </w:p>
        </w:tc>
      </w:tr>
      <w:tr w:rsidR="00CD5479" w:rsidRPr="008A40A5" w:rsidTr="00584328">
        <w:trPr>
          <w:trHeight w:val="346"/>
        </w:trPr>
        <w:tc>
          <w:tcPr>
            <w:tcW w:w="1774"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S1</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0.763</w:t>
            </w:r>
          </w:p>
        </w:tc>
        <w:tc>
          <w:tcPr>
            <w:tcW w:w="1544"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0.648</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0.759</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0.729</w:t>
            </w:r>
          </w:p>
        </w:tc>
        <w:tc>
          <w:tcPr>
            <w:tcW w:w="154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0.754</w:t>
            </w:r>
          </w:p>
        </w:tc>
      </w:tr>
      <w:tr w:rsidR="00CD5479" w:rsidRPr="008A40A5" w:rsidTr="00584328">
        <w:trPr>
          <w:trHeight w:val="346"/>
        </w:trPr>
        <w:tc>
          <w:tcPr>
            <w:tcW w:w="1774"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5"/>
                <w:sz w:val="20"/>
                <w:szCs w:val="20"/>
              </w:rPr>
              <w:t>S2</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0.835</w:t>
            </w:r>
          </w:p>
        </w:tc>
        <w:tc>
          <w:tcPr>
            <w:tcW w:w="1544"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0.698</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0.887</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0.650</w:t>
            </w:r>
          </w:p>
        </w:tc>
        <w:tc>
          <w:tcPr>
            <w:tcW w:w="1546"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0.792</w:t>
            </w:r>
          </w:p>
        </w:tc>
      </w:tr>
      <w:tr w:rsidR="00CD5479" w:rsidRPr="008A40A5" w:rsidTr="00584328">
        <w:trPr>
          <w:trHeight w:val="346"/>
        </w:trPr>
        <w:tc>
          <w:tcPr>
            <w:tcW w:w="1774"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S3</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0.752</w:t>
            </w:r>
          </w:p>
        </w:tc>
        <w:tc>
          <w:tcPr>
            <w:tcW w:w="1544"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0.818</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0.716</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0.982</w:t>
            </w:r>
          </w:p>
        </w:tc>
        <w:tc>
          <w:tcPr>
            <w:tcW w:w="154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0.840</w:t>
            </w:r>
          </w:p>
        </w:tc>
      </w:tr>
      <w:tr w:rsidR="00CD5479" w:rsidRPr="008A40A5" w:rsidTr="00584328">
        <w:trPr>
          <w:trHeight w:val="346"/>
        </w:trPr>
        <w:tc>
          <w:tcPr>
            <w:tcW w:w="1774"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S4</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0.710</w:t>
            </w:r>
          </w:p>
        </w:tc>
        <w:tc>
          <w:tcPr>
            <w:tcW w:w="1544"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0.763</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0.707</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0.790</w:t>
            </w:r>
          </w:p>
        </w:tc>
        <w:tc>
          <w:tcPr>
            <w:tcW w:w="154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0.925</w:t>
            </w:r>
          </w:p>
        </w:tc>
      </w:tr>
      <w:tr w:rsidR="00CD5479" w:rsidRPr="008A40A5" w:rsidTr="00584328">
        <w:trPr>
          <w:trHeight w:val="346"/>
        </w:trPr>
        <w:tc>
          <w:tcPr>
            <w:tcW w:w="1774"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5"/>
                <w:sz w:val="20"/>
                <w:szCs w:val="20"/>
              </w:rPr>
              <w:t>S5</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0.898</w:t>
            </w:r>
          </w:p>
        </w:tc>
        <w:tc>
          <w:tcPr>
            <w:tcW w:w="1544"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0.773</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0.854</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0.782</w:t>
            </w:r>
          </w:p>
        </w:tc>
        <w:tc>
          <w:tcPr>
            <w:tcW w:w="1546"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0.955</w:t>
            </w:r>
          </w:p>
        </w:tc>
      </w:tr>
      <w:tr w:rsidR="00CD5479" w:rsidRPr="008A40A5" w:rsidTr="00584328">
        <w:trPr>
          <w:trHeight w:val="346"/>
        </w:trPr>
        <w:tc>
          <w:tcPr>
            <w:tcW w:w="1774"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C1</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0.720</w:t>
            </w:r>
          </w:p>
        </w:tc>
        <w:tc>
          <w:tcPr>
            <w:tcW w:w="1544"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0.782</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0.863</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0.890</w:t>
            </w:r>
          </w:p>
        </w:tc>
        <w:tc>
          <w:tcPr>
            <w:tcW w:w="154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0.848</w:t>
            </w:r>
          </w:p>
        </w:tc>
      </w:tr>
      <w:tr w:rsidR="00CD5479" w:rsidRPr="008A40A5" w:rsidTr="00584328">
        <w:trPr>
          <w:trHeight w:val="346"/>
        </w:trPr>
        <w:tc>
          <w:tcPr>
            <w:tcW w:w="1774"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C2</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0.698</w:t>
            </w:r>
          </w:p>
        </w:tc>
        <w:tc>
          <w:tcPr>
            <w:tcW w:w="1544"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0.728</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0.759</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0.783</w:t>
            </w:r>
          </w:p>
        </w:tc>
        <w:tc>
          <w:tcPr>
            <w:tcW w:w="154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0.822</w:t>
            </w:r>
          </w:p>
        </w:tc>
      </w:tr>
      <w:tr w:rsidR="00CD5479" w:rsidRPr="008A40A5" w:rsidTr="00584328">
        <w:trPr>
          <w:trHeight w:val="346"/>
        </w:trPr>
        <w:tc>
          <w:tcPr>
            <w:tcW w:w="1774"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5"/>
                <w:sz w:val="20"/>
                <w:szCs w:val="20"/>
              </w:rPr>
              <w:t>C3</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0.723</w:t>
            </w:r>
          </w:p>
        </w:tc>
        <w:tc>
          <w:tcPr>
            <w:tcW w:w="1544"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0.936</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0.862</w:t>
            </w:r>
          </w:p>
        </w:tc>
        <w:tc>
          <w:tcPr>
            <w:tcW w:w="1547"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0.737</w:t>
            </w:r>
          </w:p>
        </w:tc>
        <w:tc>
          <w:tcPr>
            <w:tcW w:w="1546" w:type="dxa"/>
            <w:vAlign w:val="center"/>
          </w:tcPr>
          <w:p w:rsidR="00CD5479" w:rsidRPr="008A40A5" w:rsidRDefault="00CD5479" w:rsidP="00584328">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0.950</w:t>
            </w:r>
          </w:p>
        </w:tc>
      </w:tr>
      <w:tr w:rsidR="00CD5479" w:rsidRPr="008A40A5" w:rsidTr="00584328">
        <w:trPr>
          <w:trHeight w:val="346"/>
        </w:trPr>
        <w:tc>
          <w:tcPr>
            <w:tcW w:w="1774" w:type="dxa"/>
            <w:vAlign w:val="center"/>
          </w:tcPr>
          <w:p w:rsidR="00CD5479" w:rsidRPr="008A40A5" w:rsidRDefault="00CD5479"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C4</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0.732</w:t>
            </w:r>
          </w:p>
        </w:tc>
        <w:tc>
          <w:tcPr>
            <w:tcW w:w="1544"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0.749</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0.722</w:t>
            </w:r>
          </w:p>
        </w:tc>
        <w:tc>
          <w:tcPr>
            <w:tcW w:w="1547"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0.685</w:t>
            </w:r>
          </w:p>
        </w:tc>
        <w:tc>
          <w:tcPr>
            <w:tcW w:w="1546" w:type="dxa"/>
            <w:vAlign w:val="center"/>
          </w:tcPr>
          <w:p w:rsidR="00CD5479" w:rsidRPr="008A40A5" w:rsidRDefault="00CD5479"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0.906</w:t>
            </w:r>
          </w:p>
        </w:tc>
      </w:tr>
    </w:tbl>
    <w:p w:rsidR="00CD5479" w:rsidRPr="008A40A5" w:rsidRDefault="00CD5479" w:rsidP="00584328">
      <w:pPr>
        <w:pStyle w:val="BodyText"/>
        <w:tabs>
          <w:tab w:val="left" w:pos="360"/>
          <w:tab w:val="left" w:pos="8100"/>
        </w:tabs>
        <w:spacing w:after="240"/>
        <w:rPr>
          <w:rFonts w:ascii="Arial" w:hAnsi="Arial" w:cs="Arial"/>
          <w:b/>
          <w:sz w:val="5"/>
        </w:rPr>
      </w:pPr>
    </w:p>
    <w:p w:rsidR="002776F8" w:rsidRPr="008A40A5" w:rsidRDefault="002776F8" w:rsidP="00DF3CBC">
      <w:pPr>
        <w:pStyle w:val="BodyText"/>
        <w:tabs>
          <w:tab w:val="left" w:pos="360"/>
          <w:tab w:val="left" w:pos="8100"/>
        </w:tabs>
        <w:spacing w:after="240"/>
        <w:jc w:val="center"/>
        <w:rPr>
          <w:rFonts w:ascii="Arial" w:hAnsi="Arial" w:cs="Arial"/>
          <w:b/>
          <w:sz w:val="5"/>
        </w:rPr>
      </w:pPr>
      <w:r w:rsidRPr="008A40A5">
        <w:rPr>
          <w:rFonts w:ascii="Arial" w:hAnsi="Arial" w:cs="Arial"/>
          <w:bCs/>
          <w:sz w:val="20"/>
          <w:szCs w:val="18"/>
        </w:rPr>
        <w:t>Table</w:t>
      </w:r>
      <w:r w:rsidR="00DF3CBC" w:rsidRPr="008A40A5">
        <w:rPr>
          <w:rFonts w:ascii="Arial" w:hAnsi="Arial" w:cs="Arial"/>
          <w:bCs/>
          <w:sz w:val="20"/>
          <w:szCs w:val="18"/>
        </w:rPr>
        <w:t>5</w:t>
      </w:r>
      <w:r w:rsidRPr="008A40A5">
        <w:rPr>
          <w:rFonts w:ascii="Arial" w:hAnsi="Arial" w:cs="Arial"/>
          <w:bCs/>
          <w:sz w:val="20"/>
          <w:szCs w:val="18"/>
        </w:rPr>
        <w:t>:Statistical analysis for the effect of temperature on Keratinase Activity</w:t>
      </w:r>
    </w:p>
    <w:tbl>
      <w:tblPr>
        <w:tblW w:w="7269" w:type="dxa"/>
        <w:tblInd w:w="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053"/>
        <w:gridCol w:w="960"/>
        <w:gridCol w:w="1053"/>
        <w:gridCol w:w="1053"/>
        <w:gridCol w:w="1053"/>
        <w:gridCol w:w="1053"/>
      </w:tblGrid>
      <w:tr w:rsidR="00E60A76" w:rsidRPr="008A40A5" w:rsidTr="00DF3CBC">
        <w:trPr>
          <w:trHeight w:val="288"/>
        </w:trPr>
        <w:tc>
          <w:tcPr>
            <w:tcW w:w="1044" w:type="dxa"/>
            <w:noWrap/>
            <w:vAlign w:val="bottom"/>
            <w:hideMark/>
          </w:tcPr>
          <w:p w:rsidR="00E60A76" w:rsidRPr="008A40A5" w:rsidRDefault="00E60A76" w:rsidP="00E60A76">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Source of Variation</w:t>
            </w:r>
          </w:p>
        </w:tc>
        <w:tc>
          <w:tcPr>
            <w:tcW w:w="1053" w:type="dxa"/>
            <w:noWrap/>
            <w:vAlign w:val="bottom"/>
            <w:hideMark/>
          </w:tcPr>
          <w:p w:rsidR="00E60A76" w:rsidRPr="008A40A5" w:rsidRDefault="00E60A76" w:rsidP="00E60A76">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SS</w:t>
            </w:r>
          </w:p>
        </w:tc>
        <w:tc>
          <w:tcPr>
            <w:tcW w:w="960" w:type="dxa"/>
            <w:noWrap/>
            <w:vAlign w:val="bottom"/>
            <w:hideMark/>
          </w:tcPr>
          <w:p w:rsidR="00E60A76" w:rsidRPr="008A40A5" w:rsidRDefault="00E60A76" w:rsidP="00E60A76">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df</w:t>
            </w:r>
          </w:p>
        </w:tc>
        <w:tc>
          <w:tcPr>
            <w:tcW w:w="1053" w:type="dxa"/>
            <w:noWrap/>
            <w:vAlign w:val="bottom"/>
            <w:hideMark/>
          </w:tcPr>
          <w:p w:rsidR="00E60A76" w:rsidRPr="008A40A5" w:rsidRDefault="00E60A76" w:rsidP="00E60A76">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MS</w:t>
            </w:r>
          </w:p>
        </w:tc>
        <w:tc>
          <w:tcPr>
            <w:tcW w:w="1053" w:type="dxa"/>
            <w:noWrap/>
            <w:vAlign w:val="bottom"/>
            <w:hideMark/>
          </w:tcPr>
          <w:p w:rsidR="00E60A76" w:rsidRPr="008A40A5" w:rsidRDefault="00E60A76" w:rsidP="00E60A76">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F</w:t>
            </w:r>
          </w:p>
        </w:tc>
        <w:tc>
          <w:tcPr>
            <w:tcW w:w="1053" w:type="dxa"/>
            <w:noWrap/>
            <w:vAlign w:val="bottom"/>
            <w:hideMark/>
          </w:tcPr>
          <w:p w:rsidR="00E60A76" w:rsidRPr="008A40A5" w:rsidRDefault="00E60A76" w:rsidP="00E60A76">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P-value</w:t>
            </w:r>
          </w:p>
        </w:tc>
        <w:tc>
          <w:tcPr>
            <w:tcW w:w="1053" w:type="dxa"/>
            <w:noWrap/>
            <w:vAlign w:val="bottom"/>
            <w:hideMark/>
          </w:tcPr>
          <w:p w:rsidR="00E60A76" w:rsidRPr="008A40A5" w:rsidRDefault="00E60A76" w:rsidP="00E60A76">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F crit</w:t>
            </w:r>
          </w:p>
        </w:tc>
      </w:tr>
      <w:tr w:rsidR="00E60A76" w:rsidRPr="008A40A5" w:rsidTr="00DF3CBC">
        <w:trPr>
          <w:trHeight w:val="288"/>
        </w:trPr>
        <w:tc>
          <w:tcPr>
            <w:tcW w:w="1044" w:type="dxa"/>
            <w:noWrap/>
            <w:vAlign w:val="bottom"/>
            <w:hideMark/>
          </w:tcPr>
          <w:p w:rsidR="00E60A76" w:rsidRPr="008A40A5" w:rsidRDefault="00E60A76" w:rsidP="00E60A76">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Rows</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0.06015</w:t>
            </w:r>
          </w:p>
        </w:tc>
        <w:tc>
          <w:tcPr>
            <w:tcW w:w="960"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8</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0.007519</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1.178229</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0.351983</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2.355081</w:t>
            </w:r>
          </w:p>
        </w:tc>
      </w:tr>
      <w:tr w:rsidR="00E60A76" w:rsidRPr="008A40A5" w:rsidTr="00DF3CBC">
        <w:trPr>
          <w:trHeight w:val="288"/>
        </w:trPr>
        <w:tc>
          <w:tcPr>
            <w:tcW w:w="1044" w:type="dxa"/>
            <w:noWrap/>
            <w:vAlign w:val="bottom"/>
            <w:hideMark/>
          </w:tcPr>
          <w:p w:rsidR="00E60A76" w:rsidRPr="008A40A5" w:rsidRDefault="00E60A76" w:rsidP="00E60A76">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Columns</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0.005954</w:t>
            </w:r>
          </w:p>
        </w:tc>
        <w:tc>
          <w:tcPr>
            <w:tcW w:w="960"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3</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0.001985</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0.311025</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0.817197</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3.008787</w:t>
            </w:r>
          </w:p>
        </w:tc>
      </w:tr>
      <w:tr w:rsidR="00E60A76" w:rsidRPr="008A40A5" w:rsidTr="00DF3CBC">
        <w:trPr>
          <w:trHeight w:val="288"/>
        </w:trPr>
        <w:tc>
          <w:tcPr>
            <w:tcW w:w="1044" w:type="dxa"/>
            <w:noWrap/>
            <w:vAlign w:val="bottom"/>
            <w:hideMark/>
          </w:tcPr>
          <w:p w:rsidR="00E60A76" w:rsidRPr="008A40A5" w:rsidRDefault="00E60A76" w:rsidP="00E60A76">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Error</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0.153153</w:t>
            </w:r>
          </w:p>
        </w:tc>
        <w:tc>
          <w:tcPr>
            <w:tcW w:w="960"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24</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0.006381</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p>
        </w:tc>
        <w:tc>
          <w:tcPr>
            <w:tcW w:w="1053" w:type="dxa"/>
            <w:noWrap/>
            <w:vAlign w:val="bottom"/>
            <w:hideMark/>
          </w:tcPr>
          <w:p w:rsidR="00E60A76" w:rsidRPr="008A40A5" w:rsidRDefault="00E60A76" w:rsidP="00E60A76">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60A76" w:rsidRPr="008A40A5" w:rsidRDefault="00E60A76" w:rsidP="00E60A76">
            <w:pPr>
              <w:spacing w:after="0" w:line="240" w:lineRule="auto"/>
              <w:rPr>
                <w:rFonts w:ascii="Times New Roman" w:eastAsia="Times New Roman" w:hAnsi="Times New Roman" w:cs="Times New Roman"/>
                <w:sz w:val="20"/>
                <w:szCs w:val="20"/>
                <w:lang w:val="en-IN" w:eastAsia="en-IN"/>
              </w:rPr>
            </w:pPr>
          </w:p>
        </w:tc>
      </w:tr>
      <w:tr w:rsidR="00E60A76" w:rsidRPr="008A40A5" w:rsidTr="00DF3CBC">
        <w:trPr>
          <w:trHeight w:val="288"/>
        </w:trPr>
        <w:tc>
          <w:tcPr>
            <w:tcW w:w="1044" w:type="dxa"/>
            <w:noWrap/>
            <w:vAlign w:val="bottom"/>
            <w:hideMark/>
          </w:tcPr>
          <w:p w:rsidR="00E60A76" w:rsidRPr="008A40A5" w:rsidRDefault="00E60A76" w:rsidP="00E60A76">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60A76" w:rsidRPr="008A40A5" w:rsidRDefault="00E60A76" w:rsidP="00E60A76">
            <w:pPr>
              <w:spacing w:after="0" w:line="240" w:lineRule="auto"/>
              <w:rPr>
                <w:rFonts w:ascii="Times New Roman" w:eastAsia="Times New Roman" w:hAnsi="Times New Roman" w:cs="Times New Roman"/>
                <w:sz w:val="20"/>
                <w:szCs w:val="20"/>
                <w:lang w:val="en-IN" w:eastAsia="en-IN"/>
              </w:rPr>
            </w:pPr>
          </w:p>
        </w:tc>
        <w:tc>
          <w:tcPr>
            <w:tcW w:w="960" w:type="dxa"/>
            <w:noWrap/>
            <w:vAlign w:val="bottom"/>
            <w:hideMark/>
          </w:tcPr>
          <w:p w:rsidR="00E60A76" w:rsidRPr="008A40A5" w:rsidRDefault="00E60A76" w:rsidP="00E60A76">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60A76" w:rsidRPr="008A40A5" w:rsidRDefault="00E60A76" w:rsidP="00E60A76">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60A76" w:rsidRPr="008A40A5" w:rsidRDefault="00E60A76" w:rsidP="00E60A76">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60A76" w:rsidRPr="008A40A5" w:rsidRDefault="00E60A76" w:rsidP="00E60A76">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60A76" w:rsidRPr="008A40A5" w:rsidRDefault="00E60A76" w:rsidP="00E60A76">
            <w:pPr>
              <w:spacing w:after="0" w:line="240" w:lineRule="auto"/>
              <w:rPr>
                <w:rFonts w:ascii="Times New Roman" w:eastAsia="Times New Roman" w:hAnsi="Times New Roman" w:cs="Times New Roman"/>
                <w:sz w:val="20"/>
                <w:szCs w:val="20"/>
                <w:lang w:val="en-IN" w:eastAsia="en-IN"/>
              </w:rPr>
            </w:pPr>
          </w:p>
        </w:tc>
      </w:tr>
      <w:tr w:rsidR="00E60A76" w:rsidRPr="008A40A5" w:rsidTr="00DF3CBC">
        <w:trPr>
          <w:trHeight w:val="300"/>
        </w:trPr>
        <w:tc>
          <w:tcPr>
            <w:tcW w:w="1044" w:type="dxa"/>
            <w:noWrap/>
            <w:vAlign w:val="bottom"/>
            <w:hideMark/>
          </w:tcPr>
          <w:p w:rsidR="00E60A76" w:rsidRPr="008A40A5" w:rsidRDefault="00E60A76" w:rsidP="00E60A76">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Total</w:t>
            </w:r>
          </w:p>
        </w:tc>
        <w:tc>
          <w:tcPr>
            <w:tcW w:w="1053"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0.219257</w:t>
            </w:r>
          </w:p>
        </w:tc>
        <w:tc>
          <w:tcPr>
            <w:tcW w:w="960" w:type="dxa"/>
            <w:noWrap/>
            <w:vAlign w:val="bottom"/>
            <w:hideMark/>
          </w:tcPr>
          <w:p w:rsidR="00E60A76" w:rsidRPr="008A40A5" w:rsidRDefault="00E60A76" w:rsidP="00E60A76">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35</w:t>
            </w:r>
          </w:p>
        </w:tc>
        <w:tc>
          <w:tcPr>
            <w:tcW w:w="1053" w:type="dxa"/>
            <w:noWrap/>
            <w:vAlign w:val="bottom"/>
            <w:hideMark/>
          </w:tcPr>
          <w:p w:rsidR="00E60A76" w:rsidRPr="008A40A5" w:rsidRDefault="00E60A76" w:rsidP="00E60A76">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053" w:type="dxa"/>
            <w:noWrap/>
            <w:vAlign w:val="bottom"/>
            <w:hideMark/>
          </w:tcPr>
          <w:p w:rsidR="00E60A76" w:rsidRPr="008A40A5" w:rsidRDefault="00E60A76" w:rsidP="00E60A76">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053" w:type="dxa"/>
            <w:noWrap/>
            <w:vAlign w:val="bottom"/>
            <w:hideMark/>
          </w:tcPr>
          <w:p w:rsidR="00E60A76" w:rsidRPr="008A40A5" w:rsidRDefault="00E60A76" w:rsidP="00E60A76">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053" w:type="dxa"/>
            <w:noWrap/>
            <w:vAlign w:val="bottom"/>
            <w:hideMark/>
          </w:tcPr>
          <w:p w:rsidR="00E60A76" w:rsidRPr="008A40A5" w:rsidRDefault="00E60A76" w:rsidP="00E60A76">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r>
    </w:tbl>
    <w:p w:rsidR="00E52CAD" w:rsidRPr="008A40A5" w:rsidRDefault="00E52CAD" w:rsidP="00DF3CBC">
      <w:pPr>
        <w:spacing w:before="240"/>
        <w:jc w:val="both"/>
        <w:rPr>
          <w:rFonts w:ascii="Arial" w:hAnsi="Arial" w:cs="Arial"/>
          <w:sz w:val="20"/>
          <w:szCs w:val="20"/>
          <w:lang w:val="en-IN"/>
        </w:rPr>
      </w:pPr>
      <w:r w:rsidRPr="008A40A5">
        <w:rPr>
          <w:rFonts w:ascii="Arial" w:hAnsi="Arial" w:cs="Arial"/>
          <w:sz w:val="20"/>
          <w:szCs w:val="20"/>
          <w:lang w:val="en-IN"/>
        </w:rPr>
        <w:t xml:space="preserve">The analysis of variance (ANOVA) was performed to evaluate the effects of temperature on thekeratinase activity, when the keratinase producing organisms were grown at different temperatures. The detailed results are summarized in Table </w:t>
      </w:r>
      <w:r w:rsidR="00BB12D1" w:rsidRPr="008A40A5">
        <w:rPr>
          <w:rFonts w:ascii="Arial" w:hAnsi="Arial" w:cs="Arial"/>
          <w:sz w:val="20"/>
          <w:szCs w:val="20"/>
          <w:lang w:val="en-IN"/>
        </w:rPr>
        <w:t>5</w:t>
      </w:r>
      <w:r w:rsidRPr="008A40A5">
        <w:rPr>
          <w:rFonts w:ascii="Arial" w:hAnsi="Arial" w:cs="Arial"/>
          <w:sz w:val="20"/>
          <w:szCs w:val="20"/>
          <w:lang w:val="en-IN"/>
        </w:rPr>
        <w:t xml:space="preserve">, which includes the F-values and p-values for each temperature, along with their significance levels. The calculated F value is </w:t>
      </w:r>
      <w:r w:rsidR="002776F8" w:rsidRPr="008A40A5">
        <w:rPr>
          <w:rFonts w:ascii="Arial" w:hAnsi="Arial" w:cs="Arial"/>
          <w:sz w:val="20"/>
          <w:szCs w:val="20"/>
          <w:lang w:val="en-IN"/>
        </w:rPr>
        <w:t>less</w:t>
      </w:r>
      <w:r w:rsidRPr="008A40A5">
        <w:rPr>
          <w:rFonts w:ascii="Arial" w:hAnsi="Arial" w:cs="Arial"/>
          <w:sz w:val="20"/>
          <w:szCs w:val="20"/>
          <w:lang w:val="en-IN"/>
        </w:rPr>
        <w:t xml:space="preserve"> than F-critical for the rows, indicating that these group means significantly differ from one another. Conversely, the F-calculated is smaller than the F-critical in the columns, indicating that the group means deviate significantly. According to the statistical research, temperature has a significant impact on keratinase production and, consequently, its activity.</w:t>
      </w:r>
    </w:p>
    <w:p w:rsidR="00584328" w:rsidRPr="008A40A5" w:rsidRDefault="00CD5479" w:rsidP="00DF3CBC">
      <w:pPr>
        <w:pStyle w:val="Heading3"/>
        <w:tabs>
          <w:tab w:val="left" w:pos="360"/>
          <w:tab w:val="left" w:pos="8100"/>
        </w:tabs>
        <w:ind w:left="540" w:hanging="540"/>
        <w:rPr>
          <w:rFonts w:ascii="Arial" w:hAnsi="Arial" w:cs="Arial"/>
          <w:sz w:val="20"/>
          <w:szCs w:val="20"/>
        </w:rPr>
      </w:pPr>
      <w:r w:rsidRPr="008A40A5">
        <w:rPr>
          <w:rFonts w:ascii="Arial" w:hAnsi="Arial" w:cs="Arial"/>
          <w:sz w:val="20"/>
          <w:szCs w:val="20"/>
        </w:rPr>
        <w:t xml:space="preserve">Calculations: </w:t>
      </w:r>
    </w:p>
    <w:p w:rsidR="00CD5479" w:rsidRPr="008A40A5" w:rsidRDefault="00CD5479" w:rsidP="00DF3CBC">
      <w:r w:rsidRPr="008A40A5">
        <w:t>Valuesconvertedtoenzymeunitper</w:t>
      </w:r>
      <w:r w:rsidRPr="008A40A5">
        <w:rPr>
          <w:spacing w:val="-5"/>
        </w:rPr>
        <w:t>ml</w:t>
      </w:r>
    </w:p>
    <w:p w:rsidR="00CD5479" w:rsidRPr="008A40A5" w:rsidRDefault="00CD5479" w:rsidP="00D0486A">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Enzyme unit per ml = optical density x total volume x dilution rate x incubation time.</w:t>
      </w:r>
    </w:p>
    <w:p w:rsidR="004D0D2F" w:rsidRPr="008A40A5" w:rsidRDefault="004D0D2F" w:rsidP="004D0D2F">
      <w:pPr>
        <w:ind w:left="142"/>
        <w:rPr>
          <w:rFonts w:ascii="Arial" w:hAnsi="Arial" w:cs="Arial"/>
          <w:bCs/>
          <w:sz w:val="20"/>
          <w:szCs w:val="18"/>
        </w:rPr>
      </w:pPr>
    </w:p>
    <w:p w:rsidR="004D0D2F" w:rsidRPr="008A40A5" w:rsidRDefault="004D0D2F" w:rsidP="004D0D2F">
      <w:pPr>
        <w:ind w:left="142"/>
        <w:rPr>
          <w:rFonts w:ascii="Arial" w:hAnsi="Arial" w:cs="Arial"/>
          <w:bCs/>
          <w:sz w:val="20"/>
          <w:szCs w:val="18"/>
        </w:rPr>
      </w:pPr>
    </w:p>
    <w:p w:rsidR="004D0D2F" w:rsidRPr="008A40A5" w:rsidRDefault="004D0D2F" w:rsidP="004D0D2F">
      <w:pPr>
        <w:ind w:left="142"/>
        <w:rPr>
          <w:rFonts w:ascii="Arial" w:hAnsi="Arial" w:cs="Arial"/>
          <w:bCs/>
          <w:sz w:val="20"/>
          <w:szCs w:val="18"/>
        </w:rPr>
      </w:pPr>
    </w:p>
    <w:p w:rsidR="00DF3CBC" w:rsidRPr="008A40A5" w:rsidRDefault="00DF3CBC" w:rsidP="004D0D2F">
      <w:pPr>
        <w:ind w:left="142"/>
        <w:rPr>
          <w:rFonts w:ascii="Arial" w:hAnsi="Arial" w:cs="Arial"/>
          <w:bCs/>
          <w:sz w:val="20"/>
          <w:szCs w:val="18"/>
        </w:rPr>
      </w:pPr>
    </w:p>
    <w:p w:rsidR="004D0D2F" w:rsidRPr="008A40A5" w:rsidRDefault="004D0D2F" w:rsidP="00DF3CBC">
      <w:pPr>
        <w:ind w:left="142"/>
        <w:jc w:val="center"/>
        <w:rPr>
          <w:rFonts w:ascii="Arial" w:hAnsi="Arial" w:cs="Arial"/>
          <w:bCs/>
          <w:sz w:val="20"/>
          <w:szCs w:val="18"/>
        </w:rPr>
      </w:pPr>
      <w:r w:rsidRPr="008A40A5">
        <w:rPr>
          <w:rFonts w:ascii="Arial" w:hAnsi="Arial" w:cs="Arial"/>
          <w:bCs/>
          <w:sz w:val="20"/>
          <w:szCs w:val="18"/>
        </w:rPr>
        <w:t xml:space="preserve">Table </w:t>
      </w:r>
      <w:r w:rsidR="00DF3CBC" w:rsidRPr="008A40A5">
        <w:rPr>
          <w:rFonts w:ascii="Arial" w:hAnsi="Arial" w:cs="Arial"/>
          <w:bCs/>
          <w:sz w:val="20"/>
          <w:szCs w:val="18"/>
        </w:rPr>
        <w:t>6</w:t>
      </w:r>
      <w:r w:rsidRPr="008A40A5">
        <w:rPr>
          <w:rFonts w:ascii="Arial" w:hAnsi="Arial" w:cs="Arial"/>
          <w:bCs/>
          <w:sz w:val="20"/>
          <w:szCs w:val="18"/>
        </w:rPr>
        <w:t>: Temperature O.D converted to Enzyme Unit per ml</w:t>
      </w:r>
    </w:p>
    <w:p w:rsidR="00CD5479" w:rsidRPr="008A40A5" w:rsidRDefault="00CD5479" w:rsidP="00584328">
      <w:pPr>
        <w:pStyle w:val="BodyText"/>
        <w:tabs>
          <w:tab w:val="left" w:pos="360"/>
          <w:tab w:val="left" w:pos="8100"/>
        </w:tabs>
        <w:spacing w:after="240" w:line="501" w:lineRule="auto"/>
        <w:rPr>
          <w:rFonts w:ascii="Arial" w:hAnsi="Arial" w:cs="Arial"/>
        </w:rPr>
        <w:sectPr w:rsidR="00CD5479" w:rsidRPr="008A40A5" w:rsidSect="00584328">
          <w:headerReference w:type="even" r:id="rId39"/>
          <w:headerReference w:type="default" r:id="rId40"/>
          <w:footerReference w:type="even" r:id="rId41"/>
          <w:footerReference w:type="default" r:id="rId42"/>
          <w:headerReference w:type="first" r:id="rId43"/>
          <w:footerReference w:type="first" r:id="rId44"/>
          <w:pgSz w:w="12240" w:h="15840" w:code="1"/>
          <w:pgMar w:top="1440" w:right="1800" w:bottom="1440" w:left="1800" w:header="0" w:footer="746" w:gutter="0"/>
          <w:cols w:space="720"/>
        </w:sectPr>
      </w:pPr>
    </w:p>
    <w:tbl>
      <w:tblPr>
        <w:tblStyle w:val="TableGrid"/>
        <w:tblW w:w="0" w:type="auto"/>
        <w:jc w:val="center"/>
        <w:tblLook w:val="04A0"/>
      </w:tblPr>
      <w:tblGrid>
        <w:gridCol w:w="855"/>
        <w:gridCol w:w="1570"/>
        <w:gridCol w:w="1016"/>
        <w:gridCol w:w="1080"/>
        <w:gridCol w:w="1170"/>
        <w:gridCol w:w="1260"/>
        <w:gridCol w:w="1504"/>
      </w:tblGrid>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b/>
                <w:bCs/>
                <w:sz w:val="20"/>
                <w:szCs w:val="20"/>
              </w:rPr>
            </w:pPr>
            <w:r w:rsidRPr="008A40A5">
              <w:rPr>
                <w:rFonts w:ascii="Arial" w:hAnsi="Arial" w:cs="Arial"/>
                <w:b/>
                <w:bCs/>
                <w:sz w:val="20"/>
                <w:szCs w:val="20"/>
              </w:rPr>
              <w:lastRenderedPageBreak/>
              <w:t>Sr.no.</w:t>
            </w:r>
          </w:p>
        </w:tc>
        <w:tc>
          <w:tcPr>
            <w:tcW w:w="15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b/>
                <w:bCs/>
                <w:sz w:val="20"/>
                <w:szCs w:val="20"/>
              </w:rPr>
            </w:pPr>
            <w:r w:rsidRPr="008A40A5">
              <w:rPr>
                <w:rFonts w:ascii="Arial" w:hAnsi="Arial" w:cs="Arial"/>
                <w:b/>
                <w:bCs/>
                <w:sz w:val="20"/>
                <w:szCs w:val="20"/>
              </w:rPr>
              <w:t>Samples</w:t>
            </w:r>
          </w:p>
        </w:tc>
        <w:tc>
          <w:tcPr>
            <w:tcW w:w="6030" w:type="dxa"/>
            <w:gridSpan w:val="5"/>
            <w:vAlign w:val="center"/>
          </w:tcPr>
          <w:p w:rsidR="00195546" w:rsidRPr="008A40A5" w:rsidRDefault="007C29FA" w:rsidP="00D0486A">
            <w:pPr>
              <w:pStyle w:val="BodyText"/>
              <w:tabs>
                <w:tab w:val="left" w:pos="360"/>
                <w:tab w:val="left" w:pos="8100"/>
              </w:tabs>
              <w:spacing w:after="0" w:line="360" w:lineRule="auto"/>
              <w:jc w:val="center"/>
              <w:rPr>
                <w:rFonts w:ascii="Arial" w:hAnsi="Arial" w:cs="Arial"/>
                <w:b/>
                <w:bCs/>
                <w:sz w:val="20"/>
                <w:szCs w:val="20"/>
              </w:rPr>
            </w:pPr>
            <w:r w:rsidRPr="008A40A5">
              <w:rPr>
                <w:rFonts w:ascii="Arial" w:hAnsi="Arial" w:cs="Arial"/>
                <w:b/>
                <w:bCs/>
                <w:sz w:val="20"/>
                <w:szCs w:val="20"/>
              </w:rPr>
              <w:t xml:space="preserve">Effect of temperature on </w:t>
            </w:r>
            <w:r w:rsidR="00195546" w:rsidRPr="008A40A5">
              <w:rPr>
                <w:rFonts w:ascii="Arial" w:hAnsi="Arial" w:cs="Arial"/>
                <w:b/>
                <w:bCs/>
                <w:sz w:val="20"/>
                <w:szCs w:val="20"/>
              </w:rPr>
              <w:t xml:space="preserve">Keratinaseactivity (U/ ml / </w:t>
            </w:r>
            <w:r w:rsidR="00195546" w:rsidRPr="008A40A5">
              <w:rPr>
                <w:rFonts w:ascii="Arial" w:hAnsi="Arial" w:cs="Arial"/>
                <w:b/>
                <w:bCs/>
                <w:spacing w:val="-5"/>
                <w:sz w:val="20"/>
                <w:szCs w:val="20"/>
              </w:rPr>
              <w:t>min)</w:t>
            </w:r>
          </w:p>
        </w:tc>
      </w:tr>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p>
        </w:tc>
        <w:tc>
          <w:tcPr>
            <w:tcW w:w="1570" w:type="dxa"/>
            <w:vAlign w:val="center"/>
          </w:tcPr>
          <w:p w:rsidR="00195546" w:rsidRPr="008A40A5" w:rsidRDefault="006A40A0"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Temperature</w:t>
            </w:r>
          </w:p>
        </w:tc>
        <w:tc>
          <w:tcPr>
            <w:tcW w:w="1016"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40</w:t>
            </w:r>
            <w:r w:rsidRPr="008A40A5">
              <w:rPr>
                <w:rFonts w:ascii="Cambria Math" w:hAnsi="Cambria Math" w:cs="Cambria Math"/>
                <w:sz w:val="20"/>
                <w:szCs w:val="20"/>
              </w:rPr>
              <w:t>℃</w:t>
            </w:r>
          </w:p>
        </w:tc>
        <w:tc>
          <w:tcPr>
            <w:tcW w:w="108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50</w:t>
            </w:r>
            <w:r w:rsidRPr="008A40A5">
              <w:rPr>
                <w:rFonts w:ascii="Cambria Math" w:hAnsi="Cambria Math" w:cs="Cambria Math"/>
                <w:sz w:val="20"/>
                <w:szCs w:val="20"/>
              </w:rPr>
              <w:t>℃</w:t>
            </w:r>
          </w:p>
        </w:tc>
        <w:tc>
          <w:tcPr>
            <w:tcW w:w="117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60</w:t>
            </w:r>
            <w:r w:rsidRPr="008A40A5">
              <w:rPr>
                <w:rFonts w:ascii="Cambria Math" w:hAnsi="Cambria Math" w:cs="Cambria Math"/>
                <w:sz w:val="20"/>
                <w:szCs w:val="20"/>
              </w:rPr>
              <w:t>℃</w:t>
            </w:r>
          </w:p>
        </w:tc>
        <w:tc>
          <w:tcPr>
            <w:tcW w:w="126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70</w:t>
            </w:r>
            <w:r w:rsidRPr="008A40A5">
              <w:rPr>
                <w:rFonts w:ascii="Cambria Math" w:hAnsi="Cambria Math" w:cs="Cambria Math"/>
                <w:sz w:val="20"/>
                <w:szCs w:val="20"/>
              </w:rPr>
              <w:t>℃</w:t>
            </w:r>
          </w:p>
        </w:tc>
        <w:tc>
          <w:tcPr>
            <w:tcW w:w="1504"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80</w:t>
            </w:r>
            <w:r w:rsidRPr="008A40A5">
              <w:rPr>
                <w:rFonts w:ascii="Cambria Math" w:hAnsi="Cambria Math" w:cs="Cambria Math"/>
                <w:sz w:val="20"/>
                <w:szCs w:val="20"/>
              </w:rPr>
              <w:t>℃</w:t>
            </w:r>
          </w:p>
        </w:tc>
      </w:tr>
      <w:tr w:rsidR="007C29FA" w:rsidRPr="008A40A5" w:rsidTr="00D0486A">
        <w:trPr>
          <w:trHeight w:val="346"/>
          <w:jc w:val="center"/>
        </w:trPr>
        <w:tc>
          <w:tcPr>
            <w:tcW w:w="855" w:type="dxa"/>
            <w:vAlign w:val="center"/>
          </w:tcPr>
          <w:p w:rsidR="007C29FA" w:rsidRPr="008A40A5" w:rsidRDefault="007C29FA" w:rsidP="00D0486A">
            <w:pPr>
              <w:pStyle w:val="BodyText"/>
              <w:tabs>
                <w:tab w:val="left" w:pos="360"/>
                <w:tab w:val="left" w:pos="8100"/>
              </w:tabs>
              <w:spacing w:after="0" w:line="360" w:lineRule="auto"/>
              <w:jc w:val="center"/>
              <w:rPr>
                <w:rFonts w:ascii="Arial" w:hAnsi="Arial" w:cs="Arial"/>
                <w:sz w:val="20"/>
                <w:szCs w:val="20"/>
              </w:rPr>
            </w:pPr>
          </w:p>
        </w:tc>
        <w:tc>
          <w:tcPr>
            <w:tcW w:w="1570" w:type="dxa"/>
            <w:vAlign w:val="center"/>
          </w:tcPr>
          <w:p w:rsidR="007C29FA"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b/>
                <w:sz w:val="20"/>
                <w:szCs w:val="20"/>
              </w:rPr>
              <w:t>+ve</w:t>
            </w:r>
            <w:r w:rsidR="007C29FA" w:rsidRPr="008A40A5">
              <w:rPr>
                <w:rFonts w:ascii="Arial" w:hAnsi="Arial" w:cs="Arial"/>
                <w:b/>
                <w:spacing w:val="-2"/>
                <w:sz w:val="20"/>
                <w:szCs w:val="20"/>
              </w:rPr>
              <w:t>control</w:t>
            </w:r>
          </w:p>
        </w:tc>
        <w:tc>
          <w:tcPr>
            <w:tcW w:w="1016" w:type="dxa"/>
            <w:vAlign w:val="center"/>
          </w:tcPr>
          <w:p w:rsidR="007C29FA" w:rsidRPr="008A40A5" w:rsidRDefault="007C29FA"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28.464</w:t>
            </w:r>
          </w:p>
        </w:tc>
        <w:tc>
          <w:tcPr>
            <w:tcW w:w="1080" w:type="dxa"/>
            <w:vAlign w:val="center"/>
          </w:tcPr>
          <w:p w:rsidR="007C29FA" w:rsidRPr="008A40A5" w:rsidRDefault="007C29FA"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22.344</w:t>
            </w:r>
          </w:p>
        </w:tc>
        <w:tc>
          <w:tcPr>
            <w:tcW w:w="1170" w:type="dxa"/>
            <w:vAlign w:val="center"/>
          </w:tcPr>
          <w:p w:rsidR="007C29FA" w:rsidRPr="008A40A5" w:rsidRDefault="007C29FA"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25.896</w:t>
            </w:r>
          </w:p>
        </w:tc>
        <w:tc>
          <w:tcPr>
            <w:tcW w:w="1260" w:type="dxa"/>
            <w:vAlign w:val="center"/>
          </w:tcPr>
          <w:p w:rsidR="007C29FA" w:rsidRPr="008A40A5" w:rsidRDefault="007C29FA"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27.48</w:t>
            </w:r>
          </w:p>
        </w:tc>
        <w:tc>
          <w:tcPr>
            <w:tcW w:w="1504" w:type="dxa"/>
            <w:vAlign w:val="center"/>
          </w:tcPr>
          <w:p w:rsidR="007C29FA" w:rsidRPr="008A40A5" w:rsidRDefault="007C29FA"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24.48</w:t>
            </w:r>
          </w:p>
        </w:tc>
      </w:tr>
      <w:tr w:rsidR="007C29FA" w:rsidRPr="008A40A5" w:rsidTr="00D0486A">
        <w:trPr>
          <w:trHeight w:val="346"/>
          <w:jc w:val="center"/>
        </w:trPr>
        <w:tc>
          <w:tcPr>
            <w:tcW w:w="855" w:type="dxa"/>
            <w:vAlign w:val="center"/>
          </w:tcPr>
          <w:p w:rsidR="007C29FA" w:rsidRPr="008A40A5" w:rsidRDefault="007C29FA" w:rsidP="00D0486A">
            <w:pPr>
              <w:pStyle w:val="BodyText"/>
              <w:tabs>
                <w:tab w:val="left" w:pos="360"/>
                <w:tab w:val="left" w:pos="8100"/>
              </w:tabs>
              <w:spacing w:after="0" w:line="360" w:lineRule="auto"/>
              <w:jc w:val="center"/>
              <w:rPr>
                <w:rFonts w:ascii="Arial" w:hAnsi="Arial" w:cs="Arial"/>
                <w:sz w:val="20"/>
                <w:szCs w:val="20"/>
              </w:rPr>
            </w:pPr>
          </w:p>
        </w:tc>
        <w:tc>
          <w:tcPr>
            <w:tcW w:w="1570" w:type="dxa"/>
            <w:vAlign w:val="center"/>
          </w:tcPr>
          <w:p w:rsidR="007C29FA"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b/>
                <w:spacing w:val="-2"/>
                <w:sz w:val="20"/>
                <w:szCs w:val="20"/>
              </w:rPr>
              <w:t>-ve</w:t>
            </w:r>
            <w:r w:rsidR="007C29FA" w:rsidRPr="008A40A5">
              <w:rPr>
                <w:rFonts w:ascii="Arial" w:hAnsi="Arial" w:cs="Arial"/>
                <w:b/>
                <w:spacing w:val="-2"/>
                <w:sz w:val="20"/>
                <w:szCs w:val="20"/>
              </w:rPr>
              <w:t>control</w:t>
            </w:r>
          </w:p>
        </w:tc>
        <w:tc>
          <w:tcPr>
            <w:tcW w:w="1016" w:type="dxa"/>
            <w:vAlign w:val="center"/>
          </w:tcPr>
          <w:p w:rsidR="007C29FA" w:rsidRPr="008A40A5" w:rsidRDefault="007C29FA"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22.08</w:t>
            </w:r>
          </w:p>
        </w:tc>
        <w:tc>
          <w:tcPr>
            <w:tcW w:w="1080" w:type="dxa"/>
            <w:vAlign w:val="center"/>
          </w:tcPr>
          <w:p w:rsidR="007C29FA" w:rsidRPr="008A40A5" w:rsidRDefault="007C29FA"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20.52</w:t>
            </w:r>
          </w:p>
        </w:tc>
        <w:tc>
          <w:tcPr>
            <w:tcW w:w="1170" w:type="dxa"/>
            <w:vAlign w:val="center"/>
          </w:tcPr>
          <w:p w:rsidR="007C29FA" w:rsidRPr="008A40A5" w:rsidRDefault="007C29FA"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23.04</w:t>
            </w:r>
          </w:p>
        </w:tc>
        <w:tc>
          <w:tcPr>
            <w:tcW w:w="1260" w:type="dxa"/>
            <w:vAlign w:val="center"/>
          </w:tcPr>
          <w:p w:rsidR="007C29FA" w:rsidRPr="008A40A5" w:rsidRDefault="007C29FA"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21.522</w:t>
            </w:r>
          </w:p>
        </w:tc>
        <w:tc>
          <w:tcPr>
            <w:tcW w:w="1504" w:type="dxa"/>
            <w:vAlign w:val="center"/>
          </w:tcPr>
          <w:p w:rsidR="007C29FA" w:rsidRPr="008A40A5" w:rsidRDefault="007C29FA"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22.248</w:t>
            </w:r>
          </w:p>
        </w:tc>
      </w:tr>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w:t>
            </w:r>
          </w:p>
        </w:tc>
        <w:tc>
          <w:tcPr>
            <w:tcW w:w="15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S1</w:t>
            </w:r>
          </w:p>
        </w:tc>
        <w:tc>
          <w:tcPr>
            <w:tcW w:w="1016"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15.552</w:t>
            </w:r>
          </w:p>
        </w:tc>
        <w:tc>
          <w:tcPr>
            <w:tcW w:w="108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18.312</w:t>
            </w:r>
          </w:p>
        </w:tc>
        <w:tc>
          <w:tcPr>
            <w:tcW w:w="117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17.496</w:t>
            </w:r>
          </w:p>
        </w:tc>
        <w:tc>
          <w:tcPr>
            <w:tcW w:w="126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18.216</w:t>
            </w:r>
          </w:p>
        </w:tc>
        <w:tc>
          <w:tcPr>
            <w:tcW w:w="1504"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18.096</w:t>
            </w:r>
          </w:p>
        </w:tc>
      </w:tr>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2</w:t>
            </w:r>
          </w:p>
        </w:tc>
        <w:tc>
          <w:tcPr>
            <w:tcW w:w="15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S2</w:t>
            </w:r>
          </w:p>
        </w:tc>
        <w:tc>
          <w:tcPr>
            <w:tcW w:w="1016"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20.04</w:t>
            </w:r>
          </w:p>
        </w:tc>
        <w:tc>
          <w:tcPr>
            <w:tcW w:w="108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16.752</w:t>
            </w:r>
          </w:p>
        </w:tc>
        <w:tc>
          <w:tcPr>
            <w:tcW w:w="117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21.288</w:t>
            </w:r>
          </w:p>
        </w:tc>
        <w:tc>
          <w:tcPr>
            <w:tcW w:w="126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15.6</w:t>
            </w:r>
          </w:p>
        </w:tc>
        <w:tc>
          <w:tcPr>
            <w:tcW w:w="1504"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19.008</w:t>
            </w:r>
          </w:p>
        </w:tc>
      </w:tr>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3</w:t>
            </w:r>
          </w:p>
        </w:tc>
        <w:tc>
          <w:tcPr>
            <w:tcW w:w="15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S3</w:t>
            </w:r>
          </w:p>
        </w:tc>
        <w:tc>
          <w:tcPr>
            <w:tcW w:w="1016"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19.632</w:t>
            </w:r>
          </w:p>
        </w:tc>
        <w:tc>
          <w:tcPr>
            <w:tcW w:w="108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18.048</w:t>
            </w:r>
          </w:p>
        </w:tc>
        <w:tc>
          <w:tcPr>
            <w:tcW w:w="117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23.568</w:t>
            </w:r>
          </w:p>
        </w:tc>
        <w:tc>
          <w:tcPr>
            <w:tcW w:w="126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17.184</w:t>
            </w:r>
          </w:p>
        </w:tc>
        <w:tc>
          <w:tcPr>
            <w:tcW w:w="1504"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20.16</w:t>
            </w:r>
          </w:p>
        </w:tc>
      </w:tr>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4</w:t>
            </w:r>
          </w:p>
        </w:tc>
        <w:tc>
          <w:tcPr>
            <w:tcW w:w="15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S4</w:t>
            </w:r>
          </w:p>
        </w:tc>
        <w:tc>
          <w:tcPr>
            <w:tcW w:w="1016"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17.04</w:t>
            </w:r>
          </w:p>
        </w:tc>
        <w:tc>
          <w:tcPr>
            <w:tcW w:w="108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18.312</w:t>
            </w:r>
          </w:p>
        </w:tc>
        <w:tc>
          <w:tcPr>
            <w:tcW w:w="11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16.968</w:t>
            </w:r>
          </w:p>
        </w:tc>
        <w:tc>
          <w:tcPr>
            <w:tcW w:w="126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18.96</w:t>
            </w:r>
          </w:p>
        </w:tc>
        <w:tc>
          <w:tcPr>
            <w:tcW w:w="1504"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22.2</w:t>
            </w:r>
          </w:p>
        </w:tc>
      </w:tr>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5</w:t>
            </w:r>
          </w:p>
        </w:tc>
        <w:tc>
          <w:tcPr>
            <w:tcW w:w="15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S5</w:t>
            </w:r>
          </w:p>
        </w:tc>
        <w:tc>
          <w:tcPr>
            <w:tcW w:w="1016"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=21.552</w:t>
            </w:r>
          </w:p>
        </w:tc>
        <w:tc>
          <w:tcPr>
            <w:tcW w:w="108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18.552</w:t>
            </w:r>
          </w:p>
        </w:tc>
        <w:tc>
          <w:tcPr>
            <w:tcW w:w="117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20.496</w:t>
            </w:r>
          </w:p>
        </w:tc>
        <w:tc>
          <w:tcPr>
            <w:tcW w:w="126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18.768</w:t>
            </w:r>
          </w:p>
        </w:tc>
        <w:tc>
          <w:tcPr>
            <w:tcW w:w="1504"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22.92</w:t>
            </w:r>
          </w:p>
        </w:tc>
      </w:tr>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6</w:t>
            </w:r>
          </w:p>
        </w:tc>
        <w:tc>
          <w:tcPr>
            <w:tcW w:w="15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C1</w:t>
            </w:r>
          </w:p>
        </w:tc>
        <w:tc>
          <w:tcPr>
            <w:tcW w:w="1016"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17.28</w:t>
            </w:r>
          </w:p>
        </w:tc>
        <w:tc>
          <w:tcPr>
            <w:tcW w:w="108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18.768</w:t>
            </w:r>
          </w:p>
        </w:tc>
        <w:tc>
          <w:tcPr>
            <w:tcW w:w="117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20.712</w:t>
            </w:r>
          </w:p>
        </w:tc>
        <w:tc>
          <w:tcPr>
            <w:tcW w:w="126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21.36</w:t>
            </w:r>
          </w:p>
        </w:tc>
        <w:tc>
          <w:tcPr>
            <w:tcW w:w="1504"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20.352</w:t>
            </w:r>
          </w:p>
        </w:tc>
      </w:tr>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7</w:t>
            </w:r>
          </w:p>
        </w:tc>
        <w:tc>
          <w:tcPr>
            <w:tcW w:w="15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C2</w:t>
            </w:r>
          </w:p>
        </w:tc>
        <w:tc>
          <w:tcPr>
            <w:tcW w:w="1016"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16.752</w:t>
            </w:r>
          </w:p>
        </w:tc>
        <w:tc>
          <w:tcPr>
            <w:tcW w:w="108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17.472</w:t>
            </w:r>
          </w:p>
        </w:tc>
        <w:tc>
          <w:tcPr>
            <w:tcW w:w="11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18.216</w:t>
            </w:r>
          </w:p>
        </w:tc>
        <w:tc>
          <w:tcPr>
            <w:tcW w:w="126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18.792</w:t>
            </w:r>
          </w:p>
        </w:tc>
        <w:tc>
          <w:tcPr>
            <w:tcW w:w="1504"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19.728</w:t>
            </w:r>
          </w:p>
        </w:tc>
      </w:tr>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8</w:t>
            </w:r>
          </w:p>
        </w:tc>
        <w:tc>
          <w:tcPr>
            <w:tcW w:w="15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C3</w:t>
            </w:r>
          </w:p>
        </w:tc>
        <w:tc>
          <w:tcPr>
            <w:tcW w:w="1016"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17.352</w:t>
            </w:r>
          </w:p>
        </w:tc>
        <w:tc>
          <w:tcPr>
            <w:tcW w:w="108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22.464</w:t>
            </w:r>
          </w:p>
        </w:tc>
        <w:tc>
          <w:tcPr>
            <w:tcW w:w="117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20.688</w:t>
            </w:r>
          </w:p>
        </w:tc>
        <w:tc>
          <w:tcPr>
            <w:tcW w:w="126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17.688</w:t>
            </w:r>
          </w:p>
        </w:tc>
        <w:tc>
          <w:tcPr>
            <w:tcW w:w="1504"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22.8</w:t>
            </w:r>
          </w:p>
        </w:tc>
      </w:tr>
      <w:tr w:rsidR="00195546" w:rsidRPr="008A40A5" w:rsidTr="00D0486A">
        <w:trPr>
          <w:trHeight w:val="346"/>
          <w:jc w:val="center"/>
        </w:trPr>
        <w:tc>
          <w:tcPr>
            <w:tcW w:w="855"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9</w:t>
            </w:r>
          </w:p>
        </w:tc>
        <w:tc>
          <w:tcPr>
            <w:tcW w:w="1570" w:type="dxa"/>
            <w:vAlign w:val="center"/>
          </w:tcPr>
          <w:p w:rsidR="00195546" w:rsidRPr="008A40A5" w:rsidRDefault="00195546"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C4</w:t>
            </w:r>
          </w:p>
        </w:tc>
        <w:tc>
          <w:tcPr>
            <w:tcW w:w="1016"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17.568</w:t>
            </w:r>
          </w:p>
        </w:tc>
        <w:tc>
          <w:tcPr>
            <w:tcW w:w="108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17.976</w:t>
            </w:r>
          </w:p>
        </w:tc>
        <w:tc>
          <w:tcPr>
            <w:tcW w:w="117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17.324</w:t>
            </w:r>
          </w:p>
        </w:tc>
        <w:tc>
          <w:tcPr>
            <w:tcW w:w="1260"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16.44</w:t>
            </w:r>
          </w:p>
        </w:tc>
        <w:tc>
          <w:tcPr>
            <w:tcW w:w="1504" w:type="dxa"/>
            <w:vAlign w:val="center"/>
          </w:tcPr>
          <w:p w:rsidR="00195546" w:rsidRPr="008A40A5" w:rsidRDefault="00195546" w:rsidP="00D0486A">
            <w:pPr>
              <w:pStyle w:val="BodyText"/>
              <w:tabs>
                <w:tab w:val="left" w:pos="360"/>
                <w:tab w:val="left" w:pos="8100"/>
              </w:tabs>
              <w:spacing w:after="0"/>
              <w:jc w:val="center"/>
              <w:rPr>
                <w:rFonts w:ascii="Arial" w:hAnsi="Arial" w:cs="Arial"/>
                <w:sz w:val="20"/>
                <w:szCs w:val="20"/>
              </w:rPr>
            </w:pPr>
            <w:r w:rsidRPr="008A40A5">
              <w:rPr>
                <w:rFonts w:ascii="Arial" w:hAnsi="Arial" w:cs="Arial"/>
                <w:sz w:val="20"/>
                <w:szCs w:val="20"/>
              </w:rPr>
              <w:t>21.744</w:t>
            </w:r>
          </w:p>
        </w:tc>
      </w:tr>
    </w:tbl>
    <w:p w:rsidR="004D0D2F" w:rsidRPr="008A40A5" w:rsidRDefault="004D0D2F" w:rsidP="004D0D2F">
      <w:pPr>
        <w:spacing w:before="71"/>
        <w:jc w:val="center"/>
        <w:rPr>
          <w:rFonts w:ascii="Arial" w:hAnsi="Arial" w:cs="Arial"/>
          <w:bCs/>
          <w:sz w:val="20"/>
          <w:szCs w:val="18"/>
        </w:rPr>
      </w:pPr>
    </w:p>
    <w:p w:rsidR="004D0D2F" w:rsidRPr="008A40A5" w:rsidRDefault="004D0D2F" w:rsidP="004D0D2F">
      <w:pPr>
        <w:spacing w:before="71"/>
        <w:jc w:val="center"/>
        <w:rPr>
          <w:rFonts w:ascii="Arial" w:hAnsi="Arial" w:cs="Arial"/>
          <w:bCs/>
          <w:spacing w:val="-5"/>
          <w:sz w:val="20"/>
          <w:szCs w:val="18"/>
        </w:rPr>
      </w:pPr>
      <w:r w:rsidRPr="008A40A5">
        <w:rPr>
          <w:rFonts w:ascii="Arial" w:hAnsi="Arial" w:cs="Arial"/>
          <w:bCs/>
          <w:sz w:val="20"/>
          <w:szCs w:val="18"/>
        </w:rPr>
        <w:t>Table</w:t>
      </w:r>
      <w:r w:rsidR="00DF3CBC" w:rsidRPr="008A40A5">
        <w:rPr>
          <w:rFonts w:ascii="Arial" w:hAnsi="Arial" w:cs="Arial"/>
          <w:bCs/>
          <w:sz w:val="20"/>
          <w:szCs w:val="18"/>
        </w:rPr>
        <w:t>7</w:t>
      </w:r>
      <w:r w:rsidRPr="008A40A5">
        <w:rPr>
          <w:rFonts w:ascii="Arial" w:hAnsi="Arial" w:cs="Arial"/>
          <w:bCs/>
          <w:sz w:val="20"/>
          <w:szCs w:val="18"/>
        </w:rPr>
        <w:t xml:space="preserve">:Statistical analysis for the effect of </w:t>
      </w:r>
      <w:r w:rsidR="00C6697F" w:rsidRPr="008A40A5">
        <w:rPr>
          <w:rFonts w:ascii="Arial" w:hAnsi="Arial" w:cs="Arial"/>
          <w:bCs/>
          <w:sz w:val="20"/>
          <w:szCs w:val="18"/>
        </w:rPr>
        <w:t>temperature</w:t>
      </w:r>
      <w:r w:rsidRPr="008A40A5">
        <w:rPr>
          <w:rFonts w:ascii="Arial" w:hAnsi="Arial" w:cs="Arial"/>
          <w:bCs/>
          <w:sz w:val="20"/>
          <w:szCs w:val="18"/>
        </w:rPr>
        <w:t xml:space="preserve"> on Keratinase Activity </w:t>
      </w:r>
    </w:p>
    <w:tbl>
      <w:tblPr>
        <w:tblW w:w="7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5"/>
        <w:gridCol w:w="1053"/>
        <w:gridCol w:w="960"/>
        <w:gridCol w:w="1053"/>
        <w:gridCol w:w="1053"/>
        <w:gridCol w:w="1053"/>
        <w:gridCol w:w="1053"/>
      </w:tblGrid>
      <w:tr w:rsidR="00EB0013" w:rsidRPr="008A40A5" w:rsidTr="004D0D2F">
        <w:trPr>
          <w:trHeight w:val="300"/>
        </w:trPr>
        <w:tc>
          <w:tcPr>
            <w:tcW w:w="1735"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ANOVA</w:t>
            </w:r>
          </w:p>
        </w:tc>
        <w:tc>
          <w:tcPr>
            <w:tcW w:w="1053"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p>
        </w:tc>
        <w:tc>
          <w:tcPr>
            <w:tcW w:w="960"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r>
      <w:tr w:rsidR="00EB0013" w:rsidRPr="008A40A5" w:rsidTr="004D0D2F">
        <w:trPr>
          <w:trHeight w:val="288"/>
        </w:trPr>
        <w:tc>
          <w:tcPr>
            <w:tcW w:w="1735"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Source of Variation</w:t>
            </w:r>
          </w:p>
        </w:tc>
        <w:tc>
          <w:tcPr>
            <w:tcW w:w="1053"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SS</w:t>
            </w:r>
          </w:p>
        </w:tc>
        <w:tc>
          <w:tcPr>
            <w:tcW w:w="960"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df</w:t>
            </w:r>
          </w:p>
        </w:tc>
        <w:tc>
          <w:tcPr>
            <w:tcW w:w="1053"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MS</w:t>
            </w:r>
          </w:p>
        </w:tc>
        <w:tc>
          <w:tcPr>
            <w:tcW w:w="1053"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F</w:t>
            </w:r>
          </w:p>
        </w:tc>
        <w:tc>
          <w:tcPr>
            <w:tcW w:w="1053"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P-value</w:t>
            </w:r>
          </w:p>
        </w:tc>
        <w:tc>
          <w:tcPr>
            <w:tcW w:w="1053"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F crit</w:t>
            </w:r>
          </w:p>
        </w:tc>
      </w:tr>
      <w:tr w:rsidR="00EB0013" w:rsidRPr="008A40A5" w:rsidTr="004D0D2F">
        <w:trPr>
          <w:trHeight w:val="288"/>
        </w:trPr>
        <w:tc>
          <w:tcPr>
            <w:tcW w:w="1735"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Rows</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41.41619</w:t>
            </w:r>
          </w:p>
        </w:tc>
        <w:tc>
          <w:tcPr>
            <w:tcW w:w="960"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8</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5.177024</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1.758656</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0.122779</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2.244396</w:t>
            </w:r>
          </w:p>
        </w:tc>
      </w:tr>
      <w:tr w:rsidR="00EB0013" w:rsidRPr="008A40A5" w:rsidTr="004D0D2F">
        <w:trPr>
          <w:trHeight w:val="288"/>
        </w:trPr>
        <w:tc>
          <w:tcPr>
            <w:tcW w:w="1735"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Columns</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48.84553</w:t>
            </w:r>
          </w:p>
        </w:tc>
        <w:tc>
          <w:tcPr>
            <w:tcW w:w="960"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4</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12.21138</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4.148256</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0.008085</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2.668437</w:t>
            </w:r>
          </w:p>
        </w:tc>
      </w:tr>
      <w:tr w:rsidR="00EB0013" w:rsidRPr="008A40A5" w:rsidTr="004D0D2F">
        <w:trPr>
          <w:trHeight w:val="288"/>
        </w:trPr>
        <w:tc>
          <w:tcPr>
            <w:tcW w:w="1735"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Error</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94.19963</w:t>
            </w:r>
          </w:p>
        </w:tc>
        <w:tc>
          <w:tcPr>
            <w:tcW w:w="960"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32</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2.943738</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r>
      <w:tr w:rsidR="00EB0013" w:rsidRPr="008A40A5" w:rsidTr="004D0D2F">
        <w:trPr>
          <w:trHeight w:val="288"/>
        </w:trPr>
        <w:tc>
          <w:tcPr>
            <w:tcW w:w="1735"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960"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r>
      <w:tr w:rsidR="00EB0013" w:rsidRPr="008A40A5" w:rsidTr="004D0D2F">
        <w:trPr>
          <w:trHeight w:val="300"/>
        </w:trPr>
        <w:tc>
          <w:tcPr>
            <w:tcW w:w="1735"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Total</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184.4613</w:t>
            </w:r>
          </w:p>
        </w:tc>
        <w:tc>
          <w:tcPr>
            <w:tcW w:w="960"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44</w:t>
            </w:r>
          </w:p>
        </w:tc>
        <w:tc>
          <w:tcPr>
            <w:tcW w:w="1053"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053"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053"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053"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r>
    </w:tbl>
    <w:p w:rsidR="00C6697F" w:rsidRPr="008A40A5" w:rsidRDefault="00C6697F" w:rsidP="00C6697F">
      <w:pPr>
        <w:ind w:left="142"/>
        <w:jc w:val="both"/>
        <w:rPr>
          <w:rFonts w:asciiTheme="majorHAnsi" w:eastAsiaTheme="majorEastAsia" w:hAnsiTheme="majorHAnsi" w:cstheme="majorBidi"/>
          <w:b/>
          <w:bCs/>
          <w:color w:val="000000" w:themeColor="text1"/>
          <w:lang w:val="en-IN"/>
        </w:rPr>
      </w:pPr>
    </w:p>
    <w:p w:rsidR="00EB0013" w:rsidRPr="008A40A5" w:rsidRDefault="00C6697F" w:rsidP="0055083C">
      <w:pPr>
        <w:jc w:val="both"/>
        <w:rPr>
          <w:rFonts w:ascii="Arial" w:hAnsi="Arial" w:cs="Arial"/>
          <w:bCs/>
          <w:sz w:val="20"/>
          <w:szCs w:val="18"/>
        </w:rPr>
      </w:pPr>
      <w:r w:rsidRPr="008A40A5">
        <w:rPr>
          <w:rFonts w:ascii="Arial" w:hAnsi="Arial" w:cs="Arial"/>
          <w:sz w:val="20"/>
          <w:szCs w:val="20"/>
          <w:lang w:val="en-IN"/>
        </w:rPr>
        <w:t xml:space="preserve">The analysis of variance (ANOVA) was performed to evaluate the effects of temperature on the keratinase activity, when the keratinase producing organisms were grown at different temperatures. The detailed results are summarized in Table </w:t>
      </w:r>
      <w:r w:rsidR="00BB12D1" w:rsidRPr="008A40A5">
        <w:rPr>
          <w:rFonts w:ascii="Arial" w:hAnsi="Arial" w:cs="Arial"/>
          <w:sz w:val="20"/>
          <w:szCs w:val="20"/>
          <w:lang w:val="en-IN"/>
        </w:rPr>
        <w:t>7</w:t>
      </w:r>
      <w:r w:rsidRPr="008A40A5">
        <w:rPr>
          <w:rFonts w:ascii="Arial" w:hAnsi="Arial" w:cs="Arial"/>
          <w:sz w:val="20"/>
          <w:szCs w:val="20"/>
          <w:lang w:val="en-IN"/>
        </w:rPr>
        <w:t>, which includes the F-values and p-values for each temperature, along with their significance levels. The calculated F value is less than F-critical for the rows, indicating that these group means significantly differ from one another. Conversely, the F-calculated is larger than the F-critical in the columns, indicating that the group do not deviate significantly. According to the statistical research, temperature has a significant impact on keratinase production and, consequently, its activity.</w:t>
      </w:r>
    </w:p>
    <w:p w:rsidR="00CD5479" w:rsidRPr="008A40A5" w:rsidRDefault="0055083C" w:rsidP="00D0486A">
      <w:pPr>
        <w:pStyle w:val="Heading2"/>
        <w:rPr>
          <w:rFonts w:ascii="Arial" w:hAnsi="Arial" w:cs="Arial"/>
          <w:sz w:val="22"/>
          <w:szCs w:val="22"/>
        </w:rPr>
      </w:pPr>
      <w:r w:rsidRPr="008A40A5">
        <w:rPr>
          <w:rFonts w:ascii="Arial" w:hAnsi="Arial" w:cs="Arial"/>
          <w:sz w:val="22"/>
          <w:szCs w:val="22"/>
        </w:rPr>
        <w:t xml:space="preserve">EFFECT OF DIFFERENT </w:t>
      </w:r>
      <w:r w:rsidR="00BB12D1" w:rsidRPr="008A40A5">
        <w:rPr>
          <w:rFonts w:ascii="Arial" w:hAnsi="Arial" w:cs="Arial"/>
          <w:sz w:val="22"/>
          <w:szCs w:val="22"/>
        </w:rPr>
        <w:t>p</w:t>
      </w:r>
      <w:r w:rsidRPr="008A40A5">
        <w:rPr>
          <w:rFonts w:ascii="Arial" w:hAnsi="Arial" w:cs="Arial"/>
          <w:sz w:val="22"/>
          <w:szCs w:val="22"/>
        </w:rPr>
        <w:t>H ON KERATINASE ENZYME ACTIVITY</w:t>
      </w:r>
    </w:p>
    <w:p w:rsidR="00CD5479" w:rsidRPr="008A40A5" w:rsidRDefault="00CD5479" w:rsidP="00584328">
      <w:pPr>
        <w:pStyle w:val="BodyText"/>
        <w:tabs>
          <w:tab w:val="left" w:pos="360"/>
          <w:tab w:val="left" w:pos="8100"/>
        </w:tabs>
        <w:spacing w:line="240" w:lineRule="auto"/>
        <w:jc w:val="both"/>
        <w:rPr>
          <w:rFonts w:ascii="Arial" w:hAnsi="Arial" w:cs="Arial"/>
          <w:sz w:val="20"/>
          <w:szCs w:val="20"/>
        </w:rPr>
      </w:pPr>
      <w:r w:rsidRPr="008A40A5">
        <w:rPr>
          <w:rFonts w:ascii="Arial" w:hAnsi="Arial" w:cs="Arial"/>
          <w:sz w:val="20"/>
          <w:szCs w:val="20"/>
        </w:rPr>
        <w:t>Keratinolytic enzyme activity was studied in the pH range of 4 to 9 using Phosphate buffer.</w:t>
      </w:r>
    </w:p>
    <w:p w:rsidR="00CD5479" w:rsidRPr="008A40A5" w:rsidRDefault="00CD5479" w:rsidP="00584328">
      <w:pPr>
        <w:pStyle w:val="BodyText"/>
        <w:tabs>
          <w:tab w:val="left" w:pos="360"/>
          <w:tab w:val="left" w:pos="8100"/>
        </w:tabs>
        <w:spacing w:line="240" w:lineRule="auto"/>
        <w:jc w:val="both"/>
        <w:rPr>
          <w:rFonts w:ascii="Arial" w:hAnsi="Arial" w:cs="Arial"/>
          <w:sz w:val="20"/>
          <w:szCs w:val="20"/>
        </w:rPr>
      </w:pPr>
      <w:r w:rsidRPr="008A40A5">
        <w:rPr>
          <w:rFonts w:ascii="Arial" w:hAnsi="Arial" w:cs="Arial"/>
          <w:sz w:val="20"/>
          <w:szCs w:val="20"/>
        </w:rPr>
        <w:lastRenderedPageBreak/>
        <w:t>0.04 g feathers + 3.8 ml phosphate buffer having different pH from 4 to 9, to which 0.2 ml supernatant of culture filtrate of each microorganism was added.</w:t>
      </w:r>
    </w:p>
    <w:p w:rsidR="00CD5479" w:rsidRPr="008A40A5" w:rsidRDefault="00CD5479" w:rsidP="00584328">
      <w:pPr>
        <w:pStyle w:val="BodyText"/>
        <w:tabs>
          <w:tab w:val="left" w:pos="360"/>
          <w:tab w:val="left" w:pos="8100"/>
        </w:tabs>
        <w:spacing w:line="240" w:lineRule="auto"/>
        <w:jc w:val="both"/>
        <w:rPr>
          <w:rFonts w:ascii="Arial" w:hAnsi="Arial" w:cs="Arial"/>
          <w:sz w:val="20"/>
          <w:szCs w:val="20"/>
        </w:rPr>
      </w:pPr>
      <w:r w:rsidRPr="008A40A5">
        <w:rPr>
          <w:rFonts w:ascii="Arial" w:hAnsi="Arial" w:cs="Arial"/>
          <w:sz w:val="20"/>
          <w:szCs w:val="20"/>
        </w:rPr>
        <w:t>All tubes were incubated at 30° C for 1 hour, and then chilled in ice water for 10 min then filtered and O.D was taken at 280 nm.</w:t>
      </w:r>
    </w:p>
    <w:p w:rsidR="00EB4ABC" w:rsidRPr="008A40A5" w:rsidRDefault="00CD5479" w:rsidP="00584328">
      <w:pPr>
        <w:pStyle w:val="BodyText"/>
        <w:tabs>
          <w:tab w:val="left" w:pos="360"/>
          <w:tab w:val="left" w:pos="8100"/>
        </w:tabs>
        <w:spacing w:line="240" w:lineRule="auto"/>
        <w:jc w:val="both"/>
        <w:rPr>
          <w:rFonts w:ascii="Arial" w:hAnsi="Arial" w:cs="Arial"/>
          <w:bCs/>
          <w:sz w:val="20"/>
          <w:szCs w:val="18"/>
        </w:rPr>
      </w:pPr>
      <w:r w:rsidRPr="008A40A5">
        <w:rPr>
          <w:rFonts w:ascii="Arial" w:hAnsi="Arial" w:cs="Arial"/>
          <w:sz w:val="20"/>
          <w:szCs w:val="20"/>
        </w:rPr>
        <w:t>O.D values were converted to Enzyme Unit / ml.</w:t>
      </w:r>
    </w:p>
    <w:p w:rsidR="00EB4ABC" w:rsidRPr="008A40A5" w:rsidRDefault="00EB4ABC" w:rsidP="00584328">
      <w:pPr>
        <w:pStyle w:val="BodyText"/>
        <w:tabs>
          <w:tab w:val="left" w:pos="360"/>
          <w:tab w:val="left" w:pos="8100"/>
        </w:tabs>
        <w:spacing w:line="240" w:lineRule="auto"/>
        <w:jc w:val="both"/>
        <w:rPr>
          <w:rFonts w:ascii="Arial" w:hAnsi="Arial" w:cs="Arial"/>
          <w:bCs/>
          <w:sz w:val="20"/>
          <w:szCs w:val="18"/>
        </w:rPr>
      </w:pPr>
    </w:p>
    <w:p w:rsidR="00EB4ABC" w:rsidRPr="008A40A5" w:rsidRDefault="00EB4ABC" w:rsidP="00DF3CBC">
      <w:pPr>
        <w:pStyle w:val="BodyText"/>
        <w:tabs>
          <w:tab w:val="left" w:pos="360"/>
          <w:tab w:val="left" w:pos="8100"/>
        </w:tabs>
        <w:spacing w:line="240" w:lineRule="auto"/>
        <w:jc w:val="center"/>
        <w:rPr>
          <w:rFonts w:ascii="Arial" w:hAnsi="Arial" w:cs="Arial"/>
          <w:sz w:val="20"/>
          <w:szCs w:val="20"/>
        </w:rPr>
      </w:pPr>
      <w:r w:rsidRPr="008A40A5">
        <w:rPr>
          <w:rFonts w:ascii="Arial" w:hAnsi="Arial" w:cs="Arial"/>
          <w:bCs/>
          <w:sz w:val="20"/>
          <w:szCs w:val="18"/>
        </w:rPr>
        <w:t>Table</w:t>
      </w:r>
      <w:r w:rsidR="00DF3CBC" w:rsidRPr="008A40A5">
        <w:rPr>
          <w:rFonts w:ascii="Arial" w:hAnsi="Arial" w:cs="Arial"/>
          <w:bCs/>
          <w:sz w:val="20"/>
          <w:szCs w:val="18"/>
        </w:rPr>
        <w:t>8</w:t>
      </w:r>
      <w:r w:rsidRPr="008A40A5">
        <w:rPr>
          <w:rFonts w:ascii="Arial" w:hAnsi="Arial" w:cs="Arial"/>
          <w:bCs/>
          <w:sz w:val="20"/>
          <w:szCs w:val="18"/>
        </w:rPr>
        <w:t>:</w:t>
      </w:r>
      <w:r w:rsidR="004D0D2F" w:rsidRPr="008A40A5">
        <w:rPr>
          <w:rFonts w:ascii="Arial" w:hAnsi="Arial" w:cs="Arial"/>
          <w:bCs/>
          <w:spacing w:val="-6"/>
          <w:sz w:val="20"/>
          <w:szCs w:val="18"/>
        </w:rPr>
        <w:t xml:space="preserve">Effect of </w:t>
      </w:r>
      <w:r w:rsidRPr="008A40A5">
        <w:rPr>
          <w:rFonts w:ascii="Arial" w:hAnsi="Arial" w:cs="Arial"/>
          <w:bCs/>
          <w:sz w:val="20"/>
          <w:szCs w:val="18"/>
        </w:rPr>
        <w:t>pHO.DconvertedtoEnzymeUnitper</w:t>
      </w:r>
      <w:r w:rsidRPr="008A40A5">
        <w:rPr>
          <w:rFonts w:ascii="Arial" w:hAnsi="Arial" w:cs="Arial"/>
          <w:bCs/>
          <w:spacing w:val="-5"/>
          <w:sz w:val="20"/>
          <w:szCs w:val="18"/>
        </w:rPr>
        <w:t>ml</w:t>
      </w:r>
    </w:p>
    <w:tbl>
      <w:tblPr>
        <w:tblW w:w="764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87"/>
        <w:gridCol w:w="1260"/>
        <w:gridCol w:w="1169"/>
        <w:gridCol w:w="1080"/>
        <w:gridCol w:w="1080"/>
        <w:gridCol w:w="1172"/>
      </w:tblGrid>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5"/>
                <w:sz w:val="20"/>
                <w:szCs w:val="20"/>
              </w:rPr>
              <w:t>pH</w:t>
            </w:r>
          </w:p>
        </w:tc>
        <w:tc>
          <w:tcPr>
            <w:tcW w:w="1260" w:type="dxa"/>
            <w:vAlign w:val="center"/>
          </w:tcPr>
          <w:p w:rsidR="000D74D4" w:rsidRPr="008A40A5"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10"/>
                <w:sz w:val="20"/>
                <w:szCs w:val="20"/>
              </w:rPr>
              <w:t>5</w:t>
            </w:r>
          </w:p>
        </w:tc>
        <w:tc>
          <w:tcPr>
            <w:tcW w:w="1169" w:type="dxa"/>
            <w:vAlign w:val="center"/>
          </w:tcPr>
          <w:p w:rsidR="000D74D4" w:rsidRPr="008A40A5"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10"/>
                <w:sz w:val="20"/>
                <w:szCs w:val="20"/>
              </w:rPr>
              <w:t>6</w:t>
            </w:r>
          </w:p>
        </w:tc>
        <w:tc>
          <w:tcPr>
            <w:tcW w:w="1080" w:type="dxa"/>
            <w:vAlign w:val="center"/>
          </w:tcPr>
          <w:p w:rsidR="000D74D4" w:rsidRPr="008A40A5"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10"/>
                <w:sz w:val="20"/>
                <w:szCs w:val="20"/>
              </w:rPr>
              <w:t>7</w:t>
            </w:r>
          </w:p>
        </w:tc>
        <w:tc>
          <w:tcPr>
            <w:tcW w:w="1080" w:type="dxa"/>
            <w:vAlign w:val="center"/>
          </w:tcPr>
          <w:p w:rsidR="000D74D4" w:rsidRPr="008A40A5"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10"/>
                <w:sz w:val="20"/>
                <w:szCs w:val="20"/>
              </w:rPr>
              <w:t>8</w:t>
            </w:r>
          </w:p>
        </w:tc>
        <w:tc>
          <w:tcPr>
            <w:tcW w:w="1172" w:type="dxa"/>
            <w:vAlign w:val="center"/>
          </w:tcPr>
          <w:p w:rsidR="000D74D4" w:rsidRPr="008A40A5"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10"/>
                <w:sz w:val="20"/>
                <w:szCs w:val="20"/>
              </w:rPr>
              <w:t>9</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z w:val="20"/>
                <w:szCs w:val="20"/>
              </w:rPr>
              <w:t>Positive</w:t>
            </w:r>
            <w:r w:rsidRPr="008A40A5">
              <w:rPr>
                <w:rFonts w:ascii="Arial" w:hAnsi="Arial" w:cs="Arial"/>
                <w:b/>
                <w:spacing w:val="-2"/>
                <w:sz w:val="20"/>
                <w:szCs w:val="20"/>
              </w:rPr>
              <w:t>control</w:t>
            </w:r>
          </w:p>
        </w:tc>
        <w:tc>
          <w:tcPr>
            <w:tcW w:w="1260"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35.64</w:t>
            </w:r>
          </w:p>
        </w:tc>
        <w:tc>
          <w:tcPr>
            <w:tcW w:w="1169"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20.808</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20.808</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24.84</w:t>
            </w:r>
          </w:p>
        </w:tc>
        <w:tc>
          <w:tcPr>
            <w:tcW w:w="1172"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16.92</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Negativecontrol</w:t>
            </w:r>
          </w:p>
        </w:tc>
        <w:tc>
          <w:tcPr>
            <w:tcW w:w="1260"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23.64</w:t>
            </w:r>
          </w:p>
        </w:tc>
        <w:tc>
          <w:tcPr>
            <w:tcW w:w="1169"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14.568</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16.392</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17.376</w:t>
            </w:r>
          </w:p>
        </w:tc>
        <w:tc>
          <w:tcPr>
            <w:tcW w:w="1172"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2"/>
                <w:sz w:val="20"/>
                <w:szCs w:val="20"/>
              </w:rPr>
              <w:t>14.184</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S1</w:t>
            </w:r>
          </w:p>
        </w:tc>
        <w:tc>
          <w:tcPr>
            <w:tcW w:w="126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25.656</w:t>
            </w:r>
          </w:p>
        </w:tc>
        <w:tc>
          <w:tcPr>
            <w:tcW w:w="1169"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15.96</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17.904</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17.808</w:t>
            </w:r>
          </w:p>
        </w:tc>
        <w:tc>
          <w:tcPr>
            <w:tcW w:w="1172"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14.256</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spacing w:line="276" w:lineRule="exact"/>
              <w:ind w:left="0"/>
              <w:jc w:val="center"/>
              <w:rPr>
                <w:rFonts w:ascii="Arial" w:hAnsi="Arial" w:cs="Arial"/>
                <w:b/>
                <w:sz w:val="20"/>
                <w:szCs w:val="20"/>
              </w:rPr>
            </w:pPr>
            <w:r w:rsidRPr="008A40A5">
              <w:rPr>
                <w:rFonts w:ascii="Arial" w:hAnsi="Arial" w:cs="Arial"/>
                <w:b/>
                <w:spacing w:val="-5"/>
                <w:sz w:val="20"/>
                <w:szCs w:val="20"/>
              </w:rPr>
              <w:t>S2</w:t>
            </w:r>
          </w:p>
        </w:tc>
        <w:tc>
          <w:tcPr>
            <w:tcW w:w="1260" w:type="dxa"/>
            <w:vAlign w:val="center"/>
          </w:tcPr>
          <w:p w:rsidR="000D74D4" w:rsidRPr="008A40A5" w:rsidRDefault="000D74D4"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2"/>
                <w:sz w:val="20"/>
                <w:szCs w:val="20"/>
              </w:rPr>
              <w:t>33.48</w:t>
            </w:r>
          </w:p>
        </w:tc>
        <w:tc>
          <w:tcPr>
            <w:tcW w:w="1169" w:type="dxa"/>
            <w:vAlign w:val="center"/>
          </w:tcPr>
          <w:p w:rsidR="000D74D4" w:rsidRPr="008A40A5" w:rsidRDefault="000D74D4"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2"/>
                <w:sz w:val="20"/>
                <w:szCs w:val="20"/>
              </w:rPr>
              <w:t>17.496</w:t>
            </w:r>
          </w:p>
        </w:tc>
        <w:tc>
          <w:tcPr>
            <w:tcW w:w="1080" w:type="dxa"/>
            <w:vAlign w:val="center"/>
          </w:tcPr>
          <w:p w:rsidR="000D74D4" w:rsidRPr="008A40A5" w:rsidRDefault="000D74D4"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2"/>
                <w:sz w:val="20"/>
                <w:szCs w:val="20"/>
              </w:rPr>
              <w:t>17.232</w:t>
            </w:r>
          </w:p>
        </w:tc>
        <w:tc>
          <w:tcPr>
            <w:tcW w:w="1080" w:type="dxa"/>
            <w:vAlign w:val="center"/>
          </w:tcPr>
          <w:p w:rsidR="000D74D4" w:rsidRPr="008A40A5" w:rsidRDefault="000D74D4"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2"/>
                <w:sz w:val="20"/>
                <w:szCs w:val="20"/>
              </w:rPr>
              <w:t>16.344</w:t>
            </w:r>
          </w:p>
        </w:tc>
        <w:tc>
          <w:tcPr>
            <w:tcW w:w="1172" w:type="dxa"/>
            <w:vAlign w:val="center"/>
          </w:tcPr>
          <w:p w:rsidR="000D74D4" w:rsidRPr="008A40A5" w:rsidRDefault="000D74D4" w:rsidP="00584328">
            <w:pPr>
              <w:pStyle w:val="TableParagraph"/>
              <w:tabs>
                <w:tab w:val="left" w:pos="360"/>
                <w:tab w:val="left" w:pos="8100"/>
              </w:tabs>
              <w:spacing w:line="276" w:lineRule="exact"/>
              <w:ind w:left="0"/>
              <w:jc w:val="center"/>
              <w:rPr>
                <w:rFonts w:ascii="Arial" w:hAnsi="Arial" w:cs="Arial"/>
                <w:sz w:val="20"/>
                <w:szCs w:val="20"/>
              </w:rPr>
            </w:pPr>
            <w:r w:rsidRPr="008A40A5">
              <w:rPr>
                <w:rFonts w:ascii="Arial" w:hAnsi="Arial" w:cs="Arial"/>
                <w:spacing w:val="-2"/>
                <w:sz w:val="20"/>
                <w:szCs w:val="20"/>
              </w:rPr>
              <w:t>15.48</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S3</w:t>
            </w:r>
          </w:p>
        </w:tc>
        <w:tc>
          <w:tcPr>
            <w:tcW w:w="126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27.24</w:t>
            </w:r>
          </w:p>
        </w:tc>
        <w:tc>
          <w:tcPr>
            <w:tcW w:w="1169"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17.472</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18.912</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17.016</w:t>
            </w:r>
          </w:p>
        </w:tc>
        <w:tc>
          <w:tcPr>
            <w:tcW w:w="1172"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16.728</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S4</w:t>
            </w:r>
          </w:p>
        </w:tc>
        <w:tc>
          <w:tcPr>
            <w:tcW w:w="126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28.32</w:t>
            </w:r>
          </w:p>
        </w:tc>
        <w:tc>
          <w:tcPr>
            <w:tcW w:w="1169"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16.248</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19.896</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16.944</w:t>
            </w:r>
          </w:p>
        </w:tc>
        <w:tc>
          <w:tcPr>
            <w:tcW w:w="1172"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17.712</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S5</w:t>
            </w:r>
          </w:p>
        </w:tc>
        <w:tc>
          <w:tcPr>
            <w:tcW w:w="126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29.016</w:t>
            </w:r>
          </w:p>
        </w:tc>
        <w:tc>
          <w:tcPr>
            <w:tcW w:w="1169"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14.736</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16.632</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17.832</w:t>
            </w:r>
          </w:p>
        </w:tc>
        <w:tc>
          <w:tcPr>
            <w:tcW w:w="1172"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15.888</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C1</w:t>
            </w:r>
          </w:p>
        </w:tc>
        <w:tc>
          <w:tcPr>
            <w:tcW w:w="126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23.016</w:t>
            </w:r>
          </w:p>
        </w:tc>
        <w:tc>
          <w:tcPr>
            <w:tcW w:w="1169"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17.088</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15.384</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16.058</w:t>
            </w:r>
          </w:p>
        </w:tc>
        <w:tc>
          <w:tcPr>
            <w:tcW w:w="1172"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14.736</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C2</w:t>
            </w:r>
          </w:p>
        </w:tc>
        <w:tc>
          <w:tcPr>
            <w:tcW w:w="126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20.808</w:t>
            </w:r>
          </w:p>
        </w:tc>
        <w:tc>
          <w:tcPr>
            <w:tcW w:w="1169"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15.84</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17.88</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16.128</w:t>
            </w:r>
          </w:p>
        </w:tc>
        <w:tc>
          <w:tcPr>
            <w:tcW w:w="1172"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15.456</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C3</w:t>
            </w:r>
          </w:p>
        </w:tc>
        <w:tc>
          <w:tcPr>
            <w:tcW w:w="126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30.6</w:t>
            </w:r>
          </w:p>
        </w:tc>
        <w:tc>
          <w:tcPr>
            <w:tcW w:w="1169"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17.76</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16.728</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14.976</w:t>
            </w:r>
          </w:p>
        </w:tc>
        <w:tc>
          <w:tcPr>
            <w:tcW w:w="1172"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16.08</w:t>
            </w:r>
          </w:p>
        </w:tc>
      </w:tr>
      <w:tr w:rsidR="000D74D4" w:rsidRPr="008A40A5" w:rsidTr="00D0486A">
        <w:trPr>
          <w:trHeight w:val="288"/>
        </w:trPr>
        <w:tc>
          <w:tcPr>
            <w:tcW w:w="1887" w:type="dxa"/>
            <w:vAlign w:val="center"/>
          </w:tcPr>
          <w:p w:rsidR="000D74D4" w:rsidRPr="008A40A5" w:rsidRDefault="000D74D4" w:rsidP="00584328">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C4</w:t>
            </w:r>
          </w:p>
        </w:tc>
        <w:tc>
          <w:tcPr>
            <w:tcW w:w="126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22.5</w:t>
            </w:r>
          </w:p>
        </w:tc>
        <w:tc>
          <w:tcPr>
            <w:tcW w:w="1169"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15.768</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14.88</w:t>
            </w:r>
          </w:p>
        </w:tc>
        <w:tc>
          <w:tcPr>
            <w:tcW w:w="1080"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15.408</w:t>
            </w:r>
          </w:p>
        </w:tc>
        <w:tc>
          <w:tcPr>
            <w:tcW w:w="1172" w:type="dxa"/>
            <w:vAlign w:val="center"/>
          </w:tcPr>
          <w:p w:rsidR="000D74D4" w:rsidRPr="008A40A5" w:rsidRDefault="000D74D4" w:rsidP="00584328">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15.84</w:t>
            </w:r>
          </w:p>
        </w:tc>
      </w:tr>
    </w:tbl>
    <w:p w:rsidR="00D0486A" w:rsidRPr="008A40A5" w:rsidRDefault="00D0486A" w:rsidP="00D0486A">
      <w:pPr>
        <w:spacing w:before="71"/>
        <w:jc w:val="center"/>
        <w:rPr>
          <w:rFonts w:ascii="Arial" w:hAnsi="Arial" w:cs="Arial"/>
          <w:bCs/>
          <w:spacing w:val="-5"/>
          <w:sz w:val="20"/>
          <w:szCs w:val="18"/>
        </w:rPr>
      </w:pPr>
    </w:p>
    <w:p w:rsidR="008B736A" w:rsidRPr="008A40A5" w:rsidRDefault="008B736A" w:rsidP="00D0486A">
      <w:pPr>
        <w:spacing w:before="71"/>
        <w:jc w:val="center"/>
        <w:rPr>
          <w:rFonts w:ascii="Arial" w:hAnsi="Arial" w:cs="Arial"/>
          <w:bCs/>
          <w:spacing w:val="-5"/>
          <w:sz w:val="20"/>
          <w:szCs w:val="18"/>
        </w:rPr>
      </w:pPr>
      <w:r w:rsidRPr="008A40A5">
        <w:rPr>
          <w:rFonts w:ascii="Arial" w:hAnsi="Arial" w:cs="Arial"/>
          <w:bCs/>
          <w:sz w:val="20"/>
          <w:szCs w:val="18"/>
        </w:rPr>
        <w:t>Table</w:t>
      </w:r>
      <w:r w:rsidR="00DF3CBC" w:rsidRPr="008A40A5">
        <w:rPr>
          <w:rFonts w:ascii="Arial" w:hAnsi="Arial" w:cs="Arial"/>
          <w:bCs/>
          <w:sz w:val="20"/>
          <w:szCs w:val="18"/>
        </w:rPr>
        <w:t>9</w:t>
      </w:r>
      <w:r w:rsidRPr="008A40A5">
        <w:rPr>
          <w:rFonts w:ascii="Arial" w:hAnsi="Arial" w:cs="Arial"/>
          <w:bCs/>
          <w:sz w:val="20"/>
          <w:szCs w:val="18"/>
        </w:rPr>
        <w:t>:</w:t>
      </w:r>
      <w:r w:rsidR="004D0D2F" w:rsidRPr="008A40A5">
        <w:rPr>
          <w:rFonts w:ascii="Arial" w:hAnsi="Arial" w:cs="Arial"/>
          <w:bCs/>
          <w:sz w:val="20"/>
          <w:szCs w:val="18"/>
        </w:rPr>
        <w:t xml:space="preserve">Statistical analysis for the effect of pH on Keratinase Activity </w:t>
      </w:r>
    </w:p>
    <w:tbl>
      <w:tblPr>
        <w:tblW w:w="79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5"/>
        <w:gridCol w:w="1053"/>
        <w:gridCol w:w="960"/>
        <w:gridCol w:w="1053"/>
        <w:gridCol w:w="1053"/>
        <w:gridCol w:w="1053"/>
        <w:gridCol w:w="1053"/>
      </w:tblGrid>
      <w:tr w:rsidR="00EB0013" w:rsidRPr="008A40A5" w:rsidTr="00DF3CBC">
        <w:trPr>
          <w:trHeight w:val="300"/>
        </w:trPr>
        <w:tc>
          <w:tcPr>
            <w:tcW w:w="1735"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ANOVA</w:t>
            </w:r>
          </w:p>
        </w:tc>
        <w:tc>
          <w:tcPr>
            <w:tcW w:w="1053"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p>
        </w:tc>
        <w:tc>
          <w:tcPr>
            <w:tcW w:w="960"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r>
      <w:tr w:rsidR="00EB0013" w:rsidRPr="008A40A5" w:rsidTr="00DF3CBC">
        <w:trPr>
          <w:trHeight w:val="288"/>
        </w:trPr>
        <w:tc>
          <w:tcPr>
            <w:tcW w:w="1735"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Source of Variation</w:t>
            </w:r>
          </w:p>
        </w:tc>
        <w:tc>
          <w:tcPr>
            <w:tcW w:w="1053"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SS</w:t>
            </w:r>
          </w:p>
        </w:tc>
        <w:tc>
          <w:tcPr>
            <w:tcW w:w="960"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df</w:t>
            </w:r>
          </w:p>
        </w:tc>
        <w:tc>
          <w:tcPr>
            <w:tcW w:w="1053"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MS</w:t>
            </w:r>
          </w:p>
        </w:tc>
        <w:tc>
          <w:tcPr>
            <w:tcW w:w="1053"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F</w:t>
            </w:r>
          </w:p>
        </w:tc>
        <w:tc>
          <w:tcPr>
            <w:tcW w:w="1053"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P-value</w:t>
            </w:r>
          </w:p>
        </w:tc>
        <w:tc>
          <w:tcPr>
            <w:tcW w:w="1053" w:type="dxa"/>
            <w:noWrap/>
            <w:vAlign w:val="bottom"/>
            <w:hideMark/>
          </w:tcPr>
          <w:p w:rsidR="00EB0013" w:rsidRPr="008A40A5" w:rsidRDefault="00EB0013" w:rsidP="00EB0013">
            <w:pPr>
              <w:spacing w:after="0" w:line="240" w:lineRule="auto"/>
              <w:jc w:val="center"/>
              <w:rPr>
                <w:rFonts w:ascii="Calibri" w:eastAsia="Times New Roman" w:hAnsi="Calibri" w:cs="Calibri"/>
                <w:i/>
                <w:iCs/>
                <w:color w:val="000000"/>
                <w:lang w:val="en-IN" w:eastAsia="en-IN"/>
              </w:rPr>
            </w:pPr>
            <w:r w:rsidRPr="008A40A5">
              <w:rPr>
                <w:rFonts w:ascii="Calibri" w:eastAsia="Times New Roman" w:hAnsi="Calibri" w:cs="Calibri"/>
                <w:i/>
                <w:iCs/>
                <w:color w:val="000000"/>
                <w:lang w:val="en-IN" w:eastAsia="en-IN"/>
              </w:rPr>
              <w:t>F crit</w:t>
            </w:r>
          </w:p>
        </w:tc>
      </w:tr>
      <w:tr w:rsidR="00EB0013" w:rsidRPr="008A40A5" w:rsidTr="00DF3CBC">
        <w:trPr>
          <w:trHeight w:val="288"/>
        </w:trPr>
        <w:tc>
          <w:tcPr>
            <w:tcW w:w="1735"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Rows</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57.06255</w:t>
            </w:r>
          </w:p>
        </w:tc>
        <w:tc>
          <w:tcPr>
            <w:tcW w:w="960"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8</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7.132819</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1.837654</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0.106182</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2.244396</w:t>
            </w:r>
          </w:p>
        </w:tc>
      </w:tr>
      <w:tr w:rsidR="00EB0013" w:rsidRPr="008A40A5" w:rsidTr="00DF3CBC">
        <w:trPr>
          <w:trHeight w:val="288"/>
        </w:trPr>
        <w:tc>
          <w:tcPr>
            <w:tcW w:w="1735"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Columns</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762.3133</w:t>
            </w:r>
          </w:p>
        </w:tc>
        <w:tc>
          <w:tcPr>
            <w:tcW w:w="960"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4</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190.5783</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49.09938</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3.25E-13</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2.668437</w:t>
            </w:r>
          </w:p>
        </w:tc>
      </w:tr>
      <w:tr w:rsidR="00EB0013" w:rsidRPr="008A40A5" w:rsidTr="00DF3CBC">
        <w:trPr>
          <w:trHeight w:val="288"/>
        </w:trPr>
        <w:tc>
          <w:tcPr>
            <w:tcW w:w="1735"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Error</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124.2074</w:t>
            </w:r>
          </w:p>
        </w:tc>
        <w:tc>
          <w:tcPr>
            <w:tcW w:w="960"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32</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3.881482</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r>
      <w:tr w:rsidR="00EB0013" w:rsidRPr="008A40A5" w:rsidTr="00DF3CBC">
        <w:trPr>
          <w:trHeight w:val="288"/>
        </w:trPr>
        <w:tc>
          <w:tcPr>
            <w:tcW w:w="1735"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960"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Times New Roman" w:eastAsia="Times New Roman" w:hAnsi="Times New Roman" w:cs="Times New Roman"/>
                <w:sz w:val="20"/>
                <w:szCs w:val="20"/>
                <w:lang w:val="en-IN" w:eastAsia="en-IN"/>
              </w:rPr>
            </w:pPr>
          </w:p>
        </w:tc>
      </w:tr>
      <w:tr w:rsidR="00EB0013" w:rsidRPr="008A40A5" w:rsidTr="00DF3CBC">
        <w:trPr>
          <w:trHeight w:val="300"/>
        </w:trPr>
        <w:tc>
          <w:tcPr>
            <w:tcW w:w="1735"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Total</w:t>
            </w:r>
          </w:p>
        </w:tc>
        <w:tc>
          <w:tcPr>
            <w:tcW w:w="1053"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943.5833</w:t>
            </w:r>
          </w:p>
        </w:tc>
        <w:tc>
          <w:tcPr>
            <w:tcW w:w="960" w:type="dxa"/>
            <w:noWrap/>
            <w:vAlign w:val="bottom"/>
            <w:hideMark/>
          </w:tcPr>
          <w:p w:rsidR="00EB0013" w:rsidRPr="008A40A5" w:rsidRDefault="00EB0013" w:rsidP="00EB0013">
            <w:pPr>
              <w:spacing w:after="0" w:line="240" w:lineRule="auto"/>
              <w:jc w:val="right"/>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44</w:t>
            </w:r>
          </w:p>
        </w:tc>
        <w:tc>
          <w:tcPr>
            <w:tcW w:w="1053"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053"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053"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c>
          <w:tcPr>
            <w:tcW w:w="1053" w:type="dxa"/>
            <w:noWrap/>
            <w:vAlign w:val="bottom"/>
            <w:hideMark/>
          </w:tcPr>
          <w:p w:rsidR="00EB0013" w:rsidRPr="008A40A5" w:rsidRDefault="00EB0013" w:rsidP="00EB0013">
            <w:pPr>
              <w:spacing w:after="0" w:line="240" w:lineRule="auto"/>
              <w:rPr>
                <w:rFonts w:ascii="Calibri" w:eastAsia="Times New Roman" w:hAnsi="Calibri" w:cs="Calibri"/>
                <w:color w:val="000000"/>
                <w:lang w:val="en-IN" w:eastAsia="en-IN"/>
              </w:rPr>
            </w:pPr>
            <w:r w:rsidRPr="008A40A5">
              <w:rPr>
                <w:rFonts w:ascii="Calibri" w:eastAsia="Times New Roman" w:hAnsi="Calibri" w:cs="Calibri"/>
                <w:color w:val="000000"/>
                <w:lang w:val="en-IN" w:eastAsia="en-IN"/>
              </w:rPr>
              <w:t> </w:t>
            </w:r>
          </w:p>
        </w:tc>
      </w:tr>
    </w:tbl>
    <w:p w:rsidR="0023596F" w:rsidRPr="008A40A5" w:rsidRDefault="0023596F" w:rsidP="00DF3CBC">
      <w:pPr>
        <w:spacing w:before="240"/>
        <w:jc w:val="both"/>
        <w:rPr>
          <w:rFonts w:ascii="Arial" w:hAnsi="Arial" w:cs="Arial"/>
          <w:sz w:val="20"/>
          <w:szCs w:val="20"/>
          <w:lang w:val="en-IN"/>
        </w:rPr>
      </w:pPr>
      <w:r w:rsidRPr="008A40A5">
        <w:rPr>
          <w:rFonts w:ascii="Arial" w:hAnsi="Arial" w:cs="Arial"/>
          <w:sz w:val="20"/>
          <w:szCs w:val="20"/>
          <w:lang w:val="en-IN"/>
        </w:rPr>
        <w:t xml:space="preserve">The analysis of variance (ANOVA) was performed to evaluate the effects of pH on the keratinase activity, when the keratinase producing organisms were grown at different pH. The detailed results are summarized in Table </w:t>
      </w:r>
      <w:r w:rsidR="00BB12D1" w:rsidRPr="008A40A5">
        <w:rPr>
          <w:rFonts w:ascii="Arial" w:hAnsi="Arial" w:cs="Arial"/>
          <w:sz w:val="20"/>
          <w:szCs w:val="20"/>
          <w:lang w:val="en-IN"/>
        </w:rPr>
        <w:t>9</w:t>
      </w:r>
      <w:r w:rsidRPr="008A40A5">
        <w:rPr>
          <w:rFonts w:ascii="Arial" w:hAnsi="Arial" w:cs="Arial"/>
          <w:sz w:val="20"/>
          <w:szCs w:val="20"/>
          <w:lang w:val="en-IN"/>
        </w:rPr>
        <w:t>, which includes the F-values and p-values for each pH, along with their significance levels. The calculated F value is less than F-critical for the rows, indicating that these group means significantly differ from one another. Conversely, the F-calculated is larger than the F-critical in the columns, indicating that the group means do not deviate significantly. According to the statistical research, pH has a significant impact on keratinase production and, consequently, its activity.</w:t>
      </w:r>
    </w:p>
    <w:p w:rsidR="00BB12D1" w:rsidRPr="008A40A5" w:rsidRDefault="00BB12D1" w:rsidP="00584328">
      <w:pPr>
        <w:tabs>
          <w:tab w:val="left" w:pos="360"/>
          <w:tab w:val="left" w:pos="8100"/>
        </w:tabs>
        <w:spacing w:after="240"/>
        <w:rPr>
          <w:rFonts w:ascii="Arial" w:hAnsi="Arial" w:cs="Arial"/>
          <w:b/>
          <w:sz w:val="20"/>
          <w:szCs w:val="18"/>
        </w:rPr>
      </w:pPr>
    </w:p>
    <w:p w:rsidR="00584328" w:rsidRPr="008A40A5" w:rsidRDefault="00584328" w:rsidP="00584328">
      <w:pPr>
        <w:tabs>
          <w:tab w:val="left" w:pos="360"/>
          <w:tab w:val="left" w:pos="8100"/>
        </w:tabs>
        <w:spacing w:after="240"/>
        <w:rPr>
          <w:rFonts w:ascii="Arial" w:hAnsi="Arial" w:cs="Arial"/>
          <w:sz w:val="20"/>
          <w:szCs w:val="18"/>
        </w:rPr>
      </w:pPr>
      <w:r w:rsidRPr="008A40A5">
        <w:rPr>
          <w:rFonts w:ascii="Arial" w:hAnsi="Arial" w:cs="Arial"/>
          <w:b/>
          <w:sz w:val="20"/>
          <w:szCs w:val="18"/>
        </w:rPr>
        <w:t>Calculations:</w:t>
      </w:r>
      <w:r w:rsidRPr="008A40A5">
        <w:rPr>
          <w:rFonts w:ascii="Arial" w:hAnsi="Arial" w:cs="Arial"/>
          <w:sz w:val="20"/>
          <w:szCs w:val="18"/>
        </w:rPr>
        <w:t>valuesconvertedintoEnzymeunit per</w:t>
      </w:r>
      <w:r w:rsidRPr="008A40A5">
        <w:rPr>
          <w:rFonts w:ascii="Arial" w:hAnsi="Arial" w:cs="Arial"/>
          <w:spacing w:val="-5"/>
          <w:sz w:val="20"/>
          <w:szCs w:val="18"/>
        </w:rPr>
        <w:t>ml</w:t>
      </w:r>
    </w:p>
    <w:p w:rsidR="004B07DA" w:rsidRPr="008A40A5" w:rsidRDefault="002A40BB" w:rsidP="00D0486A">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Enzyme unit per ml = optical density x total volume x dilution rate x incubation time.</w:t>
      </w:r>
    </w:p>
    <w:p w:rsidR="00BB12D1" w:rsidRPr="008A40A5" w:rsidRDefault="00BB12D1" w:rsidP="00DF3CBC">
      <w:pPr>
        <w:pStyle w:val="BodyText"/>
        <w:tabs>
          <w:tab w:val="left" w:pos="360"/>
          <w:tab w:val="left" w:pos="8100"/>
        </w:tabs>
        <w:spacing w:after="0" w:line="360" w:lineRule="auto"/>
        <w:jc w:val="center"/>
        <w:rPr>
          <w:rFonts w:ascii="Arial" w:hAnsi="Arial" w:cs="Arial"/>
          <w:bCs/>
          <w:sz w:val="20"/>
          <w:szCs w:val="18"/>
        </w:rPr>
      </w:pPr>
    </w:p>
    <w:p w:rsidR="00BB12D1" w:rsidRPr="008A40A5" w:rsidRDefault="00BB12D1" w:rsidP="00DF3CBC">
      <w:pPr>
        <w:pStyle w:val="BodyText"/>
        <w:tabs>
          <w:tab w:val="left" w:pos="360"/>
          <w:tab w:val="left" w:pos="8100"/>
        </w:tabs>
        <w:spacing w:after="0" w:line="360" w:lineRule="auto"/>
        <w:jc w:val="center"/>
        <w:rPr>
          <w:rFonts w:ascii="Arial" w:hAnsi="Arial" w:cs="Arial"/>
          <w:bCs/>
          <w:sz w:val="20"/>
          <w:szCs w:val="18"/>
        </w:rPr>
      </w:pPr>
    </w:p>
    <w:p w:rsidR="00BB12D1" w:rsidRPr="008A40A5" w:rsidRDefault="00BB12D1" w:rsidP="00DF3CBC">
      <w:pPr>
        <w:pStyle w:val="BodyText"/>
        <w:tabs>
          <w:tab w:val="left" w:pos="360"/>
          <w:tab w:val="left" w:pos="8100"/>
        </w:tabs>
        <w:spacing w:after="0" w:line="360" w:lineRule="auto"/>
        <w:jc w:val="center"/>
        <w:rPr>
          <w:rFonts w:ascii="Arial" w:hAnsi="Arial" w:cs="Arial"/>
          <w:bCs/>
          <w:sz w:val="20"/>
          <w:szCs w:val="18"/>
        </w:rPr>
      </w:pPr>
    </w:p>
    <w:p w:rsidR="004D0D2F" w:rsidRPr="008A40A5" w:rsidRDefault="004D0D2F" w:rsidP="00DF3CBC">
      <w:pPr>
        <w:pStyle w:val="BodyText"/>
        <w:tabs>
          <w:tab w:val="left" w:pos="360"/>
          <w:tab w:val="left" w:pos="8100"/>
        </w:tabs>
        <w:spacing w:after="0" w:line="360" w:lineRule="auto"/>
        <w:jc w:val="center"/>
        <w:rPr>
          <w:rFonts w:ascii="Arial" w:hAnsi="Arial" w:cs="Arial"/>
          <w:spacing w:val="-5"/>
        </w:rPr>
      </w:pPr>
      <w:r w:rsidRPr="008A40A5">
        <w:rPr>
          <w:rFonts w:ascii="Arial" w:hAnsi="Arial" w:cs="Arial"/>
          <w:bCs/>
          <w:sz w:val="20"/>
          <w:szCs w:val="18"/>
        </w:rPr>
        <w:t xml:space="preserve">Table </w:t>
      </w:r>
      <w:r w:rsidR="00DF3CBC" w:rsidRPr="008A40A5">
        <w:rPr>
          <w:rFonts w:ascii="Arial" w:hAnsi="Arial" w:cs="Arial"/>
          <w:bCs/>
          <w:sz w:val="20"/>
          <w:szCs w:val="18"/>
        </w:rPr>
        <w:t>10</w:t>
      </w:r>
      <w:r w:rsidRPr="008A40A5">
        <w:rPr>
          <w:rFonts w:ascii="Arial" w:hAnsi="Arial" w:cs="Arial"/>
          <w:bCs/>
          <w:sz w:val="20"/>
          <w:szCs w:val="18"/>
        </w:rPr>
        <w:t>: Effect of pH O.D at 280 nm</w:t>
      </w:r>
    </w:p>
    <w:tbl>
      <w:tblPr>
        <w:tblStyle w:val="TableGrid"/>
        <w:tblW w:w="0" w:type="auto"/>
        <w:jc w:val="center"/>
        <w:tblLook w:val="04A0"/>
      </w:tblPr>
      <w:tblGrid>
        <w:gridCol w:w="985"/>
        <w:gridCol w:w="2031"/>
        <w:gridCol w:w="955"/>
        <w:gridCol w:w="934"/>
        <w:gridCol w:w="980"/>
        <w:gridCol w:w="1025"/>
        <w:gridCol w:w="1010"/>
      </w:tblGrid>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Sr. no.</w:t>
            </w: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Samples</w:t>
            </w:r>
          </w:p>
        </w:tc>
        <w:tc>
          <w:tcPr>
            <w:tcW w:w="4904" w:type="dxa"/>
            <w:gridSpan w:val="5"/>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 xml:space="preserve">Effect of pH on Keratinaseactivity (U/ ml / </w:t>
            </w:r>
            <w:r w:rsidRPr="008A40A5">
              <w:rPr>
                <w:rFonts w:ascii="Arial" w:hAnsi="Arial" w:cs="Arial"/>
                <w:spacing w:val="-5"/>
                <w:sz w:val="20"/>
                <w:szCs w:val="20"/>
              </w:rPr>
              <w:t>min)</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pH</w:t>
            </w:r>
          </w:p>
        </w:tc>
        <w:tc>
          <w:tcPr>
            <w:tcW w:w="95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10"/>
                <w:sz w:val="20"/>
                <w:szCs w:val="20"/>
              </w:rPr>
              <w:t>5</w:t>
            </w:r>
          </w:p>
        </w:tc>
        <w:tc>
          <w:tcPr>
            <w:tcW w:w="934"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10"/>
                <w:sz w:val="20"/>
                <w:szCs w:val="20"/>
              </w:rPr>
              <w:t>6</w:t>
            </w:r>
          </w:p>
        </w:tc>
        <w:tc>
          <w:tcPr>
            <w:tcW w:w="98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10"/>
                <w:sz w:val="20"/>
                <w:szCs w:val="20"/>
              </w:rPr>
              <w:t>7</w:t>
            </w:r>
          </w:p>
        </w:tc>
        <w:tc>
          <w:tcPr>
            <w:tcW w:w="102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10"/>
                <w:sz w:val="20"/>
                <w:szCs w:val="20"/>
              </w:rPr>
              <w:t>8</w:t>
            </w:r>
          </w:p>
        </w:tc>
        <w:tc>
          <w:tcPr>
            <w:tcW w:w="101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10"/>
                <w:sz w:val="20"/>
                <w:szCs w:val="20"/>
              </w:rPr>
              <w:t>9</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b/>
                <w:sz w:val="20"/>
                <w:szCs w:val="20"/>
              </w:rPr>
              <w:t>+ve</w:t>
            </w:r>
            <w:r w:rsidRPr="008A40A5">
              <w:rPr>
                <w:rFonts w:ascii="Arial" w:hAnsi="Arial" w:cs="Arial"/>
                <w:b/>
                <w:spacing w:val="-2"/>
                <w:sz w:val="20"/>
                <w:szCs w:val="20"/>
              </w:rPr>
              <w:t>control</w:t>
            </w:r>
          </w:p>
        </w:tc>
        <w:tc>
          <w:tcPr>
            <w:tcW w:w="95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1.485</w:t>
            </w:r>
          </w:p>
        </w:tc>
        <w:tc>
          <w:tcPr>
            <w:tcW w:w="934"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0.867</w:t>
            </w:r>
          </w:p>
        </w:tc>
        <w:tc>
          <w:tcPr>
            <w:tcW w:w="98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0.867</w:t>
            </w:r>
          </w:p>
        </w:tc>
        <w:tc>
          <w:tcPr>
            <w:tcW w:w="102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1.035</w:t>
            </w:r>
          </w:p>
        </w:tc>
        <w:tc>
          <w:tcPr>
            <w:tcW w:w="101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0.705</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b/>
                <w:spacing w:val="-2"/>
                <w:sz w:val="20"/>
                <w:szCs w:val="20"/>
              </w:rPr>
              <w:t>-vecontrol</w:t>
            </w:r>
          </w:p>
        </w:tc>
        <w:tc>
          <w:tcPr>
            <w:tcW w:w="95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0.985</w:t>
            </w:r>
          </w:p>
        </w:tc>
        <w:tc>
          <w:tcPr>
            <w:tcW w:w="934"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0.607</w:t>
            </w:r>
          </w:p>
        </w:tc>
        <w:tc>
          <w:tcPr>
            <w:tcW w:w="98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0.683</w:t>
            </w:r>
          </w:p>
        </w:tc>
        <w:tc>
          <w:tcPr>
            <w:tcW w:w="102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0.724</w:t>
            </w:r>
          </w:p>
        </w:tc>
        <w:tc>
          <w:tcPr>
            <w:tcW w:w="101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b/>
                <w:spacing w:val="-2"/>
                <w:sz w:val="20"/>
                <w:szCs w:val="20"/>
              </w:rPr>
              <w:t>0.591</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1</w:t>
            </w: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S1</w:t>
            </w:r>
          </w:p>
        </w:tc>
        <w:tc>
          <w:tcPr>
            <w:tcW w:w="95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1.069</w:t>
            </w:r>
          </w:p>
        </w:tc>
        <w:tc>
          <w:tcPr>
            <w:tcW w:w="934"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0.665</w:t>
            </w:r>
          </w:p>
        </w:tc>
        <w:tc>
          <w:tcPr>
            <w:tcW w:w="98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0.746</w:t>
            </w:r>
          </w:p>
        </w:tc>
        <w:tc>
          <w:tcPr>
            <w:tcW w:w="102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0.742</w:t>
            </w:r>
          </w:p>
        </w:tc>
        <w:tc>
          <w:tcPr>
            <w:tcW w:w="101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0.594</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2</w:t>
            </w: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S2</w:t>
            </w:r>
          </w:p>
        </w:tc>
        <w:tc>
          <w:tcPr>
            <w:tcW w:w="95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1.395</w:t>
            </w:r>
          </w:p>
        </w:tc>
        <w:tc>
          <w:tcPr>
            <w:tcW w:w="934"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0.729</w:t>
            </w:r>
          </w:p>
        </w:tc>
        <w:tc>
          <w:tcPr>
            <w:tcW w:w="98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0.718</w:t>
            </w:r>
          </w:p>
        </w:tc>
        <w:tc>
          <w:tcPr>
            <w:tcW w:w="102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0.681</w:t>
            </w:r>
          </w:p>
        </w:tc>
        <w:tc>
          <w:tcPr>
            <w:tcW w:w="101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0.645</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3</w:t>
            </w: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S3</w:t>
            </w:r>
          </w:p>
        </w:tc>
        <w:tc>
          <w:tcPr>
            <w:tcW w:w="95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1.135</w:t>
            </w:r>
          </w:p>
        </w:tc>
        <w:tc>
          <w:tcPr>
            <w:tcW w:w="934"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0.728</w:t>
            </w:r>
          </w:p>
        </w:tc>
        <w:tc>
          <w:tcPr>
            <w:tcW w:w="98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0.788</w:t>
            </w:r>
          </w:p>
        </w:tc>
        <w:tc>
          <w:tcPr>
            <w:tcW w:w="102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0.709</w:t>
            </w:r>
          </w:p>
        </w:tc>
        <w:tc>
          <w:tcPr>
            <w:tcW w:w="101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0.697</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4</w:t>
            </w: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S4</w:t>
            </w:r>
          </w:p>
        </w:tc>
        <w:tc>
          <w:tcPr>
            <w:tcW w:w="95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pacing w:val="-2"/>
                <w:sz w:val="20"/>
                <w:szCs w:val="20"/>
              </w:rPr>
              <w:t>1.180</w:t>
            </w:r>
          </w:p>
        </w:tc>
        <w:tc>
          <w:tcPr>
            <w:tcW w:w="934"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pacing w:val="-2"/>
                <w:sz w:val="20"/>
                <w:szCs w:val="20"/>
              </w:rPr>
              <w:t>0.677</w:t>
            </w:r>
          </w:p>
        </w:tc>
        <w:tc>
          <w:tcPr>
            <w:tcW w:w="980"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pacing w:val="-2"/>
                <w:sz w:val="20"/>
                <w:szCs w:val="20"/>
              </w:rPr>
              <w:t>0.829</w:t>
            </w:r>
          </w:p>
        </w:tc>
        <w:tc>
          <w:tcPr>
            <w:tcW w:w="102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pacing w:val="-2"/>
                <w:sz w:val="20"/>
                <w:szCs w:val="20"/>
              </w:rPr>
              <w:t>0.706</w:t>
            </w:r>
          </w:p>
        </w:tc>
        <w:tc>
          <w:tcPr>
            <w:tcW w:w="1010"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pacing w:val="-2"/>
                <w:sz w:val="20"/>
                <w:szCs w:val="20"/>
              </w:rPr>
              <w:t>0.738</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5</w:t>
            </w: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S5</w:t>
            </w:r>
          </w:p>
        </w:tc>
        <w:tc>
          <w:tcPr>
            <w:tcW w:w="95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1.209</w:t>
            </w:r>
          </w:p>
        </w:tc>
        <w:tc>
          <w:tcPr>
            <w:tcW w:w="934"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0.614</w:t>
            </w:r>
          </w:p>
        </w:tc>
        <w:tc>
          <w:tcPr>
            <w:tcW w:w="98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0.693</w:t>
            </w:r>
          </w:p>
        </w:tc>
        <w:tc>
          <w:tcPr>
            <w:tcW w:w="102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0.743</w:t>
            </w:r>
          </w:p>
        </w:tc>
        <w:tc>
          <w:tcPr>
            <w:tcW w:w="101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0.662</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6</w:t>
            </w: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C1</w:t>
            </w:r>
          </w:p>
        </w:tc>
        <w:tc>
          <w:tcPr>
            <w:tcW w:w="95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0.959</w:t>
            </w:r>
          </w:p>
        </w:tc>
        <w:tc>
          <w:tcPr>
            <w:tcW w:w="934"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0.712</w:t>
            </w:r>
          </w:p>
        </w:tc>
        <w:tc>
          <w:tcPr>
            <w:tcW w:w="98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0.641</w:t>
            </w:r>
          </w:p>
        </w:tc>
        <w:tc>
          <w:tcPr>
            <w:tcW w:w="102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0.669</w:t>
            </w:r>
          </w:p>
        </w:tc>
        <w:tc>
          <w:tcPr>
            <w:tcW w:w="101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0.614</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7</w:t>
            </w: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C2</w:t>
            </w:r>
          </w:p>
        </w:tc>
        <w:tc>
          <w:tcPr>
            <w:tcW w:w="95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pacing w:val="-2"/>
                <w:sz w:val="20"/>
                <w:szCs w:val="20"/>
              </w:rPr>
              <w:t>0.867</w:t>
            </w:r>
          </w:p>
        </w:tc>
        <w:tc>
          <w:tcPr>
            <w:tcW w:w="934"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pacing w:val="-2"/>
                <w:sz w:val="20"/>
                <w:szCs w:val="20"/>
              </w:rPr>
              <w:t>0.660</w:t>
            </w:r>
          </w:p>
        </w:tc>
        <w:tc>
          <w:tcPr>
            <w:tcW w:w="980"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pacing w:val="-2"/>
                <w:sz w:val="20"/>
                <w:szCs w:val="20"/>
              </w:rPr>
              <w:t>0.745</w:t>
            </w:r>
          </w:p>
        </w:tc>
        <w:tc>
          <w:tcPr>
            <w:tcW w:w="102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pacing w:val="-2"/>
                <w:sz w:val="20"/>
                <w:szCs w:val="20"/>
              </w:rPr>
              <w:t>0.672</w:t>
            </w:r>
          </w:p>
        </w:tc>
        <w:tc>
          <w:tcPr>
            <w:tcW w:w="1010"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pacing w:val="-2"/>
                <w:sz w:val="20"/>
                <w:szCs w:val="20"/>
              </w:rPr>
              <w:t>0.644</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8</w:t>
            </w: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C3</w:t>
            </w:r>
          </w:p>
        </w:tc>
        <w:tc>
          <w:tcPr>
            <w:tcW w:w="95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1.275</w:t>
            </w:r>
          </w:p>
        </w:tc>
        <w:tc>
          <w:tcPr>
            <w:tcW w:w="934"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0.740</w:t>
            </w:r>
          </w:p>
        </w:tc>
        <w:tc>
          <w:tcPr>
            <w:tcW w:w="98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0.697</w:t>
            </w:r>
          </w:p>
        </w:tc>
        <w:tc>
          <w:tcPr>
            <w:tcW w:w="102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0.624</w:t>
            </w:r>
          </w:p>
        </w:tc>
        <w:tc>
          <w:tcPr>
            <w:tcW w:w="101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0.670</w:t>
            </w:r>
          </w:p>
        </w:tc>
      </w:tr>
      <w:tr w:rsidR="00584328" w:rsidRPr="008A40A5" w:rsidTr="00DF3CBC">
        <w:trPr>
          <w:trHeight w:val="288"/>
          <w:jc w:val="center"/>
        </w:trPr>
        <w:tc>
          <w:tcPr>
            <w:tcW w:w="985"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9</w:t>
            </w:r>
          </w:p>
        </w:tc>
        <w:tc>
          <w:tcPr>
            <w:tcW w:w="2031" w:type="dxa"/>
            <w:vAlign w:val="center"/>
          </w:tcPr>
          <w:p w:rsidR="00584328" w:rsidRPr="008A40A5" w:rsidRDefault="00584328" w:rsidP="00D0486A">
            <w:pPr>
              <w:pStyle w:val="BodyText"/>
              <w:tabs>
                <w:tab w:val="left" w:pos="360"/>
                <w:tab w:val="left" w:pos="8100"/>
              </w:tabs>
              <w:spacing w:after="0" w:line="360" w:lineRule="auto"/>
              <w:jc w:val="center"/>
              <w:rPr>
                <w:rFonts w:ascii="Arial" w:hAnsi="Arial" w:cs="Arial"/>
                <w:sz w:val="20"/>
                <w:szCs w:val="20"/>
              </w:rPr>
            </w:pPr>
            <w:r w:rsidRPr="008A40A5">
              <w:rPr>
                <w:rFonts w:ascii="Arial" w:hAnsi="Arial" w:cs="Arial"/>
                <w:sz w:val="20"/>
                <w:szCs w:val="20"/>
              </w:rPr>
              <w:t>C4</w:t>
            </w:r>
          </w:p>
        </w:tc>
        <w:tc>
          <w:tcPr>
            <w:tcW w:w="95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1.050</w:t>
            </w:r>
          </w:p>
        </w:tc>
        <w:tc>
          <w:tcPr>
            <w:tcW w:w="934"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0.657</w:t>
            </w:r>
          </w:p>
        </w:tc>
        <w:tc>
          <w:tcPr>
            <w:tcW w:w="98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0.620</w:t>
            </w:r>
          </w:p>
        </w:tc>
        <w:tc>
          <w:tcPr>
            <w:tcW w:w="1025"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0.642</w:t>
            </w:r>
          </w:p>
        </w:tc>
        <w:tc>
          <w:tcPr>
            <w:tcW w:w="1010" w:type="dxa"/>
            <w:vAlign w:val="center"/>
          </w:tcPr>
          <w:p w:rsidR="00584328" w:rsidRPr="008A40A5" w:rsidRDefault="00584328" w:rsidP="00D0486A">
            <w:pPr>
              <w:pStyle w:val="BodyText"/>
              <w:tabs>
                <w:tab w:val="left" w:pos="360"/>
                <w:tab w:val="left" w:pos="8100"/>
              </w:tabs>
              <w:spacing w:after="0"/>
              <w:jc w:val="center"/>
              <w:rPr>
                <w:rFonts w:ascii="Arial" w:hAnsi="Arial" w:cs="Arial"/>
                <w:sz w:val="20"/>
                <w:szCs w:val="20"/>
              </w:rPr>
            </w:pPr>
            <w:r w:rsidRPr="008A40A5">
              <w:rPr>
                <w:rFonts w:ascii="Arial" w:hAnsi="Arial" w:cs="Arial"/>
                <w:spacing w:val="-2"/>
                <w:sz w:val="20"/>
                <w:szCs w:val="20"/>
              </w:rPr>
              <w:t>0.660</w:t>
            </w:r>
          </w:p>
        </w:tc>
      </w:tr>
    </w:tbl>
    <w:p w:rsidR="00D0486A" w:rsidRPr="008A40A5" w:rsidRDefault="00D0486A" w:rsidP="00D0486A">
      <w:pPr>
        <w:ind w:left="142"/>
        <w:jc w:val="center"/>
        <w:rPr>
          <w:rFonts w:ascii="Arial" w:hAnsi="Arial" w:cs="Arial"/>
          <w:bCs/>
          <w:sz w:val="20"/>
          <w:szCs w:val="18"/>
        </w:rPr>
      </w:pPr>
    </w:p>
    <w:p w:rsidR="004D0D2F" w:rsidRPr="008A40A5" w:rsidRDefault="004D0D2F" w:rsidP="005F34FA">
      <w:pPr>
        <w:spacing w:before="71" w:after="0"/>
        <w:jc w:val="center"/>
        <w:rPr>
          <w:rFonts w:ascii="Arial" w:hAnsi="Arial" w:cs="Arial"/>
          <w:bCs/>
          <w:spacing w:val="-5"/>
          <w:sz w:val="20"/>
          <w:szCs w:val="18"/>
        </w:rPr>
      </w:pPr>
      <w:r w:rsidRPr="008A40A5">
        <w:rPr>
          <w:rFonts w:ascii="Arial" w:hAnsi="Arial" w:cs="Arial"/>
          <w:bCs/>
          <w:sz w:val="20"/>
          <w:szCs w:val="18"/>
        </w:rPr>
        <w:t>Table</w:t>
      </w:r>
      <w:r w:rsidR="00DF3CBC" w:rsidRPr="008A40A5">
        <w:rPr>
          <w:rFonts w:ascii="Arial" w:hAnsi="Arial" w:cs="Arial"/>
          <w:bCs/>
          <w:sz w:val="20"/>
          <w:szCs w:val="18"/>
        </w:rPr>
        <w:t>11</w:t>
      </w:r>
      <w:r w:rsidRPr="008A40A5">
        <w:rPr>
          <w:rFonts w:ascii="Arial" w:hAnsi="Arial" w:cs="Arial"/>
          <w:bCs/>
          <w:sz w:val="20"/>
          <w:szCs w:val="18"/>
        </w:rPr>
        <w:t xml:space="preserve">:Statistical analysis for the effect of pH on Keratinase Activity </w:t>
      </w:r>
    </w:p>
    <w:tbl>
      <w:tblPr>
        <w:tblW w:w="7960"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5"/>
        <w:gridCol w:w="1053"/>
        <w:gridCol w:w="960"/>
        <w:gridCol w:w="1053"/>
        <w:gridCol w:w="1053"/>
        <w:gridCol w:w="1053"/>
        <w:gridCol w:w="1053"/>
      </w:tblGrid>
      <w:tr w:rsidR="00EB0013" w:rsidRPr="008A40A5" w:rsidTr="005F34FA">
        <w:trPr>
          <w:trHeight w:val="300"/>
        </w:trPr>
        <w:tc>
          <w:tcPr>
            <w:tcW w:w="1735" w:type="dxa"/>
            <w:noWrap/>
            <w:vAlign w:val="bottom"/>
            <w:hideMark/>
          </w:tcPr>
          <w:p w:rsidR="00EB0013" w:rsidRPr="008A40A5" w:rsidRDefault="00EB0013" w:rsidP="00EB0013">
            <w:pPr>
              <w:spacing w:after="0" w:line="240" w:lineRule="auto"/>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ANOVA</w:t>
            </w:r>
          </w:p>
        </w:tc>
        <w:tc>
          <w:tcPr>
            <w:tcW w:w="1053" w:type="dxa"/>
            <w:noWrap/>
            <w:vAlign w:val="bottom"/>
            <w:hideMark/>
          </w:tcPr>
          <w:p w:rsidR="00EB0013" w:rsidRPr="008A40A5" w:rsidRDefault="00EB0013" w:rsidP="00EB0013">
            <w:pPr>
              <w:spacing w:after="0" w:line="240" w:lineRule="auto"/>
              <w:rPr>
                <w:rFonts w:ascii="Arial" w:eastAsia="Times New Roman" w:hAnsi="Arial" w:cs="Arial"/>
                <w:color w:val="000000"/>
                <w:sz w:val="20"/>
                <w:szCs w:val="20"/>
                <w:lang w:val="en-IN" w:eastAsia="en-IN"/>
              </w:rPr>
            </w:pPr>
          </w:p>
        </w:tc>
        <w:tc>
          <w:tcPr>
            <w:tcW w:w="960"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r>
      <w:tr w:rsidR="00EB0013" w:rsidRPr="008A40A5" w:rsidTr="005F34FA">
        <w:trPr>
          <w:trHeight w:val="288"/>
        </w:trPr>
        <w:tc>
          <w:tcPr>
            <w:tcW w:w="1735" w:type="dxa"/>
            <w:noWrap/>
            <w:vAlign w:val="bottom"/>
            <w:hideMark/>
          </w:tcPr>
          <w:p w:rsidR="00EB0013" w:rsidRPr="008A40A5" w:rsidRDefault="00EB0013" w:rsidP="00EB0013">
            <w:pPr>
              <w:spacing w:after="0" w:line="240" w:lineRule="auto"/>
              <w:jc w:val="center"/>
              <w:rPr>
                <w:rFonts w:ascii="Arial" w:eastAsia="Times New Roman" w:hAnsi="Arial" w:cs="Arial"/>
                <w:i/>
                <w:iCs/>
                <w:color w:val="000000"/>
                <w:sz w:val="20"/>
                <w:szCs w:val="20"/>
                <w:lang w:val="en-IN" w:eastAsia="en-IN"/>
              </w:rPr>
            </w:pPr>
            <w:r w:rsidRPr="008A40A5">
              <w:rPr>
                <w:rFonts w:ascii="Arial" w:eastAsia="Times New Roman" w:hAnsi="Arial" w:cs="Arial"/>
                <w:i/>
                <w:iCs/>
                <w:color w:val="000000"/>
                <w:sz w:val="20"/>
                <w:szCs w:val="20"/>
                <w:lang w:val="en-IN" w:eastAsia="en-IN"/>
              </w:rPr>
              <w:t>Source of Variation</w:t>
            </w:r>
          </w:p>
        </w:tc>
        <w:tc>
          <w:tcPr>
            <w:tcW w:w="1053" w:type="dxa"/>
            <w:noWrap/>
            <w:vAlign w:val="bottom"/>
            <w:hideMark/>
          </w:tcPr>
          <w:p w:rsidR="00EB0013" w:rsidRPr="008A40A5" w:rsidRDefault="00EB0013" w:rsidP="00EB0013">
            <w:pPr>
              <w:spacing w:after="0" w:line="240" w:lineRule="auto"/>
              <w:jc w:val="center"/>
              <w:rPr>
                <w:rFonts w:ascii="Arial" w:eastAsia="Times New Roman" w:hAnsi="Arial" w:cs="Arial"/>
                <w:i/>
                <w:iCs/>
                <w:color w:val="000000"/>
                <w:sz w:val="20"/>
                <w:szCs w:val="20"/>
                <w:lang w:val="en-IN" w:eastAsia="en-IN"/>
              </w:rPr>
            </w:pPr>
            <w:r w:rsidRPr="008A40A5">
              <w:rPr>
                <w:rFonts w:ascii="Arial" w:eastAsia="Times New Roman" w:hAnsi="Arial" w:cs="Arial"/>
                <w:i/>
                <w:iCs/>
                <w:color w:val="000000"/>
                <w:sz w:val="20"/>
                <w:szCs w:val="20"/>
                <w:lang w:val="en-IN" w:eastAsia="en-IN"/>
              </w:rPr>
              <w:t>SS</w:t>
            </w:r>
          </w:p>
        </w:tc>
        <w:tc>
          <w:tcPr>
            <w:tcW w:w="960" w:type="dxa"/>
            <w:noWrap/>
            <w:vAlign w:val="bottom"/>
            <w:hideMark/>
          </w:tcPr>
          <w:p w:rsidR="00EB0013" w:rsidRPr="008A40A5" w:rsidRDefault="00EB0013" w:rsidP="00EB0013">
            <w:pPr>
              <w:spacing w:after="0" w:line="240" w:lineRule="auto"/>
              <w:jc w:val="center"/>
              <w:rPr>
                <w:rFonts w:ascii="Arial" w:eastAsia="Times New Roman" w:hAnsi="Arial" w:cs="Arial"/>
                <w:i/>
                <w:iCs/>
                <w:color w:val="000000"/>
                <w:sz w:val="20"/>
                <w:szCs w:val="20"/>
                <w:lang w:val="en-IN" w:eastAsia="en-IN"/>
              </w:rPr>
            </w:pPr>
            <w:r w:rsidRPr="008A40A5">
              <w:rPr>
                <w:rFonts w:ascii="Arial" w:eastAsia="Times New Roman" w:hAnsi="Arial" w:cs="Arial"/>
                <w:i/>
                <w:iCs/>
                <w:color w:val="000000"/>
                <w:sz w:val="20"/>
                <w:szCs w:val="20"/>
                <w:lang w:val="en-IN" w:eastAsia="en-IN"/>
              </w:rPr>
              <w:t>df</w:t>
            </w:r>
          </w:p>
        </w:tc>
        <w:tc>
          <w:tcPr>
            <w:tcW w:w="1053" w:type="dxa"/>
            <w:noWrap/>
            <w:vAlign w:val="bottom"/>
            <w:hideMark/>
          </w:tcPr>
          <w:p w:rsidR="00EB0013" w:rsidRPr="008A40A5" w:rsidRDefault="00EB0013" w:rsidP="00EB0013">
            <w:pPr>
              <w:spacing w:after="0" w:line="240" w:lineRule="auto"/>
              <w:jc w:val="center"/>
              <w:rPr>
                <w:rFonts w:ascii="Arial" w:eastAsia="Times New Roman" w:hAnsi="Arial" w:cs="Arial"/>
                <w:i/>
                <w:iCs/>
                <w:color w:val="000000"/>
                <w:sz w:val="20"/>
                <w:szCs w:val="20"/>
                <w:lang w:val="en-IN" w:eastAsia="en-IN"/>
              </w:rPr>
            </w:pPr>
            <w:r w:rsidRPr="008A40A5">
              <w:rPr>
                <w:rFonts w:ascii="Arial" w:eastAsia="Times New Roman" w:hAnsi="Arial" w:cs="Arial"/>
                <w:i/>
                <w:iCs/>
                <w:color w:val="000000"/>
                <w:sz w:val="20"/>
                <w:szCs w:val="20"/>
                <w:lang w:val="en-IN" w:eastAsia="en-IN"/>
              </w:rPr>
              <w:t>MS</w:t>
            </w:r>
          </w:p>
        </w:tc>
        <w:tc>
          <w:tcPr>
            <w:tcW w:w="1053" w:type="dxa"/>
            <w:noWrap/>
            <w:vAlign w:val="bottom"/>
            <w:hideMark/>
          </w:tcPr>
          <w:p w:rsidR="00EB0013" w:rsidRPr="008A40A5" w:rsidRDefault="00EB0013" w:rsidP="00EB0013">
            <w:pPr>
              <w:spacing w:after="0" w:line="240" w:lineRule="auto"/>
              <w:jc w:val="center"/>
              <w:rPr>
                <w:rFonts w:ascii="Arial" w:eastAsia="Times New Roman" w:hAnsi="Arial" w:cs="Arial"/>
                <w:i/>
                <w:iCs/>
                <w:color w:val="000000"/>
                <w:sz w:val="20"/>
                <w:szCs w:val="20"/>
                <w:lang w:val="en-IN" w:eastAsia="en-IN"/>
              </w:rPr>
            </w:pPr>
            <w:r w:rsidRPr="008A40A5">
              <w:rPr>
                <w:rFonts w:ascii="Arial" w:eastAsia="Times New Roman" w:hAnsi="Arial" w:cs="Arial"/>
                <w:i/>
                <w:iCs/>
                <w:color w:val="000000"/>
                <w:sz w:val="20"/>
                <w:szCs w:val="20"/>
                <w:lang w:val="en-IN" w:eastAsia="en-IN"/>
              </w:rPr>
              <w:t>F</w:t>
            </w:r>
          </w:p>
        </w:tc>
        <w:tc>
          <w:tcPr>
            <w:tcW w:w="1053" w:type="dxa"/>
            <w:noWrap/>
            <w:vAlign w:val="bottom"/>
            <w:hideMark/>
          </w:tcPr>
          <w:p w:rsidR="00EB0013" w:rsidRPr="008A40A5" w:rsidRDefault="00EB0013" w:rsidP="00EB0013">
            <w:pPr>
              <w:spacing w:after="0" w:line="240" w:lineRule="auto"/>
              <w:jc w:val="center"/>
              <w:rPr>
                <w:rFonts w:ascii="Arial" w:eastAsia="Times New Roman" w:hAnsi="Arial" w:cs="Arial"/>
                <w:i/>
                <w:iCs/>
                <w:color w:val="000000"/>
                <w:sz w:val="20"/>
                <w:szCs w:val="20"/>
                <w:lang w:val="en-IN" w:eastAsia="en-IN"/>
              </w:rPr>
            </w:pPr>
            <w:r w:rsidRPr="008A40A5">
              <w:rPr>
                <w:rFonts w:ascii="Arial" w:eastAsia="Times New Roman" w:hAnsi="Arial" w:cs="Arial"/>
                <w:i/>
                <w:iCs/>
                <w:color w:val="000000"/>
                <w:sz w:val="20"/>
                <w:szCs w:val="20"/>
                <w:lang w:val="en-IN" w:eastAsia="en-IN"/>
              </w:rPr>
              <w:t>P-value</w:t>
            </w:r>
          </w:p>
        </w:tc>
        <w:tc>
          <w:tcPr>
            <w:tcW w:w="1053" w:type="dxa"/>
            <w:noWrap/>
            <w:vAlign w:val="bottom"/>
            <w:hideMark/>
          </w:tcPr>
          <w:p w:rsidR="00EB0013" w:rsidRPr="008A40A5" w:rsidRDefault="00EB0013" w:rsidP="00EB0013">
            <w:pPr>
              <w:spacing w:after="0" w:line="240" w:lineRule="auto"/>
              <w:jc w:val="center"/>
              <w:rPr>
                <w:rFonts w:ascii="Arial" w:eastAsia="Times New Roman" w:hAnsi="Arial" w:cs="Arial"/>
                <w:i/>
                <w:iCs/>
                <w:color w:val="000000"/>
                <w:sz w:val="20"/>
                <w:szCs w:val="20"/>
                <w:lang w:val="en-IN" w:eastAsia="en-IN"/>
              </w:rPr>
            </w:pPr>
            <w:r w:rsidRPr="008A40A5">
              <w:rPr>
                <w:rFonts w:ascii="Arial" w:eastAsia="Times New Roman" w:hAnsi="Arial" w:cs="Arial"/>
                <w:i/>
                <w:iCs/>
                <w:color w:val="000000"/>
                <w:sz w:val="20"/>
                <w:szCs w:val="20"/>
                <w:lang w:val="en-IN" w:eastAsia="en-IN"/>
              </w:rPr>
              <w:t>F crit</w:t>
            </w:r>
          </w:p>
        </w:tc>
      </w:tr>
      <w:tr w:rsidR="00EB0013" w:rsidRPr="008A40A5" w:rsidTr="005F34FA">
        <w:trPr>
          <w:trHeight w:val="288"/>
        </w:trPr>
        <w:tc>
          <w:tcPr>
            <w:tcW w:w="1735" w:type="dxa"/>
            <w:noWrap/>
            <w:vAlign w:val="bottom"/>
            <w:hideMark/>
          </w:tcPr>
          <w:p w:rsidR="00EB0013" w:rsidRPr="008A40A5" w:rsidRDefault="00EB0013" w:rsidP="00EB0013">
            <w:pPr>
              <w:spacing w:after="0" w:line="240" w:lineRule="auto"/>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Rows</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0.085581</w:t>
            </w:r>
          </w:p>
        </w:tc>
        <w:tc>
          <w:tcPr>
            <w:tcW w:w="960"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8</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0.010698</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1.706059</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0.135188</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2.244396</w:t>
            </w:r>
          </w:p>
        </w:tc>
      </w:tr>
      <w:tr w:rsidR="00EB0013" w:rsidRPr="008A40A5" w:rsidTr="005F34FA">
        <w:trPr>
          <w:trHeight w:val="288"/>
        </w:trPr>
        <w:tc>
          <w:tcPr>
            <w:tcW w:w="1735" w:type="dxa"/>
            <w:noWrap/>
            <w:vAlign w:val="bottom"/>
            <w:hideMark/>
          </w:tcPr>
          <w:p w:rsidR="00EB0013" w:rsidRPr="008A40A5" w:rsidRDefault="00EB0013" w:rsidP="00EB0013">
            <w:pPr>
              <w:spacing w:after="0" w:line="240" w:lineRule="auto"/>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Columns</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1.401275</w:t>
            </w:r>
          </w:p>
        </w:tc>
        <w:tc>
          <w:tcPr>
            <w:tcW w:w="960"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4</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0.350319</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55.86889</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5.51E-14</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2.668437</w:t>
            </w:r>
          </w:p>
        </w:tc>
      </w:tr>
      <w:tr w:rsidR="00EB0013" w:rsidRPr="008A40A5" w:rsidTr="005F34FA">
        <w:trPr>
          <w:trHeight w:val="288"/>
        </w:trPr>
        <w:tc>
          <w:tcPr>
            <w:tcW w:w="1735" w:type="dxa"/>
            <w:noWrap/>
            <w:vAlign w:val="bottom"/>
            <w:hideMark/>
          </w:tcPr>
          <w:p w:rsidR="00EB0013" w:rsidRPr="008A40A5" w:rsidRDefault="00EB0013" w:rsidP="00EB0013">
            <w:pPr>
              <w:spacing w:after="0" w:line="240" w:lineRule="auto"/>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Error</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0.200652</w:t>
            </w:r>
          </w:p>
        </w:tc>
        <w:tc>
          <w:tcPr>
            <w:tcW w:w="960"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32</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0.00627</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r>
      <w:tr w:rsidR="00EB0013" w:rsidRPr="008A40A5" w:rsidTr="005F34FA">
        <w:trPr>
          <w:trHeight w:val="288"/>
        </w:trPr>
        <w:tc>
          <w:tcPr>
            <w:tcW w:w="1735"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960"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c>
          <w:tcPr>
            <w:tcW w:w="1053" w:type="dxa"/>
            <w:noWrap/>
            <w:vAlign w:val="bottom"/>
            <w:hideMark/>
          </w:tcPr>
          <w:p w:rsidR="00EB0013" w:rsidRPr="008A40A5" w:rsidRDefault="00EB0013" w:rsidP="00EB0013">
            <w:pPr>
              <w:spacing w:after="0" w:line="240" w:lineRule="auto"/>
              <w:rPr>
                <w:rFonts w:ascii="Arial" w:eastAsia="Times New Roman" w:hAnsi="Arial" w:cs="Arial"/>
                <w:sz w:val="20"/>
                <w:szCs w:val="20"/>
                <w:lang w:val="en-IN" w:eastAsia="en-IN"/>
              </w:rPr>
            </w:pPr>
          </w:p>
        </w:tc>
      </w:tr>
      <w:tr w:rsidR="00EB0013" w:rsidRPr="008A40A5" w:rsidTr="005F34FA">
        <w:trPr>
          <w:trHeight w:val="300"/>
        </w:trPr>
        <w:tc>
          <w:tcPr>
            <w:tcW w:w="1735" w:type="dxa"/>
            <w:noWrap/>
            <w:vAlign w:val="bottom"/>
            <w:hideMark/>
          </w:tcPr>
          <w:p w:rsidR="00EB0013" w:rsidRPr="008A40A5" w:rsidRDefault="00EB0013" w:rsidP="00EB0013">
            <w:pPr>
              <w:spacing w:after="0" w:line="240" w:lineRule="auto"/>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Total</w:t>
            </w:r>
          </w:p>
        </w:tc>
        <w:tc>
          <w:tcPr>
            <w:tcW w:w="1053"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1.687508</w:t>
            </w:r>
          </w:p>
        </w:tc>
        <w:tc>
          <w:tcPr>
            <w:tcW w:w="960" w:type="dxa"/>
            <w:noWrap/>
            <w:vAlign w:val="bottom"/>
            <w:hideMark/>
          </w:tcPr>
          <w:p w:rsidR="00EB0013" w:rsidRPr="008A40A5" w:rsidRDefault="00EB0013" w:rsidP="00EB0013">
            <w:pPr>
              <w:spacing w:after="0" w:line="240" w:lineRule="auto"/>
              <w:jc w:val="right"/>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44</w:t>
            </w:r>
          </w:p>
        </w:tc>
        <w:tc>
          <w:tcPr>
            <w:tcW w:w="1053" w:type="dxa"/>
            <w:noWrap/>
            <w:vAlign w:val="bottom"/>
            <w:hideMark/>
          </w:tcPr>
          <w:p w:rsidR="00EB0013" w:rsidRPr="008A40A5" w:rsidRDefault="00EB0013" w:rsidP="00EB0013">
            <w:pPr>
              <w:spacing w:after="0" w:line="240" w:lineRule="auto"/>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 </w:t>
            </w:r>
          </w:p>
        </w:tc>
        <w:tc>
          <w:tcPr>
            <w:tcW w:w="1053" w:type="dxa"/>
            <w:noWrap/>
            <w:vAlign w:val="bottom"/>
            <w:hideMark/>
          </w:tcPr>
          <w:p w:rsidR="00EB0013" w:rsidRPr="008A40A5" w:rsidRDefault="00EB0013" w:rsidP="00EB0013">
            <w:pPr>
              <w:spacing w:after="0" w:line="240" w:lineRule="auto"/>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 </w:t>
            </w:r>
          </w:p>
        </w:tc>
        <w:tc>
          <w:tcPr>
            <w:tcW w:w="1053" w:type="dxa"/>
            <w:noWrap/>
            <w:vAlign w:val="bottom"/>
            <w:hideMark/>
          </w:tcPr>
          <w:p w:rsidR="00EB0013" w:rsidRPr="008A40A5" w:rsidRDefault="00EB0013" w:rsidP="00EB0013">
            <w:pPr>
              <w:spacing w:after="0" w:line="240" w:lineRule="auto"/>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 </w:t>
            </w:r>
          </w:p>
        </w:tc>
        <w:tc>
          <w:tcPr>
            <w:tcW w:w="1053" w:type="dxa"/>
            <w:noWrap/>
            <w:vAlign w:val="bottom"/>
            <w:hideMark/>
          </w:tcPr>
          <w:p w:rsidR="00EB0013" w:rsidRPr="008A40A5" w:rsidRDefault="00EB0013" w:rsidP="00EB0013">
            <w:pPr>
              <w:spacing w:after="0" w:line="240" w:lineRule="auto"/>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 </w:t>
            </w:r>
          </w:p>
        </w:tc>
      </w:tr>
    </w:tbl>
    <w:p w:rsidR="004D0D2F" w:rsidRPr="008A40A5" w:rsidRDefault="004D0D2F" w:rsidP="005F34FA"/>
    <w:p w:rsidR="004D0D2F" w:rsidRPr="008A40A5" w:rsidRDefault="004D0D2F" w:rsidP="005F34FA">
      <w:pPr>
        <w:jc w:val="both"/>
        <w:rPr>
          <w:rFonts w:ascii="Arial" w:hAnsi="Arial" w:cs="Arial"/>
          <w:sz w:val="20"/>
          <w:szCs w:val="20"/>
          <w:lang w:val="en-IN"/>
        </w:rPr>
      </w:pPr>
      <w:r w:rsidRPr="008A40A5">
        <w:rPr>
          <w:rFonts w:ascii="Arial" w:hAnsi="Arial" w:cs="Arial"/>
          <w:sz w:val="20"/>
          <w:szCs w:val="20"/>
          <w:lang w:val="en-IN"/>
        </w:rPr>
        <w:t xml:space="preserve">The analysis of variance (ANOVA) was performed to evaluate the effects of pH on the keratinase activity, when the keratinase producing organisms were grown at different pH. The detailed results are summarized in Table </w:t>
      </w:r>
      <w:r w:rsidR="00BB12D1" w:rsidRPr="008A40A5">
        <w:rPr>
          <w:rFonts w:ascii="Arial" w:hAnsi="Arial" w:cs="Arial"/>
          <w:sz w:val="20"/>
          <w:szCs w:val="20"/>
          <w:lang w:val="en-IN"/>
        </w:rPr>
        <w:t>11</w:t>
      </w:r>
      <w:r w:rsidRPr="008A40A5">
        <w:rPr>
          <w:rFonts w:ascii="Arial" w:hAnsi="Arial" w:cs="Arial"/>
          <w:sz w:val="20"/>
          <w:szCs w:val="20"/>
          <w:lang w:val="en-IN"/>
        </w:rPr>
        <w:t>, which includes the F-values and p-values for each pH, along with their significance levels. The calculated F value is less than F-critical for the rows, indicating that these group means significantly differ from one another. Conversely, the F-calculated is larger than the F-critical in the columns, indicating that the group means do not deviate significantly. According to the statistical research, pH has a significant impact on keratinase production and, consequently, its activity.</w:t>
      </w:r>
    </w:p>
    <w:p w:rsidR="004D0D2F" w:rsidRPr="008A40A5" w:rsidRDefault="004D0D2F" w:rsidP="004D0D2F"/>
    <w:p w:rsidR="004D0D2F" w:rsidRPr="008A40A5" w:rsidRDefault="004D0D2F" w:rsidP="004D0D2F"/>
    <w:p w:rsidR="00BB12D1" w:rsidRPr="008A40A5" w:rsidRDefault="00BB12D1" w:rsidP="004D0D2F"/>
    <w:p w:rsidR="00BB12D1" w:rsidRPr="008A40A5" w:rsidRDefault="00BB12D1" w:rsidP="004D0D2F"/>
    <w:p w:rsidR="00BB12D1" w:rsidRPr="008A40A5" w:rsidRDefault="00BB12D1" w:rsidP="004D0D2F"/>
    <w:p w:rsidR="00C675EC" w:rsidRPr="008A40A5" w:rsidRDefault="00C675EC" w:rsidP="004D0D2F">
      <w:pPr>
        <w:pStyle w:val="Heading1"/>
        <w:pBdr>
          <w:bottom w:val="single" w:sz="4" w:space="2" w:color="595959" w:themeColor="text1" w:themeTint="A6"/>
        </w:pBdr>
        <w:tabs>
          <w:tab w:val="left" w:pos="360"/>
        </w:tabs>
        <w:spacing w:before="0" w:after="240"/>
        <w:ind w:left="0" w:firstLine="0"/>
        <w:rPr>
          <w:rFonts w:ascii="Arial" w:hAnsi="Arial" w:cs="Arial"/>
          <w:caps/>
          <w:smallCaps w:val="0"/>
          <w:sz w:val="22"/>
          <w:szCs w:val="22"/>
        </w:rPr>
      </w:pPr>
      <w:r w:rsidRPr="008A40A5">
        <w:rPr>
          <w:rFonts w:ascii="Arial" w:hAnsi="Arial" w:cs="Arial"/>
          <w:caps/>
          <w:smallCaps w:val="0"/>
          <w:sz w:val="22"/>
          <w:szCs w:val="22"/>
        </w:rPr>
        <w:t>Results</w:t>
      </w:r>
    </w:p>
    <w:p w:rsidR="00C675EC" w:rsidRPr="008A40A5" w:rsidRDefault="00C675EC" w:rsidP="002A40BB">
      <w:pPr>
        <w:pStyle w:val="BodyText"/>
        <w:tabs>
          <w:tab w:val="left" w:pos="360"/>
          <w:tab w:val="left" w:pos="8100"/>
        </w:tabs>
        <w:spacing w:after="240" w:line="240" w:lineRule="auto"/>
        <w:jc w:val="both"/>
        <w:rPr>
          <w:rFonts w:ascii="Arial" w:hAnsi="Arial" w:cs="Arial"/>
          <w:sz w:val="20"/>
          <w:szCs w:val="20"/>
        </w:rPr>
      </w:pPr>
      <w:r w:rsidRPr="008A40A5">
        <w:rPr>
          <w:rFonts w:ascii="Arial" w:hAnsi="Arial" w:cs="Arial"/>
          <w:sz w:val="20"/>
          <w:szCs w:val="20"/>
        </w:rPr>
        <w:t>Characterization and identification of bacteria by studying morphological and biochemical characteristics</w:t>
      </w:r>
    </w:p>
    <w:p w:rsidR="00C675EC" w:rsidRPr="008A40A5" w:rsidRDefault="005F34FA" w:rsidP="00584328">
      <w:pPr>
        <w:pStyle w:val="Heading2"/>
        <w:tabs>
          <w:tab w:val="left" w:pos="360"/>
          <w:tab w:val="left" w:pos="8100"/>
        </w:tabs>
        <w:spacing w:after="240" w:line="360" w:lineRule="auto"/>
        <w:rPr>
          <w:rFonts w:ascii="Arial" w:hAnsi="Arial" w:cs="Arial"/>
          <w:sz w:val="22"/>
          <w:szCs w:val="22"/>
        </w:rPr>
      </w:pPr>
      <w:r w:rsidRPr="008A40A5">
        <w:rPr>
          <w:rFonts w:ascii="Arial" w:hAnsi="Arial" w:cs="Arial"/>
          <w:sz w:val="22"/>
          <w:szCs w:val="22"/>
        </w:rPr>
        <w:t>COLONY CHARACTERISTICS</w:t>
      </w:r>
    </w:p>
    <w:p w:rsidR="005F34FA" w:rsidRPr="008A40A5" w:rsidRDefault="005F34FA" w:rsidP="005F34FA">
      <w:pPr>
        <w:pStyle w:val="ListParagraph"/>
        <w:tabs>
          <w:tab w:val="left" w:pos="360"/>
          <w:tab w:val="left" w:pos="8100"/>
        </w:tabs>
        <w:spacing w:after="240"/>
        <w:ind w:left="0"/>
        <w:jc w:val="center"/>
        <w:rPr>
          <w:rFonts w:ascii="Arial" w:hAnsi="Arial" w:cs="Arial"/>
          <w:bCs/>
          <w:spacing w:val="-2"/>
          <w:sz w:val="20"/>
          <w:szCs w:val="20"/>
        </w:rPr>
      </w:pPr>
      <w:r w:rsidRPr="008A40A5">
        <w:rPr>
          <w:rFonts w:ascii="Arial" w:hAnsi="Arial" w:cs="Arial"/>
          <w:bCs/>
          <w:sz w:val="20"/>
          <w:szCs w:val="20"/>
        </w:rPr>
        <w:t>Table</w:t>
      </w:r>
      <w:r w:rsidRPr="008A40A5">
        <w:rPr>
          <w:rFonts w:ascii="Arial" w:hAnsi="Arial" w:cs="Arial"/>
          <w:bCs/>
          <w:spacing w:val="-8"/>
          <w:sz w:val="20"/>
          <w:szCs w:val="20"/>
        </w:rPr>
        <w:t>12</w:t>
      </w:r>
      <w:r w:rsidRPr="008A40A5">
        <w:rPr>
          <w:rFonts w:ascii="Arial" w:hAnsi="Arial" w:cs="Arial"/>
          <w:bCs/>
          <w:sz w:val="20"/>
          <w:szCs w:val="20"/>
        </w:rPr>
        <w:t>:Bacterialcolony</w:t>
      </w:r>
      <w:r w:rsidRPr="008A40A5">
        <w:rPr>
          <w:rFonts w:ascii="Arial" w:hAnsi="Arial" w:cs="Arial"/>
          <w:bCs/>
          <w:spacing w:val="-2"/>
          <w:sz w:val="20"/>
          <w:szCs w:val="20"/>
        </w:rPr>
        <w:t>characteristics</w:t>
      </w:r>
    </w:p>
    <w:tbl>
      <w:tblPr>
        <w:tblW w:w="10351"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0"/>
        <w:gridCol w:w="900"/>
        <w:gridCol w:w="990"/>
        <w:gridCol w:w="959"/>
        <w:gridCol w:w="989"/>
        <w:gridCol w:w="1382"/>
        <w:gridCol w:w="1170"/>
        <w:gridCol w:w="1323"/>
        <w:gridCol w:w="1648"/>
      </w:tblGrid>
      <w:tr w:rsidR="00584328" w:rsidRPr="008A40A5" w:rsidTr="002A40BB">
        <w:trPr>
          <w:trHeight w:val="346"/>
        </w:trPr>
        <w:tc>
          <w:tcPr>
            <w:tcW w:w="990"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Colony</w:t>
            </w:r>
          </w:p>
        </w:tc>
        <w:tc>
          <w:tcPr>
            <w:tcW w:w="900"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4"/>
                <w:sz w:val="20"/>
                <w:szCs w:val="20"/>
              </w:rPr>
              <w:t>Size</w:t>
            </w:r>
          </w:p>
        </w:tc>
        <w:tc>
          <w:tcPr>
            <w:tcW w:w="990"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Shape</w:t>
            </w:r>
          </w:p>
        </w:tc>
        <w:tc>
          <w:tcPr>
            <w:tcW w:w="959"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Color</w:t>
            </w:r>
          </w:p>
        </w:tc>
        <w:tc>
          <w:tcPr>
            <w:tcW w:w="989"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Margin</w:t>
            </w:r>
          </w:p>
        </w:tc>
        <w:tc>
          <w:tcPr>
            <w:tcW w:w="1382"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Opacity</w:t>
            </w:r>
          </w:p>
        </w:tc>
        <w:tc>
          <w:tcPr>
            <w:tcW w:w="1170"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Elevation</w:t>
            </w:r>
          </w:p>
        </w:tc>
        <w:tc>
          <w:tcPr>
            <w:tcW w:w="1323"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Consistency</w:t>
            </w:r>
          </w:p>
        </w:tc>
        <w:tc>
          <w:tcPr>
            <w:tcW w:w="1648"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2"/>
                <w:sz w:val="20"/>
                <w:szCs w:val="20"/>
              </w:rPr>
              <w:t>Grams character</w:t>
            </w:r>
          </w:p>
        </w:tc>
      </w:tr>
      <w:tr w:rsidR="00584328" w:rsidRPr="008A40A5" w:rsidTr="002A40BB">
        <w:trPr>
          <w:trHeight w:val="346"/>
        </w:trPr>
        <w:tc>
          <w:tcPr>
            <w:tcW w:w="990" w:type="dxa"/>
            <w:vAlign w:val="center"/>
          </w:tcPr>
          <w:p w:rsidR="00C675EC" w:rsidRPr="008A40A5" w:rsidRDefault="00C675EC" w:rsidP="002A40BB">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S1</w:t>
            </w:r>
          </w:p>
        </w:tc>
        <w:tc>
          <w:tcPr>
            <w:tcW w:w="900"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2m</w:t>
            </w:r>
            <w:r w:rsidRPr="008A40A5">
              <w:rPr>
                <w:rFonts w:ascii="Arial" w:hAnsi="Arial" w:cs="Arial"/>
                <w:spacing w:val="-10"/>
                <w:sz w:val="20"/>
                <w:szCs w:val="20"/>
              </w:rPr>
              <w:t>m</w:t>
            </w:r>
          </w:p>
        </w:tc>
        <w:tc>
          <w:tcPr>
            <w:tcW w:w="990" w:type="dxa"/>
            <w:vAlign w:val="center"/>
          </w:tcPr>
          <w:p w:rsidR="00C675EC" w:rsidRPr="008A40A5" w:rsidRDefault="00C675EC" w:rsidP="0055083C">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Circul</w:t>
            </w:r>
            <w:r w:rsidRPr="008A40A5">
              <w:rPr>
                <w:rFonts w:ascii="Arial" w:hAnsi="Arial" w:cs="Arial"/>
                <w:spacing w:val="-5"/>
                <w:sz w:val="20"/>
                <w:szCs w:val="20"/>
              </w:rPr>
              <w:t>ar</w:t>
            </w:r>
          </w:p>
        </w:tc>
        <w:tc>
          <w:tcPr>
            <w:tcW w:w="959"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Off-</w:t>
            </w:r>
          </w:p>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white</w:t>
            </w:r>
          </w:p>
        </w:tc>
        <w:tc>
          <w:tcPr>
            <w:tcW w:w="989"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Entire</w:t>
            </w:r>
          </w:p>
        </w:tc>
        <w:tc>
          <w:tcPr>
            <w:tcW w:w="1382"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Opaque</w:t>
            </w:r>
          </w:p>
        </w:tc>
        <w:tc>
          <w:tcPr>
            <w:tcW w:w="1170"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Flat</w:t>
            </w:r>
          </w:p>
        </w:tc>
        <w:tc>
          <w:tcPr>
            <w:tcW w:w="1323"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Smooth</w:t>
            </w:r>
          </w:p>
        </w:tc>
        <w:tc>
          <w:tcPr>
            <w:tcW w:w="1648"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z w:val="20"/>
                <w:szCs w:val="20"/>
              </w:rPr>
              <w:t>Gram</w:t>
            </w:r>
            <w:r w:rsidRPr="008A40A5">
              <w:rPr>
                <w:rFonts w:ascii="Arial" w:hAnsi="Arial" w:cs="Arial"/>
                <w:spacing w:val="-2"/>
                <w:sz w:val="20"/>
                <w:szCs w:val="20"/>
              </w:rPr>
              <w:t>positive</w:t>
            </w:r>
          </w:p>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cocci</w:t>
            </w:r>
          </w:p>
        </w:tc>
      </w:tr>
      <w:tr w:rsidR="00584328" w:rsidRPr="008A40A5" w:rsidTr="002A40BB">
        <w:trPr>
          <w:trHeight w:val="346"/>
        </w:trPr>
        <w:tc>
          <w:tcPr>
            <w:tcW w:w="990" w:type="dxa"/>
            <w:vAlign w:val="center"/>
          </w:tcPr>
          <w:p w:rsidR="00C675EC" w:rsidRPr="008A40A5" w:rsidRDefault="00C675EC" w:rsidP="002A40BB">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S2</w:t>
            </w:r>
          </w:p>
        </w:tc>
        <w:tc>
          <w:tcPr>
            <w:tcW w:w="900"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&lt;1m</w:t>
            </w:r>
            <w:r w:rsidRPr="008A40A5">
              <w:rPr>
                <w:rFonts w:ascii="Arial" w:hAnsi="Arial" w:cs="Arial"/>
                <w:spacing w:val="-10"/>
                <w:sz w:val="20"/>
                <w:szCs w:val="20"/>
              </w:rPr>
              <w:t>m</w:t>
            </w:r>
          </w:p>
        </w:tc>
        <w:tc>
          <w:tcPr>
            <w:tcW w:w="990" w:type="dxa"/>
            <w:vAlign w:val="center"/>
          </w:tcPr>
          <w:p w:rsidR="00C675EC" w:rsidRPr="008A40A5" w:rsidRDefault="00C675EC" w:rsidP="0055083C">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Circul</w:t>
            </w:r>
            <w:r w:rsidRPr="008A40A5">
              <w:rPr>
                <w:rFonts w:ascii="Arial" w:hAnsi="Arial" w:cs="Arial"/>
                <w:spacing w:val="-5"/>
                <w:sz w:val="20"/>
                <w:szCs w:val="20"/>
              </w:rPr>
              <w:t>ar</w:t>
            </w:r>
          </w:p>
        </w:tc>
        <w:tc>
          <w:tcPr>
            <w:tcW w:w="959"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Off-</w:t>
            </w:r>
          </w:p>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white</w:t>
            </w:r>
          </w:p>
        </w:tc>
        <w:tc>
          <w:tcPr>
            <w:tcW w:w="989"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Entire</w:t>
            </w:r>
          </w:p>
        </w:tc>
        <w:tc>
          <w:tcPr>
            <w:tcW w:w="1382" w:type="dxa"/>
            <w:vAlign w:val="center"/>
          </w:tcPr>
          <w:p w:rsidR="00C675EC" w:rsidRPr="008A40A5" w:rsidRDefault="00C675EC" w:rsidP="0055083C">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Transluc</w:t>
            </w:r>
            <w:r w:rsidRPr="008A40A5">
              <w:rPr>
                <w:rFonts w:ascii="Arial" w:hAnsi="Arial" w:cs="Arial"/>
                <w:spacing w:val="-5"/>
                <w:sz w:val="20"/>
                <w:szCs w:val="20"/>
              </w:rPr>
              <w:t>ent</w:t>
            </w:r>
          </w:p>
        </w:tc>
        <w:tc>
          <w:tcPr>
            <w:tcW w:w="1170"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Convex</w:t>
            </w:r>
          </w:p>
        </w:tc>
        <w:tc>
          <w:tcPr>
            <w:tcW w:w="1323"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Smooth</w:t>
            </w:r>
          </w:p>
        </w:tc>
        <w:tc>
          <w:tcPr>
            <w:tcW w:w="1648"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z w:val="20"/>
                <w:szCs w:val="20"/>
              </w:rPr>
              <w:t>Gram</w:t>
            </w:r>
            <w:r w:rsidRPr="008A40A5">
              <w:rPr>
                <w:rFonts w:ascii="Arial" w:hAnsi="Arial" w:cs="Arial"/>
                <w:spacing w:val="-2"/>
                <w:sz w:val="20"/>
                <w:szCs w:val="20"/>
              </w:rPr>
              <w:t>positive</w:t>
            </w:r>
          </w:p>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cocci</w:t>
            </w:r>
          </w:p>
        </w:tc>
      </w:tr>
      <w:tr w:rsidR="00584328" w:rsidRPr="008A40A5" w:rsidTr="002A40BB">
        <w:trPr>
          <w:trHeight w:val="346"/>
        </w:trPr>
        <w:tc>
          <w:tcPr>
            <w:tcW w:w="990" w:type="dxa"/>
            <w:vAlign w:val="center"/>
          </w:tcPr>
          <w:p w:rsidR="00C675EC" w:rsidRPr="008A40A5" w:rsidRDefault="00C675EC" w:rsidP="002A40BB">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S3</w:t>
            </w:r>
          </w:p>
        </w:tc>
        <w:tc>
          <w:tcPr>
            <w:tcW w:w="900"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6"/>
                <w:sz w:val="20"/>
                <w:szCs w:val="20"/>
              </w:rPr>
              <w:t>2m</w:t>
            </w:r>
            <w:r w:rsidRPr="008A40A5">
              <w:rPr>
                <w:rFonts w:ascii="Arial" w:hAnsi="Arial" w:cs="Arial"/>
                <w:spacing w:val="-10"/>
                <w:sz w:val="20"/>
                <w:szCs w:val="20"/>
              </w:rPr>
              <w:t>m</w:t>
            </w:r>
          </w:p>
        </w:tc>
        <w:tc>
          <w:tcPr>
            <w:tcW w:w="990"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2"/>
                <w:sz w:val="20"/>
                <w:szCs w:val="20"/>
              </w:rPr>
              <w:t>Circul</w:t>
            </w:r>
            <w:r w:rsidRPr="008A40A5">
              <w:rPr>
                <w:rFonts w:ascii="Arial" w:hAnsi="Arial" w:cs="Arial"/>
                <w:spacing w:val="-6"/>
                <w:sz w:val="20"/>
                <w:szCs w:val="20"/>
              </w:rPr>
              <w:t>ar</w:t>
            </w:r>
          </w:p>
        </w:tc>
        <w:tc>
          <w:tcPr>
            <w:tcW w:w="959"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4"/>
                <w:sz w:val="20"/>
                <w:szCs w:val="20"/>
              </w:rPr>
              <w:t xml:space="preserve">Off- </w:t>
            </w:r>
            <w:r w:rsidRPr="008A40A5">
              <w:rPr>
                <w:rFonts w:ascii="Arial" w:hAnsi="Arial" w:cs="Arial"/>
                <w:spacing w:val="-2"/>
                <w:sz w:val="20"/>
                <w:szCs w:val="20"/>
              </w:rPr>
              <w:t>white</w:t>
            </w:r>
          </w:p>
        </w:tc>
        <w:tc>
          <w:tcPr>
            <w:tcW w:w="989"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Entire</w:t>
            </w:r>
          </w:p>
        </w:tc>
        <w:tc>
          <w:tcPr>
            <w:tcW w:w="1382"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2"/>
                <w:sz w:val="20"/>
                <w:szCs w:val="20"/>
              </w:rPr>
              <w:t>Transluc</w:t>
            </w:r>
            <w:r w:rsidRPr="008A40A5">
              <w:rPr>
                <w:rFonts w:ascii="Arial" w:hAnsi="Arial" w:cs="Arial"/>
                <w:spacing w:val="-4"/>
                <w:sz w:val="20"/>
                <w:szCs w:val="20"/>
              </w:rPr>
              <w:t>ent</w:t>
            </w:r>
          </w:p>
        </w:tc>
        <w:tc>
          <w:tcPr>
            <w:tcW w:w="1170"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Convex</w:t>
            </w:r>
          </w:p>
        </w:tc>
        <w:tc>
          <w:tcPr>
            <w:tcW w:w="1323"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Smooth</w:t>
            </w:r>
          </w:p>
        </w:tc>
        <w:tc>
          <w:tcPr>
            <w:tcW w:w="1648"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z w:val="20"/>
                <w:szCs w:val="20"/>
              </w:rPr>
              <w:t>Gramnegative short rods</w:t>
            </w:r>
          </w:p>
        </w:tc>
      </w:tr>
      <w:tr w:rsidR="00584328" w:rsidRPr="008A40A5" w:rsidTr="002A40BB">
        <w:trPr>
          <w:trHeight w:val="346"/>
        </w:trPr>
        <w:tc>
          <w:tcPr>
            <w:tcW w:w="990"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5"/>
                <w:sz w:val="20"/>
                <w:szCs w:val="20"/>
              </w:rPr>
              <w:t>S4</w:t>
            </w:r>
          </w:p>
        </w:tc>
        <w:tc>
          <w:tcPr>
            <w:tcW w:w="900"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5"/>
                <w:sz w:val="20"/>
                <w:szCs w:val="20"/>
              </w:rPr>
              <w:t>&lt;1m</w:t>
            </w:r>
            <w:r w:rsidRPr="008A40A5">
              <w:rPr>
                <w:rFonts w:ascii="Arial" w:hAnsi="Arial" w:cs="Arial"/>
                <w:spacing w:val="-10"/>
                <w:sz w:val="20"/>
                <w:szCs w:val="20"/>
              </w:rPr>
              <w:t>m</w:t>
            </w:r>
          </w:p>
        </w:tc>
        <w:tc>
          <w:tcPr>
            <w:tcW w:w="990" w:type="dxa"/>
            <w:vAlign w:val="center"/>
          </w:tcPr>
          <w:p w:rsidR="00C675EC" w:rsidRPr="008A40A5" w:rsidRDefault="00C675EC" w:rsidP="0055083C">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Circul</w:t>
            </w:r>
            <w:r w:rsidRPr="008A40A5">
              <w:rPr>
                <w:rFonts w:ascii="Arial" w:hAnsi="Arial" w:cs="Arial"/>
                <w:spacing w:val="-5"/>
                <w:sz w:val="20"/>
                <w:szCs w:val="20"/>
              </w:rPr>
              <w:t>ar</w:t>
            </w:r>
          </w:p>
        </w:tc>
        <w:tc>
          <w:tcPr>
            <w:tcW w:w="959"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Yello</w:t>
            </w:r>
          </w:p>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10"/>
                <w:sz w:val="20"/>
                <w:szCs w:val="20"/>
              </w:rPr>
              <w:t>w</w:t>
            </w:r>
          </w:p>
        </w:tc>
        <w:tc>
          <w:tcPr>
            <w:tcW w:w="989"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Entire</w:t>
            </w:r>
          </w:p>
        </w:tc>
        <w:tc>
          <w:tcPr>
            <w:tcW w:w="1382" w:type="dxa"/>
            <w:vAlign w:val="center"/>
          </w:tcPr>
          <w:p w:rsidR="00C675EC" w:rsidRPr="008A40A5" w:rsidRDefault="00C675EC" w:rsidP="0055083C">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Transluc</w:t>
            </w:r>
            <w:r w:rsidRPr="008A40A5">
              <w:rPr>
                <w:rFonts w:ascii="Arial" w:hAnsi="Arial" w:cs="Arial"/>
                <w:spacing w:val="-5"/>
                <w:sz w:val="20"/>
                <w:szCs w:val="20"/>
              </w:rPr>
              <w:t>ent</w:t>
            </w:r>
          </w:p>
        </w:tc>
        <w:tc>
          <w:tcPr>
            <w:tcW w:w="1170"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4"/>
                <w:sz w:val="20"/>
                <w:szCs w:val="20"/>
              </w:rPr>
              <w:t>Flat</w:t>
            </w:r>
          </w:p>
        </w:tc>
        <w:tc>
          <w:tcPr>
            <w:tcW w:w="1323"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Smooth</w:t>
            </w:r>
          </w:p>
        </w:tc>
        <w:tc>
          <w:tcPr>
            <w:tcW w:w="1648"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z w:val="20"/>
                <w:szCs w:val="20"/>
              </w:rPr>
              <w:t>Gram</w:t>
            </w:r>
            <w:r w:rsidRPr="008A40A5">
              <w:rPr>
                <w:rFonts w:ascii="Arial" w:hAnsi="Arial" w:cs="Arial"/>
                <w:spacing w:val="-2"/>
                <w:sz w:val="20"/>
                <w:szCs w:val="20"/>
              </w:rPr>
              <w:t>positive</w:t>
            </w:r>
          </w:p>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z w:val="20"/>
                <w:szCs w:val="20"/>
              </w:rPr>
              <w:t xml:space="preserve">short </w:t>
            </w:r>
            <w:r w:rsidRPr="008A40A5">
              <w:rPr>
                <w:rFonts w:ascii="Arial" w:hAnsi="Arial" w:cs="Arial"/>
                <w:spacing w:val="-4"/>
                <w:sz w:val="20"/>
                <w:szCs w:val="20"/>
              </w:rPr>
              <w:t>rods</w:t>
            </w:r>
          </w:p>
        </w:tc>
      </w:tr>
      <w:tr w:rsidR="00584328" w:rsidRPr="008A40A5" w:rsidTr="002A40BB">
        <w:trPr>
          <w:trHeight w:val="346"/>
        </w:trPr>
        <w:tc>
          <w:tcPr>
            <w:tcW w:w="990" w:type="dxa"/>
            <w:vAlign w:val="center"/>
          </w:tcPr>
          <w:p w:rsidR="00C675EC" w:rsidRPr="008A40A5" w:rsidRDefault="00C675EC" w:rsidP="002A40BB">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S5</w:t>
            </w:r>
          </w:p>
        </w:tc>
        <w:tc>
          <w:tcPr>
            <w:tcW w:w="900"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6"/>
                <w:sz w:val="20"/>
                <w:szCs w:val="20"/>
              </w:rPr>
              <w:t>4m</w:t>
            </w:r>
            <w:r w:rsidRPr="008A40A5">
              <w:rPr>
                <w:rFonts w:ascii="Arial" w:hAnsi="Arial" w:cs="Arial"/>
                <w:spacing w:val="-10"/>
                <w:sz w:val="20"/>
                <w:szCs w:val="20"/>
              </w:rPr>
              <w:t>m</w:t>
            </w:r>
          </w:p>
        </w:tc>
        <w:tc>
          <w:tcPr>
            <w:tcW w:w="990"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2"/>
                <w:sz w:val="20"/>
                <w:szCs w:val="20"/>
              </w:rPr>
              <w:t>Irregu</w:t>
            </w:r>
            <w:r w:rsidRPr="008A40A5">
              <w:rPr>
                <w:rFonts w:ascii="Arial" w:hAnsi="Arial" w:cs="Arial"/>
                <w:spacing w:val="-4"/>
                <w:sz w:val="20"/>
                <w:szCs w:val="20"/>
              </w:rPr>
              <w:t>lar</w:t>
            </w:r>
          </w:p>
        </w:tc>
        <w:tc>
          <w:tcPr>
            <w:tcW w:w="959"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White</w:t>
            </w:r>
          </w:p>
        </w:tc>
        <w:tc>
          <w:tcPr>
            <w:tcW w:w="989"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2"/>
                <w:sz w:val="20"/>
                <w:szCs w:val="20"/>
              </w:rPr>
              <w:t>Irregula</w:t>
            </w:r>
            <w:r w:rsidRPr="008A40A5">
              <w:rPr>
                <w:rFonts w:ascii="Arial" w:hAnsi="Arial" w:cs="Arial"/>
                <w:spacing w:val="-10"/>
                <w:sz w:val="20"/>
                <w:szCs w:val="20"/>
              </w:rPr>
              <w:t>r</w:t>
            </w:r>
          </w:p>
        </w:tc>
        <w:tc>
          <w:tcPr>
            <w:tcW w:w="1382"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Opaque</w:t>
            </w:r>
          </w:p>
        </w:tc>
        <w:tc>
          <w:tcPr>
            <w:tcW w:w="1170" w:type="dxa"/>
            <w:vAlign w:val="center"/>
          </w:tcPr>
          <w:p w:rsidR="00C675EC" w:rsidRPr="008A40A5" w:rsidRDefault="00C675EC" w:rsidP="002A40BB">
            <w:pPr>
              <w:pStyle w:val="TableParagraph"/>
              <w:tabs>
                <w:tab w:val="left" w:pos="360"/>
                <w:tab w:val="left" w:pos="964"/>
                <w:tab w:val="left" w:pos="8100"/>
              </w:tabs>
              <w:spacing w:line="360" w:lineRule="auto"/>
              <w:ind w:left="0"/>
              <w:jc w:val="center"/>
              <w:rPr>
                <w:rFonts w:ascii="Arial" w:hAnsi="Arial" w:cs="Arial"/>
                <w:sz w:val="20"/>
                <w:szCs w:val="20"/>
              </w:rPr>
            </w:pPr>
            <w:r w:rsidRPr="008A40A5">
              <w:rPr>
                <w:rFonts w:ascii="Arial" w:hAnsi="Arial" w:cs="Arial"/>
                <w:spacing w:val="-2"/>
                <w:sz w:val="20"/>
                <w:szCs w:val="20"/>
              </w:rPr>
              <w:t>Raised</w:t>
            </w:r>
            <w:r w:rsidRPr="008A40A5">
              <w:rPr>
                <w:rFonts w:ascii="Arial" w:hAnsi="Arial" w:cs="Arial"/>
                <w:sz w:val="20"/>
                <w:szCs w:val="20"/>
              </w:rPr>
              <w:tab/>
            </w:r>
            <w:r w:rsidRPr="008A40A5">
              <w:rPr>
                <w:rFonts w:ascii="Arial" w:hAnsi="Arial" w:cs="Arial"/>
                <w:spacing w:val="-2"/>
                <w:sz w:val="20"/>
                <w:szCs w:val="20"/>
              </w:rPr>
              <w:t>Mid-depth</w:t>
            </w:r>
          </w:p>
        </w:tc>
        <w:tc>
          <w:tcPr>
            <w:tcW w:w="1323"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Sticky</w:t>
            </w:r>
          </w:p>
        </w:tc>
        <w:tc>
          <w:tcPr>
            <w:tcW w:w="1648"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z w:val="20"/>
                <w:szCs w:val="20"/>
              </w:rPr>
              <w:t xml:space="preserve">Grampositive </w:t>
            </w:r>
            <w:r w:rsidRPr="008A40A5">
              <w:rPr>
                <w:rFonts w:ascii="Arial" w:hAnsi="Arial" w:cs="Arial"/>
                <w:spacing w:val="-4"/>
                <w:sz w:val="20"/>
                <w:szCs w:val="20"/>
              </w:rPr>
              <w:t>rods</w:t>
            </w:r>
          </w:p>
        </w:tc>
      </w:tr>
      <w:tr w:rsidR="00584328" w:rsidRPr="008A40A5" w:rsidTr="002A40BB">
        <w:trPr>
          <w:trHeight w:val="346"/>
        </w:trPr>
        <w:tc>
          <w:tcPr>
            <w:tcW w:w="990" w:type="dxa"/>
            <w:vAlign w:val="center"/>
          </w:tcPr>
          <w:p w:rsidR="00C675EC" w:rsidRPr="008A40A5" w:rsidRDefault="00C675EC" w:rsidP="002A40BB">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C1</w:t>
            </w:r>
          </w:p>
        </w:tc>
        <w:tc>
          <w:tcPr>
            <w:tcW w:w="900"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1m</w:t>
            </w:r>
            <w:r w:rsidRPr="008A40A5">
              <w:rPr>
                <w:rFonts w:ascii="Arial" w:hAnsi="Arial" w:cs="Arial"/>
                <w:spacing w:val="-10"/>
                <w:sz w:val="20"/>
                <w:szCs w:val="20"/>
              </w:rPr>
              <w:t>m</w:t>
            </w:r>
          </w:p>
        </w:tc>
        <w:tc>
          <w:tcPr>
            <w:tcW w:w="990" w:type="dxa"/>
            <w:vAlign w:val="center"/>
          </w:tcPr>
          <w:p w:rsidR="00C675EC" w:rsidRPr="008A40A5" w:rsidRDefault="00C675EC" w:rsidP="0055083C">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Circul</w:t>
            </w:r>
            <w:r w:rsidRPr="008A40A5">
              <w:rPr>
                <w:rFonts w:ascii="Arial" w:hAnsi="Arial" w:cs="Arial"/>
                <w:spacing w:val="-5"/>
                <w:sz w:val="20"/>
                <w:szCs w:val="20"/>
              </w:rPr>
              <w:t>ar</w:t>
            </w:r>
          </w:p>
        </w:tc>
        <w:tc>
          <w:tcPr>
            <w:tcW w:w="959"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Off-</w:t>
            </w:r>
          </w:p>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white</w:t>
            </w:r>
          </w:p>
        </w:tc>
        <w:tc>
          <w:tcPr>
            <w:tcW w:w="989"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Entire</w:t>
            </w:r>
          </w:p>
        </w:tc>
        <w:tc>
          <w:tcPr>
            <w:tcW w:w="1382" w:type="dxa"/>
            <w:vAlign w:val="center"/>
          </w:tcPr>
          <w:p w:rsidR="00C675EC" w:rsidRPr="008A40A5" w:rsidRDefault="00C675EC" w:rsidP="0055083C">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Transluc</w:t>
            </w:r>
            <w:r w:rsidRPr="008A40A5">
              <w:rPr>
                <w:rFonts w:ascii="Arial" w:hAnsi="Arial" w:cs="Arial"/>
                <w:spacing w:val="-5"/>
                <w:sz w:val="20"/>
                <w:szCs w:val="20"/>
              </w:rPr>
              <w:t>ent</w:t>
            </w:r>
          </w:p>
        </w:tc>
        <w:tc>
          <w:tcPr>
            <w:tcW w:w="1170"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Raised</w:t>
            </w:r>
          </w:p>
        </w:tc>
        <w:tc>
          <w:tcPr>
            <w:tcW w:w="1323"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Smooth</w:t>
            </w:r>
          </w:p>
        </w:tc>
        <w:tc>
          <w:tcPr>
            <w:tcW w:w="1648"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z w:val="20"/>
                <w:szCs w:val="20"/>
              </w:rPr>
              <w:t>Gram</w:t>
            </w:r>
            <w:r w:rsidRPr="008A40A5">
              <w:rPr>
                <w:rFonts w:ascii="Arial" w:hAnsi="Arial" w:cs="Arial"/>
                <w:spacing w:val="-2"/>
                <w:sz w:val="20"/>
                <w:szCs w:val="20"/>
              </w:rPr>
              <w:t>positive</w:t>
            </w:r>
          </w:p>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z w:val="20"/>
                <w:szCs w:val="20"/>
              </w:rPr>
              <w:t xml:space="preserve">short </w:t>
            </w:r>
            <w:r w:rsidRPr="008A40A5">
              <w:rPr>
                <w:rFonts w:ascii="Arial" w:hAnsi="Arial" w:cs="Arial"/>
                <w:spacing w:val="-4"/>
                <w:sz w:val="20"/>
                <w:szCs w:val="20"/>
              </w:rPr>
              <w:t>rods</w:t>
            </w:r>
          </w:p>
        </w:tc>
      </w:tr>
      <w:tr w:rsidR="00584328" w:rsidRPr="008A40A5" w:rsidTr="002A40BB">
        <w:trPr>
          <w:trHeight w:val="346"/>
        </w:trPr>
        <w:tc>
          <w:tcPr>
            <w:tcW w:w="990" w:type="dxa"/>
            <w:vAlign w:val="center"/>
          </w:tcPr>
          <w:p w:rsidR="00C675EC" w:rsidRPr="008A40A5" w:rsidRDefault="00C675EC" w:rsidP="002A40BB">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C2</w:t>
            </w:r>
          </w:p>
        </w:tc>
        <w:tc>
          <w:tcPr>
            <w:tcW w:w="900"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6"/>
                <w:sz w:val="20"/>
                <w:szCs w:val="20"/>
              </w:rPr>
              <w:t xml:space="preserve">1m </w:t>
            </w:r>
            <w:r w:rsidRPr="008A40A5">
              <w:rPr>
                <w:rFonts w:ascii="Arial" w:hAnsi="Arial" w:cs="Arial"/>
                <w:spacing w:val="-10"/>
                <w:sz w:val="20"/>
                <w:szCs w:val="20"/>
              </w:rPr>
              <w:t>m</w:t>
            </w:r>
          </w:p>
        </w:tc>
        <w:tc>
          <w:tcPr>
            <w:tcW w:w="990"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2"/>
                <w:sz w:val="20"/>
                <w:szCs w:val="20"/>
              </w:rPr>
              <w:t>Circul</w:t>
            </w:r>
            <w:r w:rsidRPr="008A40A5">
              <w:rPr>
                <w:rFonts w:ascii="Arial" w:hAnsi="Arial" w:cs="Arial"/>
                <w:spacing w:val="-6"/>
                <w:sz w:val="20"/>
                <w:szCs w:val="20"/>
              </w:rPr>
              <w:t>ar</w:t>
            </w:r>
          </w:p>
        </w:tc>
        <w:tc>
          <w:tcPr>
            <w:tcW w:w="959"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4"/>
                <w:sz w:val="20"/>
                <w:szCs w:val="20"/>
              </w:rPr>
              <w:t xml:space="preserve">Off- </w:t>
            </w:r>
            <w:r w:rsidRPr="008A40A5">
              <w:rPr>
                <w:rFonts w:ascii="Arial" w:hAnsi="Arial" w:cs="Arial"/>
                <w:spacing w:val="-2"/>
                <w:sz w:val="20"/>
                <w:szCs w:val="20"/>
              </w:rPr>
              <w:t>white</w:t>
            </w:r>
          </w:p>
        </w:tc>
        <w:tc>
          <w:tcPr>
            <w:tcW w:w="989"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Entire</w:t>
            </w:r>
          </w:p>
        </w:tc>
        <w:tc>
          <w:tcPr>
            <w:tcW w:w="1382"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2"/>
                <w:sz w:val="20"/>
                <w:szCs w:val="20"/>
              </w:rPr>
              <w:t>Transluc</w:t>
            </w:r>
            <w:r w:rsidRPr="008A40A5">
              <w:rPr>
                <w:rFonts w:ascii="Arial" w:hAnsi="Arial" w:cs="Arial"/>
                <w:spacing w:val="-4"/>
                <w:sz w:val="20"/>
                <w:szCs w:val="20"/>
              </w:rPr>
              <w:t>ent</w:t>
            </w:r>
          </w:p>
        </w:tc>
        <w:tc>
          <w:tcPr>
            <w:tcW w:w="1170"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Flat</w:t>
            </w:r>
          </w:p>
        </w:tc>
        <w:tc>
          <w:tcPr>
            <w:tcW w:w="1323"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Smooth</w:t>
            </w:r>
          </w:p>
        </w:tc>
        <w:tc>
          <w:tcPr>
            <w:tcW w:w="1648"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z w:val="20"/>
                <w:szCs w:val="20"/>
              </w:rPr>
              <w:t>Gramnegative long rods</w:t>
            </w:r>
          </w:p>
        </w:tc>
      </w:tr>
      <w:tr w:rsidR="00584328" w:rsidRPr="008A40A5" w:rsidTr="002A40BB">
        <w:trPr>
          <w:trHeight w:val="346"/>
        </w:trPr>
        <w:tc>
          <w:tcPr>
            <w:tcW w:w="990" w:type="dxa"/>
            <w:vAlign w:val="center"/>
          </w:tcPr>
          <w:p w:rsidR="00C675EC" w:rsidRPr="008A40A5" w:rsidRDefault="00C675EC" w:rsidP="002A40BB">
            <w:pPr>
              <w:pStyle w:val="TableParagraph"/>
              <w:tabs>
                <w:tab w:val="left" w:pos="360"/>
                <w:tab w:val="left" w:pos="8100"/>
              </w:tabs>
              <w:ind w:left="0"/>
              <w:jc w:val="center"/>
              <w:rPr>
                <w:rFonts w:ascii="Arial" w:hAnsi="Arial" w:cs="Arial"/>
                <w:b/>
                <w:sz w:val="20"/>
                <w:szCs w:val="20"/>
              </w:rPr>
            </w:pPr>
            <w:r w:rsidRPr="008A40A5">
              <w:rPr>
                <w:rFonts w:ascii="Arial" w:hAnsi="Arial" w:cs="Arial"/>
                <w:b/>
                <w:spacing w:val="-5"/>
                <w:sz w:val="20"/>
                <w:szCs w:val="20"/>
              </w:rPr>
              <w:t>C3</w:t>
            </w:r>
          </w:p>
        </w:tc>
        <w:tc>
          <w:tcPr>
            <w:tcW w:w="900"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4"/>
                <w:sz w:val="20"/>
                <w:szCs w:val="20"/>
              </w:rPr>
              <w:t>&lt;1m</w:t>
            </w:r>
            <w:r w:rsidRPr="008A40A5">
              <w:rPr>
                <w:rFonts w:ascii="Arial" w:hAnsi="Arial" w:cs="Arial"/>
                <w:spacing w:val="-10"/>
                <w:sz w:val="20"/>
                <w:szCs w:val="20"/>
              </w:rPr>
              <w:t>m</w:t>
            </w:r>
          </w:p>
        </w:tc>
        <w:tc>
          <w:tcPr>
            <w:tcW w:w="990"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2"/>
                <w:sz w:val="20"/>
                <w:szCs w:val="20"/>
              </w:rPr>
              <w:t>Circul</w:t>
            </w:r>
            <w:r w:rsidRPr="008A40A5">
              <w:rPr>
                <w:rFonts w:ascii="Arial" w:hAnsi="Arial" w:cs="Arial"/>
                <w:spacing w:val="-6"/>
                <w:sz w:val="20"/>
                <w:szCs w:val="20"/>
              </w:rPr>
              <w:t>ar</w:t>
            </w:r>
          </w:p>
        </w:tc>
        <w:tc>
          <w:tcPr>
            <w:tcW w:w="959"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4"/>
                <w:sz w:val="20"/>
                <w:szCs w:val="20"/>
              </w:rPr>
              <w:t xml:space="preserve">Off- </w:t>
            </w:r>
            <w:r w:rsidRPr="008A40A5">
              <w:rPr>
                <w:rFonts w:ascii="Arial" w:hAnsi="Arial" w:cs="Arial"/>
                <w:spacing w:val="-2"/>
                <w:sz w:val="20"/>
                <w:szCs w:val="20"/>
              </w:rPr>
              <w:t>white</w:t>
            </w:r>
          </w:p>
        </w:tc>
        <w:tc>
          <w:tcPr>
            <w:tcW w:w="989"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Entire</w:t>
            </w:r>
          </w:p>
        </w:tc>
        <w:tc>
          <w:tcPr>
            <w:tcW w:w="1382"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Opaque</w:t>
            </w:r>
          </w:p>
        </w:tc>
        <w:tc>
          <w:tcPr>
            <w:tcW w:w="1170"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4"/>
                <w:sz w:val="20"/>
                <w:szCs w:val="20"/>
              </w:rPr>
              <w:t>Flat</w:t>
            </w:r>
          </w:p>
        </w:tc>
        <w:tc>
          <w:tcPr>
            <w:tcW w:w="1323" w:type="dxa"/>
            <w:vAlign w:val="center"/>
          </w:tcPr>
          <w:p w:rsidR="00C675EC" w:rsidRPr="008A40A5" w:rsidRDefault="00C675EC"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Smooth</w:t>
            </w:r>
          </w:p>
        </w:tc>
        <w:tc>
          <w:tcPr>
            <w:tcW w:w="1648"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z w:val="20"/>
                <w:szCs w:val="20"/>
              </w:rPr>
              <w:t>Gramnegative short rods</w:t>
            </w:r>
          </w:p>
        </w:tc>
      </w:tr>
      <w:tr w:rsidR="00584328" w:rsidRPr="008A40A5" w:rsidTr="002A40BB">
        <w:trPr>
          <w:trHeight w:val="346"/>
        </w:trPr>
        <w:tc>
          <w:tcPr>
            <w:tcW w:w="990"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b/>
                <w:sz w:val="20"/>
                <w:szCs w:val="20"/>
              </w:rPr>
            </w:pPr>
            <w:r w:rsidRPr="008A40A5">
              <w:rPr>
                <w:rFonts w:ascii="Arial" w:hAnsi="Arial" w:cs="Arial"/>
                <w:b/>
                <w:spacing w:val="-5"/>
                <w:sz w:val="20"/>
                <w:szCs w:val="20"/>
              </w:rPr>
              <w:t>C4</w:t>
            </w:r>
          </w:p>
        </w:tc>
        <w:tc>
          <w:tcPr>
            <w:tcW w:w="900"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4"/>
                <w:sz w:val="20"/>
                <w:szCs w:val="20"/>
              </w:rPr>
              <w:t>&lt;1m</w:t>
            </w:r>
            <w:r w:rsidRPr="008A40A5">
              <w:rPr>
                <w:rFonts w:ascii="Arial" w:hAnsi="Arial" w:cs="Arial"/>
                <w:spacing w:val="-10"/>
                <w:sz w:val="20"/>
                <w:szCs w:val="20"/>
              </w:rPr>
              <w:t>m</w:t>
            </w:r>
          </w:p>
        </w:tc>
        <w:tc>
          <w:tcPr>
            <w:tcW w:w="990" w:type="dxa"/>
            <w:vAlign w:val="center"/>
          </w:tcPr>
          <w:p w:rsidR="00C675EC" w:rsidRPr="008A40A5" w:rsidRDefault="0055083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2"/>
                <w:sz w:val="20"/>
                <w:szCs w:val="20"/>
              </w:rPr>
              <w:t>C</w:t>
            </w:r>
            <w:r w:rsidR="00C675EC" w:rsidRPr="008A40A5">
              <w:rPr>
                <w:rFonts w:ascii="Arial" w:hAnsi="Arial" w:cs="Arial"/>
                <w:spacing w:val="-2"/>
                <w:sz w:val="20"/>
                <w:szCs w:val="20"/>
              </w:rPr>
              <w:t>ircul</w:t>
            </w:r>
            <w:r w:rsidR="00C675EC" w:rsidRPr="008A40A5">
              <w:rPr>
                <w:rFonts w:ascii="Arial" w:hAnsi="Arial" w:cs="Arial"/>
                <w:spacing w:val="-6"/>
                <w:sz w:val="20"/>
                <w:szCs w:val="20"/>
              </w:rPr>
              <w:t>ar</w:t>
            </w:r>
          </w:p>
        </w:tc>
        <w:tc>
          <w:tcPr>
            <w:tcW w:w="959"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pacing w:val="-4"/>
                <w:sz w:val="20"/>
                <w:szCs w:val="20"/>
              </w:rPr>
              <w:t xml:space="preserve">Pale </w:t>
            </w:r>
            <w:r w:rsidRPr="008A40A5">
              <w:rPr>
                <w:rFonts w:ascii="Arial" w:hAnsi="Arial" w:cs="Arial"/>
                <w:spacing w:val="-2"/>
                <w:sz w:val="20"/>
                <w:szCs w:val="20"/>
              </w:rPr>
              <w:t>yello</w:t>
            </w:r>
            <w:r w:rsidRPr="008A40A5">
              <w:rPr>
                <w:rFonts w:ascii="Arial" w:hAnsi="Arial" w:cs="Arial"/>
                <w:spacing w:val="-10"/>
                <w:sz w:val="20"/>
                <w:szCs w:val="20"/>
              </w:rPr>
              <w:t>w</w:t>
            </w:r>
          </w:p>
        </w:tc>
        <w:tc>
          <w:tcPr>
            <w:tcW w:w="989"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Entire</w:t>
            </w:r>
          </w:p>
        </w:tc>
        <w:tc>
          <w:tcPr>
            <w:tcW w:w="1382"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Opaque</w:t>
            </w:r>
          </w:p>
        </w:tc>
        <w:tc>
          <w:tcPr>
            <w:tcW w:w="1170"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Raised</w:t>
            </w:r>
          </w:p>
        </w:tc>
        <w:tc>
          <w:tcPr>
            <w:tcW w:w="1323" w:type="dxa"/>
            <w:vAlign w:val="center"/>
          </w:tcPr>
          <w:p w:rsidR="00C675EC" w:rsidRPr="008A40A5" w:rsidRDefault="00C675EC"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smooth</w:t>
            </w:r>
          </w:p>
        </w:tc>
        <w:tc>
          <w:tcPr>
            <w:tcW w:w="1648" w:type="dxa"/>
            <w:vAlign w:val="center"/>
          </w:tcPr>
          <w:p w:rsidR="00C675EC" w:rsidRPr="008A40A5" w:rsidRDefault="00C675EC" w:rsidP="002A40BB">
            <w:pPr>
              <w:pStyle w:val="TableParagraph"/>
              <w:tabs>
                <w:tab w:val="left" w:pos="360"/>
                <w:tab w:val="left" w:pos="8100"/>
              </w:tabs>
              <w:spacing w:line="360" w:lineRule="auto"/>
              <w:ind w:left="0"/>
              <w:jc w:val="center"/>
              <w:rPr>
                <w:rFonts w:ascii="Arial" w:hAnsi="Arial" w:cs="Arial"/>
                <w:sz w:val="20"/>
                <w:szCs w:val="20"/>
              </w:rPr>
            </w:pPr>
            <w:r w:rsidRPr="008A40A5">
              <w:rPr>
                <w:rFonts w:ascii="Arial" w:hAnsi="Arial" w:cs="Arial"/>
                <w:sz w:val="20"/>
                <w:szCs w:val="20"/>
              </w:rPr>
              <w:t xml:space="preserve">Grampositive </w:t>
            </w:r>
            <w:r w:rsidRPr="008A40A5">
              <w:rPr>
                <w:rFonts w:ascii="Arial" w:hAnsi="Arial" w:cs="Arial"/>
                <w:spacing w:val="-2"/>
                <w:sz w:val="20"/>
                <w:szCs w:val="20"/>
              </w:rPr>
              <w:t>cocci</w:t>
            </w:r>
          </w:p>
        </w:tc>
      </w:tr>
    </w:tbl>
    <w:p w:rsidR="00C675EC" w:rsidRPr="008A40A5" w:rsidRDefault="00EF1CA9" w:rsidP="00584328">
      <w:pPr>
        <w:pStyle w:val="Heading2"/>
        <w:tabs>
          <w:tab w:val="left" w:pos="360"/>
          <w:tab w:val="left" w:pos="8100"/>
        </w:tabs>
        <w:spacing w:after="240"/>
        <w:rPr>
          <w:rFonts w:ascii="Arial" w:hAnsi="Arial" w:cs="Arial"/>
          <w:sz w:val="20"/>
        </w:rPr>
      </w:pPr>
      <w:r>
        <w:rPr>
          <w:rFonts w:ascii="Arial" w:hAnsi="Arial" w:cs="Arial"/>
          <w:b w:val="0"/>
          <w:noProof/>
          <w:sz w:val="20"/>
        </w:rPr>
        <w:lastRenderedPageBreak/>
        <w:pict>
          <v:group id="Group 123" o:spid="_x0000_s2059" style="position:absolute;left:0;text-align:left;margin-left:71.6pt;margin-top:194.15pt;width:141.7pt;height:159.1pt;z-index:-251626496;mso-wrap-distance-left:0;mso-wrap-distance-right:0;mso-position-horizontal-relative:page;mso-position-vertical-relative:text" coordsize="17995,20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">
            <v:shape id="Image 124" o:spid="_x0000_s2061" type="#_x0000_t75" style="position:absolute;left:1007;top:549;width:15987;height:14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">
              <v:imagedata r:id="rId45" o:title=""/>
            </v:shape>
            <v:shape id="Textbox 125" o:spid="_x0000_s2060" type="#_x0000_t202" style="position:absolute;left:47;top:47;width:17901;height:20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RwwAAANwAAAAPAAAAZHJzL2Rvd25yZXYueG1sRE9La8JA&#10;EL4X/A/LCF5K3Si0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C3PnkcMAAADcAAAADwAA&#10;AAAAAAAAAAAAAAAHAgAAZHJzL2Rvd25yZXYueG1sUEsFBgAAAAADAAMAtwAAAPcCAAAAAA==&#10;" filled="f">
              <v:textbox inset="0,0,0,0">
                <w:txbxContent>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2A40BB" w:rsidRDefault="002A40BB" w:rsidP="00584328">
                    <w:pPr>
                      <w:ind w:left="142"/>
                      <w:jc w:val="center"/>
                      <w:rPr>
                        <w:rFonts w:ascii="Arial" w:hAnsi="Arial" w:cs="Arial"/>
                        <w:bCs/>
                        <w:sz w:val="20"/>
                        <w:szCs w:val="18"/>
                      </w:rPr>
                    </w:pPr>
                  </w:p>
                  <w:p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Fig.34: S4- Gram positive short rods</w:t>
                    </w:r>
                  </w:p>
                  <w:p w:rsidR="00C675EC" w:rsidRDefault="00C675EC" w:rsidP="00C675EC">
                    <w:pPr>
                      <w:rPr>
                        <w:b/>
                        <w:sz w:val="24"/>
                      </w:rPr>
                    </w:pPr>
                  </w:p>
                  <w:p w:rsidR="00C675EC" w:rsidRDefault="00C675EC" w:rsidP="00C675EC">
                    <w:pPr>
                      <w:rPr>
                        <w:b/>
                        <w:sz w:val="24"/>
                      </w:rPr>
                    </w:pPr>
                  </w:p>
                  <w:p w:rsidR="00C675EC" w:rsidRDefault="00C675EC" w:rsidP="00C675EC">
                    <w:pPr>
                      <w:spacing w:before="196"/>
                      <w:rPr>
                        <w:b/>
                        <w:sz w:val="24"/>
                      </w:rPr>
                    </w:pPr>
                  </w:p>
                  <w:p w:rsidR="00C675EC" w:rsidRDefault="00C675EC" w:rsidP="00C675EC">
                    <w:pPr>
                      <w:ind w:left="144" w:right="767"/>
                      <w:rPr>
                        <w:b/>
                        <w:sz w:val="24"/>
                      </w:rPr>
                    </w:pPr>
                    <w:r>
                      <w:rPr>
                        <w:b/>
                        <w:sz w:val="24"/>
                      </w:rPr>
                      <w:t>Fig.34: S4- Gram positiveshort</w:t>
                    </w:r>
                    <w:r>
                      <w:rPr>
                        <w:b/>
                        <w:spacing w:val="-4"/>
                        <w:sz w:val="24"/>
                      </w:rPr>
                      <w:t>rods</w:t>
                    </w:r>
                  </w:p>
                </w:txbxContent>
              </v:textbox>
            </v:shape>
            <w10:wrap type="topAndBottom" anchorx="page"/>
          </v:group>
        </w:pict>
      </w:r>
      <w:r w:rsidR="00E352FB" w:rsidRPr="00E352FB">
        <w:rPr>
          <w:rFonts w:ascii="Arial" w:hAnsi="Arial" w:cs="Arial"/>
          <w:b w:val="0"/>
          <w:noProof/>
          <w:sz w:val="20"/>
        </w:rPr>
        <w:pict>
          <v:group id="Group 129" o:spid="_x0000_s2074" style="position:absolute;left:0;text-align:left;margin-left:393.3pt;margin-top:194.9pt;width:143.2pt;height:159.85pt;z-index:-251624448;mso-wrap-distance-left:0;mso-wrap-distance-right:0;mso-position-horizontal-relative:page;mso-position-vertical-relative:text" coordsize="18186,20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">
            <v:shape id="Image 130" o:spid="_x0000_s2076" type="#_x0000_t75" style="position:absolute;left:1006;top:551;width:16170;height:14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">
              <v:imagedata r:id="rId46" o:title=""/>
            </v:shape>
            <v:shape id="Textbox 131" o:spid="_x0000_s2075" type="#_x0000_t202" style="position:absolute;left:47;top:47;width:18091;height:20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" filled="f">
              <v:textbox inset="0,0,0,0">
                <w:txbxContent>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2A40BB" w:rsidRDefault="002A40BB" w:rsidP="00584328">
                    <w:pPr>
                      <w:ind w:left="142"/>
                      <w:jc w:val="center"/>
                      <w:rPr>
                        <w:rFonts w:ascii="Arial" w:hAnsi="Arial" w:cs="Arial"/>
                        <w:bCs/>
                        <w:sz w:val="20"/>
                        <w:szCs w:val="18"/>
                      </w:rPr>
                    </w:pPr>
                  </w:p>
                  <w:p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Fig.36: C1- Gram positive rods</w:t>
                    </w:r>
                  </w:p>
                  <w:p w:rsidR="00C675EC" w:rsidRDefault="00C675EC" w:rsidP="00C675EC">
                    <w:pPr>
                      <w:rPr>
                        <w:b/>
                        <w:sz w:val="24"/>
                      </w:rPr>
                    </w:pPr>
                  </w:p>
                  <w:p w:rsidR="00C675EC" w:rsidRDefault="00C675EC" w:rsidP="00C675EC">
                    <w:pPr>
                      <w:rPr>
                        <w:b/>
                        <w:sz w:val="24"/>
                      </w:rPr>
                    </w:pPr>
                  </w:p>
                  <w:p w:rsidR="00C675EC" w:rsidRDefault="00C675EC" w:rsidP="00C675EC">
                    <w:pPr>
                      <w:spacing w:before="233"/>
                      <w:rPr>
                        <w:b/>
                        <w:sz w:val="24"/>
                      </w:rPr>
                    </w:pPr>
                  </w:p>
                  <w:p w:rsidR="00C675EC" w:rsidRDefault="00C675EC" w:rsidP="00C675EC">
                    <w:pPr>
                      <w:ind w:left="144" w:right="174"/>
                      <w:rPr>
                        <w:b/>
                        <w:sz w:val="24"/>
                      </w:rPr>
                    </w:pPr>
                    <w:r>
                      <w:rPr>
                        <w:b/>
                        <w:sz w:val="24"/>
                      </w:rPr>
                      <w:t>Fig.36:C1-Gram positive rods</w:t>
                    </w:r>
                  </w:p>
                </w:txbxContent>
              </v:textbox>
            </v:shape>
            <w10:wrap type="topAndBottom" anchorx="page"/>
          </v:group>
        </w:pict>
      </w:r>
      <w:r w:rsidR="00E352FB" w:rsidRPr="00E352FB">
        <w:rPr>
          <w:rFonts w:ascii="Arial" w:hAnsi="Arial" w:cs="Arial"/>
          <w:b w:val="0"/>
          <w:noProof/>
          <w:sz w:val="20"/>
        </w:rPr>
        <w:pict>
          <v:group id="Group 126" o:spid="_x0000_s2071" style="position:absolute;left:0;text-align:left;margin-left:235.7pt;margin-top:189.8pt;width:143.2pt;height:158.35pt;z-index:-251625472;mso-wrap-distance-left:0;mso-wrap-distance-right:0;mso-position-horizontal-relative:page;mso-position-vertical-relative:text" coordsize="18186,20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">
            <v:shape id="Image 127" o:spid="_x0000_s2073" type="#_x0000_t75" style="position:absolute;left:1006;top:551;width:16167;height:14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">
              <v:imagedata r:id="rId47" o:title=""/>
            </v:shape>
            <v:shape id="Textbox 128" o:spid="_x0000_s2072" type="#_x0000_t202" style="position:absolute;left:47;top:47;width:18091;height:200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" filled="f">
              <v:textbox inset="0,0,0,0">
                <w:txbxContent>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2A40BB" w:rsidRDefault="002A40BB" w:rsidP="00584328">
                    <w:pPr>
                      <w:ind w:left="142"/>
                      <w:jc w:val="center"/>
                      <w:rPr>
                        <w:rFonts w:ascii="Arial" w:hAnsi="Arial" w:cs="Arial"/>
                        <w:bCs/>
                        <w:sz w:val="20"/>
                        <w:szCs w:val="18"/>
                      </w:rPr>
                    </w:pPr>
                  </w:p>
                  <w:p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Fig.35: S5- Gram positive rods</w:t>
                    </w:r>
                  </w:p>
                  <w:p w:rsidR="00C675EC" w:rsidRDefault="00C675EC" w:rsidP="00C675EC">
                    <w:pPr>
                      <w:rPr>
                        <w:b/>
                        <w:sz w:val="24"/>
                      </w:rPr>
                    </w:pPr>
                  </w:p>
                  <w:p w:rsidR="00C675EC" w:rsidRDefault="00C675EC" w:rsidP="00C675EC">
                    <w:pPr>
                      <w:rPr>
                        <w:b/>
                        <w:sz w:val="24"/>
                      </w:rPr>
                    </w:pPr>
                  </w:p>
                  <w:p w:rsidR="00C675EC" w:rsidRDefault="00C675EC" w:rsidP="00C675EC">
                    <w:pPr>
                      <w:spacing w:before="204"/>
                      <w:rPr>
                        <w:b/>
                        <w:sz w:val="24"/>
                      </w:rPr>
                    </w:pPr>
                  </w:p>
                  <w:p w:rsidR="00C675EC" w:rsidRDefault="00C675EC" w:rsidP="00C675EC">
                    <w:pPr>
                      <w:ind w:left="143" w:right="174"/>
                      <w:rPr>
                        <w:b/>
                        <w:sz w:val="24"/>
                      </w:rPr>
                    </w:pPr>
                    <w:r>
                      <w:rPr>
                        <w:b/>
                        <w:sz w:val="24"/>
                      </w:rPr>
                      <w:t>Fig.35:S5-Gram positive rods</w:t>
                    </w:r>
                  </w:p>
                </w:txbxContent>
              </v:textbox>
            </v:shape>
            <w10:wrap type="topAndBottom" anchorx="page"/>
          </v:group>
        </w:pict>
      </w:r>
      <w:r w:rsidR="005F34FA" w:rsidRPr="008A40A5">
        <w:rPr>
          <w:rFonts w:ascii="Arial" w:hAnsi="Arial" w:cs="Arial"/>
          <w:sz w:val="22"/>
          <w:szCs w:val="22"/>
        </w:rPr>
        <w:t>GRAM STAINING</w:t>
      </w:r>
      <w:r w:rsidR="00E352FB" w:rsidRPr="00E352FB">
        <w:rPr>
          <w:rFonts w:ascii="Arial" w:hAnsi="Arial" w:cs="Arial"/>
          <w:b w:val="0"/>
          <w:noProof/>
          <w:sz w:val="20"/>
        </w:rPr>
        <w:pict>
          <v:group id="Group 114" o:spid="_x0000_s2068" style="position:absolute;left:0;text-align:left;margin-left:71.6pt;margin-top:22.45pt;width:144.75pt;height:159.15pt;z-index:-251629568;mso-wrap-distance-left:0;mso-wrap-distance-right:0;mso-position-horizontal-relative:page;mso-position-vertical-relative:text" coordsize="18383,20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">
            <v:shape id="Image 115" o:spid="_x0000_s2070" type="#_x0000_t75" style="position:absolute;left:1007;top:550;width:16368;height:14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">
              <v:imagedata r:id="rId48" o:title=""/>
            </v:shape>
            <v:shape id="Textbox 116" o:spid="_x0000_s2069" type="#_x0000_t202" style="position:absolute;left:47;top:47;width:18288;height:20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" filled="f">
              <v:textbox inset="0,0,0,0">
                <w:txbxContent>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Fig.31: S1- Gram positive cocci</w:t>
                    </w:r>
                  </w:p>
                  <w:p w:rsidR="00C675EC" w:rsidRDefault="00C675EC" w:rsidP="00C675EC">
                    <w:pPr>
                      <w:rPr>
                        <w:b/>
                        <w:sz w:val="24"/>
                      </w:rPr>
                    </w:pPr>
                  </w:p>
                  <w:p w:rsidR="00C675EC" w:rsidRDefault="00C675EC" w:rsidP="00C675EC">
                    <w:pPr>
                      <w:rPr>
                        <w:b/>
                        <w:sz w:val="24"/>
                      </w:rPr>
                    </w:pPr>
                  </w:p>
                  <w:p w:rsidR="00C675EC" w:rsidRDefault="00C675EC" w:rsidP="00C675EC">
                    <w:pPr>
                      <w:spacing w:before="112"/>
                      <w:rPr>
                        <w:b/>
                        <w:sz w:val="24"/>
                      </w:rPr>
                    </w:pPr>
                  </w:p>
                  <w:p w:rsidR="00C675EC" w:rsidRDefault="00C675EC" w:rsidP="00C675EC">
                    <w:pPr>
                      <w:spacing w:before="1"/>
                      <w:ind w:left="144" w:right="939"/>
                      <w:rPr>
                        <w:b/>
                        <w:sz w:val="24"/>
                      </w:rPr>
                    </w:pPr>
                    <w:r>
                      <w:rPr>
                        <w:b/>
                        <w:sz w:val="24"/>
                      </w:rPr>
                      <w:t>Fig.31:S1-Gram positive cocci</w:t>
                    </w:r>
                  </w:p>
                </w:txbxContent>
              </v:textbox>
            </v:shape>
            <w10:wrap type="topAndBottom" anchorx="page"/>
          </v:group>
        </w:pict>
      </w:r>
      <w:r w:rsidR="00E352FB" w:rsidRPr="00E352FB">
        <w:rPr>
          <w:rFonts w:ascii="Arial" w:hAnsi="Arial" w:cs="Arial"/>
          <w:b w:val="0"/>
          <w:noProof/>
          <w:sz w:val="20"/>
        </w:rPr>
        <w:pict>
          <v:group id="Group 117" o:spid="_x0000_s2065" style="position:absolute;left:0;text-align:left;margin-left:235.3pt;margin-top:23.95pt;width:140.2pt;height:156.85pt;z-index:-251628544;mso-wrap-distance-left:0;mso-wrap-distance-right:0;mso-position-horizontal-relative:page;mso-position-vertical-relative:text" coordsize="17805,19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10;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">
            <v:shape id="Image 118" o:spid="_x0000_s2067" type="#_x0000_t75" style="position:absolute;left:1006;top:549;width:15787;height:14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">
              <v:imagedata r:id="rId49" o:title=""/>
            </v:shape>
            <v:shape id="Textbox 119" o:spid="_x0000_s2066" type="#_x0000_t202" style="position:absolute;left:47;top:47;width:17710;height:19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" filled="f">
              <v:textbox inset="0,0,0,0">
                <w:txbxContent>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Fig.32: S2- Gram positive cocci</w:t>
                    </w:r>
                  </w:p>
                  <w:p w:rsidR="00C675EC" w:rsidRDefault="00C675EC" w:rsidP="00C675EC">
                    <w:pPr>
                      <w:rPr>
                        <w:b/>
                        <w:sz w:val="24"/>
                      </w:rPr>
                    </w:pPr>
                  </w:p>
                  <w:p w:rsidR="00C675EC" w:rsidRDefault="00C675EC" w:rsidP="00C675EC">
                    <w:pPr>
                      <w:rPr>
                        <w:b/>
                        <w:sz w:val="24"/>
                      </w:rPr>
                    </w:pPr>
                  </w:p>
                  <w:p w:rsidR="00C675EC" w:rsidRDefault="00C675EC" w:rsidP="00C675EC">
                    <w:pPr>
                      <w:spacing w:before="104"/>
                      <w:rPr>
                        <w:b/>
                        <w:sz w:val="24"/>
                      </w:rPr>
                    </w:pPr>
                  </w:p>
                  <w:p w:rsidR="00C675EC" w:rsidRDefault="00C675EC" w:rsidP="00C675EC">
                    <w:pPr>
                      <w:ind w:left="144" w:right="113"/>
                      <w:rPr>
                        <w:b/>
                        <w:sz w:val="24"/>
                      </w:rPr>
                    </w:pPr>
                    <w:r>
                      <w:rPr>
                        <w:b/>
                        <w:sz w:val="24"/>
                      </w:rPr>
                      <w:t>Fig.32:S2-Gram positive cocci</w:t>
                    </w:r>
                  </w:p>
                </w:txbxContent>
              </v:textbox>
            </v:shape>
            <w10:wrap type="topAndBottom" anchorx="page"/>
          </v:group>
        </w:pict>
      </w:r>
      <w:r w:rsidR="00E352FB" w:rsidRPr="00E352FB">
        <w:rPr>
          <w:rFonts w:ascii="Arial" w:hAnsi="Arial" w:cs="Arial"/>
          <w:b w:val="0"/>
          <w:noProof/>
          <w:sz w:val="20"/>
        </w:rPr>
        <w:pict>
          <v:group id="Group 120" o:spid="_x0000_s2062" style="position:absolute;left:0;text-align:left;margin-left:398.25pt;margin-top:27pt;width:140.2pt;height:153.8pt;z-index:-251627520;mso-wrap-distance-left:0;mso-wrap-distance-right:0;mso-position-horizontal-relative:page;mso-position-vertical-relative:text" coordsize="17805,19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">
            <v:shape id="Image 121" o:spid="_x0000_s2064" type="#_x0000_t75" style="position:absolute;left:1006;top:551;width:15789;height:13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">
              <v:imagedata r:id="rId50" o:title=""/>
            </v:shape>
            <v:shape id="Textbox 122" o:spid="_x0000_s2063" type="#_x0000_t202" style="position:absolute;left:47;top:47;width:17710;height:19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" filled="f">
              <v:textbox inset="0,0,0,0">
                <w:txbxContent>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Fig.33: S3- Gram negative short rods</w:t>
                    </w:r>
                  </w:p>
                  <w:p w:rsidR="00C675EC" w:rsidRPr="00584328" w:rsidRDefault="00C675EC" w:rsidP="00584328">
                    <w:pPr>
                      <w:ind w:left="142"/>
                      <w:jc w:val="center"/>
                      <w:rPr>
                        <w:rFonts w:ascii="Arial" w:hAnsi="Arial" w:cs="Arial"/>
                        <w:bCs/>
                        <w:sz w:val="20"/>
                        <w:szCs w:val="18"/>
                      </w:rPr>
                    </w:pPr>
                  </w:p>
                  <w:p w:rsidR="00C675EC" w:rsidRDefault="00C675EC" w:rsidP="00C675EC">
                    <w:pPr>
                      <w:rPr>
                        <w:b/>
                        <w:sz w:val="24"/>
                      </w:rPr>
                    </w:pPr>
                  </w:p>
                  <w:p w:rsidR="00C675EC" w:rsidRDefault="00C675EC" w:rsidP="00C675EC">
                    <w:pPr>
                      <w:spacing w:before="45"/>
                      <w:rPr>
                        <w:b/>
                        <w:sz w:val="24"/>
                      </w:rPr>
                    </w:pPr>
                  </w:p>
                  <w:p w:rsidR="00C675EC" w:rsidRDefault="00C675EC" w:rsidP="00C675EC">
                    <w:pPr>
                      <w:spacing w:before="1"/>
                      <w:ind w:left="144" w:right="113"/>
                      <w:rPr>
                        <w:b/>
                        <w:sz w:val="24"/>
                      </w:rPr>
                    </w:pPr>
                    <w:r>
                      <w:rPr>
                        <w:b/>
                        <w:sz w:val="24"/>
                      </w:rPr>
                      <w:t>Fig.33: S3- Gram negativeshortrods</w:t>
                    </w:r>
                  </w:p>
                </w:txbxContent>
              </v:textbox>
            </v:shape>
            <w10:wrap type="topAndBottom" anchorx="page"/>
          </v:group>
        </w:pict>
      </w:r>
    </w:p>
    <w:p w:rsidR="00C675EC" w:rsidRPr="008A40A5" w:rsidRDefault="00C675EC" w:rsidP="00584328">
      <w:pPr>
        <w:pStyle w:val="BodyText"/>
        <w:tabs>
          <w:tab w:val="left" w:pos="360"/>
          <w:tab w:val="left" w:pos="8100"/>
        </w:tabs>
        <w:spacing w:after="240"/>
        <w:rPr>
          <w:rFonts w:ascii="Arial" w:hAnsi="Arial" w:cs="Arial"/>
          <w:b/>
          <w:sz w:val="20"/>
        </w:rPr>
      </w:pPr>
    </w:p>
    <w:p w:rsidR="006E789D" w:rsidRPr="008A40A5" w:rsidRDefault="00E352FB" w:rsidP="002A40BB">
      <w:pPr>
        <w:pStyle w:val="BodyText"/>
        <w:tabs>
          <w:tab w:val="left" w:pos="360"/>
          <w:tab w:val="left" w:pos="8100"/>
        </w:tabs>
        <w:spacing w:after="0" w:line="240" w:lineRule="auto"/>
        <w:rPr>
          <w:rFonts w:ascii="Arial" w:hAnsi="Arial" w:cs="Arial"/>
          <w:b/>
          <w:sz w:val="28"/>
        </w:rPr>
      </w:pPr>
      <w:r w:rsidRPr="00E352FB">
        <w:rPr>
          <w:rFonts w:ascii="Arial" w:hAnsi="Arial" w:cs="Arial"/>
          <w:b/>
          <w:noProof/>
          <w:sz w:val="20"/>
        </w:rPr>
        <w:pict>
          <v:group id="Group 135" o:spid="_x0000_s2056" style="position:absolute;margin-left:230.65pt;margin-top:8.65pt;width:142.4pt;height:143.55pt;z-index:-251622400;mso-wrap-distance-left:0;mso-wrap-distance-right:0;mso-position-horizontal-relative:page;mso-width-relative:margin;mso-height-relative:margin" coordorigin="47,47" coordsize="18091,18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">
            <v:shape id="Image 136" o:spid="_x0000_s2058" type="#_x0000_t75" style="position:absolute;left:1006;top:550;width:16168;height:14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">
              <v:imagedata r:id="rId51" o:title=""/>
            </v:shape>
            <v:shape id="Textbox 137" o:spid="_x0000_s2057" type="#_x0000_t202" style="position:absolute;left:47;top:47;width:18091;height:18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" filled="f">
              <v:textbox inset="0,0,0,0">
                <w:txbxContent>
                  <w:p w:rsidR="00C675EC" w:rsidRDefault="00C675EC" w:rsidP="00C675EC">
                    <w:pPr>
                      <w:rPr>
                        <w:b/>
                        <w:sz w:val="24"/>
                      </w:rPr>
                    </w:pPr>
                  </w:p>
                  <w:p w:rsidR="00C675EC" w:rsidRDefault="00C675EC" w:rsidP="00C675EC">
                    <w:pPr>
                      <w:rPr>
                        <w:b/>
                        <w:sz w:val="24"/>
                      </w:rPr>
                    </w:pPr>
                  </w:p>
                  <w:p w:rsidR="00C675EC" w:rsidRPr="00AF7964" w:rsidRDefault="00C675EC" w:rsidP="00C675EC">
                    <w:pPr>
                      <w:rPr>
                        <w:b/>
                        <w:sz w:val="2"/>
                        <w:szCs w:val="2"/>
                      </w:rPr>
                    </w:pPr>
                  </w:p>
                  <w:p w:rsidR="00C675EC" w:rsidRPr="00AF7964" w:rsidRDefault="00C675EC" w:rsidP="00C675EC">
                    <w:pPr>
                      <w:rPr>
                        <w:b/>
                        <w:sz w:val="20"/>
                        <w:szCs w:val="18"/>
                      </w:rPr>
                    </w:pPr>
                  </w:p>
                  <w:p w:rsidR="00C675EC" w:rsidRDefault="00C675EC" w:rsidP="00C675EC">
                    <w:pPr>
                      <w:rPr>
                        <w:b/>
                        <w:sz w:val="24"/>
                      </w:rPr>
                    </w:pPr>
                  </w:p>
                  <w:p w:rsidR="002A40BB" w:rsidRDefault="002A40BB" w:rsidP="00584328">
                    <w:pPr>
                      <w:ind w:left="142"/>
                      <w:jc w:val="center"/>
                      <w:rPr>
                        <w:rFonts w:ascii="Arial" w:hAnsi="Arial" w:cs="Arial"/>
                        <w:bCs/>
                        <w:sz w:val="20"/>
                        <w:szCs w:val="18"/>
                      </w:rPr>
                    </w:pPr>
                  </w:p>
                  <w:p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Fig.38: C3- Gram negative rods</w:t>
                    </w: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spacing w:before="111"/>
                      <w:rPr>
                        <w:b/>
                        <w:sz w:val="24"/>
                      </w:rPr>
                    </w:pPr>
                  </w:p>
                  <w:p w:rsidR="00C675EC" w:rsidRDefault="00C675EC" w:rsidP="00C675EC">
                    <w:pPr>
                      <w:ind w:left="144" w:right="174"/>
                      <w:rPr>
                        <w:b/>
                        <w:sz w:val="24"/>
                      </w:rPr>
                    </w:pPr>
                    <w:r>
                      <w:rPr>
                        <w:b/>
                        <w:sz w:val="24"/>
                      </w:rPr>
                      <w:t>Fig.38:C3-Gram negative rods</w:t>
                    </w:r>
                  </w:p>
                </w:txbxContent>
              </v:textbox>
            </v:shape>
            <w10:wrap type="topAndBottom" anchorx="page"/>
          </v:group>
        </w:pict>
      </w:r>
      <w:r w:rsidRPr="00E352FB">
        <w:rPr>
          <w:rFonts w:ascii="Arial" w:hAnsi="Arial" w:cs="Arial"/>
          <w:b/>
          <w:noProof/>
          <w:sz w:val="20"/>
        </w:rPr>
        <w:pict>
          <v:group id="Group 132" o:spid="_x0000_s2053" style="position:absolute;margin-left:71.3pt;margin-top:8pt;width:143.15pt;height:144.25pt;z-index:-251623424;mso-wrap-distance-left:0;mso-wrap-distance-right:0;mso-position-horizontal-relative:page;mso-width-relative:margin;mso-height-relative:margin" coordorigin="47,47" coordsize="18091,18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">
            <v:shape id="Image 133" o:spid="_x0000_s2055" type="#_x0000_t75" style="position:absolute;left:1007;top:556;width:16170;height:14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">
              <v:imagedata r:id="rId52" o:title=""/>
            </v:shape>
            <v:shape id="Textbox 134" o:spid="_x0000_s2054" type="#_x0000_t202" style="position:absolute;left:47;top:47;width:18091;height:18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TXxAAAANwAAAAPAAAAZHJzL2Rvd25yZXYueG1sRE9La8JA&#10;EL4X/A/LCL0U3ViL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OHm1NfEAAAA3AAAAA8A&#10;AAAAAAAAAAAAAAAABwIAAGRycy9kb3ducmV2LnhtbFBLBQYAAAAAAwADALcAAAD4AgAAAAA=&#10;" filled="f">
              <v:textbox inset="0,0,0,0">
                <w:txbxContent>
                  <w:p w:rsidR="00C675EC" w:rsidRDefault="00C675EC" w:rsidP="00C675EC">
                    <w:pPr>
                      <w:rPr>
                        <w:b/>
                        <w:sz w:val="24"/>
                      </w:rPr>
                    </w:pPr>
                  </w:p>
                  <w:p w:rsidR="00C675EC" w:rsidRDefault="00C675EC" w:rsidP="00C675EC">
                    <w:pPr>
                      <w:rPr>
                        <w:b/>
                        <w:sz w:val="24"/>
                      </w:rPr>
                    </w:pPr>
                  </w:p>
                  <w:p w:rsidR="00C675EC" w:rsidRPr="00AF7964" w:rsidRDefault="00C675EC" w:rsidP="00C675EC">
                    <w:pPr>
                      <w:rPr>
                        <w:b/>
                        <w:sz w:val="2"/>
                        <w:szCs w:val="2"/>
                      </w:rPr>
                    </w:pPr>
                  </w:p>
                  <w:p w:rsidR="00C675EC" w:rsidRDefault="00C675EC" w:rsidP="00C675EC">
                    <w:pPr>
                      <w:rPr>
                        <w:b/>
                        <w:sz w:val="24"/>
                      </w:rPr>
                    </w:pPr>
                  </w:p>
                  <w:p w:rsidR="00C675EC" w:rsidRPr="00AF7964" w:rsidRDefault="00C675EC" w:rsidP="00C675EC">
                    <w:pPr>
                      <w:rPr>
                        <w:b/>
                        <w:sz w:val="18"/>
                        <w:szCs w:val="16"/>
                      </w:rPr>
                    </w:pPr>
                  </w:p>
                  <w:p w:rsidR="002A40BB" w:rsidRDefault="002A40BB" w:rsidP="00584328">
                    <w:pPr>
                      <w:ind w:left="142"/>
                      <w:jc w:val="center"/>
                      <w:rPr>
                        <w:rFonts w:ascii="Arial" w:hAnsi="Arial" w:cs="Arial"/>
                        <w:bCs/>
                        <w:sz w:val="20"/>
                        <w:szCs w:val="18"/>
                      </w:rPr>
                    </w:pPr>
                  </w:p>
                  <w:p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Fig.37: C2- Gram negative long rods</w:t>
                    </w:r>
                  </w:p>
                  <w:p w:rsidR="00C675EC" w:rsidRDefault="00C675EC" w:rsidP="00C675EC">
                    <w:pPr>
                      <w:rPr>
                        <w:b/>
                        <w:sz w:val="24"/>
                      </w:rPr>
                    </w:pPr>
                  </w:p>
                  <w:p w:rsidR="00C675EC" w:rsidRDefault="00C675EC" w:rsidP="00C675EC">
                    <w:pPr>
                      <w:rPr>
                        <w:b/>
                        <w:sz w:val="24"/>
                      </w:rPr>
                    </w:pPr>
                  </w:p>
                  <w:p w:rsidR="00C675EC" w:rsidRDefault="00C675EC" w:rsidP="00C675EC">
                    <w:pPr>
                      <w:rPr>
                        <w:b/>
                        <w:sz w:val="24"/>
                      </w:rPr>
                    </w:pPr>
                  </w:p>
                  <w:p w:rsidR="00C675EC" w:rsidRDefault="00C675EC" w:rsidP="00C675EC">
                    <w:pPr>
                      <w:spacing w:before="49"/>
                      <w:rPr>
                        <w:b/>
                        <w:sz w:val="24"/>
                      </w:rPr>
                    </w:pPr>
                  </w:p>
                  <w:p w:rsidR="00C675EC" w:rsidRDefault="00C675EC" w:rsidP="00C675EC">
                    <w:pPr>
                      <w:spacing w:before="1"/>
                      <w:ind w:left="144" w:right="174"/>
                      <w:rPr>
                        <w:b/>
                        <w:sz w:val="24"/>
                      </w:rPr>
                    </w:pPr>
                    <w:r>
                      <w:rPr>
                        <w:b/>
                        <w:sz w:val="24"/>
                      </w:rPr>
                      <w:t>Fig.37: C2- Gram negativelong</w:t>
                    </w:r>
                    <w:r>
                      <w:rPr>
                        <w:b/>
                        <w:spacing w:val="-4"/>
                        <w:sz w:val="24"/>
                      </w:rPr>
                      <w:t>rods</w:t>
                    </w:r>
                  </w:p>
                </w:txbxContent>
              </v:textbox>
            </v:shape>
            <w10:wrap type="topAndBottom" anchorx="page"/>
          </v:group>
        </w:pict>
      </w:r>
      <w:r w:rsidRPr="00E352FB">
        <w:rPr>
          <w:rFonts w:ascii="Arial" w:hAnsi="Arial" w:cs="Arial"/>
          <w:b/>
          <w:noProof/>
          <w:sz w:val="20"/>
        </w:rPr>
        <w:pict>
          <v:group id="Group 138" o:spid="_x0000_s2050" style="position:absolute;margin-left:387pt;margin-top:9.7pt;width:142.4pt;height:142.25pt;z-index:-251621376;mso-wrap-distance-left:0;mso-wrap-distance-right:0;mso-position-horizontal-relative:page;mso-width-relative:margin;mso-height-relative:margin" coordorigin="47,47" coordsize="18091,18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&#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">
            <v:shape id="Image 139" o:spid="_x0000_s2052" type="#_x0000_t75" style="position:absolute;left:1006;top:550;width:15683;height:1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">
              <v:imagedata r:id="rId53" o:title=""/>
            </v:shape>
            <v:shape id="Textbox 140" o:spid="_x0000_s2051" type="#_x0000_t202" style="position:absolute;left:47;top:47;width:18091;height:18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" filled="f">
              <v:textbox inset="0,0,0,0">
                <w:txbxContent>
                  <w:p w:rsidR="00C675EC" w:rsidRDefault="00C675EC" w:rsidP="00C675EC">
                    <w:pPr>
                      <w:rPr>
                        <w:b/>
                        <w:sz w:val="24"/>
                      </w:rPr>
                    </w:pPr>
                  </w:p>
                  <w:p w:rsidR="00C675EC" w:rsidRDefault="00C675EC" w:rsidP="00C675EC">
                    <w:pPr>
                      <w:rPr>
                        <w:b/>
                        <w:sz w:val="24"/>
                      </w:rPr>
                    </w:pPr>
                  </w:p>
                  <w:p w:rsidR="00C675EC" w:rsidRPr="00AF7964" w:rsidRDefault="00C675EC" w:rsidP="00C675EC">
                    <w:pPr>
                      <w:rPr>
                        <w:b/>
                        <w:sz w:val="16"/>
                        <w:szCs w:val="14"/>
                      </w:rPr>
                    </w:pPr>
                  </w:p>
                  <w:p w:rsidR="00C675EC" w:rsidRPr="00D0486A" w:rsidRDefault="00C675EC" w:rsidP="00C675EC">
                    <w:pPr>
                      <w:rPr>
                        <w:b/>
                        <w:sz w:val="2"/>
                        <w:szCs w:val="2"/>
                      </w:rPr>
                    </w:pPr>
                  </w:p>
                  <w:p w:rsidR="00C675EC" w:rsidRDefault="00C675EC" w:rsidP="00C675EC">
                    <w:pPr>
                      <w:rPr>
                        <w:b/>
                        <w:sz w:val="24"/>
                      </w:rPr>
                    </w:pPr>
                  </w:p>
                  <w:p w:rsidR="002A40BB" w:rsidRDefault="002A40BB" w:rsidP="00584328">
                    <w:pPr>
                      <w:ind w:left="142"/>
                      <w:jc w:val="center"/>
                      <w:rPr>
                        <w:rFonts w:ascii="Arial" w:hAnsi="Arial" w:cs="Arial"/>
                        <w:bCs/>
                        <w:sz w:val="20"/>
                        <w:szCs w:val="18"/>
                      </w:rPr>
                    </w:pPr>
                  </w:p>
                  <w:p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Fig.39: C4- Gram positive cocci</w:t>
                    </w:r>
                  </w:p>
                  <w:p w:rsidR="00C675EC" w:rsidRDefault="00C675EC" w:rsidP="00C675EC">
                    <w:pPr>
                      <w:rPr>
                        <w:b/>
                        <w:sz w:val="24"/>
                      </w:rPr>
                    </w:pPr>
                  </w:p>
                  <w:p w:rsidR="00C675EC" w:rsidRDefault="00C675EC" w:rsidP="00C675EC">
                    <w:pPr>
                      <w:rPr>
                        <w:b/>
                        <w:sz w:val="24"/>
                      </w:rPr>
                    </w:pPr>
                  </w:p>
                  <w:p w:rsidR="00C675EC" w:rsidRDefault="00C675EC" w:rsidP="00C675EC">
                    <w:pPr>
                      <w:spacing w:before="51"/>
                      <w:rPr>
                        <w:b/>
                        <w:sz w:val="24"/>
                      </w:rPr>
                    </w:pPr>
                  </w:p>
                  <w:p w:rsidR="00C675EC" w:rsidRDefault="00C675EC" w:rsidP="00C675EC">
                    <w:pPr>
                      <w:ind w:left="144" w:right="174"/>
                      <w:rPr>
                        <w:b/>
                        <w:sz w:val="24"/>
                      </w:rPr>
                    </w:pPr>
                    <w:r>
                      <w:rPr>
                        <w:b/>
                        <w:sz w:val="24"/>
                      </w:rPr>
                      <w:t>Fig.39:C4-Gram positive cocci</w:t>
                    </w:r>
                  </w:p>
                </w:txbxContent>
              </v:textbox>
            </v:shape>
            <w10:wrap type="topAndBottom" anchorx="page"/>
          </v:group>
        </w:pict>
      </w:r>
    </w:p>
    <w:p w:rsidR="005F34FA" w:rsidRPr="008A40A5" w:rsidRDefault="005F34FA" w:rsidP="005F34FA">
      <w:pPr>
        <w:pStyle w:val="Heading2"/>
        <w:numPr>
          <w:ilvl w:val="0"/>
          <w:numId w:val="0"/>
        </w:numPr>
        <w:spacing w:before="0"/>
        <w:ind w:left="576"/>
        <w:rPr>
          <w:rFonts w:ascii="Arial" w:hAnsi="Arial" w:cs="Arial"/>
          <w:b w:val="0"/>
          <w:bCs w:val="0"/>
          <w:sz w:val="20"/>
          <w:szCs w:val="20"/>
        </w:rPr>
      </w:pPr>
    </w:p>
    <w:p w:rsidR="005F34FA" w:rsidRPr="008A40A5" w:rsidRDefault="005F34FA" w:rsidP="005F34FA"/>
    <w:p w:rsidR="005F34FA" w:rsidRPr="008A40A5" w:rsidRDefault="005F34FA" w:rsidP="005F34FA"/>
    <w:p w:rsidR="005F34FA" w:rsidRPr="008A40A5" w:rsidRDefault="005F34FA" w:rsidP="005F34FA"/>
    <w:p w:rsidR="00C675EC" w:rsidRPr="008A40A5" w:rsidRDefault="005F34FA" w:rsidP="00D0486A">
      <w:pPr>
        <w:pStyle w:val="Heading2"/>
        <w:spacing w:before="0"/>
        <w:rPr>
          <w:rFonts w:ascii="Arial" w:hAnsi="Arial" w:cs="Arial"/>
          <w:b w:val="0"/>
          <w:bCs w:val="0"/>
          <w:sz w:val="20"/>
          <w:szCs w:val="20"/>
        </w:rPr>
      </w:pPr>
      <w:r w:rsidRPr="008A40A5">
        <w:rPr>
          <w:rFonts w:ascii="Arial" w:hAnsi="Arial" w:cs="Arial"/>
          <w:sz w:val="22"/>
          <w:szCs w:val="22"/>
        </w:rPr>
        <w:t>CATALASE/ OXIDASE TEST</w:t>
      </w:r>
      <w:r w:rsidR="002A40BB" w:rsidRPr="008A40A5">
        <w:rPr>
          <w:rFonts w:ascii="Arial" w:hAnsi="Arial" w:cs="Arial"/>
          <w:sz w:val="22"/>
          <w:szCs w:val="22"/>
        </w:rPr>
        <w:t>-</w:t>
      </w:r>
      <w:r w:rsidR="002A40BB" w:rsidRPr="008A40A5">
        <w:rPr>
          <w:rFonts w:ascii="Arial" w:hAnsi="Arial" w:cs="Arial"/>
          <w:b w:val="0"/>
          <w:bCs w:val="0"/>
          <w:sz w:val="20"/>
          <w:szCs w:val="20"/>
        </w:rPr>
        <w:t xml:space="preserve"> [(+) = Positive, (-) = Negative]</w:t>
      </w:r>
    </w:p>
    <w:p w:rsidR="005F34FA" w:rsidRPr="008A40A5" w:rsidRDefault="005F34FA" w:rsidP="005F34FA">
      <w:pPr>
        <w:spacing w:before="240" w:after="0"/>
        <w:ind w:left="142"/>
        <w:jc w:val="center"/>
        <w:rPr>
          <w:rFonts w:ascii="Arial" w:hAnsi="Arial" w:cs="Arial"/>
          <w:bCs/>
          <w:sz w:val="20"/>
          <w:szCs w:val="18"/>
        </w:rPr>
      </w:pPr>
      <w:r w:rsidRPr="008A40A5">
        <w:rPr>
          <w:rFonts w:ascii="Arial" w:hAnsi="Arial" w:cs="Arial"/>
          <w:bCs/>
          <w:sz w:val="20"/>
          <w:szCs w:val="18"/>
        </w:rPr>
        <w:t>Table 13: Catalase/Oxidase result</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3118"/>
        <w:gridCol w:w="3118"/>
      </w:tblGrid>
      <w:tr w:rsidR="00D0486A" w:rsidRPr="008A40A5" w:rsidTr="00D0486A">
        <w:trPr>
          <w:trHeight w:val="288"/>
          <w:jc w:val="center"/>
        </w:trPr>
        <w:tc>
          <w:tcPr>
            <w:tcW w:w="3116" w:type="dxa"/>
            <w:vAlign w:val="center"/>
          </w:tcPr>
          <w:p w:rsidR="00D0486A" w:rsidRPr="008A40A5" w:rsidRDefault="00D0486A" w:rsidP="00050337">
            <w:pPr>
              <w:pStyle w:val="TableParagraph"/>
              <w:tabs>
                <w:tab w:val="left" w:pos="360"/>
                <w:tab w:val="left" w:pos="8100"/>
              </w:tabs>
              <w:ind w:left="0"/>
              <w:jc w:val="center"/>
              <w:rPr>
                <w:rFonts w:ascii="Arial" w:hAnsi="Arial" w:cs="Arial"/>
                <w:b/>
                <w:bCs/>
                <w:sz w:val="20"/>
                <w:szCs w:val="18"/>
              </w:rPr>
            </w:pPr>
            <w:r w:rsidRPr="008A40A5">
              <w:rPr>
                <w:rFonts w:ascii="Arial" w:hAnsi="Arial" w:cs="Arial"/>
                <w:b/>
                <w:bCs/>
                <w:spacing w:val="-2"/>
                <w:sz w:val="20"/>
                <w:szCs w:val="18"/>
              </w:rPr>
              <w:t>Sample</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b/>
                <w:bCs/>
                <w:sz w:val="20"/>
                <w:szCs w:val="18"/>
              </w:rPr>
            </w:pPr>
            <w:r w:rsidRPr="008A40A5">
              <w:rPr>
                <w:rFonts w:ascii="Arial" w:hAnsi="Arial" w:cs="Arial"/>
                <w:b/>
                <w:bCs/>
                <w:spacing w:val="-2"/>
                <w:sz w:val="20"/>
                <w:szCs w:val="18"/>
              </w:rPr>
              <w:t>Catalase</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b/>
                <w:bCs/>
                <w:sz w:val="20"/>
                <w:szCs w:val="18"/>
              </w:rPr>
            </w:pPr>
            <w:r w:rsidRPr="008A40A5">
              <w:rPr>
                <w:rFonts w:ascii="Arial" w:hAnsi="Arial" w:cs="Arial"/>
                <w:b/>
                <w:bCs/>
                <w:spacing w:val="-2"/>
                <w:sz w:val="20"/>
                <w:szCs w:val="18"/>
              </w:rPr>
              <w:t>Oxidase</w:t>
            </w:r>
          </w:p>
        </w:tc>
      </w:tr>
      <w:tr w:rsidR="00D0486A" w:rsidRPr="008A40A5" w:rsidTr="00D0486A">
        <w:trPr>
          <w:trHeight w:val="288"/>
          <w:jc w:val="center"/>
        </w:trPr>
        <w:tc>
          <w:tcPr>
            <w:tcW w:w="3116"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S1</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r>
      <w:tr w:rsidR="00D0486A" w:rsidRPr="008A40A5" w:rsidTr="00D0486A">
        <w:trPr>
          <w:trHeight w:val="288"/>
          <w:jc w:val="center"/>
        </w:trPr>
        <w:tc>
          <w:tcPr>
            <w:tcW w:w="3116"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S2</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2"/>
                <w:sz w:val="20"/>
                <w:szCs w:val="18"/>
              </w:rPr>
              <w:t>(-</w:t>
            </w:r>
            <w:r w:rsidRPr="008A40A5">
              <w:rPr>
                <w:rFonts w:ascii="Arial" w:hAnsi="Arial" w:cs="Arial"/>
                <w:spacing w:val="-12"/>
                <w:sz w:val="20"/>
                <w:szCs w:val="18"/>
              </w:rPr>
              <w:t>)</w:t>
            </w:r>
          </w:p>
        </w:tc>
      </w:tr>
      <w:tr w:rsidR="00D0486A" w:rsidRPr="008A40A5" w:rsidTr="00D0486A">
        <w:trPr>
          <w:trHeight w:val="288"/>
          <w:jc w:val="center"/>
        </w:trPr>
        <w:tc>
          <w:tcPr>
            <w:tcW w:w="3116"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S3</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r>
      <w:tr w:rsidR="00D0486A" w:rsidRPr="008A40A5" w:rsidTr="00D0486A">
        <w:trPr>
          <w:trHeight w:val="288"/>
          <w:jc w:val="center"/>
        </w:trPr>
        <w:tc>
          <w:tcPr>
            <w:tcW w:w="3116"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S4</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r>
      <w:tr w:rsidR="00D0486A" w:rsidRPr="008A40A5" w:rsidTr="00D0486A">
        <w:trPr>
          <w:trHeight w:val="288"/>
          <w:jc w:val="center"/>
        </w:trPr>
        <w:tc>
          <w:tcPr>
            <w:tcW w:w="3116"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S5</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2"/>
                <w:sz w:val="20"/>
                <w:szCs w:val="18"/>
              </w:rPr>
              <w:t>(-</w:t>
            </w:r>
            <w:r w:rsidRPr="008A40A5">
              <w:rPr>
                <w:rFonts w:ascii="Arial" w:hAnsi="Arial" w:cs="Arial"/>
                <w:spacing w:val="-12"/>
                <w:sz w:val="20"/>
                <w:szCs w:val="18"/>
              </w:rPr>
              <w:t>)</w:t>
            </w:r>
          </w:p>
        </w:tc>
      </w:tr>
      <w:tr w:rsidR="00D0486A" w:rsidRPr="008A40A5" w:rsidTr="00D0486A">
        <w:trPr>
          <w:trHeight w:val="288"/>
          <w:jc w:val="center"/>
        </w:trPr>
        <w:tc>
          <w:tcPr>
            <w:tcW w:w="3116"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C1</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r>
      <w:tr w:rsidR="00D0486A" w:rsidRPr="008A40A5" w:rsidTr="00D0486A">
        <w:trPr>
          <w:trHeight w:val="288"/>
          <w:jc w:val="center"/>
        </w:trPr>
        <w:tc>
          <w:tcPr>
            <w:tcW w:w="3116" w:type="dxa"/>
            <w:vAlign w:val="center"/>
          </w:tcPr>
          <w:p w:rsidR="00D0486A" w:rsidRPr="008A40A5" w:rsidRDefault="00D0486A" w:rsidP="00050337">
            <w:pPr>
              <w:pStyle w:val="TableParagraph"/>
              <w:tabs>
                <w:tab w:val="left" w:pos="360"/>
                <w:tab w:val="left" w:pos="8100"/>
              </w:tabs>
              <w:spacing w:line="240" w:lineRule="auto"/>
              <w:ind w:left="0"/>
              <w:jc w:val="center"/>
              <w:rPr>
                <w:rFonts w:ascii="Arial" w:hAnsi="Arial" w:cs="Arial"/>
                <w:sz w:val="20"/>
                <w:szCs w:val="18"/>
              </w:rPr>
            </w:pPr>
            <w:r w:rsidRPr="008A40A5">
              <w:rPr>
                <w:rFonts w:ascii="Arial" w:hAnsi="Arial" w:cs="Arial"/>
                <w:spacing w:val="-5"/>
                <w:sz w:val="20"/>
                <w:szCs w:val="18"/>
              </w:rPr>
              <w:t>C2</w:t>
            </w:r>
          </w:p>
        </w:tc>
        <w:tc>
          <w:tcPr>
            <w:tcW w:w="3118" w:type="dxa"/>
            <w:vAlign w:val="center"/>
          </w:tcPr>
          <w:p w:rsidR="00D0486A" w:rsidRPr="008A40A5" w:rsidRDefault="00D0486A" w:rsidP="00050337">
            <w:pPr>
              <w:pStyle w:val="TableParagraph"/>
              <w:tabs>
                <w:tab w:val="left" w:pos="360"/>
                <w:tab w:val="left" w:pos="8100"/>
              </w:tabs>
              <w:spacing w:line="240" w:lineRule="auto"/>
              <w:ind w:left="0"/>
              <w:jc w:val="center"/>
              <w:rPr>
                <w:rFonts w:ascii="Arial" w:hAnsi="Arial" w:cs="Arial"/>
                <w:sz w:val="20"/>
                <w:szCs w:val="18"/>
              </w:rPr>
            </w:pPr>
            <w:r w:rsidRPr="008A40A5">
              <w:rPr>
                <w:rFonts w:ascii="Arial" w:hAnsi="Arial" w:cs="Arial"/>
                <w:spacing w:val="-5"/>
                <w:sz w:val="20"/>
                <w:szCs w:val="18"/>
              </w:rPr>
              <w:t>(+)</w:t>
            </w:r>
          </w:p>
        </w:tc>
        <w:tc>
          <w:tcPr>
            <w:tcW w:w="3118" w:type="dxa"/>
            <w:vAlign w:val="center"/>
          </w:tcPr>
          <w:p w:rsidR="00D0486A" w:rsidRPr="008A40A5" w:rsidRDefault="00D0486A" w:rsidP="00050337">
            <w:pPr>
              <w:pStyle w:val="TableParagraph"/>
              <w:tabs>
                <w:tab w:val="left" w:pos="360"/>
                <w:tab w:val="left" w:pos="8100"/>
              </w:tabs>
              <w:spacing w:line="240" w:lineRule="auto"/>
              <w:ind w:left="0"/>
              <w:jc w:val="center"/>
              <w:rPr>
                <w:rFonts w:ascii="Arial" w:hAnsi="Arial" w:cs="Arial"/>
                <w:sz w:val="20"/>
                <w:szCs w:val="18"/>
              </w:rPr>
            </w:pPr>
            <w:r w:rsidRPr="008A40A5">
              <w:rPr>
                <w:rFonts w:ascii="Arial" w:hAnsi="Arial" w:cs="Arial"/>
                <w:spacing w:val="-5"/>
                <w:sz w:val="20"/>
                <w:szCs w:val="18"/>
              </w:rPr>
              <w:t>(+)</w:t>
            </w:r>
          </w:p>
        </w:tc>
      </w:tr>
      <w:tr w:rsidR="00D0486A" w:rsidRPr="008A40A5" w:rsidTr="00D0486A">
        <w:trPr>
          <w:trHeight w:val="288"/>
          <w:jc w:val="center"/>
        </w:trPr>
        <w:tc>
          <w:tcPr>
            <w:tcW w:w="3116"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C3</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2"/>
                <w:sz w:val="20"/>
                <w:szCs w:val="18"/>
              </w:rPr>
              <w:t>(-</w:t>
            </w:r>
            <w:r w:rsidRPr="008A40A5">
              <w:rPr>
                <w:rFonts w:ascii="Arial" w:hAnsi="Arial" w:cs="Arial"/>
                <w:spacing w:val="-12"/>
                <w:sz w:val="20"/>
                <w:szCs w:val="18"/>
              </w:rPr>
              <w:t>)</w:t>
            </w:r>
          </w:p>
        </w:tc>
      </w:tr>
      <w:tr w:rsidR="00D0486A" w:rsidRPr="008A40A5" w:rsidTr="00D0486A">
        <w:trPr>
          <w:trHeight w:val="288"/>
          <w:jc w:val="center"/>
        </w:trPr>
        <w:tc>
          <w:tcPr>
            <w:tcW w:w="3116"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C4</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5"/>
                <w:sz w:val="20"/>
                <w:szCs w:val="18"/>
              </w:rPr>
              <w:t>(+)</w:t>
            </w:r>
          </w:p>
        </w:tc>
        <w:tc>
          <w:tcPr>
            <w:tcW w:w="3118" w:type="dxa"/>
            <w:vAlign w:val="center"/>
          </w:tcPr>
          <w:p w:rsidR="00D0486A" w:rsidRPr="008A40A5" w:rsidRDefault="00D0486A" w:rsidP="00050337">
            <w:pPr>
              <w:pStyle w:val="TableParagraph"/>
              <w:tabs>
                <w:tab w:val="left" w:pos="360"/>
                <w:tab w:val="left" w:pos="8100"/>
              </w:tabs>
              <w:ind w:left="0"/>
              <w:jc w:val="center"/>
              <w:rPr>
                <w:rFonts w:ascii="Arial" w:hAnsi="Arial" w:cs="Arial"/>
                <w:sz w:val="20"/>
                <w:szCs w:val="18"/>
              </w:rPr>
            </w:pPr>
            <w:r w:rsidRPr="008A40A5">
              <w:rPr>
                <w:rFonts w:ascii="Arial" w:hAnsi="Arial" w:cs="Arial"/>
                <w:spacing w:val="-2"/>
                <w:sz w:val="20"/>
                <w:szCs w:val="18"/>
              </w:rPr>
              <w:t>(-</w:t>
            </w:r>
            <w:r w:rsidRPr="008A40A5">
              <w:rPr>
                <w:rFonts w:ascii="Arial" w:hAnsi="Arial" w:cs="Arial"/>
                <w:spacing w:val="-12"/>
                <w:sz w:val="20"/>
                <w:szCs w:val="18"/>
              </w:rPr>
              <w:t>)</w:t>
            </w:r>
          </w:p>
        </w:tc>
      </w:tr>
    </w:tbl>
    <w:p w:rsidR="00D0486A" w:rsidRPr="008A40A5" w:rsidRDefault="00D0486A" w:rsidP="002A40BB">
      <w:pPr>
        <w:spacing w:after="0"/>
        <w:ind w:left="142"/>
        <w:jc w:val="center"/>
        <w:rPr>
          <w:rFonts w:ascii="Arial" w:hAnsi="Arial" w:cs="Arial"/>
          <w:bCs/>
          <w:sz w:val="20"/>
          <w:szCs w:val="18"/>
        </w:rPr>
      </w:pPr>
    </w:p>
    <w:p w:rsidR="00DF2BBD" w:rsidRPr="008A40A5" w:rsidRDefault="005F34FA" w:rsidP="002A40BB">
      <w:pPr>
        <w:pStyle w:val="Heading2"/>
        <w:spacing w:before="0"/>
        <w:rPr>
          <w:rFonts w:ascii="Arial" w:hAnsi="Arial" w:cs="Arial"/>
          <w:b w:val="0"/>
          <w:bCs w:val="0"/>
          <w:sz w:val="22"/>
          <w:szCs w:val="22"/>
        </w:rPr>
      </w:pPr>
      <w:r w:rsidRPr="008A40A5">
        <w:rPr>
          <w:rFonts w:ascii="Arial" w:hAnsi="Arial" w:cs="Arial"/>
          <w:sz w:val="22"/>
          <w:szCs w:val="22"/>
        </w:rPr>
        <w:t>SUGAR FERMENTATION TEST RESULTS</w:t>
      </w:r>
      <w:r w:rsidR="002A40BB" w:rsidRPr="008A40A5">
        <w:rPr>
          <w:rFonts w:ascii="Arial" w:hAnsi="Arial" w:cs="Arial"/>
          <w:sz w:val="22"/>
          <w:szCs w:val="22"/>
        </w:rPr>
        <w:t xml:space="preserve">: </w:t>
      </w:r>
      <w:r w:rsidR="002A40BB" w:rsidRPr="008A40A5">
        <w:rPr>
          <w:rFonts w:ascii="Arial" w:hAnsi="Arial" w:cs="Arial"/>
          <w:b w:val="0"/>
          <w:bCs w:val="0"/>
          <w:sz w:val="22"/>
          <w:szCs w:val="22"/>
        </w:rPr>
        <w:t xml:space="preserve">(+ve = Positive, -ve =Negative)  </w:t>
      </w:r>
    </w:p>
    <w:p w:rsidR="005F34FA" w:rsidRPr="008A40A5" w:rsidRDefault="005F34FA" w:rsidP="005F34FA">
      <w:pPr>
        <w:spacing w:before="240"/>
        <w:ind w:left="142"/>
        <w:jc w:val="center"/>
        <w:rPr>
          <w:rFonts w:ascii="Arial" w:hAnsi="Arial" w:cs="Arial"/>
          <w:bCs/>
          <w:sz w:val="20"/>
          <w:szCs w:val="18"/>
        </w:rPr>
      </w:pPr>
      <w:r w:rsidRPr="008A40A5">
        <w:rPr>
          <w:rFonts w:ascii="Arial" w:hAnsi="Arial" w:cs="Arial"/>
          <w:bCs/>
          <w:sz w:val="20"/>
          <w:szCs w:val="18"/>
        </w:rPr>
        <w:t>Table 14: Sugar Fermentation Test Results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7"/>
        <w:gridCol w:w="893"/>
        <w:gridCol w:w="879"/>
        <w:gridCol w:w="878"/>
        <w:gridCol w:w="878"/>
        <w:gridCol w:w="894"/>
        <w:gridCol w:w="892"/>
        <w:gridCol w:w="895"/>
        <w:gridCol w:w="813"/>
      </w:tblGrid>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8A40A5">
              <w:rPr>
                <w:rFonts w:ascii="Arial" w:hAnsi="Arial" w:cs="Arial"/>
                <w:b/>
                <w:bCs/>
                <w:spacing w:val="-2"/>
                <w:sz w:val="20"/>
                <w:szCs w:val="20"/>
              </w:rPr>
              <w:t>Sugars</w:t>
            </w:r>
          </w:p>
        </w:tc>
        <w:tc>
          <w:tcPr>
            <w:tcW w:w="893"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8A40A5">
              <w:rPr>
                <w:rFonts w:ascii="Arial" w:hAnsi="Arial" w:cs="Arial"/>
                <w:b/>
                <w:bCs/>
                <w:spacing w:val="-5"/>
                <w:sz w:val="20"/>
                <w:szCs w:val="20"/>
              </w:rPr>
              <w:t>S1</w:t>
            </w:r>
          </w:p>
        </w:tc>
        <w:tc>
          <w:tcPr>
            <w:tcW w:w="879"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8A40A5">
              <w:rPr>
                <w:rFonts w:ascii="Arial" w:hAnsi="Arial" w:cs="Arial"/>
                <w:b/>
                <w:bCs/>
                <w:spacing w:val="-5"/>
                <w:sz w:val="20"/>
                <w:szCs w:val="20"/>
              </w:rPr>
              <w:t>S3</w:t>
            </w: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8A40A5">
              <w:rPr>
                <w:rFonts w:ascii="Arial" w:hAnsi="Arial" w:cs="Arial"/>
                <w:b/>
                <w:bCs/>
                <w:spacing w:val="-5"/>
                <w:sz w:val="20"/>
                <w:szCs w:val="20"/>
              </w:rPr>
              <w:t>S4</w:t>
            </w: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8A40A5">
              <w:rPr>
                <w:rFonts w:ascii="Arial" w:hAnsi="Arial" w:cs="Arial"/>
                <w:b/>
                <w:bCs/>
                <w:spacing w:val="-5"/>
                <w:sz w:val="20"/>
                <w:szCs w:val="20"/>
              </w:rPr>
              <w:t>S5</w:t>
            </w:r>
          </w:p>
        </w:tc>
        <w:tc>
          <w:tcPr>
            <w:tcW w:w="894"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8A40A5">
              <w:rPr>
                <w:rFonts w:ascii="Arial" w:hAnsi="Arial" w:cs="Arial"/>
                <w:b/>
                <w:bCs/>
                <w:spacing w:val="-5"/>
                <w:sz w:val="20"/>
                <w:szCs w:val="20"/>
              </w:rPr>
              <w:t>C1</w:t>
            </w:r>
          </w:p>
        </w:tc>
        <w:tc>
          <w:tcPr>
            <w:tcW w:w="892"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8A40A5">
              <w:rPr>
                <w:rFonts w:ascii="Arial" w:hAnsi="Arial" w:cs="Arial"/>
                <w:b/>
                <w:bCs/>
                <w:spacing w:val="-5"/>
                <w:sz w:val="20"/>
                <w:szCs w:val="20"/>
              </w:rPr>
              <w:t>C2</w:t>
            </w: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8A40A5">
              <w:rPr>
                <w:rFonts w:ascii="Arial" w:hAnsi="Arial" w:cs="Arial"/>
                <w:b/>
                <w:bCs/>
                <w:spacing w:val="-5"/>
                <w:sz w:val="20"/>
                <w:szCs w:val="20"/>
              </w:rPr>
              <w:t>C3</w:t>
            </w:r>
          </w:p>
        </w:tc>
        <w:tc>
          <w:tcPr>
            <w:tcW w:w="813"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8A40A5">
              <w:rPr>
                <w:rFonts w:ascii="Arial" w:hAnsi="Arial" w:cs="Arial"/>
                <w:b/>
                <w:bCs/>
                <w:spacing w:val="-5"/>
                <w:sz w:val="20"/>
                <w:szCs w:val="20"/>
              </w:rPr>
              <w:t>C4</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Xylose</w:t>
            </w:r>
          </w:p>
        </w:tc>
        <w:tc>
          <w:tcPr>
            <w:tcW w:w="89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9"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Arabinose</w:t>
            </w:r>
          </w:p>
        </w:tc>
        <w:tc>
          <w:tcPr>
            <w:tcW w:w="89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w:t>
            </w:r>
            <w:r w:rsidRPr="008A40A5">
              <w:rPr>
                <w:rFonts w:ascii="Arial" w:hAnsi="Arial" w:cs="Arial"/>
                <w:spacing w:val="-7"/>
                <w:sz w:val="20"/>
                <w:szCs w:val="20"/>
              </w:rPr>
              <w:t>ve</w:t>
            </w:r>
          </w:p>
        </w:tc>
        <w:tc>
          <w:tcPr>
            <w:tcW w:w="879"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8A40A5">
              <w:rPr>
                <w:rFonts w:ascii="Arial" w:hAnsi="Arial" w:cs="Arial"/>
                <w:b/>
                <w:bCs/>
                <w:spacing w:val="-2"/>
                <w:sz w:val="20"/>
                <w:szCs w:val="20"/>
              </w:rPr>
              <w:t>Cellobiose</w:t>
            </w:r>
          </w:p>
        </w:tc>
        <w:tc>
          <w:tcPr>
            <w:tcW w:w="893"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5"/>
                <w:sz w:val="20"/>
                <w:szCs w:val="20"/>
              </w:rPr>
              <w:t>+ve</w:t>
            </w:r>
          </w:p>
        </w:tc>
        <w:tc>
          <w:tcPr>
            <w:tcW w:w="879"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w:t>
            </w:r>
            <w:r w:rsidRPr="008A40A5">
              <w:rPr>
                <w:rFonts w:ascii="Arial" w:hAnsi="Arial" w:cs="Arial"/>
                <w:spacing w:val="-7"/>
                <w:sz w:val="20"/>
                <w:szCs w:val="20"/>
              </w:rPr>
              <w:t>ve</w:t>
            </w: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r w:rsidRPr="008A40A5">
              <w:rPr>
                <w:rFonts w:ascii="Arial" w:hAnsi="Arial" w:cs="Arial"/>
                <w:spacing w:val="-2"/>
                <w:sz w:val="20"/>
                <w:szCs w:val="20"/>
              </w:rPr>
              <w:t>-</w:t>
            </w:r>
            <w:r w:rsidRPr="008A40A5">
              <w:rPr>
                <w:rFonts w:ascii="Arial" w:hAnsi="Arial" w:cs="Arial"/>
                <w:spacing w:val="-7"/>
                <w:sz w:val="20"/>
                <w:szCs w:val="20"/>
              </w:rPr>
              <w:t>ve</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Sucrose</w:t>
            </w:r>
          </w:p>
        </w:tc>
        <w:tc>
          <w:tcPr>
            <w:tcW w:w="89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9"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8"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8"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94"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92"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Maltose</w:t>
            </w:r>
          </w:p>
        </w:tc>
        <w:tc>
          <w:tcPr>
            <w:tcW w:w="89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9"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w:t>
            </w:r>
            <w:r w:rsidRPr="008A40A5">
              <w:rPr>
                <w:rFonts w:ascii="Arial" w:hAnsi="Arial" w:cs="Arial"/>
                <w:spacing w:val="-7"/>
                <w:sz w:val="20"/>
                <w:szCs w:val="20"/>
              </w:rPr>
              <w:t>ve</w:t>
            </w: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94"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Mannitol</w:t>
            </w:r>
          </w:p>
        </w:tc>
        <w:tc>
          <w:tcPr>
            <w:tcW w:w="89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9"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Lactose</w:t>
            </w:r>
          </w:p>
        </w:tc>
        <w:tc>
          <w:tcPr>
            <w:tcW w:w="89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9"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w:t>
            </w:r>
            <w:r w:rsidRPr="008A40A5">
              <w:rPr>
                <w:rFonts w:ascii="Arial" w:hAnsi="Arial" w:cs="Arial"/>
                <w:spacing w:val="-7"/>
                <w:sz w:val="20"/>
                <w:szCs w:val="20"/>
              </w:rPr>
              <w:t>ve</w:t>
            </w:r>
          </w:p>
        </w:tc>
        <w:tc>
          <w:tcPr>
            <w:tcW w:w="892"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w:t>
            </w:r>
            <w:r w:rsidRPr="008A40A5">
              <w:rPr>
                <w:rFonts w:ascii="Arial" w:hAnsi="Arial" w:cs="Arial"/>
                <w:spacing w:val="-7"/>
                <w:sz w:val="20"/>
                <w:szCs w:val="20"/>
              </w:rPr>
              <w:t>ve</w:t>
            </w:r>
          </w:p>
        </w:tc>
        <w:tc>
          <w:tcPr>
            <w:tcW w:w="81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w:t>
            </w:r>
            <w:r w:rsidRPr="008A40A5">
              <w:rPr>
                <w:rFonts w:ascii="Arial" w:hAnsi="Arial" w:cs="Arial"/>
                <w:spacing w:val="-7"/>
                <w:sz w:val="20"/>
                <w:szCs w:val="20"/>
              </w:rPr>
              <w:t>ve</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Galactose</w:t>
            </w:r>
          </w:p>
        </w:tc>
        <w:tc>
          <w:tcPr>
            <w:tcW w:w="89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w:t>
            </w:r>
            <w:r w:rsidRPr="008A40A5">
              <w:rPr>
                <w:rFonts w:ascii="Arial" w:hAnsi="Arial" w:cs="Arial"/>
                <w:spacing w:val="-7"/>
                <w:sz w:val="20"/>
                <w:szCs w:val="20"/>
              </w:rPr>
              <w:t>ve</w:t>
            </w:r>
          </w:p>
        </w:tc>
        <w:tc>
          <w:tcPr>
            <w:tcW w:w="879"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Fructose</w:t>
            </w:r>
          </w:p>
        </w:tc>
        <w:tc>
          <w:tcPr>
            <w:tcW w:w="89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9"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Raffinose</w:t>
            </w:r>
          </w:p>
        </w:tc>
        <w:tc>
          <w:tcPr>
            <w:tcW w:w="89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9"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94"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Cellulose</w:t>
            </w:r>
          </w:p>
        </w:tc>
        <w:tc>
          <w:tcPr>
            <w:tcW w:w="893"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9"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w:t>
            </w:r>
            <w:r w:rsidRPr="008A40A5">
              <w:rPr>
                <w:rFonts w:ascii="Arial" w:hAnsi="Arial" w:cs="Arial"/>
                <w:spacing w:val="-7"/>
                <w:sz w:val="20"/>
                <w:szCs w:val="20"/>
              </w:rPr>
              <w:t>ve</w:t>
            </w: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2"/>
                <w:sz w:val="20"/>
                <w:szCs w:val="20"/>
              </w:rPr>
              <w:t>-</w:t>
            </w:r>
            <w:r w:rsidRPr="008A40A5">
              <w:rPr>
                <w:rFonts w:ascii="Arial" w:hAnsi="Arial" w:cs="Arial"/>
                <w:spacing w:val="-7"/>
                <w:sz w:val="20"/>
                <w:szCs w:val="20"/>
              </w:rPr>
              <w:t>ve</w:t>
            </w:r>
          </w:p>
        </w:tc>
        <w:tc>
          <w:tcPr>
            <w:tcW w:w="892"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r>
      <w:tr w:rsidR="00DF2BBD" w:rsidRPr="008A40A5" w:rsidTr="002A40BB">
        <w:trPr>
          <w:trHeight w:val="346"/>
        </w:trPr>
        <w:tc>
          <w:tcPr>
            <w:tcW w:w="1447" w:type="dxa"/>
            <w:vAlign w:val="center"/>
          </w:tcPr>
          <w:p w:rsidR="00DF2BBD" w:rsidRPr="008A40A5" w:rsidRDefault="00DF2BBD" w:rsidP="002A40BB">
            <w:pPr>
              <w:pStyle w:val="TableParagraph"/>
              <w:tabs>
                <w:tab w:val="left" w:pos="360"/>
                <w:tab w:val="left" w:pos="8100"/>
              </w:tabs>
              <w:ind w:left="0"/>
              <w:jc w:val="center"/>
              <w:rPr>
                <w:rFonts w:ascii="Arial" w:hAnsi="Arial" w:cs="Arial"/>
                <w:b/>
                <w:bCs/>
                <w:sz w:val="20"/>
                <w:szCs w:val="20"/>
              </w:rPr>
            </w:pPr>
            <w:r w:rsidRPr="008A40A5">
              <w:rPr>
                <w:rFonts w:ascii="Arial" w:hAnsi="Arial" w:cs="Arial"/>
                <w:b/>
                <w:bCs/>
                <w:spacing w:val="-2"/>
                <w:sz w:val="20"/>
                <w:szCs w:val="20"/>
              </w:rPr>
              <w:t>Glucose</w:t>
            </w:r>
          </w:p>
        </w:tc>
        <w:tc>
          <w:tcPr>
            <w:tcW w:w="893"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9"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78"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94"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92"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95" w:type="dxa"/>
            <w:vAlign w:val="center"/>
          </w:tcPr>
          <w:p w:rsidR="00DF2BBD" w:rsidRPr="008A40A5" w:rsidRDefault="00DF2BBD" w:rsidP="002A40BB">
            <w:pPr>
              <w:pStyle w:val="TableParagraph"/>
              <w:tabs>
                <w:tab w:val="left" w:pos="360"/>
                <w:tab w:val="left" w:pos="8100"/>
              </w:tabs>
              <w:ind w:left="0"/>
              <w:jc w:val="center"/>
              <w:rPr>
                <w:rFonts w:ascii="Arial" w:hAnsi="Arial" w:cs="Arial"/>
                <w:sz w:val="20"/>
                <w:szCs w:val="20"/>
              </w:rPr>
            </w:pPr>
            <w:r w:rsidRPr="008A40A5">
              <w:rPr>
                <w:rFonts w:ascii="Arial" w:hAnsi="Arial" w:cs="Arial"/>
                <w:spacing w:val="-5"/>
                <w:sz w:val="20"/>
                <w:szCs w:val="20"/>
              </w:rPr>
              <w:t>+ve</w:t>
            </w:r>
          </w:p>
        </w:tc>
        <w:tc>
          <w:tcPr>
            <w:tcW w:w="813" w:type="dxa"/>
            <w:vAlign w:val="center"/>
          </w:tcPr>
          <w:p w:rsidR="00DF2BBD" w:rsidRPr="008A40A5" w:rsidRDefault="00DF2BBD" w:rsidP="002A40BB">
            <w:pPr>
              <w:pStyle w:val="TableParagraph"/>
              <w:tabs>
                <w:tab w:val="left" w:pos="360"/>
                <w:tab w:val="left" w:pos="8100"/>
              </w:tabs>
              <w:spacing w:line="240" w:lineRule="auto"/>
              <w:ind w:left="0"/>
              <w:jc w:val="center"/>
              <w:rPr>
                <w:rFonts w:ascii="Arial" w:hAnsi="Arial" w:cs="Arial"/>
                <w:sz w:val="20"/>
                <w:szCs w:val="20"/>
              </w:rPr>
            </w:pPr>
          </w:p>
        </w:tc>
      </w:tr>
    </w:tbl>
    <w:p w:rsidR="00AF7964" w:rsidRPr="008A40A5" w:rsidRDefault="00AF7964" w:rsidP="00AF7964">
      <w:pPr>
        <w:pStyle w:val="Heading2"/>
        <w:numPr>
          <w:ilvl w:val="0"/>
          <w:numId w:val="0"/>
        </w:numPr>
        <w:spacing w:before="0"/>
        <w:rPr>
          <w:rFonts w:ascii="Arial" w:hAnsi="Arial" w:cs="Arial"/>
          <w:sz w:val="22"/>
          <w:szCs w:val="22"/>
        </w:rPr>
      </w:pPr>
    </w:p>
    <w:p w:rsidR="001E0947" w:rsidRPr="008A40A5" w:rsidRDefault="005F34FA" w:rsidP="002A40BB">
      <w:pPr>
        <w:pStyle w:val="Heading2"/>
        <w:spacing w:before="0"/>
        <w:rPr>
          <w:rFonts w:ascii="Arial" w:hAnsi="Arial" w:cs="Arial"/>
          <w:sz w:val="22"/>
          <w:szCs w:val="22"/>
        </w:rPr>
      </w:pPr>
      <w:r w:rsidRPr="008A40A5">
        <w:rPr>
          <w:rFonts w:ascii="Arial" w:hAnsi="Arial" w:cs="Arial"/>
          <w:sz w:val="22"/>
          <w:szCs w:val="22"/>
        </w:rPr>
        <w:t xml:space="preserve">DIFFERENCE IN WEIGHT OF FEATHER MEAL  </w:t>
      </w:r>
    </w:p>
    <w:p w:rsidR="001E0947" w:rsidRPr="008A40A5" w:rsidRDefault="00777CEC"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FeathermealwaspreparedbysoakingthefeatherinDiethylether</w:t>
      </w:r>
      <w:r w:rsidR="009D78D7" w:rsidRPr="008A40A5">
        <w:rPr>
          <w:rFonts w:ascii="Arial" w:hAnsi="Arial" w:cs="Arial"/>
          <w:sz w:val="20"/>
          <w:szCs w:val="20"/>
        </w:rPr>
        <w:t>andcuttingthemintopieces.</w:t>
      </w:r>
      <w:r w:rsidRPr="008A40A5">
        <w:rPr>
          <w:rFonts w:ascii="Arial" w:hAnsi="Arial" w:cs="Arial"/>
          <w:sz w:val="20"/>
          <w:szCs w:val="20"/>
        </w:rPr>
        <w:t>Bacterialcultureswereisolatedfromthesoilsampleandinocul</w:t>
      </w:r>
      <w:r w:rsidR="009D78D7" w:rsidRPr="008A40A5">
        <w:rPr>
          <w:rFonts w:ascii="Arial" w:hAnsi="Arial" w:cs="Arial"/>
          <w:sz w:val="20"/>
          <w:szCs w:val="20"/>
        </w:rPr>
        <w:t>atedinfeathermealbrothfor</w:t>
      </w:r>
      <w:r w:rsidRPr="008A40A5">
        <w:rPr>
          <w:rFonts w:ascii="Arial" w:hAnsi="Arial" w:cs="Arial"/>
          <w:sz w:val="20"/>
          <w:szCs w:val="20"/>
        </w:rPr>
        <w:t>keratinaseproductionandbiodegradationusingfeather(ker</w:t>
      </w:r>
      <w:r w:rsidR="009D78D7" w:rsidRPr="008A40A5">
        <w:rPr>
          <w:rFonts w:ascii="Arial" w:hAnsi="Arial" w:cs="Arial"/>
          <w:sz w:val="20"/>
          <w:szCs w:val="20"/>
        </w:rPr>
        <w:t>atin)assolecarbonsource.</w:t>
      </w:r>
      <w:r w:rsidRPr="008A40A5">
        <w:rPr>
          <w:rFonts w:ascii="Arial" w:hAnsi="Arial" w:cs="Arial"/>
          <w:sz w:val="20"/>
          <w:szCs w:val="20"/>
        </w:rPr>
        <w:t>Afteraweekofincubationonrotaryshakertheflasksshowedturbidityanddegradatio</w:t>
      </w:r>
      <w:r w:rsidR="009D78D7" w:rsidRPr="008A40A5">
        <w:rPr>
          <w:rFonts w:ascii="Arial" w:hAnsi="Arial" w:cs="Arial"/>
          <w:sz w:val="20"/>
          <w:szCs w:val="20"/>
        </w:rPr>
        <w:t>noffeatherswereobserved.</w:t>
      </w:r>
      <w:r w:rsidRPr="008A40A5">
        <w:rPr>
          <w:rFonts w:ascii="Arial" w:hAnsi="Arial" w:cs="Arial"/>
          <w:sz w:val="20"/>
          <w:szCs w:val="20"/>
        </w:rPr>
        <w:t>Thepercentageoffeatherdegradationiscalculatedfromthedifference</w:t>
      </w:r>
      <w:r w:rsidR="009D78D7" w:rsidRPr="008A40A5">
        <w:rPr>
          <w:rFonts w:ascii="Arial" w:hAnsi="Arial" w:cs="Arial"/>
          <w:sz w:val="20"/>
          <w:szCs w:val="20"/>
        </w:rPr>
        <w:t>intheinitialweightand</w:t>
      </w:r>
      <w:r w:rsidRPr="008A40A5">
        <w:rPr>
          <w:rFonts w:ascii="Arial" w:hAnsi="Arial" w:cs="Arial"/>
          <w:sz w:val="20"/>
          <w:szCs w:val="20"/>
        </w:rPr>
        <w:t>weightobtainedafteroneweekofincubation.</w:t>
      </w:r>
    </w:p>
    <w:p w:rsidR="00196665" w:rsidRPr="008A40A5" w:rsidRDefault="00777CEC" w:rsidP="002A40BB">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Followingtableshowsthedifferenceininitialandfinalweightofthefeathersdegraded.</w:t>
      </w:r>
    </w:p>
    <w:p w:rsidR="005F34FA" w:rsidRPr="008A40A5" w:rsidRDefault="005F34FA" w:rsidP="005F34FA">
      <w:pPr>
        <w:pStyle w:val="BodyText"/>
        <w:tabs>
          <w:tab w:val="left" w:pos="360"/>
          <w:tab w:val="left" w:pos="8100"/>
        </w:tabs>
        <w:spacing w:after="240" w:line="360" w:lineRule="auto"/>
        <w:jc w:val="center"/>
        <w:rPr>
          <w:rFonts w:ascii="Arial" w:hAnsi="Arial" w:cs="Arial"/>
          <w:bCs/>
          <w:sz w:val="20"/>
          <w:szCs w:val="18"/>
        </w:rPr>
      </w:pPr>
      <w:r w:rsidRPr="008A40A5">
        <w:rPr>
          <w:rFonts w:ascii="Arial" w:hAnsi="Arial" w:cs="Arial"/>
          <w:bCs/>
          <w:sz w:val="20"/>
          <w:szCs w:val="18"/>
        </w:rPr>
        <w:lastRenderedPageBreak/>
        <w:t>Table 15: Change in Sample Weight Before and After Experiment</w:t>
      </w:r>
    </w:p>
    <w:tbl>
      <w:tblPr>
        <w:tblW w:w="5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140"/>
        <w:gridCol w:w="2020"/>
      </w:tblGrid>
      <w:tr w:rsidR="00D42659" w:rsidRPr="008A40A5" w:rsidTr="002A40BB">
        <w:trPr>
          <w:trHeight w:val="300"/>
          <w:jc w:val="center"/>
        </w:trPr>
        <w:tc>
          <w:tcPr>
            <w:tcW w:w="960" w:type="dxa"/>
            <w:noWrap/>
            <w:vAlign w:val="center"/>
            <w:hideMark/>
          </w:tcPr>
          <w:p w:rsidR="00D42659" w:rsidRPr="008A40A5" w:rsidRDefault="00D42659" w:rsidP="002A40BB">
            <w:pPr>
              <w:tabs>
                <w:tab w:val="left" w:pos="360"/>
                <w:tab w:val="left" w:pos="8100"/>
              </w:tabs>
              <w:spacing w:after="0" w:line="240" w:lineRule="auto"/>
              <w:jc w:val="center"/>
              <w:rPr>
                <w:rFonts w:ascii="Arial" w:eastAsia="Times New Roman" w:hAnsi="Arial" w:cs="Arial"/>
                <w:b/>
                <w:bCs/>
                <w:color w:val="000000"/>
                <w:sz w:val="20"/>
                <w:szCs w:val="20"/>
                <w:lang w:val="en-IN" w:eastAsia="en-IN"/>
              </w:rPr>
            </w:pPr>
            <w:r w:rsidRPr="008A40A5">
              <w:rPr>
                <w:rFonts w:ascii="Arial" w:eastAsia="Times New Roman" w:hAnsi="Arial" w:cs="Arial"/>
                <w:b/>
                <w:bCs/>
                <w:color w:val="000000"/>
                <w:sz w:val="20"/>
                <w:szCs w:val="20"/>
                <w:lang w:val="en-IN" w:eastAsia="en-IN"/>
              </w:rPr>
              <w:t>Sample</w:t>
            </w:r>
          </w:p>
        </w:tc>
        <w:tc>
          <w:tcPr>
            <w:tcW w:w="2140" w:type="dxa"/>
            <w:noWrap/>
            <w:vAlign w:val="center"/>
            <w:hideMark/>
          </w:tcPr>
          <w:p w:rsidR="00CD692C" w:rsidRPr="008A40A5" w:rsidRDefault="00D42659" w:rsidP="002A40BB">
            <w:pPr>
              <w:tabs>
                <w:tab w:val="left" w:pos="360"/>
                <w:tab w:val="left" w:pos="8100"/>
              </w:tabs>
              <w:spacing w:after="0" w:line="240" w:lineRule="auto"/>
              <w:jc w:val="center"/>
              <w:rPr>
                <w:rFonts w:ascii="Arial" w:eastAsia="Times New Roman" w:hAnsi="Arial" w:cs="Arial"/>
                <w:b/>
                <w:bCs/>
                <w:color w:val="000000"/>
                <w:sz w:val="20"/>
                <w:szCs w:val="20"/>
                <w:lang w:val="en-IN" w:eastAsia="en-IN"/>
              </w:rPr>
            </w:pPr>
            <w:r w:rsidRPr="008A40A5">
              <w:rPr>
                <w:rFonts w:ascii="Arial" w:eastAsia="Times New Roman" w:hAnsi="Arial" w:cs="Arial"/>
                <w:b/>
                <w:bCs/>
                <w:color w:val="000000"/>
                <w:sz w:val="20"/>
                <w:szCs w:val="20"/>
                <w:lang w:val="en-IN" w:eastAsia="en-IN"/>
              </w:rPr>
              <w:t>Initial Weight</w:t>
            </w:r>
          </w:p>
          <w:p w:rsidR="00D42659" w:rsidRPr="008A40A5" w:rsidRDefault="00D42659" w:rsidP="002A40BB">
            <w:pPr>
              <w:tabs>
                <w:tab w:val="left" w:pos="360"/>
                <w:tab w:val="left" w:pos="8100"/>
              </w:tabs>
              <w:spacing w:after="0" w:line="240" w:lineRule="auto"/>
              <w:jc w:val="center"/>
              <w:rPr>
                <w:rFonts w:ascii="Arial" w:eastAsia="Times New Roman" w:hAnsi="Arial" w:cs="Arial"/>
                <w:b/>
                <w:bCs/>
                <w:color w:val="000000"/>
                <w:sz w:val="20"/>
                <w:szCs w:val="20"/>
                <w:lang w:val="en-IN" w:eastAsia="en-IN"/>
              </w:rPr>
            </w:pPr>
            <w:r w:rsidRPr="008A40A5">
              <w:rPr>
                <w:rFonts w:ascii="Arial" w:eastAsia="Times New Roman" w:hAnsi="Arial" w:cs="Arial"/>
                <w:b/>
                <w:bCs/>
                <w:color w:val="000000"/>
                <w:sz w:val="20"/>
                <w:szCs w:val="20"/>
                <w:lang w:val="en-IN" w:eastAsia="en-IN"/>
              </w:rPr>
              <w:t>(in grams)</w:t>
            </w:r>
          </w:p>
        </w:tc>
        <w:tc>
          <w:tcPr>
            <w:tcW w:w="2020" w:type="dxa"/>
            <w:noWrap/>
            <w:vAlign w:val="center"/>
            <w:hideMark/>
          </w:tcPr>
          <w:p w:rsidR="00CD692C" w:rsidRPr="008A40A5" w:rsidRDefault="00D42659" w:rsidP="002A40BB">
            <w:pPr>
              <w:tabs>
                <w:tab w:val="left" w:pos="360"/>
                <w:tab w:val="left" w:pos="8100"/>
              </w:tabs>
              <w:spacing w:after="0" w:line="240" w:lineRule="auto"/>
              <w:jc w:val="center"/>
              <w:rPr>
                <w:rFonts w:ascii="Arial" w:eastAsia="Times New Roman" w:hAnsi="Arial" w:cs="Arial"/>
                <w:b/>
                <w:bCs/>
                <w:color w:val="000000"/>
                <w:sz w:val="20"/>
                <w:szCs w:val="20"/>
                <w:lang w:val="en-IN" w:eastAsia="en-IN"/>
              </w:rPr>
            </w:pPr>
            <w:r w:rsidRPr="008A40A5">
              <w:rPr>
                <w:rFonts w:ascii="Arial" w:eastAsia="Times New Roman" w:hAnsi="Arial" w:cs="Arial"/>
                <w:b/>
                <w:bCs/>
                <w:color w:val="000000"/>
                <w:sz w:val="20"/>
                <w:szCs w:val="20"/>
                <w:lang w:val="en-IN" w:eastAsia="en-IN"/>
              </w:rPr>
              <w:t xml:space="preserve">Final </w:t>
            </w:r>
            <w:r w:rsidR="003318EE" w:rsidRPr="008A40A5">
              <w:rPr>
                <w:rFonts w:ascii="Arial" w:eastAsia="Times New Roman" w:hAnsi="Arial" w:cs="Arial"/>
                <w:b/>
                <w:bCs/>
                <w:color w:val="000000"/>
                <w:sz w:val="20"/>
                <w:szCs w:val="20"/>
                <w:lang w:val="en-IN" w:eastAsia="en-IN"/>
              </w:rPr>
              <w:t>W</w:t>
            </w:r>
            <w:r w:rsidRPr="008A40A5">
              <w:rPr>
                <w:rFonts w:ascii="Arial" w:eastAsia="Times New Roman" w:hAnsi="Arial" w:cs="Arial"/>
                <w:b/>
                <w:bCs/>
                <w:color w:val="000000"/>
                <w:sz w:val="20"/>
                <w:szCs w:val="20"/>
                <w:lang w:val="en-IN" w:eastAsia="en-IN"/>
              </w:rPr>
              <w:t>eight</w:t>
            </w:r>
          </w:p>
          <w:p w:rsidR="00D42659" w:rsidRPr="008A40A5" w:rsidRDefault="00D42659" w:rsidP="002A40BB">
            <w:pPr>
              <w:tabs>
                <w:tab w:val="left" w:pos="360"/>
                <w:tab w:val="left" w:pos="8100"/>
              </w:tabs>
              <w:spacing w:after="0" w:line="240" w:lineRule="auto"/>
              <w:jc w:val="center"/>
              <w:rPr>
                <w:rFonts w:ascii="Arial" w:eastAsia="Times New Roman" w:hAnsi="Arial" w:cs="Arial"/>
                <w:b/>
                <w:bCs/>
                <w:color w:val="000000"/>
                <w:sz w:val="20"/>
                <w:szCs w:val="20"/>
                <w:lang w:val="en-IN" w:eastAsia="en-IN"/>
              </w:rPr>
            </w:pPr>
            <w:r w:rsidRPr="008A40A5">
              <w:rPr>
                <w:rFonts w:ascii="Arial" w:eastAsia="Times New Roman" w:hAnsi="Arial" w:cs="Arial"/>
                <w:b/>
                <w:bCs/>
                <w:color w:val="000000"/>
                <w:sz w:val="20"/>
                <w:szCs w:val="20"/>
                <w:lang w:val="en-IN" w:eastAsia="en-IN"/>
              </w:rPr>
              <w:t>(in grams)</w:t>
            </w:r>
          </w:p>
        </w:tc>
      </w:tr>
      <w:tr w:rsidR="00D42659" w:rsidRPr="008A40A5" w:rsidTr="002A40BB">
        <w:trPr>
          <w:trHeight w:val="300"/>
          <w:jc w:val="center"/>
        </w:trPr>
        <w:tc>
          <w:tcPr>
            <w:tcW w:w="96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S1</w:t>
            </w:r>
          </w:p>
        </w:tc>
        <w:tc>
          <w:tcPr>
            <w:tcW w:w="214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0.05</w:t>
            </w:r>
          </w:p>
        </w:tc>
        <w:tc>
          <w:tcPr>
            <w:tcW w:w="202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0.0395</w:t>
            </w:r>
          </w:p>
        </w:tc>
      </w:tr>
      <w:tr w:rsidR="00D42659" w:rsidRPr="008A40A5" w:rsidTr="002A40BB">
        <w:trPr>
          <w:trHeight w:val="300"/>
          <w:jc w:val="center"/>
        </w:trPr>
        <w:tc>
          <w:tcPr>
            <w:tcW w:w="96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S2</w:t>
            </w:r>
          </w:p>
        </w:tc>
        <w:tc>
          <w:tcPr>
            <w:tcW w:w="214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0.05</w:t>
            </w:r>
          </w:p>
        </w:tc>
        <w:tc>
          <w:tcPr>
            <w:tcW w:w="202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0.02</w:t>
            </w:r>
          </w:p>
        </w:tc>
      </w:tr>
      <w:tr w:rsidR="00D42659" w:rsidRPr="008A40A5" w:rsidTr="002A40BB">
        <w:trPr>
          <w:trHeight w:val="300"/>
          <w:jc w:val="center"/>
        </w:trPr>
        <w:tc>
          <w:tcPr>
            <w:tcW w:w="96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S3</w:t>
            </w:r>
          </w:p>
        </w:tc>
        <w:tc>
          <w:tcPr>
            <w:tcW w:w="214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0.05</w:t>
            </w:r>
          </w:p>
        </w:tc>
        <w:tc>
          <w:tcPr>
            <w:tcW w:w="202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0.0263</w:t>
            </w:r>
          </w:p>
        </w:tc>
      </w:tr>
      <w:tr w:rsidR="00D42659" w:rsidRPr="008A40A5" w:rsidTr="002A40BB">
        <w:trPr>
          <w:trHeight w:val="300"/>
          <w:jc w:val="center"/>
        </w:trPr>
        <w:tc>
          <w:tcPr>
            <w:tcW w:w="96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S4</w:t>
            </w:r>
          </w:p>
        </w:tc>
        <w:tc>
          <w:tcPr>
            <w:tcW w:w="214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0.05</w:t>
            </w:r>
          </w:p>
        </w:tc>
        <w:tc>
          <w:tcPr>
            <w:tcW w:w="202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0.0176</w:t>
            </w:r>
          </w:p>
        </w:tc>
      </w:tr>
      <w:tr w:rsidR="00D42659" w:rsidRPr="008A40A5" w:rsidTr="002A40BB">
        <w:trPr>
          <w:trHeight w:val="300"/>
          <w:jc w:val="center"/>
        </w:trPr>
        <w:tc>
          <w:tcPr>
            <w:tcW w:w="96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S5</w:t>
            </w:r>
          </w:p>
        </w:tc>
        <w:tc>
          <w:tcPr>
            <w:tcW w:w="214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0.05</w:t>
            </w:r>
          </w:p>
        </w:tc>
        <w:tc>
          <w:tcPr>
            <w:tcW w:w="202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0.0008</w:t>
            </w:r>
          </w:p>
        </w:tc>
      </w:tr>
      <w:tr w:rsidR="00D42659" w:rsidRPr="008A40A5" w:rsidTr="002A40BB">
        <w:trPr>
          <w:trHeight w:val="300"/>
          <w:jc w:val="center"/>
        </w:trPr>
        <w:tc>
          <w:tcPr>
            <w:tcW w:w="96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C1</w:t>
            </w:r>
          </w:p>
        </w:tc>
        <w:tc>
          <w:tcPr>
            <w:tcW w:w="214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0.05</w:t>
            </w:r>
          </w:p>
        </w:tc>
        <w:tc>
          <w:tcPr>
            <w:tcW w:w="202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0.0269</w:t>
            </w:r>
          </w:p>
        </w:tc>
      </w:tr>
      <w:tr w:rsidR="00D42659" w:rsidRPr="008A40A5" w:rsidTr="002A40BB">
        <w:trPr>
          <w:trHeight w:val="300"/>
          <w:jc w:val="center"/>
        </w:trPr>
        <w:tc>
          <w:tcPr>
            <w:tcW w:w="96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C2</w:t>
            </w:r>
          </w:p>
        </w:tc>
        <w:tc>
          <w:tcPr>
            <w:tcW w:w="214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0.05</w:t>
            </w:r>
          </w:p>
        </w:tc>
        <w:tc>
          <w:tcPr>
            <w:tcW w:w="202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0.0401</w:t>
            </w:r>
          </w:p>
        </w:tc>
      </w:tr>
      <w:tr w:rsidR="00D42659" w:rsidRPr="008A40A5" w:rsidTr="002A40BB">
        <w:trPr>
          <w:trHeight w:val="300"/>
          <w:jc w:val="center"/>
        </w:trPr>
        <w:tc>
          <w:tcPr>
            <w:tcW w:w="96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C3</w:t>
            </w:r>
          </w:p>
        </w:tc>
        <w:tc>
          <w:tcPr>
            <w:tcW w:w="214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0.05</w:t>
            </w:r>
          </w:p>
        </w:tc>
        <w:tc>
          <w:tcPr>
            <w:tcW w:w="202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0.0044</w:t>
            </w:r>
          </w:p>
        </w:tc>
      </w:tr>
      <w:tr w:rsidR="00D42659" w:rsidRPr="008A40A5" w:rsidTr="002A40BB">
        <w:trPr>
          <w:trHeight w:val="300"/>
          <w:jc w:val="center"/>
        </w:trPr>
        <w:tc>
          <w:tcPr>
            <w:tcW w:w="96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C4</w:t>
            </w:r>
          </w:p>
        </w:tc>
        <w:tc>
          <w:tcPr>
            <w:tcW w:w="214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0.05</w:t>
            </w:r>
          </w:p>
        </w:tc>
        <w:tc>
          <w:tcPr>
            <w:tcW w:w="2020" w:type="dxa"/>
            <w:noWrap/>
            <w:vAlign w:val="bottom"/>
            <w:hideMark/>
          </w:tcPr>
          <w:p w:rsidR="00D42659" w:rsidRPr="008A40A5"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8A40A5">
              <w:rPr>
                <w:rFonts w:ascii="Arial" w:eastAsia="Times New Roman" w:hAnsi="Arial" w:cs="Arial"/>
                <w:color w:val="000000"/>
                <w:sz w:val="20"/>
                <w:szCs w:val="20"/>
                <w:lang w:val="en-IN" w:eastAsia="en-IN"/>
              </w:rPr>
              <w:t>0.0051</w:t>
            </w:r>
          </w:p>
        </w:tc>
      </w:tr>
    </w:tbl>
    <w:p w:rsidR="002A40BB" w:rsidRPr="008A40A5" w:rsidRDefault="00777CEC" w:rsidP="005F34FA">
      <w:pPr>
        <w:pStyle w:val="BodyText"/>
        <w:tabs>
          <w:tab w:val="left" w:pos="360"/>
          <w:tab w:val="left" w:pos="8100"/>
        </w:tabs>
        <w:spacing w:before="240" w:after="240" w:line="240" w:lineRule="auto"/>
        <w:jc w:val="both"/>
        <w:rPr>
          <w:rFonts w:ascii="Arial" w:hAnsi="Arial" w:cs="Arial"/>
          <w:sz w:val="20"/>
          <w:szCs w:val="20"/>
        </w:rPr>
      </w:pPr>
      <w:r w:rsidRPr="008A40A5">
        <w:rPr>
          <w:rFonts w:ascii="Arial" w:hAnsi="Arial" w:cs="Arial"/>
          <w:sz w:val="20"/>
          <w:szCs w:val="20"/>
        </w:rPr>
        <w:t>SampleS5showsthehighestdegradabilityfollowedbysample</w:t>
      </w:r>
      <w:r w:rsidR="00A06CD4" w:rsidRPr="008A40A5">
        <w:rPr>
          <w:rFonts w:ascii="Arial" w:hAnsi="Arial" w:cs="Arial"/>
          <w:sz w:val="20"/>
          <w:szCs w:val="20"/>
        </w:rPr>
        <w:t>C3andSampleC4alsoshowing</w:t>
      </w:r>
      <w:r w:rsidRPr="008A40A5">
        <w:rPr>
          <w:rFonts w:ascii="Arial" w:hAnsi="Arial" w:cs="Arial"/>
          <w:sz w:val="20"/>
          <w:szCs w:val="20"/>
        </w:rPr>
        <w:t>maximumamountofdegradation.</w:t>
      </w:r>
    </w:p>
    <w:p w:rsidR="00466823" w:rsidRPr="008A40A5" w:rsidRDefault="005F34FA" w:rsidP="002A40BB">
      <w:pPr>
        <w:pStyle w:val="Heading2"/>
        <w:spacing w:after="240"/>
        <w:rPr>
          <w:rFonts w:ascii="Arial" w:hAnsi="Arial" w:cs="Arial"/>
          <w:sz w:val="22"/>
          <w:szCs w:val="22"/>
        </w:rPr>
      </w:pPr>
      <w:r w:rsidRPr="008A40A5">
        <w:rPr>
          <w:rFonts w:ascii="Arial" w:hAnsi="Arial" w:cs="Arial"/>
          <w:sz w:val="22"/>
          <w:szCs w:val="22"/>
        </w:rPr>
        <w:t xml:space="preserve">GRAPHICAL REPRESENTATION OF EFFECT OF TIME ON GROWTH OF MICRO-ORGAMISMS  </w:t>
      </w:r>
    </w:p>
    <w:p w:rsidR="00466823" w:rsidRPr="008A40A5" w:rsidRDefault="006A40A0" w:rsidP="005F34FA">
      <w:pPr>
        <w:pStyle w:val="BodyText"/>
        <w:tabs>
          <w:tab w:val="left" w:pos="360"/>
          <w:tab w:val="left" w:pos="8100"/>
        </w:tabs>
        <w:spacing w:after="240" w:line="240" w:lineRule="auto"/>
        <w:jc w:val="both"/>
        <w:rPr>
          <w:rFonts w:ascii="Arial" w:hAnsi="Arial" w:cs="Arial"/>
          <w:sz w:val="20"/>
          <w:szCs w:val="20"/>
        </w:rPr>
      </w:pPr>
      <w:r w:rsidRPr="008A40A5">
        <w:rPr>
          <w:rFonts w:ascii="Arial" w:hAnsi="Arial" w:cs="Arial"/>
          <w:sz w:val="20"/>
          <w:szCs w:val="20"/>
        </w:rPr>
        <w:t xml:space="preserve">The optical density was recorded </w:t>
      </w:r>
      <w:r w:rsidR="00466823" w:rsidRPr="008A40A5">
        <w:rPr>
          <w:rFonts w:ascii="Arial" w:hAnsi="Arial" w:cs="Arial"/>
          <w:sz w:val="20"/>
          <w:szCs w:val="20"/>
        </w:rPr>
        <w:t>at600nm</w:t>
      </w:r>
      <w:r w:rsidRPr="008A40A5">
        <w:rPr>
          <w:rFonts w:ascii="Arial" w:hAnsi="Arial" w:cs="Arial"/>
          <w:sz w:val="20"/>
          <w:szCs w:val="20"/>
        </w:rPr>
        <w:t xml:space="preserve"> to study the effect of time on growth of micro organism. </w:t>
      </w:r>
    </w:p>
    <w:p w:rsidR="005F34FA" w:rsidRPr="008A40A5" w:rsidRDefault="00EF1CA9" w:rsidP="005F34FA">
      <w:pPr>
        <w:pStyle w:val="BodyText"/>
        <w:tabs>
          <w:tab w:val="left" w:pos="360"/>
          <w:tab w:val="left" w:pos="8100"/>
        </w:tabs>
        <w:spacing w:after="240" w:line="240" w:lineRule="auto"/>
        <w:jc w:val="center"/>
        <w:rPr>
          <w:rFonts w:ascii="Arial" w:hAnsi="Arial" w:cs="Arial"/>
          <w:sz w:val="20"/>
          <w:szCs w:val="20"/>
        </w:rPr>
      </w:pPr>
      <w:r>
        <w:rPr>
          <w:rFonts w:ascii="Arial" w:hAnsi="Arial" w:cs="Arial"/>
          <w:bCs/>
          <w:sz w:val="20"/>
          <w:szCs w:val="18"/>
        </w:rPr>
        <w:t>Graph 1</w:t>
      </w:r>
      <w:r w:rsidR="005F34FA" w:rsidRPr="008A40A5">
        <w:rPr>
          <w:rFonts w:ascii="Arial" w:hAnsi="Arial" w:cs="Arial"/>
          <w:bCs/>
          <w:sz w:val="20"/>
          <w:szCs w:val="18"/>
        </w:rPr>
        <w:t>: Effect of Incubation time on growth of microorganisms</w:t>
      </w:r>
    </w:p>
    <w:p w:rsidR="00BD39E4" w:rsidRPr="008A40A5" w:rsidRDefault="00466823" w:rsidP="00584328">
      <w:pPr>
        <w:tabs>
          <w:tab w:val="left" w:pos="360"/>
          <w:tab w:val="left" w:pos="8100"/>
        </w:tabs>
        <w:spacing w:after="240"/>
        <w:jc w:val="center"/>
        <w:rPr>
          <w:rFonts w:ascii="Arial" w:hAnsi="Arial" w:cs="Arial"/>
          <w:sz w:val="24"/>
          <w:szCs w:val="24"/>
        </w:rPr>
      </w:pPr>
      <w:r w:rsidRPr="008A40A5">
        <w:rPr>
          <w:rFonts w:ascii="Arial" w:hAnsi="Arial" w:cs="Arial"/>
          <w:noProof/>
          <w:sz w:val="28"/>
          <w:szCs w:val="28"/>
        </w:rPr>
        <w:lastRenderedPageBreak/>
        <w:drawing>
          <wp:inline distT="0" distB="0" distL="0" distR="0">
            <wp:extent cx="6313170" cy="3877056"/>
            <wp:effectExtent l="0" t="0" r="11430" b="9525"/>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F34FA" w:rsidRPr="008A40A5" w:rsidRDefault="005F34FA" w:rsidP="005F34FA">
      <w:pPr>
        <w:pStyle w:val="Heading2"/>
        <w:rPr>
          <w:rFonts w:ascii="Arial" w:hAnsi="Arial" w:cs="Arial"/>
          <w:sz w:val="22"/>
          <w:szCs w:val="22"/>
        </w:rPr>
      </w:pPr>
      <w:r w:rsidRPr="008A40A5">
        <w:rPr>
          <w:rFonts w:ascii="Arial" w:hAnsi="Arial" w:cs="Arial"/>
          <w:sz w:val="22"/>
          <w:szCs w:val="22"/>
        </w:rPr>
        <w:t>GRAPHICAL REPRESENTATION OF EFFECT OF TEMPERATURE ON GROWTH OFMICROORGANISMS</w:t>
      </w:r>
    </w:p>
    <w:p w:rsidR="00017CC3" w:rsidRPr="008A40A5" w:rsidRDefault="00017CC3" w:rsidP="00017CC3"/>
    <w:p w:rsidR="005F34FA" w:rsidRPr="008A40A5" w:rsidRDefault="00EF1CA9" w:rsidP="005F34FA">
      <w:pPr>
        <w:ind w:left="142"/>
        <w:jc w:val="center"/>
        <w:rPr>
          <w:rFonts w:ascii="Arial" w:hAnsi="Arial" w:cs="Arial"/>
          <w:bCs/>
          <w:sz w:val="20"/>
          <w:szCs w:val="18"/>
        </w:rPr>
      </w:pPr>
      <w:r w:rsidRPr="00EF1CA9">
        <w:rPr>
          <w:rFonts w:ascii="Arial" w:hAnsi="Arial" w:cs="Arial"/>
          <w:bCs/>
          <w:sz w:val="20"/>
          <w:szCs w:val="18"/>
        </w:rPr>
        <w:t>Graph</w:t>
      </w:r>
      <w:r>
        <w:rPr>
          <w:rFonts w:ascii="Arial" w:hAnsi="Arial" w:cs="Arial"/>
          <w:bCs/>
          <w:sz w:val="20"/>
          <w:szCs w:val="18"/>
        </w:rPr>
        <w:t xml:space="preserve"> 2</w:t>
      </w:r>
      <w:r w:rsidR="005F34FA" w:rsidRPr="008A40A5">
        <w:rPr>
          <w:rFonts w:ascii="Arial" w:hAnsi="Arial" w:cs="Arial"/>
          <w:bCs/>
          <w:sz w:val="20"/>
          <w:szCs w:val="18"/>
        </w:rPr>
        <w:t>: Effect of Temperature on growth of microorganisms</w:t>
      </w:r>
    </w:p>
    <w:p w:rsidR="00D42659" w:rsidRPr="008A40A5" w:rsidRDefault="00D42659" w:rsidP="00584328">
      <w:pPr>
        <w:tabs>
          <w:tab w:val="left" w:pos="360"/>
          <w:tab w:val="left" w:pos="8100"/>
        </w:tabs>
        <w:spacing w:after="240"/>
        <w:jc w:val="center"/>
        <w:rPr>
          <w:rFonts w:ascii="Arial" w:hAnsi="Arial" w:cs="Arial"/>
          <w:sz w:val="24"/>
          <w:szCs w:val="24"/>
        </w:rPr>
      </w:pPr>
      <w:r w:rsidRPr="008A40A5">
        <w:rPr>
          <w:rFonts w:ascii="Arial" w:hAnsi="Arial" w:cs="Arial"/>
          <w:noProof/>
          <w:sz w:val="28"/>
          <w:szCs w:val="28"/>
        </w:rPr>
        <w:drawing>
          <wp:inline distT="0" distB="0" distL="0" distR="0">
            <wp:extent cx="6373495" cy="2978727"/>
            <wp:effectExtent l="0" t="0" r="8255" b="1270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F34FA" w:rsidRPr="008A40A5" w:rsidRDefault="005F34FA" w:rsidP="005F34FA">
      <w:pPr>
        <w:pStyle w:val="Heading2"/>
        <w:ind w:right="-720"/>
      </w:pPr>
      <w:r w:rsidRPr="008A40A5">
        <w:lastRenderedPageBreak/>
        <w:t>GRAPHICAL REPRESENTATION OF EFFECT OF PH ON GROWTH OF MICROORGANISMS</w:t>
      </w:r>
    </w:p>
    <w:p w:rsidR="00017CC3" w:rsidRPr="008A40A5" w:rsidRDefault="00017CC3" w:rsidP="00017CC3"/>
    <w:p w:rsidR="00017CC3" w:rsidRPr="008A40A5" w:rsidRDefault="00017CC3" w:rsidP="00017CC3"/>
    <w:p w:rsidR="00017CC3" w:rsidRPr="008A40A5" w:rsidRDefault="00017CC3" w:rsidP="00017CC3"/>
    <w:p w:rsidR="00017CC3" w:rsidRPr="008A40A5" w:rsidRDefault="00017CC3" w:rsidP="00017CC3"/>
    <w:p w:rsidR="00017CC3" w:rsidRPr="008A40A5" w:rsidRDefault="00017CC3" w:rsidP="00017CC3"/>
    <w:p w:rsidR="00017CC3" w:rsidRPr="008A40A5" w:rsidRDefault="00017CC3" w:rsidP="00017CC3"/>
    <w:p w:rsidR="00017CC3" w:rsidRPr="008A40A5" w:rsidRDefault="00017CC3" w:rsidP="00017CC3"/>
    <w:p w:rsidR="00017CC3" w:rsidRPr="008A40A5" w:rsidRDefault="00017CC3" w:rsidP="00017CC3"/>
    <w:p w:rsidR="00017CC3" w:rsidRPr="008A40A5" w:rsidRDefault="00017CC3" w:rsidP="00017CC3"/>
    <w:p w:rsidR="00017CC3" w:rsidRPr="008A40A5" w:rsidRDefault="00017CC3" w:rsidP="00017CC3"/>
    <w:p w:rsidR="00017CC3" w:rsidRPr="008A40A5" w:rsidRDefault="00017CC3" w:rsidP="00017CC3"/>
    <w:p w:rsidR="00017CC3" w:rsidRPr="008A40A5" w:rsidRDefault="00017CC3" w:rsidP="00017CC3"/>
    <w:p w:rsidR="00017CC3" w:rsidRPr="008A40A5" w:rsidRDefault="00017CC3" w:rsidP="00017CC3"/>
    <w:p w:rsidR="005F34FA" w:rsidRPr="008A40A5" w:rsidRDefault="00EF1CA9" w:rsidP="005F34FA">
      <w:pPr>
        <w:ind w:left="142"/>
        <w:jc w:val="center"/>
        <w:rPr>
          <w:rFonts w:ascii="Arial" w:hAnsi="Arial" w:cs="Arial"/>
          <w:bCs/>
          <w:sz w:val="20"/>
          <w:szCs w:val="18"/>
        </w:rPr>
      </w:pPr>
      <w:r w:rsidRPr="00EF1CA9">
        <w:rPr>
          <w:rFonts w:ascii="Arial" w:hAnsi="Arial" w:cs="Arial"/>
          <w:bCs/>
          <w:sz w:val="20"/>
          <w:szCs w:val="18"/>
        </w:rPr>
        <w:t>Graph</w:t>
      </w:r>
      <w:r>
        <w:rPr>
          <w:rFonts w:ascii="Arial" w:hAnsi="Arial" w:cs="Arial"/>
          <w:bCs/>
          <w:sz w:val="20"/>
          <w:szCs w:val="18"/>
        </w:rPr>
        <w:t xml:space="preserve"> 3</w:t>
      </w:r>
      <w:r w:rsidR="005F34FA" w:rsidRPr="008A40A5">
        <w:rPr>
          <w:rFonts w:ascii="Arial" w:hAnsi="Arial" w:cs="Arial"/>
          <w:bCs/>
          <w:sz w:val="20"/>
          <w:szCs w:val="18"/>
        </w:rPr>
        <w:t>: Effect of pH on keratinase enzyme activity</w:t>
      </w:r>
    </w:p>
    <w:p w:rsidR="00466823" w:rsidRPr="008A40A5" w:rsidRDefault="00832DE3" w:rsidP="002A40BB">
      <w:pPr>
        <w:pStyle w:val="ListParagraph"/>
        <w:tabs>
          <w:tab w:val="left" w:pos="360"/>
          <w:tab w:val="left" w:pos="8100"/>
        </w:tabs>
        <w:spacing w:after="240"/>
        <w:ind w:left="0"/>
        <w:rPr>
          <w:rFonts w:ascii="Arial" w:hAnsi="Arial" w:cs="Arial"/>
          <w:sz w:val="24"/>
          <w:szCs w:val="24"/>
        </w:rPr>
      </w:pPr>
      <w:r w:rsidRPr="008A40A5">
        <w:rPr>
          <w:rFonts w:ascii="Arial" w:hAnsi="Arial" w:cs="Arial"/>
          <w:noProof/>
          <w:sz w:val="28"/>
          <w:szCs w:val="28"/>
        </w:rPr>
        <w:drawing>
          <wp:inline distT="0" distB="0" distL="0" distR="0">
            <wp:extent cx="6373495" cy="3317875"/>
            <wp:effectExtent l="0" t="0" r="8255" b="15875"/>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017CC3" w:rsidRPr="008A40A5" w:rsidRDefault="00017CC3" w:rsidP="002A40BB">
      <w:pPr>
        <w:pStyle w:val="ListParagraph"/>
        <w:tabs>
          <w:tab w:val="left" w:pos="360"/>
          <w:tab w:val="left" w:pos="8100"/>
        </w:tabs>
        <w:spacing w:after="240"/>
        <w:ind w:left="0"/>
        <w:rPr>
          <w:rFonts w:ascii="Arial" w:hAnsi="Arial" w:cs="Arial"/>
          <w:sz w:val="24"/>
          <w:szCs w:val="24"/>
        </w:rPr>
      </w:pPr>
    </w:p>
    <w:p w:rsidR="002E450B" w:rsidRPr="008A40A5" w:rsidRDefault="002E450B" w:rsidP="002A40BB">
      <w:pPr>
        <w:pStyle w:val="Heading1"/>
        <w:tabs>
          <w:tab w:val="left" w:pos="360"/>
        </w:tabs>
        <w:spacing w:before="0" w:after="240"/>
        <w:ind w:left="0" w:firstLine="0"/>
        <w:rPr>
          <w:rFonts w:ascii="Arial" w:hAnsi="Arial" w:cs="Arial"/>
          <w:b w:val="0"/>
          <w:sz w:val="28"/>
        </w:rPr>
      </w:pPr>
      <w:r w:rsidRPr="008A40A5">
        <w:rPr>
          <w:rFonts w:ascii="Arial" w:hAnsi="Arial" w:cs="Arial"/>
          <w:caps/>
          <w:smallCaps w:val="0"/>
          <w:sz w:val="22"/>
          <w:szCs w:val="22"/>
        </w:rPr>
        <w:t>Discussion</w:t>
      </w:r>
    </w:p>
    <w:p w:rsidR="002E450B" w:rsidRPr="008A40A5" w:rsidRDefault="002E450B" w:rsidP="002A40BB">
      <w:pPr>
        <w:pStyle w:val="BodyText"/>
        <w:tabs>
          <w:tab w:val="left" w:pos="360"/>
          <w:tab w:val="left" w:pos="8100"/>
        </w:tabs>
        <w:spacing w:line="360" w:lineRule="auto"/>
        <w:jc w:val="both"/>
        <w:rPr>
          <w:rFonts w:ascii="Arial" w:hAnsi="Arial" w:cs="Arial"/>
          <w:sz w:val="20"/>
          <w:szCs w:val="20"/>
        </w:rPr>
      </w:pPr>
      <w:r w:rsidRPr="008A40A5">
        <w:rPr>
          <w:rFonts w:ascii="Arial" w:hAnsi="Arial" w:cs="Arial"/>
          <w:sz w:val="20"/>
          <w:szCs w:val="20"/>
        </w:rPr>
        <w:t>Keratin, the protein that makes up our hair, skin, and nails, might seem invincible. But in nature, there are many organisms that have developed specialized ways to break it down. This process, called keratin degradation, is a fascinating example of how nature recycles materials.</w:t>
      </w:r>
    </w:p>
    <w:p w:rsidR="002E450B" w:rsidRPr="008A40A5" w:rsidRDefault="002E450B" w:rsidP="002A40BB">
      <w:pPr>
        <w:pStyle w:val="BodyText"/>
        <w:tabs>
          <w:tab w:val="left" w:pos="360"/>
          <w:tab w:val="left" w:pos="8100"/>
        </w:tabs>
        <w:spacing w:line="360" w:lineRule="auto"/>
        <w:jc w:val="both"/>
        <w:rPr>
          <w:rFonts w:ascii="Arial" w:hAnsi="Arial" w:cs="Arial"/>
          <w:sz w:val="20"/>
          <w:szCs w:val="20"/>
        </w:rPr>
      </w:pPr>
      <w:r w:rsidRPr="008A40A5">
        <w:rPr>
          <w:rFonts w:ascii="Arial" w:hAnsi="Arial" w:cs="Arial"/>
          <w:sz w:val="20"/>
          <w:szCs w:val="20"/>
        </w:rPr>
        <w:t>Keratin is a tough nut to crack because of its complex structure and strong chemical bonds. Here's how microbes overcome this challenge:</w:t>
      </w:r>
    </w:p>
    <w:p w:rsidR="002E450B" w:rsidRPr="008A40A5" w:rsidRDefault="002E450B" w:rsidP="0053095D">
      <w:pPr>
        <w:pStyle w:val="ListParagraph"/>
        <w:widowControl w:val="0"/>
        <w:numPr>
          <w:ilvl w:val="0"/>
          <w:numId w:val="9"/>
        </w:numPr>
        <w:tabs>
          <w:tab w:val="left" w:pos="360"/>
          <w:tab w:val="left" w:pos="720"/>
          <w:tab w:val="left" w:pos="8100"/>
        </w:tabs>
        <w:autoSpaceDE w:val="0"/>
        <w:autoSpaceDN w:val="0"/>
        <w:spacing w:after="120" w:line="360" w:lineRule="auto"/>
        <w:ind w:left="0" w:firstLine="0"/>
        <w:contextualSpacing w:val="0"/>
        <w:jc w:val="both"/>
        <w:rPr>
          <w:rFonts w:ascii="Arial" w:hAnsi="Arial" w:cs="Arial"/>
          <w:sz w:val="20"/>
          <w:szCs w:val="20"/>
        </w:rPr>
      </w:pPr>
      <w:r w:rsidRPr="008A40A5">
        <w:rPr>
          <w:rFonts w:ascii="Arial" w:hAnsi="Arial" w:cs="Arial"/>
          <w:b/>
          <w:color w:val="1F1F1F"/>
          <w:sz w:val="20"/>
          <w:szCs w:val="20"/>
        </w:rPr>
        <w:t xml:space="preserve">Breaking the Bonds: </w:t>
      </w:r>
      <w:r w:rsidRPr="008A40A5">
        <w:rPr>
          <w:rFonts w:ascii="Arial" w:hAnsi="Arial" w:cs="Arial"/>
          <w:sz w:val="20"/>
          <w:szCs w:val="20"/>
        </w:rPr>
        <w:t>Keratinases come in different varieties, some targeting specific bonds within the keratin structure. This weakens the overall structure, making it easier to break down.</w:t>
      </w:r>
    </w:p>
    <w:p w:rsidR="002E450B" w:rsidRPr="008A40A5" w:rsidRDefault="002E450B" w:rsidP="0053095D">
      <w:pPr>
        <w:pStyle w:val="ListParagraph"/>
        <w:widowControl w:val="0"/>
        <w:numPr>
          <w:ilvl w:val="0"/>
          <w:numId w:val="9"/>
        </w:numPr>
        <w:tabs>
          <w:tab w:val="left" w:pos="360"/>
          <w:tab w:val="left" w:pos="720"/>
          <w:tab w:val="left" w:pos="8100"/>
        </w:tabs>
        <w:autoSpaceDE w:val="0"/>
        <w:autoSpaceDN w:val="0"/>
        <w:spacing w:after="120" w:line="360" w:lineRule="auto"/>
        <w:ind w:left="0" w:firstLine="0"/>
        <w:contextualSpacing w:val="0"/>
        <w:jc w:val="both"/>
        <w:rPr>
          <w:rFonts w:ascii="Arial" w:hAnsi="Arial" w:cs="Arial"/>
          <w:sz w:val="20"/>
          <w:szCs w:val="20"/>
        </w:rPr>
      </w:pPr>
      <w:r w:rsidRPr="008A40A5">
        <w:rPr>
          <w:rFonts w:ascii="Arial" w:hAnsi="Arial" w:cs="Arial"/>
          <w:b/>
          <w:color w:val="1F1F1F"/>
          <w:sz w:val="20"/>
          <w:szCs w:val="20"/>
        </w:rPr>
        <w:t xml:space="preserve">Disulfide Reduction: </w:t>
      </w:r>
      <w:r w:rsidRPr="008A40A5">
        <w:rPr>
          <w:rFonts w:ascii="Arial" w:hAnsi="Arial" w:cs="Arial"/>
          <w:sz w:val="20"/>
          <w:szCs w:val="20"/>
        </w:rPr>
        <w:t>A crucial step for many keratinases is breaking down disulfide bonds, which link keratin strands together. This often involves another enzyme, reductase, working alongside the keratinase.</w:t>
      </w:r>
    </w:p>
    <w:p w:rsidR="002E450B" w:rsidRPr="008A40A5" w:rsidRDefault="002E450B" w:rsidP="0053095D">
      <w:pPr>
        <w:pStyle w:val="ListParagraph"/>
        <w:widowControl w:val="0"/>
        <w:numPr>
          <w:ilvl w:val="0"/>
          <w:numId w:val="9"/>
        </w:numPr>
        <w:tabs>
          <w:tab w:val="left" w:pos="360"/>
          <w:tab w:val="left" w:pos="720"/>
          <w:tab w:val="left" w:pos="8100"/>
        </w:tabs>
        <w:autoSpaceDE w:val="0"/>
        <w:autoSpaceDN w:val="0"/>
        <w:spacing w:after="120" w:line="360" w:lineRule="auto"/>
        <w:ind w:left="0" w:firstLine="0"/>
        <w:contextualSpacing w:val="0"/>
        <w:jc w:val="both"/>
        <w:rPr>
          <w:rFonts w:ascii="Arial" w:hAnsi="Arial" w:cs="Arial"/>
          <w:sz w:val="20"/>
          <w:szCs w:val="20"/>
        </w:rPr>
      </w:pPr>
      <w:r w:rsidRPr="008A40A5">
        <w:rPr>
          <w:rFonts w:ascii="Arial" w:hAnsi="Arial" w:cs="Arial"/>
          <w:b/>
          <w:color w:val="1F1F1F"/>
          <w:sz w:val="20"/>
          <w:szCs w:val="20"/>
        </w:rPr>
        <w:t xml:space="preserve">Proteolysis: </w:t>
      </w:r>
      <w:r w:rsidRPr="008A40A5">
        <w:rPr>
          <w:rFonts w:ascii="Arial" w:hAnsi="Arial" w:cs="Arial"/>
          <w:sz w:val="20"/>
          <w:szCs w:val="20"/>
        </w:rPr>
        <w:t>Finally, the fragmented keratin is broken down further into smaller units like amino acids. These can then be used by the microbes as nutrients or become building blocks for other organisms in the ecosystem.</w:t>
      </w:r>
    </w:p>
    <w:p w:rsidR="002E450B" w:rsidRPr="008A40A5" w:rsidRDefault="002E450B" w:rsidP="002A40BB">
      <w:pPr>
        <w:tabs>
          <w:tab w:val="left" w:pos="360"/>
          <w:tab w:val="left" w:pos="8100"/>
        </w:tabs>
        <w:spacing w:after="120"/>
        <w:jc w:val="both"/>
        <w:rPr>
          <w:rFonts w:ascii="Arial" w:hAnsi="Arial" w:cs="Arial"/>
          <w:sz w:val="20"/>
          <w:szCs w:val="20"/>
        </w:rPr>
      </w:pPr>
      <w:r w:rsidRPr="008A40A5">
        <w:rPr>
          <w:rFonts w:ascii="Arial" w:hAnsi="Arial" w:cs="Arial"/>
          <w:b/>
          <w:color w:val="1F1F1F"/>
          <w:sz w:val="20"/>
          <w:szCs w:val="20"/>
        </w:rPr>
        <w:t>Why it</w:t>
      </w:r>
      <w:r w:rsidRPr="008A40A5">
        <w:rPr>
          <w:rFonts w:ascii="Arial" w:hAnsi="Arial" w:cs="Arial"/>
          <w:b/>
          <w:color w:val="1F1F1F"/>
          <w:spacing w:val="-2"/>
          <w:sz w:val="20"/>
          <w:szCs w:val="20"/>
        </w:rPr>
        <w:t>Matters:</w:t>
      </w:r>
      <w:r w:rsidRPr="008A40A5">
        <w:rPr>
          <w:rFonts w:ascii="Arial" w:hAnsi="Arial" w:cs="Arial"/>
          <w:sz w:val="20"/>
          <w:szCs w:val="20"/>
        </w:rPr>
        <w:t>Keratin degradation plays a vital role in the environment:</w:t>
      </w:r>
    </w:p>
    <w:p w:rsidR="002E450B" w:rsidRPr="008A40A5" w:rsidRDefault="002E450B" w:rsidP="0053095D">
      <w:pPr>
        <w:pStyle w:val="ListParagraph"/>
        <w:widowControl w:val="0"/>
        <w:numPr>
          <w:ilvl w:val="1"/>
          <w:numId w:val="9"/>
        </w:numPr>
        <w:tabs>
          <w:tab w:val="left" w:pos="360"/>
          <w:tab w:val="left" w:pos="718"/>
          <w:tab w:val="left" w:pos="720"/>
          <w:tab w:val="left" w:pos="8100"/>
        </w:tabs>
        <w:autoSpaceDE w:val="0"/>
        <w:autoSpaceDN w:val="0"/>
        <w:spacing w:line="240" w:lineRule="auto"/>
        <w:ind w:left="0" w:firstLine="0"/>
        <w:contextualSpacing w:val="0"/>
        <w:jc w:val="both"/>
        <w:rPr>
          <w:rFonts w:ascii="Arial" w:hAnsi="Arial" w:cs="Arial"/>
          <w:sz w:val="20"/>
          <w:szCs w:val="20"/>
        </w:rPr>
      </w:pPr>
      <w:r w:rsidRPr="008A40A5">
        <w:rPr>
          <w:rFonts w:ascii="Arial" w:hAnsi="Arial" w:cs="Arial"/>
          <w:b/>
          <w:color w:val="1F1F1F"/>
          <w:sz w:val="20"/>
          <w:szCs w:val="20"/>
        </w:rPr>
        <w:lastRenderedPageBreak/>
        <w:t xml:space="preserve">Waste Disposal: </w:t>
      </w:r>
      <w:r w:rsidRPr="008A40A5">
        <w:rPr>
          <w:rFonts w:ascii="Arial" w:hAnsi="Arial" w:cs="Arial"/>
          <w:sz w:val="20"/>
          <w:szCs w:val="20"/>
        </w:rPr>
        <w:t>It helps decompose keratin-rich materials like feathers, hair, and animal leftovers, preventing waste buildup.</w:t>
      </w:r>
    </w:p>
    <w:p w:rsidR="002E450B" w:rsidRPr="008A40A5" w:rsidRDefault="002E450B" w:rsidP="0053095D">
      <w:pPr>
        <w:pStyle w:val="ListParagraph"/>
        <w:widowControl w:val="0"/>
        <w:numPr>
          <w:ilvl w:val="1"/>
          <w:numId w:val="9"/>
        </w:numPr>
        <w:tabs>
          <w:tab w:val="left" w:pos="360"/>
          <w:tab w:val="left" w:pos="718"/>
          <w:tab w:val="left" w:pos="720"/>
          <w:tab w:val="left" w:pos="8100"/>
        </w:tabs>
        <w:autoSpaceDE w:val="0"/>
        <w:autoSpaceDN w:val="0"/>
        <w:spacing w:line="240" w:lineRule="auto"/>
        <w:ind w:left="0" w:firstLine="0"/>
        <w:contextualSpacing w:val="0"/>
        <w:jc w:val="both"/>
        <w:rPr>
          <w:rFonts w:ascii="Arial" w:hAnsi="Arial" w:cs="Arial"/>
          <w:sz w:val="20"/>
          <w:szCs w:val="20"/>
        </w:rPr>
      </w:pPr>
      <w:r w:rsidRPr="008A40A5">
        <w:rPr>
          <w:rFonts w:ascii="Arial" w:hAnsi="Arial" w:cs="Arial"/>
          <w:b/>
          <w:color w:val="1F1F1F"/>
          <w:sz w:val="20"/>
          <w:szCs w:val="20"/>
        </w:rPr>
        <w:t xml:space="preserve">Nutrient Cycling: </w:t>
      </w:r>
      <w:r w:rsidRPr="008A40A5">
        <w:rPr>
          <w:rFonts w:ascii="Arial" w:hAnsi="Arial" w:cs="Arial"/>
          <w:sz w:val="20"/>
          <w:szCs w:val="20"/>
        </w:rPr>
        <w:t>By breaking down keratin into usable components, microbes contribute to nutrient cycling, making these nutrients available for other organisms.</w:t>
      </w:r>
    </w:p>
    <w:p w:rsidR="002E450B" w:rsidRPr="008A40A5" w:rsidRDefault="002E450B" w:rsidP="0053095D">
      <w:pPr>
        <w:pStyle w:val="ListParagraph"/>
        <w:widowControl w:val="0"/>
        <w:numPr>
          <w:ilvl w:val="1"/>
          <w:numId w:val="9"/>
        </w:numPr>
        <w:tabs>
          <w:tab w:val="left" w:pos="360"/>
          <w:tab w:val="left" w:pos="718"/>
          <w:tab w:val="left" w:pos="720"/>
          <w:tab w:val="left" w:pos="8100"/>
        </w:tabs>
        <w:autoSpaceDE w:val="0"/>
        <w:autoSpaceDN w:val="0"/>
        <w:spacing w:line="240" w:lineRule="auto"/>
        <w:ind w:left="0" w:firstLine="0"/>
        <w:contextualSpacing w:val="0"/>
        <w:jc w:val="both"/>
        <w:rPr>
          <w:rFonts w:ascii="Arial" w:hAnsi="Arial" w:cs="Arial"/>
          <w:sz w:val="20"/>
          <w:szCs w:val="20"/>
        </w:rPr>
      </w:pPr>
      <w:r w:rsidRPr="008A40A5">
        <w:rPr>
          <w:rFonts w:ascii="Arial" w:hAnsi="Arial" w:cs="Arial"/>
          <w:b/>
          <w:color w:val="1F1F1F"/>
          <w:sz w:val="20"/>
          <w:szCs w:val="20"/>
        </w:rPr>
        <w:t xml:space="preserve">Biotechnology: </w:t>
      </w:r>
      <w:r w:rsidRPr="008A40A5">
        <w:rPr>
          <w:rFonts w:ascii="Arial" w:hAnsi="Arial" w:cs="Arial"/>
          <w:sz w:val="20"/>
          <w:szCs w:val="20"/>
        </w:rPr>
        <w:t>Keratinases have potential applications in various fields. For instance, they can be used in the treatment of keratin-rich waste products or in the development of eco-friendly leather processing methods.</w:t>
      </w:r>
    </w:p>
    <w:p w:rsidR="002E450B" w:rsidRPr="008A40A5" w:rsidRDefault="002E450B" w:rsidP="0053095D">
      <w:pPr>
        <w:pStyle w:val="ListParagraph"/>
        <w:widowControl w:val="0"/>
        <w:numPr>
          <w:ilvl w:val="1"/>
          <w:numId w:val="9"/>
        </w:numPr>
        <w:tabs>
          <w:tab w:val="left" w:pos="360"/>
          <w:tab w:val="left" w:pos="718"/>
          <w:tab w:val="left" w:pos="720"/>
          <w:tab w:val="left" w:pos="8100"/>
        </w:tabs>
        <w:autoSpaceDE w:val="0"/>
        <w:autoSpaceDN w:val="0"/>
        <w:spacing w:line="240" w:lineRule="auto"/>
        <w:ind w:left="0" w:firstLine="0"/>
        <w:contextualSpacing w:val="0"/>
        <w:jc w:val="both"/>
        <w:rPr>
          <w:rFonts w:ascii="Arial" w:hAnsi="Arial" w:cs="Arial"/>
          <w:sz w:val="20"/>
          <w:szCs w:val="20"/>
        </w:rPr>
      </w:pPr>
      <w:r w:rsidRPr="008A40A5">
        <w:rPr>
          <w:rFonts w:ascii="Arial" w:hAnsi="Arial" w:cs="Arial"/>
          <w:b/>
          <w:color w:val="1F1F1F"/>
          <w:sz w:val="20"/>
          <w:szCs w:val="20"/>
        </w:rPr>
        <w:t xml:space="preserve">Waste Management: </w:t>
      </w:r>
      <w:r w:rsidRPr="008A40A5">
        <w:rPr>
          <w:rFonts w:ascii="Arial" w:hAnsi="Arial" w:cs="Arial"/>
          <w:sz w:val="20"/>
          <w:szCs w:val="20"/>
        </w:rPr>
        <w:t>Isolates with high feather degradation potential could be useful in developing eco-friendly methods for managing poultry feather waste, a significant byproduct of the poultry industry.</w:t>
      </w:r>
    </w:p>
    <w:p w:rsidR="006A40A0" w:rsidRPr="008A40A5" w:rsidRDefault="002E450B" w:rsidP="0053095D">
      <w:pPr>
        <w:pStyle w:val="ListParagraph"/>
        <w:widowControl w:val="0"/>
        <w:numPr>
          <w:ilvl w:val="1"/>
          <w:numId w:val="9"/>
        </w:numPr>
        <w:tabs>
          <w:tab w:val="left" w:pos="360"/>
          <w:tab w:val="left" w:pos="718"/>
          <w:tab w:val="left" w:pos="720"/>
          <w:tab w:val="left" w:pos="8100"/>
        </w:tabs>
        <w:autoSpaceDE w:val="0"/>
        <w:autoSpaceDN w:val="0"/>
        <w:spacing w:line="240" w:lineRule="auto"/>
        <w:ind w:left="0" w:firstLine="0"/>
        <w:contextualSpacing w:val="0"/>
        <w:jc w:val="both"/>
        <w:rPr>
          <w:rFonts w:ascii="Arial" w:hAnsi="Arial" w:cs="Arial"/>
          <w:sz w:val="20"/>
          <w:szCs w:val="20"/>
        </w:rPr>
      </w:pPr>
      <w:r w:rsidRPr="008A40A5">
        <w:rPr>
          <w:rFonts w:ascii="Arial" w:hAnsi="Arial" w:cs="Arial"/>
          <w:b/>
          <w:color w:val="1F1F1F"/>
          <w:sz w:val="20"/>
          <w:szCs w:val="20"/>
        </w:rPr>
        <w:t xml:space="preserve">Enzyme Production: </w:t>
      </w:r>
      <w:r w:rsidRPr="008A40A5">
        <w:rPr>
          <w:rFonts w:ascii="Arial" w:hAnsi="Arial" w:cs="Arial"/>
          <w:sz w:val="20"/>
          <w:szCs w:val="20"/>
        </w:rPr>
        <w:t>The keratinase enzymes from these microbes have potential applications in various industries, such as leather processing or the development of feather-based bioproducts.</w:t>
      </w:r>
    </w:p>
    <w:p w:rsidR="002E450B" w:rsidRPr="008A40A5" w:rsidRDefault="002E450B" w:rsidP="0053095D">
      <w:pPr>
        <w:pStyle w:val="ListParagraph"/>
        <w:widowControl w:val="0"/>
        <w:numPr>
          <w:ilvl w:val="1"/>
          <w:numId w:val="9"/>
        </w:numPr>
        <w:tabs>
          <w:tab w:val="left" w:pos="360"/>
          <w:tab w:val="left" w:pos="718"/>
          <w:tab w:val="left" w:pos="720"/>
          <w:tab w:val="left" w:pos="8100"/>
        </w:tabs>
        <w:autoSpaceDE w:val="0"/>
        <w:autoSpaceDN w:val="0"/>
        <w:spacing w:after="120" w:line="360" w:lineRule="auto"/>
        <w:ind w:left="0" w:firstLine="0"/>
        <w:contextualSpacing w:val="0"/>
        <w:jc w:val="both"/>
        <w:rPr>
          <w:rFonts w:ascii="Arial" w:hAnsi="Arial" w:cs="Arial"/>
          <w:sz w:val="20"/>
          <w:szCs w:val="20"/>
        </w:rPr>
      </w:pPr>
      <w:r w:rsidRPr="008A40A5">
        <w:rPr>
          <w:rFonts w:ascii="Arial" w:hAnsi="Arial" w:cs="Arial"/>
          <w:b/>
          <w:color w:val="1F1F1F"/>
          <w:sz w:val="20"/>
          <w:szCs w:val="20"/>
        </w:rPr>
        <w:t xml:space="preserve">Understanding Microbial Diversity: </w:t>
      </w:r>
      <w:r w:rsidRPr="008A40A5">
        <w:rPr>
          <w:rFonts w:ascii="Arial" w:hAnsi="Arial" w:cs="Arial"/>
          <w:sz w:val="20"/>
          <w:szCs w:val="20"/>
        </w:rPr>
        <w:t>This project can contribute to the knowledge of keratin- degrading microbes present in poultry farms, shedding light on the microbial communities that play a role in keratin breakdown in these environments.</w:t>
      </w:r>
    </w:p>
    <w:p w:rsidR="002E450B" w:rsidRPr="008A40A5" w:rsidRDefault="002E450B" w:rsidP="002A40BB">
      <w:pPr>
        <w:pStyle w:val="BodyText"/>
        <w:tabs>
          <w:tab w:val="left" w:pos="360"/>
          <w:tab w:val="left" w:pos="8100"/>
        </w:tabs>
        <w:spacing w:line="360" w:lineRule="auto"/>
        <w:jc w:val="both"/>
        <w:rPr>
          <w:rFonts w:ascii="Arial" w:hAnsi="Arial" w:cs="Arial"/>
          <w:sz w:val="20"/>
          <w:szCs w:val="20"/>
        </w:rPr>
      </w:pPr>
      <w:r w:rsidRPr="008A40A5">
        <w:rPr>
          <w:rFonts w:ascii="Arial" w:hAnsi="Arial" w:cs="Arial"/>
          <w:sz w:val="20"/>
          <w:szCs w:val="20"/>
        </w:rPr>
        <w:t xml:space="preserve">This </w:t>
      </w:r>
      <w:r w:rsidR="00AF7964" w:rsidRPr="008A40A5">
        <w:rPr>
          <w:rFonts w:ascii="Arial" w:hAnsi="Arial" w:cs="Arial"/>
          <w:sz w:val="20"/>
          <w:szCs w:val="20"/>
        </w:rPr>
        <w:t>study</w:t>
      </w:r>
      <w:r w:rsidRPr="008A40A5">
        <w:rPr>
          <w:rFonts w:ascii="Arial" w:hAnsi="Arial" w:cs="Arial"/>
          <w:sz w:val="20"/>
          <w:szCs w:val="20"/>
        </w:rPr>
        <w:t xml:space="preserve"> has the potential to be not only scientifically interesting but also practically relevant. By isolating and characterizing these feather-degrading microbes, you can contribute to developing solutions for poultry waste management and exploring the potential of keratinolytic enzymes.</w:t>
      </w:r>
    </w:p>
    <w:p w:rsidR="002E450B" w:rsidRPr="008A40A5" w:rsidRDefault="002E450B" w:rsidP="002A40BB">
      <w:pPr>
        <w:pStyle w:val="BodyText"/>
        <w:tabs>
          <w:tab w:val="left" w:pos="360"/>
          <w:tab w:val="left" w:pos="8100"/>
        </w:tabs>
        <w:spacing w:line="360" w:lineRule="auto"/>
        <w:jc w:val="both"/>
        <w:rPr>
          <w:rFonts w:ascii="Arial" w:hAnsi="Arial" w:cs="Arial"/>
          <w:sz w:val="20"/>
          <w:szCs w:val="20"/>
        </w:rPr>
      </w:pPr>
      <w:r w:rsidRPr="008A40A5">
        <w:rPr>
          <w:rFonts w:ascii="Arial" w:hAnsi="Arial" w:cs="Arial"/>
          <w:sz w:val="20"/>
          <w:szCs w:val="20"/>
        </w:rPr>
        <w:t>Three parameters were done which include- The Keratinase assay, Effect of temperature on the growth of microorganisms and Effect of pH on the growth of microorganisms.</w:t>
      </w:r>
    </w:p>
    <w:p w:rsidR="002E450B" w:rsidRPr="008A40A5" w:rsidRDefault="002E450B" w:rsidP="002A40BB">
      <w:pPr>
        <w:pStyle w:val="BodyText"/>
        <w:tabs>
          <w:tab w:val="left" w:pos="360"/>
          <w:tab w:val="left" w:pos="8100"/>
        </w:tabs>
        <w:spacing w:line="360" w:lineRule="auto"/>
        <w:jc w:val="both"/>
        <w:rPr>
          <w:rFonts w:ascii="Arial" w:hAnsi="Arial" w:cs="Arial"/>
          <w:sz w:val="20"/>
          <w:szCs w:val="20"/>
        </w:rPr>
      </w:pPr>
      <w:r w:rsidRPr="008A40A5">
        <w:rPr>
          <w:rFonts w:ascii="Arial" w:hAnsi="Arial" w:cs="Arial"/>
          <w:sz w:val="20"/>
          <w:szCs w:val="20"/>
        </w:rPr>
        <w:t>Effect of pH on the growth of microorganisms – Table 10 shows the graphical representation of the activity of an enzyme (keratinase, given the label on the y-axis) at different pH levels. The pH levels ranges from 5 to 9 and the sample categories labelled S1 through S5, C1 through C4 with their positive control and negative control. From the graph, it seems that the enzyme activity varies with pH, with some pH levels promoting higher activity than others. The positive control likely represents a condition known to induce high enzyme activity, while the negative control represents a condition with minimal or no enzyme activity.</w:t>
      </w:r>
    </w:p>
    <w:p w:rsidR="002E450B" w:rsidRPr="008A40A5" w:rsidRDefault="002E450B" w:rsidP="002A40BB">
      <w:pPr>
        <w:pStyle w:val="BodyText"/>
        <w:tabs>
          <w:tab w:val="left" w:pos="360"/>
          <w:tab w:val="left" w:pos="8100"/>
        </w:tabs>
        <w:spacing w:line="360" w:lineRule="auto"/>
        <w:jc w:val="both"/>
        <w:rPr>
          <w:rFonts w:ascii="Arial" w:hAnsi="Arial" w:cs="Arial"/>
          <w:sz w:val="20"/>
          <w:szCs w:val="20"/>
        </w:rPr>
      </w:pPr>
      <w:r w:rsidRPr="008A40A5">
        <w:rPr>
          <w:rFonts w:ascii="Arial" w:hAnsi="Arial" w:cs="Arial"/>
          <w:sz w:val="20"/>
          <w:szCs w:val="20"/>
        </w:rPr>
        <w:t>Effect of Temperature on growth of microorganism – Table 9 shows the graphical representation of activity of an enzyme. The bars of different colours that correspond to different temperatures. The height is each bar indicates the temperature recorded for the growth of microorganisms under each conditions. The positive control is a condition known to promote growth, while the negative control is a condition where growth is not expected to occur.</w:t>
      </w:r>
    </w:p>
    <w:p w:rsidR="002E450B" w:rsidRPr="008A40A5" w:rsidRDefault="002E450B" w:rsidP="002A40BB">
      <w:pPr>
        <w:pStyle w:val="BodyText"/>
        <w:tabs>
          <w:tab w:val="left" w:pos="360"/>
          <w:tab w:val="left" w:pos="8100"/>
        </w:tabs>
        <w:spacing w:line="360" w:lineRule="auto"/>
        <w:jc w:val="both"/>
        <w:rPr>
          <w:rFonts w:ascii="Arial" w:hAnsi="Arial" w:cs="Arial"/>
          <w:i/>
          <w:sz w:val="20"/>
          <w:szCs w:val="20"/>
        </w:rPr>
      </w:pPr>
      <w:r w:rsidRPr="008A40A5">
        <w:rPr>
          <w:rFonts w:ascii="Arial" w:hAnsi="Arial" w:cs="Arial"/>
          <w:sz w:val="20"/>
          <w:szCs w:val="20"/>
        </w:rPr>
        <w:t xml:space="preserve">Thestudycountedcoloniesonskimmilkagarandobservedtheircharacteristics,morphology,and biochemical properties. Four types of bacterial isolates were identified from sample 2 based on these characteristics: C1, C2, C3, C4 as genus </w:t>
      </w:r>
      <w:r w:rsidRPr="008A40A5">
        <w:rPr>
          <w:rFonts w:ascii="Arial" w:hAnsi="Arial" w:cs="Arial"/>
          <w:i/>
          <w:sz w:val="20"/>
          <w:szCs w:val="20"/>
        </w:rPr>
        <w:t xml:space="preserve">Sphaebacteria, Acidomonas, Acetobacter, </w:t>
      </w:r>
      <w:r w:rsidRPr="008A40A5">
        <w:rPr>
          <w:rFonts w:ascii="Arial" w:hAnsi="Arial" w:cs="Arial"/>
          <w:i/>
          <w:spacing w:val="-2"/>
          <w:sz w:val="20"/>
          <w:szCs w:val="20"/>
        </w:rPr>
        <w:t>Micrococcus.</w:t>
      </w:r>
    </w:p>
    <w:p w:rsidR="002E450B" w:rsidRPr="008A40A5" w:rsidRDefault="002E450B" w:rsidP="002A40BB">
      <w:pPr>
        <w:pStyle w:val="BodyText"/>
        <w:tabs>
          <w:tab w:val="left" w:pos="360"/>
          <w:tab w:val="left" w:pos="8100"/>
        </w:tabs>
        <w:spacing w:line="360" w:lineRule="auto"/>
        <w:jc w:val="both"/>
        <w:rPr>
          <w:rFonts w:ascii="Arial" w:hAnsi="Arial" w:cs="Arial"/>
          <w:sz w:val="20"/>
          <w:szCs w:val="20"/>
        </w:rPr>
      </w:pPr>
      <w:r w:rsidRPr="008A40A5">
        <w:rPr>
          <w:rFonts w:ascii="Arial" w:hAnsi="Arial" w:cs="Arial"/>
          <w:sz w:val="20"/>
          <w:szCs w:val="20"/>
        </w:rPr>
        <w:lastRenderedPageBreak/>
        <w:t>The study identifies five bacterial isolates from sample 1, S1, S2, S3, S4, and S5, based on colony, morphological, and biochemical characteristics as genus</w:t>
      </w:r>
      <w:r w:rsidRPr="008A40A5">
        <w:rPr>
          <w:rFonts w:ascii="Arial" w:hAnsi="Arial" w:cs="Arial"/>
          <w:i/>
          <w:sz w:val="20"/>
          <w:szCs w:val="20"/>
        </w:rPr>
        <w:t>Staphylococcus,Tricoccus,</w:t>
      </w:r>
      <w:r w:rsidRPr="008A40A5">
        <w:rPr>
          <w:rFonts w:ascii="Arial" w:hAnsi="Arial" w:cs="Arial"/>
          <w:i/>
          <w:spacing w:val="-2"/>
          <w:sz w:val="20"/>
          <w:szCs w:val="20"/>
        </w:rPr>
        <w:t>Alcaligens,</w:t>
      </w:r>
      <w:r w:rsidRPr="008A40A5">
        <w:rPr>
          <w:rFonts w:ascii="Arial" w:hAnsi="Arial" w:cs="Arial"/>
          <w:i/>
          <w:sz w:val="20"/>
          <w:szCs w:val="20"/>
        </w:rPr>
        <w:t xml:space="preserve">Curtobacterium </w:t>
      </w:r>
      <w:r w:rsidRPr="008A40A5">
        <w:rPr>
          <w:rFonts w:ascii="Arial" w:hAnsi="Arial" w:cs="Arial"/>
          <w:sz w:val="20"/>
          <w:szCs w:val="20"/>
        </w:rPr>
        <w:t xml:space="preserve">and </w:t>
      </w:r>
      <w:r w:rsidRPr="008A40A5">
        <w:rPr>
          <w:rFonts w:ascii="Arial" w:hAnsi="Arial" w:cs="Arial"/>
          <w:i/>
          <w:sz w:val="20"/>
          <w:szCs w:val="20"/>
        </w:rPr>
        <w:t>Brachybacterium</w:t>
      </w:r>
      <w:r w:rsidRPr="008A40A5">
        <w:rPr>
          <w:rFonts w:ascii="Arial" w:hAnsi="Arial" w:cs="Arial"/>
          <w:sz w:val="20"/>
          <w:szCs w:val="20"/>
        </w:rPr>
        <w:t>. The isolates were identified based on Bergey's manual of determinative bacteriology (9</w:t>
      </w:r>
      <w:r w:rsidRPr="008A40A5">
        <w:rPr>
          <w:rFonts w:ascii="Arial" w:hAnsi="Arial" w:cs="Arial"/>
          <w:sz w:val="20"/>
          <w:szCs w:val="20"/>
          <w:vertAlign w:val="superscript"/>
        </w:rPr>
        <w:t>th</w:t>
      </w:r>
      <w:r w:rsidRPr="008A40A5">
        <w:rPr>
          <w:rFonts w:ascii="Arial" w:hAnsi="Arial" w:cs="Arial"/>
          <w:sz w:val="20"/>
          <w:szCs w:val="20"/>
        </w:rPr>
        <w:t xml:space="preserve"> edition).</w:t>
      </w:r>
    </w:p>
    <w:p w:rsidR="002E450B" w:rsidRPr="008A40A5" w:rsidRDefault="002E450B" w:rsidP="002A40BB">
      <w:pPr>
        <w:pStyle w:val="BodyText"/>
        <w:tabs>
          <w:tab w:val="left" w:pos="360"/>
          <w:tab w:val="left" w:pos="8100"/>
        </w:tabs>
        <w:spacing w:line="360" w:lineRule="auto"/>
        <w:jc w:val="both"/>
        <w:rPr>
          <w:rFonts w:ascii="Arial" w:hAnsi="Arial" w:cs="Arial"/>
          <w:sz w:val="20"/>
          <w:szCs w:val="20"/>
        </w:rPr>
      </w:pPr>
      <w:r w:rsidRPr="008A40A5">
        <w:rPr>
          <w:rFonts w:ascii="Arial" w:hAnsi="Arial" w:cs="Arial"/>
          <w:sz w:val="20"/>
          <w:szCs w:val="20"/>
        </w:rPr>
        <w:t xml:space="preserve">The genus </w:t>
      </w:r>
      <w:r w:rsidRPr="008A40A5">
        <w:rPr>
          <w:rFonts w:ascii="Arial" w:hAnsi="Arial" w:cs="Arial"/>
          <w:i/>
          <w:sz w:val="20"/>
          <w:szCs w:val="20"/>
        </w:rPr>
        <w:t xml:space="preserve">Brachybacterium, Acetobacter, Micrococcus </w:t>
      </w:r>
      <w:r w:rsidRPr="008A40A5">
        <w:rPr>
          <w:rFonts w:ascii="Arial" w:hAnsi="Arial" w:cs="Arial"/>
          <w:sz w:val="20"/>
          <w:szCs w:val="20"/>
        </w:rPr>
        <w:t xml:space="preserve">has the maximum ability to degrade keratin. The isolation of keratin degrading strain of micrococcus from Patagonian merino wool was recently reported (Iglesias </w:t>
      </w:r>
      <w:r w:rsidRPr="008A40A5">
        <w:rPr>
          <w:rFonts w:ascii="Arial" w:hAnsi="Arial" w:cs="Arial"/>
          <w:iCs/>
          <w:sz w:val="20"/>
          <w:szCs w:val="20"/>
        </w:rPr>
        <w:t>et al.</w:t>
      </w:r>
      <w:r w:rsidRPr="008A40A5">
        <w:rPr>
          <w:rFonts w:ascii="Arial" w:hAnsi="Arial" w:cs="Arial"/>
          <w:sz w:val="20"/>
          <w:szCs w:val="20"/>
        </w:rPr>
        <w:t>2017).The study shows that this strain was able to produce several keratinases with high molecular weights.</w:t>
      </w:r>
    </w:p>
    <w:p w:rsidR="002E450B" w:rsidRPr="008A40A5" w:rsidRDefault="002E450B" w:rsidP="002A40BB">
      <w:pPr>
        <w:pStyle w:val="BodyText"/>
        <w:tabs>
          <w:tab w:val="left" w:pos="360"/>
          <w:tab w:val="left" w:pos="8100"/>
        </w:tabs>
        <w:spacing w:line="360" w:lineRule="auto"/>
        <w:jc w:val="both"/>
        <w:rPr>
          <w:rFonts w:ascii="Arial" w:hAnsi="Arial" w:cs="Arial"/>
          <w:sz w:val="20"/>
          <w:szCs w:val="20"/>
        </w:rPr>
      </w:pPr>
      <w:r w:rsidRPr="008A40A5">
        <w:rPr>
          <w:rFonts w:ascii="Arial" w:hAnsi="Arial" w:cs="Arial"/>
          <w:sz w:val="20"/>
          <w:szCs w:val="20"/>
        </w:rPr>
        <w:t>Researchers are isolating microorganisms that can degrade keratin, the main protein in feathers, which could impact waste management in poultry farms and develop environmentally friendly feather disposal solutions.</w:t>
      </w:r>
    </w:p>
    <w:p w:rsidR="002E450B" w:rsidRPr="008A40A5" w:rsidRDefault="002E450B" w:rsidP="002A40BB">
      <w:pPr>
        <w:pStyle w:val="BodyText"/>
        <w:tabs>
          <w:tab w:val="left" w:pos="360"/>
          <w:tab w:val="left" w:pos="8100"/>
        </w:tabs>
        <w:spacing w:line="360" w:lineRule="auto"/>
        <w:jc w:val="both"/>
        <w:rPr>
          <w:rFonts w:ascii="Arial" w:hAnsi="Arial" w:cs="Arial"/>
          <w:sz w:val="20"/>
          <w:szCs w:val="20"/>
        </w:rPr>
      </w:pPr>
      <w:r w:rsidRPr="008A40A5">
        <w:rPr>
          <w:rFonts w:ascii="Arial" w:hAnsi="Arial" w:cs="Arial"/>
          <w:sz w:val="20"/>
          <w:szCs w:val="20"/>
        </w:rPr>
        <w:t>Characterizing these microorganisms can help determine their enzymatic pathways, optimal growth conditions, and potential applications in industries like bioremediation and biofertilizer production. Understanding the diversity of keratinolytic microorganisms in poultry soil can provide insights into their ecological role and contribution to agricultural ecosystems.</w:t>
      </w:r>
    </w:p>
    <w:p w:rsidR="002E450B" w:rsidRPr="008A40A5" w:rsidRDefault="002E450B" w:rsidP="002A40BB">
      <w:pPr>
        <w:pStyle w:val="BodyText"/>
        <w:tabs>
          <w:tab w:val="left" w:pos="360"/>
          <w:tab w:val="left" w:pos="8100"/>
        </w:tabs>
        <w:spacing w:line="364" w:lineRule="auto"/>
        <w:jc w:val="both"/>
        <w:rPr>
          <w:rFonts w:ascii="Arial" w:hAnsi="Arial" w:cs="Arial"/>
          <w:sz w:val="20"/>
          <w:szCs w:val="20"/>
        </w:rPr>
      </w:pPr>
      <w:r w:rsidRPr="008A40A5">
        <w:rPr>
          <w:rFonts w:ascii="Arial" w:hAnsi="Arial" w:cs="Arial"/>
          <w:b/>
          <w:color w:val="1F1F1F"/>
          <w:sz w:val="20"/>
          <w:szCs w:val="20"/>
        </w:rPr>
        <w:t xml:space="preserve">Optimizing Enrichment: </w:t>
      </w:r>
      <w:r w:rsidRPr="008A40A5">
        <w:rPr>
          <w:rFonts w:ascii="Arial" w:hAnsi="Arial" w:cs="Arial"/>
          <w:color w:val="1F1F1F"/>
          <w:sz w:val="20"/>
          <w:szCs w:val="20"/>
        </w:rPr>
        <w:t>The success of isolating keratinolytic microbes hinges on creating an environment that favors their growth. Poultry soil likely harbors a diverse microbial community. Additionally, adjusting incubation parameters like temperature and pH could further enhance the enrichment process.</w:t>
      </w:r>
    </w:p>
    <w:p w:rsidR="002E450B" w:rsidRPr="008A40A5" w:rsidRDefault="002E450B" w:rsidP="002A40BB">
      <w:pPr>
        <w:pStyle w:val="BodyText"/>
        <w:tabs>
          <w:tab w:val="left" w:pos="360"/>
          <w:tab w:val="left" w:pos="8100"/>
        </w:tabs>
        <w:spacing w:line="364" w:lineRule="auto"/>
        <w:jc w:val="both"/>
        <w:rPr>
          <w:rFonts w:ascii="Arial" w:hAnsi="Arial" w:cs="Arial"/>
          <w:sz w:val="20"/>
          <w:szCs w:val="20"/>
        </w:rPr>
      </w:pPr>
      <w:r w:rsidRPr="008A40A5">
        <w:rPr>
          <w:rFonts w:ascii="Arial" w:hAnsi="Arial" w:cs="Arial"/>
          <w:b/>
          <w:color w:val="1F1F1F"/>
          <w:sz w:val="20"/>
          <w:szCs w:val="20"/>
        </w:rPr>
        <w:t xml:space="preserve">Identification Nuances: </w:t>
      </w:r>
      <w:r w:rsidRPr="008A40A5">
        <w:rPr>
          <w:rFonts w:ascii="Arial" w:hAnsi="Arial" w:cs="Arial"/>
          <w:color w:val="1F1F1F"/>
          <w:sz w:val="20"/>
          <w:szCs w:val="20"/>
        </w:rPr>
        <w:t>While basic morphological analysis and biochemical tests provide valuable clues, definitive identification through 16S rRNA gene sequencing can offers a more precise picture. However, this technique requires specialized equipment and expertise. We can further identify a representative subset of isolates using sequencing or rely primarily on the combined information from morphological and biochemical tests.</w:t>
      </w:r>
    </w:p>
    <w:p w:rsidR="00AF7964" w:rsidRPr="008A40A5" w:rsidRDefault="002E450B" w:rsidP="005F34FA">
      <w:pPr>
        <w:pStyle w:val="BodyText"/>
        <w:tabs>
          <w:tab w:val="left" w:pos="360"/>
          <w:tab w:val="left" w:pos="8100"/>
        </w:tabs>
        <w:spacing w:line="364" w:lineRule="auto"/>
        <w:jc w:val="both"/>
        <w:rPr>
          <w:rFonts w:ascii="Arial" w:eastAsiaTheme="majorEastAsia" w:hAnsi="Arial" w:cs="Arial"/>
          <w:b/>
          <w:bCs/>
          <w:caps/>
          <w:color w:val="000000" w:themeColor="text1"/>
          <w:spacing w:val="-2"/>
        </w:rPr>
      </w:pPr>
      <w:r w:rsidRPr="008A40A5">
        <w:rPr>
          <w:rFonts w:ascii="Arial" w:hAnsi="Arial" w:cs="Arial"/>
          <w:color w:val="1F1F1F"/>
          <w:sz w:val="20"/>
          <w:szCs w:val="20"/>
        </w:rPr>
        <w:t>By carefully considering these details, we can design a comprehensive procedure that effectively isolates, identifies, and characterizes feather-degrading microbes from poultry soil, providing valuable insights into their potential for feather waste management and enzyme applications.</w:t>
      </w:r>
    </w:p>
    <w:p w:rsidR="002E450B" w:rsidRPr="008A40A5" w:rsidRDefault="002E450B" w:rsidP="00584328">
      <w:pPr>
        <w:pStyle w:val="Heading1"/>
        <w:tabs>
          <w:tab w:val="left" w:pos="360"/>
          <w:tab w:val="left" w:pos="8100"/>
        </w:tabs>
        <w:spacing w:before="0" w:after="240"/>
        <w:ind w:left="0" w:firstLine="0"/>
        <w:rPr>
          <w:rFonts w:ascii="Arial" w:hAnsi="Arial" w:cs="Arial"/>
          <w:caps/>
          <w:smallCaps w:val="0"/>
          <w:sz w:val="22"/>
          <w:szCs w:val="22"/>
        </w:rPr>
      </w:pPr>
      <w:r w:rsidRPr="008A40A5">
        <w:rPr>
          <w:rFonts w:ascii="Arial" w:hAnsi="Arial" w:cs="Arial"/>
          <w:caps/>
          <w:smallCaps w:val="0"/>
          <w:spacing w:val="-2"/>
          <w:sz w:val="22"/>
          <w:szCs w:val="22"/>
        </w:rPr>
        <w:t>Conclusion</w:t>
      </w:r>
    </w:p>
    <w:p w:rsidR="002E450B" w:rsidRPr="008A40A5" w:rsidRDefault="002E450B" w:rsidP="00584328">
      <w:pPr>
        <w:pStyle w:val="BodyText"/>
        <w:tabs>
          <w:tab w:val="left" w:pos="360"/>
          <w:tab w:val="left" w:pos="8100"/>
        </w:tabs>
        <w:spacing w:after="240" w:line="364" w:lineRule="auto"/>
        <w:jc w:val="both"/>
        <w:rPr>
          <w:rFonts w:ascii="Arial" w:hAnsi="Arial" w:cs="Arial"/>
          <w:sz w:val="20"/>
          <w:szCs w:val="20"/>
        </w:rPr>
      </w:pPr>
      <w:r w:rsidRPr="008A40A5">
        <w:rPr>
          <w:rFonts w:ascii="Arial" w:hAnsi="Arial" w:cs="Arial"/>
          <w:color w:val="1F1F1F"/>
          <w:sz w:val="20"/>
          <w:szCs w:val="20"/>
        </w:rPr>
        <w:t xml:space="preserve">Isolating and characterizing feather-degrading microbes from poultry soil holds significant promiseforbothenvironmentalandindustrialapplications.Byenrichingforthesemicrobesusing selective media and keratin-based substrates, researchers can unlock a treasure trove of potential solutions. Identifying these "feather fighters" through a combination of morphological, biochemical unveils their unique capabilities. Evaluating their feather degradation potential through well-designed assays sheds light on their effectiveness in breaking down this abundant </w:t>
      </w:r>
      <w:r w:rsidRPr="008A40A5">
        <w:rPr>
          <w:rFonts w:ascii="Arial" w:hAnsi="Arial" w:cs="Arial"/>
          <w:color w:val="1F1F1F"/>
          <w:sz w:val="20"/>
          <w:szCs w:val="20"/>
        </w:rPr>
        <w:lastRenderedPageBreak/>
        <w:t>agricultural waste product. Ultimately, this project has the potential to contribute to the developmentofsustainablefeatherwastemanagementstrategieswhileexploringthepossibilities of utilizing keratinolytic enzymes from these microbes in various industries. The knowledge gained from this endeavor can not only benefit the poultry industry but also contribute to our understanding of microbial diversity and their role in degrading natural materials.</w:t>
      </w:r>
    </w:p>
    <w:p w:rsidR="002E450B" w:rsidRPr="008A40A5" w:rsidRDefault="002E450B" w:rsidP="00584328">
      <w:pPr>
        <w:pStyle w:val="BodyText"/>
        <w:tabs>
          <w:tab w:val="left" w:pos="360"/>
          <w:tab w:val="left" w:pos="8100"/>
        </w:tabs>
        <w:spacing w:after="240" w:line="364" w:lineRule="auto"/>
        <w:jc w:val="both"/>
        <w:rPr>
          <w:rFonts w:ascii="Arial" w:hAnsi="Arial" w:cs="Arial"/>
          <w:sz w:val="20"/>
          <w:szCs w:val="20"/>
        </w:rPr>
      </w:pPr>
      <w:r w:rsidRPr="008A40A5">
        <w:rPr>
          <w:rFonts w:ascii="Arial" w:hAnsi="Arial" w:cs="Arial"/>
          <w:color w:val="1F1F1F"/>
          <w:sz w:val="20"/>
          <w:szCs w:val="20"/>
        </w:rPr>
        <w:t>Thekeratinaseassayisacrucialtoolforcharacterizingthefeatherdegradationpotentialofisolated microbes from poultry soil. The keratinase assay plays a central role in this project, acting as a window into the feather-degrading abilities of isolated microbes. By measuring the activity of keratinase enzymes produced by these microbes, researchers can assess their effectiveness in breaking down keratin.</w:t>
      </w:r>
    </w:p>
    <w:p w:rsidR="002E450B" w:rsidRPr="008A40A5" w:rsidRDefault="002E450B" w:rsidP="00584328">
      <w:pPr>
        <w:pStyle w:val="BodyText"/>
        <w:tabs>
          <w:tab w:val="left" w:pos="360"/>
          <w:tab w:val="left" w:pos="8100"/>
        </w:tabs>
        <w:spacing w:after="240" w:line="364" w:lineRule="auto"/>
        <w:jc w:val="both"/>
        <w:rPr>
          <w:rFonts w:ascii="Arial" w:hAnsi="Arial" w:cs="Arial"/>
          <w:sz w:val="20"/>
          <w:szCs w:val="20"/>
        </w:rPr>
      </w:pPr>
      <w:r w:rsidRPr="008A40A5">
        <w:rPr>
          <w:rFonts w:ascii="Arial" w:hAnsi="Arial" w:cs="Arial"/>
          <w:color w:val="1F1F1F"/>
          <w:sz w:val="20"/>
          <w:szCs w:val="20"/>
        </w:rPr>
        <w:t>In conclusion, the keratinase assay serves as a vital link between microbial isolation and their practical application in feather degradation. By providing a quantitative measure of enzyme activity,thisassayempowersresearcherstoselectthemosteffectivefeather-degradingmicrobes, paving the way for sustainable waste management solutions and the exploration of novel applications for these enzymes in various industries.</w:t>
      </w:r>
    </w:p>
    <w:p w:rsidR="002E450B" w:rsidRPr="008A40A5" w:rsidRDefault="002E450B" w:rsidP="00584328">
      <w:pPr>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Th</w:t>
      </w:r>
      <w:r w:rsidR="00AF7964" w:rsidRPr="008A40A5">
        <w:rPr>
          <w:rFonts w:ascii="Arial" w:hAnsi="Arial" w:cs="Arial"/>
          <w:sz w:val="20"/>
          <w:szCs w:val="20"/>
        </w:rPr>
        <w:t>is</w:t>
      </w:r>
      <w:r w:rsidRPr="008A40A5">
        <w:rPr>
          <w:rFonts w:ascii="Arial" w:hAnsi="Arial" w:cs="Arial"/>
          <w:sz w:val="20"/>
          <w:szCs w:val="20"/>
        </w:rPr>
        <w:t xml:space="preserve"> study isolated total nine bacterial cultures producing keratinase from habitats where keratin- containing substrates were disposed in natural conditions. These isolates were categorized based oncolonymorphology,growthcharacteristics,andbiochemical characteristics.Thefivebacterial isolates were identified as belonging to genus </w:t>
      </w:r>
      <w:r w:rsidRPr="008A40A5">
        <w:rPr>
          <w:rFonts w:ascii="Arial" w:hAnsi="Arial" w:cs="Arial"/>
          <w:i/>
          <w:sz w:val="20"/>
          <w:szCs w:val="20"/>
        </w:rPr>
        <w:t>Sphaebacter, Acidomonas, Acetobacter, Micrococcus</w:t>
      </w:r>
      <w:r w:rsidRPr="008A40A5">
        <w:rPr>
          <w:rFonts w:ascii="Arial" w:hAnsi="Arial" w:cs="Arial"/>
          <w:sz w:val="20"/>
          <w:szCs w:val="20"/>
        </w:rPr>
        <w:t xml:space="preserve">, </w:t>
      </w:r>
      <w:r w:rsidRPr="008A40A5">
        <w:rPr>
          <w:rFonts w:ascii="Arial" w:hAnsi="Arial" w:cs="Arial"/>
          <w:i/>
          <w:sz w:val="20"/>
          <w:szCs w:val="20"/>
        </w:rPr>
        <w:t xml:space="preserve">Staphylococcus, Tricoccus, Alcaligens, Curtobacterium </w:t>
      </w:r>
      <w:r w:rsidRPr="008A40A5">
        <w:rPr>
          <w:rFonts w:ascii="Arial" w:hAnsi="Arial" w:cs="Arial"/>
          <w:sz w:val="20"/>
          <w:szCs w:val="20"/>
        </w:rPr>
        <w:t xml:space="preserve">and </w:t>
      </w:r>
      <w:r w:rsidRPr="008A40A5">
        <w:rPr>
          <w:rFonts w:ascii="Arial" w:hAnsi="Arial" w:cs="Arial"/>
          <w:i/>
          <w:sz w:val="20"/>
          <w:szCs w:val="20"/>
        </w:rPr>
        <w:t>Brachybacterium</w:t>
      </w:r>
      <w:r w:rsidRPr="008A40A5">
        <w:rPr>
          <w:rFonts w:ascii="Arial" w:hAnsi="Arial" w:cs="Arial"/>
          <w:sz w:val="20"/>
          <w:szCs w:val="20"/>
        </w:rPr>
        <w:t>.</w:t>
      </w:r>
    </w:p>
    <w:p w:rsidR="002E450B" w:rsidRPr="008A40A5" w:rsidRDefault="002E450B" w:rsidP="00584328">
      <w:pPr>
        <w:pStyle w:val="BodyText"/>
        <w:tabs>
          <w:tab w:val="left" w:pos="360"/>
          <w:tab w:val="left" w:pos="8100"/>
        </w:tabs>
        <w:spacing w:after="240" w:line="360" w:lineRule="auto"/>
        <w:jc w:val="both"/>
        <w:rPr>
          <w:rFonts w:ascii="Arial" w:hAnsi="Arial" w:cs="Arial"/>
          <w:b/>
          <w:sz w:val="20"/>
          <w:szCs w:val="20"/>
        </w:rPr>
      </w:pPr>
      <w:r w:rsidRPr="008A40A5">
        <w:rPr>
          <w:rFonts w:ascii="Arial" w:hAnsi="Arial" w:cs="Arial"/>
          <w:sz w:val="20"/>
          <w:szCs w:val="20"/>
        </w:rPr>
        <w:t xml:space="preserve">Theoptimumtemperatureforallbacterialisolateswas30°C,whiletheoptimumpHwas9except for S2. The newly isolated </w:t>
      </w:r>
      <w:r w:rsidRPr="008A40A5">
        <w:rPr>
          <w:rFonts w:ascii="Arial" w:hAnsi="Arial" w:cs="Arial"/>
          <w:i/>
          <w:sz w:val="20"/>
          <w:szCs w:val="20"/>
        </w:rPr>
        <w:t xml:space="preserve">Curtobacterium </w:t>
      </w:r>
      <w:r w:rsidRPr="008A40A5">
        <w:rPr>
          <w:rFonts w:ascii="Arial" w:hAnsi="Arial" w:cs="Arial"/>
          <w:sz w:val="20"/>
          <w:szCs w:val="20"/>
        </w:rPr>
        <w:t xml:space="preserve">and </w:t>
      </w:r>
      <w:r w:rsidRPr="008A40A5">
        <w:rPr>
          <w:rFonts w:ascii="Arial" w:hAnsi="Arial" w:cs="Arial"/>
          <w:i/>
          <w:sz w:val="20"/>
          <w:szCs w:val="20"/>
        </w:rPr>
        <w:t xml:space="preserve">Brachybacterium </w:t>
      </w:r>
      <w:r w:rsidRPr="008A40A5">
        <w:rPr>
          <w:rFonts w:ascii="Arial" w:hAnsi="Arial" w:cs="Arial"/>
          <w:sz w:val="20"/>
          <w:szCs w:val="20"/>
        </w:rPr>
        <w:t>demonstrated feather degradation of 70-72% under unoptimized conditions, making them potential biotechnological applications in processing feather waste from the poultry industry. Further research is needed to understand the factors enabling the enzyme's complete degradation of native keratinase substrate and to explore the use of a consortium of bacteria and fungi for feather degradation</w:t>
      </w:r>
      <w:r w:rsidRPr="008A40A5">
        <w:rPr>
          <w:rFonts w:ascii="Arial" w:hAnsi="Arial" w:cs="Arial"/>
          <w:b/>
          <w:sz w:val="20"/>
          <w:szCs w:val="20"/>
        </w:rPr>
        <w:t>.</w:t>
      </w:r>
    </w:p>
    <w:p w:rsidR="002E450B" w:rsidRPr="008A40A5" w:rsidRDefault="002E450B" w:rsidP="00584328">
      <w:pPr>
        <w:pStyle w:val="BodyText"/>
        <w:tabs>
          <w:tab w:val="left" w:pos="360"/>
          <w:tab w:val="left" w:pos="8100"/>
        </w:tabs>
        <w:spacing w:after="240" w:line="360" w:lineRule="auto"/>
        <w:jc w:val="both"/>
        <w:rPr>
          <w:rFonts w:ascii="Arial" w:hAnsi="Arial" w:cs="Arial"/>
          <w:sz w:val="20"/>
          <w:szCs w:val="20"/>
        </w:rPr>
      </w:pPr>
      <w:r w:rsidRPr="008A40A5">
        <w:rPr>
          <w:rFonts w:ascii="Arial" w:hAnsi="Arial" w:cs="Arial"/>
          <w:sz w:val="20"/>
          <w:szCs w:val="20"/>
        </w:rPr>
        <w:t>Thestudyrevealstheexistenceofdiversemicrobialpopulationscapableofdegradingkeratinfrom poultry soil, which is crucial for nutrient cycling and waste management in poultry farming. Understanding the enzymatic pathways and optimal conditions for keratin degradation can help develop efficient feather disposal strategies and potentially harness these microorganisms for biotechnological applications.</w:t>
      </w:r>
    </w:p>
    <w:p w:rsidR="002E450B" w:rsidRPr="008A40A5" w:rsidRDefault="002E450B" w:rsidP="00584328">
      <w:pPr>
        <w:pStyle w:val="BodyText"/>
        <w:tabs>
          <w:tab w:val="left" w:pos="360"/>
          <w:tab w:val="left" w:pos="8100"/>
        </w:tabs>
        <w:spacing w:after="240" w:line="360" w:lineRule="auto"/>
        <w:jc w:val="both"/>
        <w:rPr>
          <w:rFonts w:ascii="Arial" w:hAnsi="Arial" w:cs="Arial"/>
          <w:spacing w:val="-2"/>
          <w:sz w:val="20"/>
          <w:szCs w:val="20"/>
        </w:rPr>
      </w:pPr>
      <w:r w:rsidRPr="008A40A5">
        <w:rPr>
          <w:rFonts w:ascii="Arial" w:hAnsi="Arial" w:cs="Arial"/>
          <w:sz w:val="20"/>
          <w:szCs w:val="20"/>
        </w:rPr>
        <w:lastRenderedPageBreak/>
        <w:t xml:space="preserve">Further research is needed to explore practical implications, such as bioremediation and biofertilizer production, and to address challenges in waste management and sustainable </w:t>
      </w:r>
      <w:r w:rsidRPr="008A40A5">
        <w:rPr>
          <w:rFonts w:ascii="Arial" w:hAnsi="Arial" w:cs="Arial"/>
          <w:spacing w:val="-2"/>
          <w:sz w:val="20"/>
          <w:szCs w:val="20"/>
        </w:rPr>
        <w:t>agriculture.</w:t>
      </w:r>
    </w:p>
    <w:p w:rsidR="00361E12" w:rsidRPr="008A40A5" w:rsidRDefault="00361E12" w:rsidP="002A40BB">
      <w:pPr>
        <w:pStyle w:val="Heading1"/>
        <w:tabs>
          <w:tab w:val="left" w:pos="360"/>
          <w:tab w:val="left" w:pos="8100"/>
        </w:tabs>
        <w:spacing w:before="0" w:after="240"/>
        <w:ind w:left="0" w:firstLine="0"/>
        <w:rPr>
          <w:rFonts w:ascii="Arial" w:hAnsi="Arial" w:cs="Arial"/>
          <w:caps/>
          <w:smallCaps w:val="0"/>
          <w:spacing w:val="-2"/>
          <w:sz w:val="22"/>
          <w:szCs w:val="22"/>
        </w:rPr>
      </w:pPr>
      <w:r w:rsidRPr="008A40A5">
        <w:rPr>
          <w:rFonts w:ascii="Arial" w:hAnsi="Arial" w:cs="Arial"/>
          <w:caps/>
          <w:smallCaps w:val="0"/>
          <w:spacing w:val="-2"/>
          <w:sz w:val="22"/>
          <w:szCs w:val="22"/>
        </w:rPr>
        <w:t>Future Perspective:</w:t>
      </w:r>
    </w:p>
    <w:p w:rsidR="00361E12" w:rsidRPr="008A40A5" w:rsidRDefault="00361E12" w:rsidP="00584328">
      <w:pPr>
        <w:pStyle w:val="ListParagraph"/>
        <w:widowControl w:val="0"/>
        <w:tabs>
          <w:tab w:val="left" w:pos="360"/>
          <w:tab w:val="left" w:pos="8100"/>
        </w:tabs>
        <w:autoSpaceDE w:val="0"/>
        <w:autoSpaceDN w:val="0"/>
        <w:spacing w:after="240" w:line="360" w:lineRule="auto"/>
        <w:ind w:left="0"/>
        <w:contextualSpacing w:val="0"/>
        <w:jc w:val="both"/>
        <w:rPr>
          <w:rFonts w:ascii="Arial" w:hAnsi="Arial" w:cs="Arial"/>
          <w:sz w:val="20"/>
          <w:szCs w:val="20"/>
        </w:rPr>
      </w:pPr>
      <w:r w:rsidRPr="008A40A5">
        <w:rPr>
          <w:rFonts w:ascii="Arial" w:hAnsi="Arial" w:cs="Arial"/>
          <w:sz w:val="20"/>
          <w:szCs w:val="20"/>
        </w:rPr>
        <w:t>The study explores the economic benefits and cost-effectiveness of microbial keratin degradation, explores partnerships with waste management companies, investigates scalability and efficiency, considers global applications, and continuously monitors and optimizes techniques for maximum efficacy and sustainability.</w:t>
      </w:r>
    </w:p>
    <w:p w:rsidR="00361E12" w:rsidRPr="008A40A5" w:rsidRDefault="00361E12" w:rsidP="0053095D">
      <w:pPr>
        <w:pStyle w:val="ListParagraph"/>
        <w:widowControl w:val="0"/>
        <w:numPr>
          <w:ilvl w:val="0"/>
          <w:numId w:val="8"/>
        </w:numPr>
        <w:tabs>
          <w:tab w:val="left" w:pos="360"/>
          <w:tab w:val="left" w:pos="8100"/>
        </w:tabs>
        <w:autoSpaceDE w:val="0"/>
        <w:autoSpaceDN w:val="0"/>
        <w:spacing w:after="240" w:line="360" w:lineRule="auto"/>
        <w:ind w:left="0" w:firstLine="0"/>
        <w:contextualSpacing w:val="0"/>
        <w:jc w:val="both"/>
        <w:rPr>
          <w:rFonts w:ascii="Arial" w:hAnsi="Arial" w:cs="Arial"/>
          <w:sz w:val="20"/>
          <w:szCs w:val="18"/>
        </w:rPr>
      </w:pPr>
      <w:r w:rsidRPr="008A40A5">
        <w:rPr>
          <w:rFonts w:ascii="Arial" w:hAnsi="Arial" w:cs="Arial"/>
          <w:sz w:val="20"/>
          <w:szCs w:val="18"/>
        </w:rPr>
        <w:t>This research aims to explore the enzymatic capabilities of isolated microorganisms, potentially leading to novel biotechnological applications such as keratinolytic enzymes for industrial process</w:t>
      </w:r>
    </w:p>
    <w:p w:rsidR="00361E12" w:rsidRPr="008A40A5" w:rsidRDefault="00361E12" w:rsidP="0053095D">
      <w:pPr>
        <w:pStyle w:val="ListParagraph"/>
        <w:widowControl w:val="0"/>
        <w:numPr>
          <w:ilvl w:val="0"/>
          <w:numId w:val="8"/>
        </w:numPr>
        <w:tabs>
          <w:tab w:val="left" w:pos="360"/>
          <w:tab w:val="left" w:pos="8100"/>
        </w:tabs>
        <w:autoSpaceDE w:val="0"/>
        <w:autoSpaceDN w:val="0"/>
        <w:spacing w:after="240" w:line="360" w:lineRule="auto"/>
        <w:ind w:left="0" w:firstLine="0"/>
        <w:contextualSpacing w:val="0"/>
        <w:jc w:val="both"/>
        <w:rPr>
          <w:rFonts w:ascii="Arial" w:hAnsi="Arial" w:cs="Arial"/>
        </w:rPr>
      </w:pPr>
      <w:r w:rsidRPr="008A40A5">
        <w:rPr>
          <w:rFonts w:ascii="Arial" w:hAnsi="Arial" w:cs="Arial"/>
          <w:sz w:val="20"/>
          <w:szCs w:val="18"/>
        </w:rPr>
        <w:t>Genomic analysis can provide insights into the genetic basis of keratin degradation, enabling genetic engineering approaches to enhance efficiency. Investigating the ecological roles of keratin-degrading microorganisms in poultry soil ecosystems can contribute to understanding nutrient cycling and microbial community dynamics.</w:t>
      </w:r>
    </w:p>
    <w:p w:rsidR="002E450B" w:rsidRPr="008A40A5" w:rsidRDefault="002E450B" w:rsidP="00584328">
      <w:pPr>
        <w:tabs>
          <w:tab w:val="left" w:pos="360"/>
          <w:tab w:val="left" w:pos="8100"/>
        </w:tabs>
        <w:spacing w:after="240"/>
        <w:rPr>
          <w:rFonts w:ascii="Arial" w:hAnsi="Arial" w:cs="Arial"/>
          <w:b/>
        </w:rPr>
      </w:pPr>
    </w:p>
    <w:p w:rsidR="004F0367" w:rsidRPr="008A40A5" w:rsidRDefault="004F0367" w:rsidP="00584328">
      <w:pPr>
        <w:tabs>
          <w:tab w:val="left" w:pos="360"/>
          <w:tab w:val="left" w:pos="8100"/>
        </w:tabs>
        <w:spacing w:after="240"/>
        <w:rPr>
          <w:rFonts w:ascii="Arial" w:hAnsi="Arial" w:cs="Arial"/>
          <w:b/>
        </w:rPr>
      </w:pPr>
      <w:r w:rsidRPr="008A40A5">
        <w:rPr>
          <w:rFonts w:ascii="Arial" w:hAnsi="Arial" w:cs="Arial"/>
          <w:b/>
        </w:rPr>
        <w:t>Disclaimer (Artificial intelligence)</w:t>
      </w:r>
    </w:p>
    <w:p w:rsidR="00017CC3" w:rsidRPr="008A40A5" w:rsidRDefault="00017CC3" w:rsidP="00584328">
      <w:pPr>
        <w:tabs>
          <w:tab w:val="left" w:pos="360"/>
          <w:tab w:val="left" w:pos="8100"/>
        </w:tabs>
        <w:spacing w:after="240"/>
        <w:rPr>
          <w:rFonts w:ascii="Arial" w:hAnsi="Arial" w:cs="Arial"/>
        </w:rPr>
      </w:pPr>
      <w:r w:rsidRPr="008A40A5">
        <w:rPr>
          <w:rFonts w:ascii="Arial" w:hAnsi="Arial" w:cs="Arial"/>
        </w:rPr>
        <w:t>I have not used any of the AI technologies such as Large Language Models (ChatGPT, COPILOT, etc.) and text-to-image generators in the complete manuscript.</w:t>
      </w:r>
    </w:p>
    <w:p w:rsidR="008D578B" w:rsidRPr="008A40A5" w:rsidRDefault="002C26B0" w:rsidP="00E53FB4">
      <w:pPr>
        <w:pStyle w:val="Heading1"/>
        <w:pBdr>
          <w:bottom w:val="single" w:sz="4" w:space="0" w:color="595959" w:themeColor="text1" w:themeTint="A6"/>
        </w:pBdr>
        <w:tabs>
          <w:tab w:val="left" w:pos="360"/>
          <w:tab w:val="left" w:pos="8100"/>
        </w:tabs>
        <w:spacing w:before="0" w:after="240" w:line="240" w:lineRule="auto"/>
        <w:ind w:left="0" w:firstLine="0"/>
        <w:jc w:val="both"/>
        <w:rPr>
          <w:rFonts w:ascii="Arial" w:hAnsi="Arial" w:cs="Arial"/>
          <w:caps/>
          <w:smallCaps w:val="0"/>
          <w:sz w:val="22"/>
          <w:szCs w:val="22"/>
        </w:rPr>
      </w:pPr>
      <w:r w:rsidRPr="008A40A5">
        <w:rPr>
          <w:rFonts w:ascii="Arial" w:hAnsi="Arial" w:cs="Arial"/>
          <w:caps/>
          <w:smallCaps w:val="0"/>
          <w:sz w:val="22"/>
          <w:szCs w:val="22"/>
        </w:rPr>
        <w:t>REFERENCES</w:t>
      </w:r>
    </w:p>
    <w:p w:rsidR="00E929A9" w:rsidRPr="008A40A5" w:rsidRDefault="00E929A9" w:rsidP="00E53FB4">
      <w:pPr>
        <w:jc w:val="both"/>
        <w:rPr>
          <w:rFonts w:ascii="Arial" w:hAnsi="Arial" w:cs="Arial"/>
          <w:sz w:val="20"/>
          <w:szCs w:val="20"/>
          <w:lang w:val="en-IN"/>
        </w:rPr>
      </w:pPr>
      <w:r w:rsidRPr="008A40A5">
        <w:rPr>
          <w:rFonts w:ascii="Arial" w:hAnsi="Arial" w:cs="Arial"/>
          <w:sz w:val="20"/>
          <w:szCs w:val="20"/>
          <w:lang w:val="en-IN"/>
        </w:rPr>
        <w:t xml:space="preserve">[1] Gupta R. And Ramnani P. “Microbial keratinases and their prospective applications an overview, Appl Microbiol Biotechnol”, 2006, vol 70, pp 21 -33. </w:t>
      </w:r>
    </w:p>
    <w:p w:rsidR="00E929A9" w:rsidRPr="008A40A5" w:rsidRDefault="00E929A9" w:rsidP="00E53FB4">
      <w:pPr>
        <w:jc w:val="both"/>
        <w:rPr>
          <w:rFonts w:ascii="Arial" w:hAnsi="Arial" w:cs="Arial"/>
          <w:sz w:val="20"/>
          <w:szCs w:val="20"/>
          <w:lang w:val="en-IN"/>
        </w:rPr>
      </w:pPr>
      <w:r w:rsidRPr="008A40A5">
        <w:rPr>
          <w:rFonts w:ascii="Arial" w:hAnsi="Arial" w:cs="Arial"/>
          <w:sz w:val="20"/>
          <w:szCs w:val="20"/>
          <w:lang w:val="en-IN"/>
        </w:rPr>
        <w:t xml:space="preserve">[2] Rai S.K, Konwarh R., Mukherjee A.K., “Purification, Characterization and biotechnological application of an alkaline β- keratinase produced by Bacillus subtilis RM -01 in solid -state fermentation using chicken -feather as substrate” Biochem. Eng. J. 2009, vol 45, pp 218 -225. </w:t>
      </w:r>
    </w:p>
    <w:p w:rsidR="00E929A9" w:rsidRPr="008A40A5" w:rsidRDefault="00E929A9" w:rsidP="00E53FB4">
      <w:pPr>
        <w:jc w:val="both"/>
        <w:rPr>
          <w:rFonts w:ascii="Arial" w:hAnsi="Arial" w:cs="Arial"/>
          <w:sz w:val="20"/>
          <w:szCs w:val="20"/>
          <w:lang w:val="en-IN"/>
        </w:rPr>
      </w:pPr>
      <w:r w:rsidRPr="008A40A5">
        <w:rPr>
          <w:rFonts w:ascii="Arial" w:hAnsi="Arial" w:cs="Arial"/>
          <w:sz w:val="20"/>
          <w:szCs w:val="20"/>
          <w:lang w:val="en-IN"/>
        </w:rPr>
        <w:t xml:space="preserve">[3] Shrinivas D. And Naik G. R. “characterization of alkaline thermostable keratinolytic protease from Thermoalkalophilic </w:t>
      </w:r>
      <w:r w:rsidRPr="008A40A5">
        <w:rPr>
          <w:rFonts w:ascii="Arial" w:hAnsi="Arial" w:cs="Arial"/>
          <w:i/>
          <w:iCs/>
          <w:sz w:val="20"/>
          <w:szCs w:val="20"/>
          <w:lang w:val="en-IN"/>
        </w:rPr>
        <w:t>Bacillus halodurans</w:t>
      </w:r>
      <w:r w:rsidRPr="008A40A5">
        <w:rPr>
          <w:rFonts w:ascii="Arial" w:hAnsi="Arial" w:cs="Arial"/>
          <w:sz w:val="20"/>
          <w:szCs w:val="20"/>
          <w:lang w:val="en-IN"/>
        </w:rPr>
        <w:t xml:space="preserve"> jb 99 exhibiting dehairing activity”, Int. Biodeterioation &amp; Biodegradation, 2011, vol 65(1), pp 29 -35. </w:t>
      </w:r>
    </w:p>
    <w:p w:rsidR="00E929A9" w:rsidRPr="008A40A5" w:rsidRDefault="00E929A9" w:rsidP="00E53FB4">
      <w:pPr>
        <w:jc w:val="both"/>
        <w:rPr>
          <w:rFonts w:ascii="Arial" w:hAnsi="Arial" w:cs="Arial"/>
          <w:sz w:val="20"/>
          <w:szCs w:val="20"/>
          <w:lang w:val="en-IN"/>
        </w:rPr>
      </w:pPr>
      <w:r w:rsidRPr="008A40A5">
        <w:rPr>
          <w:rFonts w:ascii="Arial" w:hAnsi="Arial" w:cs="Arial"/>
          <w:sz w:val="20"/>
          <w:szCs w:val="20"/>
          <w:lang w:val="en-IN"/>
        </w:rPr>
        <w:t xml:space="preserve">[4] Ramnani P., Singh R. And Gupta R. “Keratinolytic potential of </w:t>
      </w:r>
      <w:r w:rsidRPr="008A40A5">
        <w:rPr>
          <w:rFonts w:ascii="Arial" w:hAnsi="Arial" w:cs="Arial"/>
          <w:i/>
          <w:iCs/>
          <w:sz w:val="20"/>
          <w:szCs w:val="20"/>
          <w:lang w:val="en-IN"/>
        </w:rPr>
        <w:t>Bacillus licheniformis</w:t>
      </w:r>
      <w:r w:rsidRPr="008A40A5">
        <w:rPr>
          <w:rFonts w:ascii="Arial" w:hAnsi="Arial" w:cs="Arial"/>
          <w:sz w:val="20"/>
          <w:szCs w:val="20"/>
          <w:lang w:val="en-IN"/>
        </w:rPr>
        <w:t xml:space="preserve"> rg1: structural and biochemicalMicrobiol, 2005, vol 51, pp 191-196. 69</w:t>
      </w:r>
      <w:r w:rsidR="00E53FB4" w:rsidRPr="008A40A5">
        <w:rPr>
          <w:rFonts w:ascii="Arial" w:hAnsi="Arial" w:cs="Arial"/>
          <w:sz w:val="20"/>
          <w:szCs w:val="20"/>
          <w:lang w:val="en-IN"/>
        </w:rPr>
        <w:t>.</w:t>
      </w:r>
    </w:p>
    <w:p w:rsidR="00E929A9" w:rsidRPr="008A40A5" w:rsidRDefault="00E929A9" w:rsidP="00E53FB4">
      <w:pPr>
        <w:jc w:val="both"/>
        <w:rPr>
          <w:rFonts w:ascii="Arial" w:hAnsi="Arial" w:cs="Arial"/>
          <w:sz w:val="20"/>
          <w:szCs w:val="20"/>
          <w:lang w:val="en-IN"/>
        </w:rPr>
      </w:pPr>
      <w:r w:rsidRPr="008A40A5">
        <w:rPr>
          <w:rFonts w:ascii="Arial" w:hAnsi="Arial" w:cs="Arial"/>
          <w:sz w:val="20"/>
          <w:szCs w:val="20"/>
          <w:lang w:val="en-IN"/>
        </w:rPr>
        <w:t xml:space="preserve">[5] Nam G.W., Lee D.W., Lee H.S., Lee N.J., Kim B.C., Choe E.A., Hwang J.K., Suhartono M.T., Pyun R. “Native feather degradation by </w:t>
      </w:r>
      <w:r w:rsidRPr="008A40A5">
        <w:rPr>
          <w:rFonts w:ascii="Arial" w:hAnsi="Arial" w:cs="Arial"/>
          <w:i/>
          <w:iCs/>
          <w:sz w:val="20"/>
          <w:szCs w:val="20"/>
          <w:lang w:val="en-IN"/>
        </w:rPr>
        <w:t>Fervidobacterium islandicum</w:t>
      </w:r>
      <w:r w:rsidRPr="008A40A5">
        <w:rPr>
          <w:rFonts w:ascii="Arial" w:hAnsi="Arial" w:cs="Arial"/>
          <w:sz w:val="20"/>
          <w:szCs w:val="20"/>
          <w:lang w:val="en-IN"/>
        </w:rPr>
        <w:t xml:space="preserve"> AW-1, a newly isolated keratinase - producing thermophilic anaerobe”, Arch. Microbiol. 2002, vol 178, pp 538 -547. </w:t>
      </w:r>
    </w:p>
    <w:p w:rsidR="00E929A9" w:rsidRPr="008A40A5" w:rsidRDefault="00E929A9" w:rsidP="00E53FB4">
      <w:pPr>
        <w:jc w:val="both"/>
        <w:rPr>
          <w:rFonts w:ascii="Arial" w:hAnsi="Arial" w:cs="Arial"/>
          <w:sz w:val="20"/>
          <w:szCs w:val="20"/>
          <w:lang w:val="en-IN"/>
        </w:rPr>
      </w:pPr>
      <w:r w:rsidRPr="008A40A5">
        <w:rPr>
          <w:rFonts w:ascii="Arial" w:hAnsi="Arial" w:cs="Arial"/>
          <w:sz w:val="20"/>
          <w:szCs w:val="20"/>
          <w:lang w:val="en-IN"/>
        </w:rPr>
        <w:lastRenderedPageBreak/>
        <w:t>[6] Nagal S., Jain P.C. “Production of feather hydrolysate by Elizabeth kingia meningo septica KB042 (MTCC 8360) in submerged fermentation”, Indian J. Microbiol. 2010, S41 -S45.</w:t>
      </w:r>
    </w:p>
    <w:p w:rsidR="00E929A9" w:rsidRPr="008A40A5" w:rsidRDefault="00E929A9" w:rsidP="00E53FB4">
      <w:pPr>
        <w:jc w:val="both"/>
        <w:rPr>
          <w:rFonts w:ascii="Arial" w:hAnsi="Arial" w:cs="Arial"/>
          <w:sz w:val="20"/>
          <w:szCs w:val="20"/>
          <w:lang w:val="en-IN"/>
        </w:rPr>
      </w:pPr>
      <w:r w:rsidRPr="008A40A5">
        <w:rPr>
          <w:rFonts w:ascii="Arial" w:hAnsi="Arial" w:cs="Arial"/>
          <w:sz w:val="20"/>
          <w:szCs w:val="20"/>
          <w:lang w:val="en-IN"/>
        </w:rPr>
        <w:t xml:space="preserve"> [7] Sharma R., Gupta R. “Thermostable, Thiol activated keratinase from </w:t>
      </w:r>
      <w:r w:rsidRPr="008A40A5">
        <w:rPr>
          <w:rFonts w:ascii="Arial" w:hAnsi="Arial" w:cs="Arial"/>
          <w:i/>
          <w:iCs/>
          <w:sz w:val="20"/>
          <w:szCs w:val="20"/>
          <w:lang w:val="en-IN"/>
        </w:rPr>
        <w:t>Pseudomonas aeruginosa</w:t>
      </w:r>
      <w:r w:rsidRPr="008A40A5">
        <w:rPr>
          <w:rFonts w:ascii="Arial" w:hAnsi="Arial" w:cs="Arial"/>
          <w:sz w:val="20"/>
          <w:szCs w:val="20"/>
          <w:lang w:val="en-IN"/>
        </w:rPr>
        <w:t xml:space="preserve"> – KS1 for prospective applications in Prion decontamination”, Research J. Microbiol.2010, vol5, pp 954 -965. </w:t>
      </w:r>
    </w:p>
    <w:p w:rsidR="00E929A9" w:rsidRPr="008A40A5" w:rsidRDefault="00E929A9" w:rsidP="00E53FB4">
      <w:pPr>
        <w:jc w:val="both"/>
        <w:rPr>
          <w:rFonts w:ascii="Arial" w:hAnsi="Arial" w:cs="Arial"/>
          <w:sz w:val="20"/>
          <w:szCs w:val="20"/>
          <w:lang w:val="en-IN"/>
        </w:rPr>
      </w:pPr>
      <w:r w:rsidRPr="008A40A5">
        <w:rPr>
          <w:rFonts w:ascii="Arial" w:hAnsi="Arial" w:cs="Arial"/>
          <w:sz w:val="20"/>
          <w:szCs w:val="20"/>
          <w:lang w:val="en-IN"/>
        </w:rPr>
        <w:t xml:space="preserve">[8] Mabrouk M. E. M., “Feather degradation by a new keratinolytic </w:t>
      </w:r>
      <w:r w:rsidRPr="008A40A5">
        <w:rPr>
          <w:rFonts w:ascii="Arial" w:hAnsi="Arial" w:cs="Arial"/>
          <w:i/>
          <w:iCs/>
          <w:sz w:val="20"/>
          <w:szCs w:val="20"/>
          <w:lang w:val="en-IN"/>
        </w:rPr>
        <w:t>Streptomyce</w:t>
      </w:r>
      <w:r w:rsidRPr="008A40A5">
        <w:rPr>
          <w:rFonts w:ascii="Arial" w:hAnsi="Arial" w:cs="Arial"/>
          <w:sz w:val="20"/>
          <w:szCs w:val="20"/>
          <w:lang w:val="en-IN"/>
        </w:rPr>
        <w:t xml:space="preserve">s sp. MS -2”, World. J. Microbiol. Biotechnol. 2008, vol 24, pp 2331 -2338. </w:t>
      </w:r>
    </w:p>
    <w:p w:rsidR="00E929A9" w:rsidRPr="008A40A5" w:rsidRDefault="00E929A9" w:rsidP="00E53FB4">
      <w:pPr>
        <w:jc w:val="both"/>
        <w:rPr>
          <w:rFonts w:ascii="Arial" w:hAnsi="Arial" w:cs="Arial"/>
          <w:sz w:val="20"/>
          <w:szCs w:val="20"/>
          <w:lang w:val="en-IN"/>
        </w:rPr>
      </w:pPr>
      <w:r w:rsidRPr="008A40A5">
        <w:rPr>
          <w:rFonts w:ascii="Arial" w:hAnsi="Arial" w:cs="Arial"/>
          <w:sz w:val="20"/>
          <w:szCs w:val="20"/>
          <w:lang w:val="en-IN"/>
        </w:rPr>
        <w:t xml:space="preserve">[9] Shilpa Ashok Jani, Rishit Soni, Hetal Patel, Brinda Prajapati and Gayatri Patel. “Screening, isolation and characterization of keratin degrading actinomycetes: </w:t>
      </w:r>
      <w:r w:rsidRPr="008A40A5">
        <w:rPr>
          <w:rFonts w:ascii="Arial" w:hAnsi="Arial" w:cs="Arial"/>
          <w:i/>
          <w:iCs/>
          <w:sz w:val="20"/>
          <w:szCs w:val="20"/>
          <w:lang w:val="en-IN"/>
        </w:rPr>
        <w:t>Streptomyces</w:t>
      </w:r>
      <w:r w:rsidRPr="008A40A5">
        <w:rPr>
          <w:rFonts w:ascii="Arial" w:hAnsi="Arial" w:cs="Arial"/>
          <w:sz w:val="20"/>
          <w:szCs w:val="20"/>
          <w:lang w:val="en-IN"/>
        </w:rPr>
        <w:t xml:space="preserve"> sp. and </w:t>
      </w:r>
      <w:r w:rsidRPr="008A40A5">
        <w:rPr>
          <w:rFonts w:ascii="Arial" w:hAnsi="Arial" w:cs="Arial"/>
          <w:i/>
          <w:iCs/>
          <w:sz w:val="20"/>
          <w:szCs w:val="20"/>
          <w:lang w:val="en-IN"/>
        </w:rPr>
        <w:t>Saccharothrix xinjiangensi</w:t>
      </w:r>
      <w:r w:rsidRPr="008A40A5">
        <w:rPr>
          <w:rFonts w:ascii="Arial" w:hAnsi="Arial" w:cs="Arial"/>
          <w:sz w:val="20"/>
          <w:szCs w:val="20"/>
          <w:lang w:val="en-IN"/>
        </w:rPr>
        <w:t xml:space="preserve"> and </w:t>
      </w:r>
      <w:r w:rsidR="00144536" w:rsidRPr="008A40A5">
        <w:rPr>
          <w:rFonts w:ascii="Arial" w:hAnsi="Arial" w:cs="Arial"/>
          <w:sz w:val="20"/>
          <w:szCs w:val="20"/>
          <w:lang w:val="en-IN"/>
        </w:rPr>
        <w:t>analysing</w:t>
      </w:r>
      <w:r w:rsidRPr="008A40A5">
        <w:rPr>
          <w:rFonts w:ascii="Arial" w:hAnsi="Arial" w:cs="Arial"/>
          <w:sz w:val="20"/>
          <w:szCs w:val="20"/>
          <w:lang w:val="en-IN"/>
        </w:rPr>
        <w:t xml:space="preserve"> their significance for production of keratinolytic protease and feed grade amino acids”. Int. J. Curr. Microbiol. App. Sci. 2014, vol 3(9), pp 940 - 955. </w:t>
      </w:r>
    </w:p>
    <w:p w:rsidR="0091262C" w:rsidRPr="008A40A5" w:rsidRDefault="00E929A9" w:rsidP="00E53FB4">
      <w:pPr>
        <w:jc w:val="both"/>
        <w:rPr>
          <w:rFonts w:ascii="Arial" w:hAnsi="Arial" w:cs="Arial"/>
          <w:sz w:val="20"/>
          <w:szCs w:val="20"/>
          <w:lang w:val="en-IN"/>
        </w:rPr>
      </w:pPr>
      <w:r w:rsidRPr="008A40A5">
        <w:rPr>
          <w:rFonts w:ascii="Arial" w:hAnsi="Arial" w:cs="Arial"/>
          <w:sz w:val="20"/>
          <w:szCs w:val="20"/>
          <w:lang w:val="en-IN"/>
        </w:rPr>
        <w:t xml:space="preserve">[10] Cao L., Tan H., Liu Y., Xue X., Zhou S., “Characterization of a new keratinolytic </w:t>
      </w:r>
      <w:r w:rsidRPr="008A40A5">
        <w:rPr>
          <w:rFonts w:ascii="Arial" w:hAnsi="Arial" w:cs="Arial"/>
          <w:i/>
          <w:iCs/>
          <w:sz w:val="20"/>
          <w:szCs w:val="20"/>
          <w:lang w:val="en-IN"/>
        </w:rPr>
        <w:t>Trichoderma atroviride</w:t>
      </w:r>
      <w:r w:rsidRPr="008A40A5">
        <w:rPr>
          <w:rFonts w:ascii="Arial" w:hAnsi="Arial" w:cs="Arial"/>
          <w:sz w:val="20"/>
          <w:szCs w:val="20"/>
          <w:lang w:val="en-IN"/>
        </w:rPr>
        <w:t xml:space="preserve"> strain F6 that</w:t>
      </w:r>
      <w:r w:rsidR="0091262C" w:rsidRPr="008A40A5">
        <w:rPr>
          <w:rFonts w:ascii="Arial" w:hAnsi="Arial" w:cs="Arial"/>
          <w:sz w:val="20"/>
          <w:szCs w:val="20"/>
          <w:lang w:val="en-IN"/>
        </w:rPr>
        <w:t>completely degrades native chicken feather”, The society for Applied Microbiology. Lett. Appl. Microbiol. 2008, vol 46, pp 389 -394. 70</w:t>
      </w:r>
      <w:r w:rsidR="00E53FB4" w:rsidRPr="008A40A5">
        <w:rPr>
          <w:rFonts w:ascii="Arial" w:hAnsi="Arial" w:cs="Arial"/>
          <w:sz w:val="20"/>
          <w:szCs w:val="20"/>
          <w:lang w:val="en-IN"/>
        </w:rPr>
        <w:t>.</w:t>
      </w:r>
    </w:p>
    <w:p w:rsidR="0091262C" w:rsidRPr="008A40A5" w:rsidRDefault="0091262C" w:rsidP="00E53FB4">
      <w:pPr>
        <w:jc w:val="both"/>
        <w:rPr>
          <w:rFonts w:ascii="Arial" w:hAnsi="Arial" w:cs="Arial"/>
          <w:sz w:val="20"/>
          <w:szCs w:val="20"/>
          <w:lang w:val="en-IN"/>
        </w:rPr>
      </w:pPr>
      <w:r w:rsidRPr="008A40A5">
        <w:rPr>
          <w:rFonts w:ascii="Arial" w:hAnsi="Arial" w:cs="Arial"/>
          <w:sz w:val="20"/>
          <w:szCs w:val="20"/>
          <w:lang w:val="en-IN"/>
        </w:rPr>
        <w:t xml:space="preserve">[11] Gradisar H., Friedrich J., Krizaj I., Jerala R.; Similarities and specificities of fungal keratinolytic proteases: comparison of keratinases of </w:t>
      </w:r>
      <w:r w:rsidRPr="008A40A5">
        <w:rPr>
          <w:rFonts w:ascii="Arial" w:hAnsi="Arial" w:cs="Arial"/>
          <w:i/>
          <w:iCs/>
          <w:sz w:val="20"/>
          <w:szCs w:val="20"/>
          <w:lang w:val="en-IN"/>
        </w:rPr>
        <w:t>Paecilomyces marquandii</w:t>
      </w:r>
      <w:r w:rsidRPr="008A40A5">
        <w:rPr>
          <w:rFonts w:ascii="Arial" w:hAnsi="Arial" w:cs="Arial"/>
          <w:sz w:val="20"/>
          <w:szCs w:val="20"/>
          <w:lang w:val="en-IN"/>
        </w:rPr>
        <w:t xml:space="preserve"> and </w:t>
      </w:r>
      <w:r w:rsidRPr="008A40A5">
        <w:rPr>
          <w:rFonts w:ascii="Arial" w:hAnsi="Arial" w:cs="Arial"/>
          <w:i/>
          <w:iCs/>
          <w:sz w:val="20"/>
          <w:szCs w:val="20"/>
          <w:lang w:val="en-IN"/>
        </w:rPr>
        <w:t>Doratomyces microsporus</w:t>
      </w:r>
      <w:r w:rsidRPr="008A40A5">
        <w:rPr>
          <w:rFonts w:ascii="Arial" w:hAnsi="Arial" w:cs="Arial"/>
          <w:sz w:val="20"/>
          <w:szCs w:val="20"/>
          <w:lang w:val="en-IN"/>
        </w:rPr>
        <w:t xml:space="preserve"> to some known proteases, Appl. Environ. Microbiol. 2005, vol 71, pp 3420 -3426</w:t>
      </w:r>
      <w:r w:rsidR="00E53FB4" w:rsidRPr="008A40A5">
        <w:rPr>
          <w:rFonts w:ascii="Arial" w:hAnsi="Arial" w:cs="Arial"/>
          <w:sz w:val="20"/>
          <w:szCs w:val="20"/>
          <w:lang w:val="en-IN"/>
        </w:rPr>
        <w:t>.</w:t>
      </w:r>
    </w:p>
    <w:p w:rsidR="0091262C" w:rsidRPr="008A40A5" w:rsidRDefault="0091262C" w:rsidP="00E53FB4">
      <w:pPr>
        <w:jc w:val="both"/>
        <w:rPr>
          <w:rFonts w:ascii="Arial" w:hAnsi="Arial" w:cs="Arial"/>
          <w:sz w:val="20"/>
          <w:szCs w:val="20"/>
          <w:lang w:val="en-IN"/>
        </w:rPr>
      </w:pPr>
      <w:r w:rsidRPr="008A40A5">
        <w:rPr>
          <w:rFonts w:ascii="Arial" w:hAnsi="Arial" w:cs="Arial"/>
          <w:sz w:val="20"/>
          <w:szCs w:val="20"/>
          <w:lang w:val="en-IN"/>
        </w:rPr>
        <w:t xml:space="preserve">[12] Rodrigues N.M. Ledesma C.T., Cirena D.V. “New feather – degrading filamentous fungi”, Microb. Ecol. 2008, vol 56, pp 13 - 17. </w:t>
      </w:r>
    </w:p>
    <w:p w:rsidR="0091262C" w:rsidRPr="008A40A5" w:rsidRDefault="0091262C" w:rsidP="00E53FB4">
      <w:pPr>
        <w:jc w:val="both"/>
        <w:rPr>
          <w:rFonts w:ascii="Arial" w:hAnsi="Arial" w:cs="Arial"/>
          <w:sz w:val="20"/>
          <w:szCs w:val="20"/>
          <w:lang w:val="en-IN"/>
        </w:rPr>
      </w:pPr>
      <w:r w:rsidRPr="008A40A5">
        <w:rPr>
          <w:rFonts w:ascii="Arial" w:hAnsi="Arial" w:cs="Arial"/>
          <w:sz w:val="20"/>
          <w:szCs w:val="20"/>
          <w:lang w:val="en-IN"/>
        </w:rPr>
        <w:t xml:space="preserve">[13] Neetu Jain, Meenakshi Sharma. “Biodiversity of Keratinophilic Fungal Flora in University Campus, Jaipur, India”. Iranian J Publ Health, 2012, V ol. 41(11), pp.27 -33. </w:t>
      </w:r>
    </w:p>
    <w:p w:rsidR="0091262C" w:rsidRPr="008A40A5" w:rsidRDefault="0091262C" w:rsidP="00E53FB4">
      <w:pPr>
        <w:jc w:val="both"/>
        <w:rPr>
          <w:rFonts w:ascii="Arial" w:hAnsi="Arial" w:cs="Arial"/>
          <w:sz w:val="20"/>
          <w:szCs w:val="20"/>
          <w:lang w:val="en-IN"/>
        </w:rPr>
      </w:pPr>
      <w:r w:rsidRPr="008A40A5">
        <w:rPr>
          <w:rFonts w:ascii="Arial" w:hAnsi="Arial" w:cs="Arial"/>
          <w:sz w:val="20"/>
          <w:szCs w:val="20"/>
          <w:lang w:val="en-IN"/>
        </w:rPr>
        <w:t xml:space="preserve">[14] Tamilmani P. Umamaheswari A, Vinayagam A and Prakash B. “Production of extracellular feather degrading enzymes by </w:t>
      </w:r>
      <w:r w:rsidRPr="008A40A5">
        <w:rPr>
          <w:rFonts w:ascii="Arial" w:hAnsi="Arial" w:cs="Arial"/>
          <w:i/>
          <w:iCs/>
          <w:sz w:val="20"/>
          <w:szCs w:val="20"/>
          <w:lang w:val="en-IN"/>
        </w:rPr>
        <w:t>Bacillus licheniformis</w:t>
      </w:r>
      <w:r w:rsidRPr="008A40A5">
        <w:rPr>
          <w:rFonts w:ascii="Arial" w:hAnsi="Arial" w:cs="Arial"/>
          <w:sz w:val="20"/>
          <w:szCs w:val="20"/>
          <w:lang w:val="en-IN"/>
        </w:rPr>
        <w:t xml:space="preserve"> isolated from poultry farm soil in Namakal Distri</w:t>
      </w:r>
      <w:r w:rsidR="00E53FB4" w:rsidRPr="008A40A5">
        <w:rPr>
          <w:rFonts w:ascii="Arial" w:hAnsi="Arial" w:cs="Arial"/>
          <w:sz w:val="20"/>
          <w:szCs w:val="20"/>
          <w:lang w:val="en-IN"/>
        </w:rPr>
        <w:t>ct</w:t>
      </w:r>
      <w:r w:rsidRPr="008A40A5">
        <w:rPr>
          <w:rFonts w:ascii="Arial" w:hAnsi="Arial" w:cs="Arial"/>
          <w:sz w:val="20"/>
          <w:szCs w:val="20"/>
          <w:lang w:val="en-IN"/>
        </w:rPr>
        <w:t xml:space="preserve"> (Tamilnadu)”, International Journal of Poultry Science, 2008, vol 7 (2), p184 - 188. </w:t>
      </w:r>
    </w:p>
    <w:p w:rsidR="0091262C" w:rsidRPr="008A40A5" w:rsidRDefault="0091262C" w:rsidP="00E53FB4">
      <w:pPr>
        <w:jc w:val="both"/>
        <w:rPr>
          <w:rFonts w:ascii="Arial" w:hAnsi="Arial" w:cs="Arial"/>
          <w:sz w:val="20"/>
          <w:szCs w:val="20"/>
          <w:lang w:val="en-IN"/>
        </w:rPr>
      </w:pPr>
      <w:r w:rsidRPr="008A40A5">
        <w:rPr>
          <w:rFonts w:ascii="Arial" w:hAnsi="Arial" w:cs="Arial"/>
          <w:sz w:val="20"/>
          <w:szCs w:val="20"/>
          <w:lang w:val="en-IN"/>
        </w:rPr>
        <w:t xml:space="preserve">[15] Vigneshwaran C., Shanmuga S. and Satish kumar T. “screening and characterization of keratinase from </w:t>
      </w:r>
      <w:r w:rsidRPr="008A40A5">
        <w:rPr>
          <w:rFonts w:ascii="Arial" w:hAnsi="Arial" w:cs="Arial"/>
          <w:i/>
          <w:iCs/>
          <w:sz w:val="20"/>
          <w:szCs w:val="20"/>
          <w:lang w:val="en-IN"/>
        </w:rPr>
        <w:t>Bacillus licheniformis</w:t>
      </w:r>
      <w:r w:rsidRPr="008A40A5">
        <w:rPr>
          <w:rFonts w:ascii="Arial" w:hAnsi="Arial" w:cs="Arial"/>
          <w:sz w:val="20"/>
          <w:szCs w:val="20"/>
          <w:lang w:val="en-IN"/>
        </w:rPr>
        <w:t xml:space="preserve"> isolated from Namakkal poultry farm”. 2010, vol 2(4), pp 89-96.</w:t>
      </w:r>
    </w:p>
    <w:p w:rsidR="00607E16" w:rsidRPr="008A40A5" w:rsidRDefault="0091262C" w:rsidP="00E53FB4">
      <w:pPr>
        <w:jc w:val="both"/>
        <w:rPr>
          <w:rFonts w:ascii="Arial" w:hAnsi="Arial" w:cs="Arial"/>
          <w:color w:val="000000"/>
          <w:lang w:val="en-IN"/>
        </w:rPr>
      </w:pPr>
      <w:r w:rsidRPr="008A40A5">
        <w:rPr>
          <w:rFonts w:ascii="Arial" w:hAnsi="Arial" w:cs="Arial"/>
          <w:sz w:val="20"/>
          <w:szCs w:val="20"/>
          <w:lang w:val="en-IN"/>
        </w:rPr>
        <w:t xml:space="preserve"> [16]Verma, A., Singh, H., Anwar, S., Chattopadhyay, A., Tiwari, K. K., Kaur, S., et al. (2017). Microbial keratinases: industrial enzymes with waste management potential. Crit. Rev. Biotechnol. 37, 476 –491. doi: 10.1080/07388551.2016. 1185388</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[17] Viani, F. C., Santos, J. I. D., Paula, C. R., Larson, C. E., and Gambale, W. (2001). Production of extracellular enzymes by </w:t>
      </w:r>
      <w:r w:rsidRPr="008A40A5">
        <w:rPr>
          <w:rFonts w:ascii="Arial" w:hAnsi="Arial" w:cs="Arial"/>
          <w:i/>
          <w:iCs/>
          <w:sz w:val="20"/>
          <w:szCs w:val="20"/>
          <w:lang w:val="en-IN"/>
        </w:rPr>
        <w:t>Microsporum canis</w:t>
      </w:r>
      <w:r w:rsidRPr="008A40A5">
        <w:rPr>
          <w:rFonts w:ascii="Arial" w:hAnsi="Arial" w:cs="Arial"/>
          <w:sz w:val="20"/>
          <w:szCs w:val="20"/>
          <w:lang w:val="en-IN"/>
        </w:rPr>
        <w:t xml:space="preserve"> and their role in its virulence. Med. Mycol. 39, 463–468. doi: 10.1080/mmy.39.5.463.468.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[18] Wang, B., Yang, W., McKittrick, J., and Meyers, M. A. (2016). Keratin: structure, mechanical properties, occurrence in biological organisms, and efforts at bio - inspiration. Prog. Mater. Sci. 76, 229–318. doi:10.1016/j.pmatsci.2015.06.001.</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 [19] Iglesias MS, Sequeiros C, Garcia S, Olivera NL (2017) Newly isolated </w:t>
      </w:r>
      <w:r w:rsidRPr="008A40A5">
        <w:rPr>
          <w:rFonts w:ascii="Arial" w:hAnsi="Arial" w:cs="Arial"/>
          <w:i/>
          <w:iCs/>
          <w:sz w:val="20"/>
          <w:szCs w:val="20"/>
          <w:lang w:val="en-IN"/>
        </w:rPr>
        <w:t>Bacillus</w:t>
      </w:r>
      <w:r w:rsidRPr="008A40A5">
        <w:rPr>
          <w:rFonts w:ascii="Arial" w:hAnsi="Arial" w:cs="Arial"/>
          <w:sz w:val="20"/>
          <w:szCs w:val="20"/>
          <w:lang w:val="en-IN"/>
        </w:rPr>
        <w:t xml:space="preserve"> sp. G51 f rom Patagonian wool produces an enzyme combination suitable for felt-resist treatments of organic wool. Bioprocess Biosystems Eng 40:833 –842.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[20] Wang, Q., Zhao, X., Hu, Z., &amp; Zhang, X. (2020). Effects of carbon and nitrogen sources on keratinase production by a feather -degrading bacterium, </w:t>
      </w:r>
      <w:r w:rsidRPr="008A40A5">
        <w:rPr>
          <w:rFonts w:ascii="Arial" w:hAnsi="Arial" w:cs="Arial"/>
          <w:i/>
          <w:iCs/>
          <w:sz w:val="20"/>
          <w:szCs w:val="20"/>
          <w:lang w:val="en-IN"/>
        </w:rPr>
        <w:t>Bacillus amyloliquefaciens</w:t>
      </w:r>
      <w:r w:rsidRPr="008A40A5">
        <w:rPr>
          <w:rFonts w:ascii="Arial" w:hAnsi="Arial" w:cs="Arial"/>
          <w:sz w:val="20"/>
          <w:szCs w:val="20"/>
          <w:lang w:val="en-IN"/>
        </w:rPr>
        <w:t xml:space="preserve"> QY201. International Biodeterioration &amp; Biodegradation, 150, 104937.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lastRenderedPageBreak/>
        <w:t xml:space="preserve">[21] Suntornsuk, W. and L. Suntornsuk “Feather degradation by </w:t>
      </w:r>
      <w:r w:rsidRPr="008A40A5">
        <w:rPr>
          <w:rFonts w:ascii="Arial" w:hAnsi="Arial" w:cs="Arial"/>
          <w:i/>
          <w:iCs/>
          <w:sz w:val="20"/>
          <w:szCs w:val="20"/>
          <w:lang w:val="en-IN"/>
        </w:rPr>
        <w:t>Bacillus</w:t>
      </w:r>
      <w:r w:rsidRPr="008A40A5">
        <w:rPr>
          <w:rFonts w:ascii="Arial" w:hAnsi="Arial" w:cs="Arial"/>
          <w:sz w:val="20"/>
          <w:szCs w:val="20"/>
          <w:lang w:val="en-IN"/>
        </w:rPr>
        <w:t xml:space="preserve"> sp FK 46 in submerged Cultivation”. Bioresour</w:t>
      </w:r>
      <w:r w:rsidR="00E53FB4" w:rsidRPr="008A40A5">
        <w:rPr>
          <w:rFonts w:ascii="Arial" w:hAnsi="Arial" w:cs="Arial"/>
          <w:sz w:val="20"/>
          <w:szCs w:val="20"/>
          <w:lang w:val="en-IN"/>
        </w:rPr>
        <w:t>ce</w:t>
      </w:r>
      <w:r w:rsidRPr="008A40A5">
        <w:rPr>
          <w:rFonts w:ascii="Arial" w:hAnsi="Arial" w:cs="Arial"/>
          <w:sz w:val="20"/>
          <w:szCs w:val="20"/>
          <w:lang w:val="en-IN"/>
        </w:rPr>
        <w:t>. Technol.2003, vol 86, pp 239-243.</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 [22] Alexandre, J.M., O.B. Walter, G. Renata, D. David, P.H. Joao Antonio and T. Carlos “Novel keratinase from </w:t>
      </w:r>
      <w:r w:rsidRPr="008A40A5">
        <w:rPr>
          <w:rFonts w:ascii="Arial" w:hAnsi="Arial" w:cs="Arial"/>
          <w:i/>
          <w:iCs/>
          <w:sz w:val="20"/>
          <w:szCs w:val="20"/>
          <w:lang w:val="en-IN"/>
        </w:rPr>
        <w:t>Bacillus subtilis</w:t>
      </w:r>
      <w:r w:rsidRPr="008A40A5">
        <w:rPr>
          <w:rFonts w:ascii="Arial" w:hAnsi="Arial" w:cs="Arial"/>
          <w:sz w:val="20"/>
          <w:szCs w:val="20"/>
          <w:lang w:val="en-IN"/>
        </w:rPr>
        <w:t xml:space="preserve"> S14 exhibiting remarkable dehairing capabilities”. Appl. Environ. Microbiol., 2005, vol71, pp 594 -596.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[23] Sharma R. And Rajak R. C., “keratinophilic fungi: nature’s keratindegrading machines - their isolation, Identification and ecological role”, Resonance, 2003, vol 8, pp 28 -40.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[24] Femi -Ola, T. O., Akinbobola, O. S. and Oluwaniyi, T. T. Isolation and characterization of feather degrading bacteria from poultry soil. Agric. Bio. J.N.Am.2015,Vol 6(5), pp 146 -154.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[26] Brandelli A, et al. Bioconversion of keratin wastes using keratinolytic microorganisms: progress and prospective. Int J Mol Sci. 2022;23:2048031.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[27] El-Refai MA, Salem AA, El-Refai AM. Keratinolytic abilities of </w:t>
      </w:r>
      <w:r w:rsidRPr="008A40A5">
        <w:rPr>
          <w:rFonts w:ascii="Arial" w:hAnsi="Arial" w:cs="Arial"/>
          <w:i/>
          <w:iCs/>
          <w:sz w:val="20"/>
          <w:szCs w:val="20"/>
          <w:lang w:val="en-IN"/>
        </w:rPr>
        <w:t>Micrococcus luteus</w:t>
      </w:r>
      <w:r w:rsidRPr="008A40A5">
        <w:rPr>
          <w:rFonts w:ascii="Arial" w:hAnsi="Arial" w:cs="Arial"/>
          <w:sz w:val="20"/>
          <w:szCs w:val="20"/>
          <w:lang w:val="en-IN"/>
        </w:rPr>
        <w:t xml:space="preserve"> from poultry waste. World J Microbiol Biotechnol. 2015;31:1531-1540.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[29] Anonymous. Biodegradation of poultry feather waste by keratinase producing bacteria. Bioresource Technol Rep. 2021;15:100736.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[30] Mohanty S, et al. Efficient degradation of feather by keratinase producing </w:t>
      </w:r>
      <w:r w:rsidRPr="008A40A5">
        <w:rPr>
          <w:rFonts w:ascii="Arial" w:hAnsi="Arial" w:cs="Arial"/>
          <w:i/>
          <w:iCs/>
          <w:sz w:val="20"/>
          <w:szCs w:val="20"/>
          <w:lang w:val="en-IN"/>
        </w:rPr>
        <w:t>Bacillus</w:t>
      </w:r>
      <w:r w:rsidRPr="008A40A5">
        <w:rPr>
          <w:rFonts w:ascii="Arial" w:hAnsi="Arial" w:cs="Arial"/>
          <w:sz w:val="20"/>
          <w:szCs w:val="20"/>
          <w:lang w:val="en-IN"/>
        </w:rPr>
        <w:t xml:space="preserve"> sp. ISRN Microbiol. 2013:1-7.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[31] Anonymous. Transcriptomic and proteomic insights into feather keratin degradation by </w:t>
      </w:r>
      <w:r w:rsidRPr="008A40A5">
        <w:rPr>
          <w:rFonts w:ascii="Arial" w:hAnsi="Arial" w:cs="Arial"/>
          <w:i/>
          <w:iCs/>
          <w:sz w:val="20"/>
          <w:szCs w:val="20"/>
          <w:lang w:val="en-IN"/>
        </w:rPr>
        <w:t>Fervidobacterium</w:t>
      </w:r>
      <w:r w:rsidRPr="008A40A5">
        <w:rPr>
          <w:rFonts w:ascii="Arial" w:hAnsi="Arial" w:cs="Arial"/>
          <w:sz w:val="20"/>
          <w:szCs w:val="20"/>
          <w:lang w:val="en-IN"/>
        </w:rPr>
        <w:t xml:space="preserve">. Front Microbiol. 2025;16:1509937.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[32] Zerdani I, Ouaabou R, Ghazal H, Benhsaien I, El Rahali A, Barakate M, et al. Optimization of Keratinase Production by </w:t>
      </w:r>
      <w:r w:rsidRPr="008A40A5">
        <w:rPr>
          <w:rFonts w:ascii="Arial" w:hAnsi="Arial" w:cs="Arial"/>
          <w:i/>
          <w:iCs/>
          <w:sz w:val="20"/>
          <w:szCs w:val="20"/>
          <w:lang w:val="en-IN"/>
        </w:rPr>
        <w:t>Bacillus olironius</w:t>
      </w:r>
      <w:r w:rsidRPr="008A40A5">
        <w:rPr>
          <w:rFonts w:ascii="Arial" w:hAnsi="Arial" w:cs="Arial"/>
          <w:sz w:val="20"/>
          <w:szCs w:val="20"/>
          <w:lang w:val="en-IN"/>
        </w:rPr>
        <w:t xml:space="preserve"> Isolated from Poultry Farm Soil. Microbiology Journal. 2024;13(4):2381-2392.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[33] Park S, Lee T, Lee H, Lee S, Moon D, Kim S. Microbial Production of Keratinase from </w:t>
      </w:r>
      <w:r w:rsidRPr="008A40A5">
        <w:rPr>
          <w:rFonts w:ascii="Arial" w:hAnsi="Arial" w:cs="Arial"/>
          <w:i/>
          <w:iCs/>
          <w:sz w:val="20"/>
          <w:szCs w:val="20"/>
          <w:lang w:val="en-IN"/>
        </w:rPr>
        <w:t>Bacillus velezensis</w:t>
      </w:r>
      <w:r w:rsidRPr="008A40A5">
        <w:rPr>
          <w:rFonts w:ascii="Arial" w:hAnsi="Arial" w:cs="Arial"/>
          <w:sz w:val="20"/>
          <w:szCs w:val="20"/>
          <w:lang w:val="en-IN"/>
        </w:rPr>
        <w:t xml:space="preserve"> Strain Isolated from Poultry Soil. Journal of Microbial &amp; Biochemical Technology. 2024;16(2):91-98.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[34] Alamri SS, Subhan S, Alhazmi H, Mahfouz M, Hamed A, Ahmad A. Partial Purification and Characterization of a Keratinolytic Enzyme from </w:t>
      </w:r>
      <w:r w:rsidRPr="008A40A5">
        <w:rPr>
          <w:rFonts w:ascii="Arial" w:hAnsi="Arial" w:cs="Arial"/>
          <w:i/>
          <w:iCs/>
          <w:sz w:val="20"/>
          <w:szCs w:val="20"/>
          <w:lang w:val="en-IN"/>
        </w:rPr>
        <w:t>Psychrobacter pulmonis</w:t>
      </w:r>
      <w:r w:rsidRPr="008A40A5">
        <w:rPr>
          <w:rFonts w:ascii="Arial" w:hAnsi="Arial" w:cs="Arial"/>
          <w:sz w:val="20"/>
          <w:szCs w:val="20"/>
          <w:lang w:val="en-IN"/>
        </w:rPr>
        <w:t xml:space="preserve"> Isolated from Soil. Journal of Microbiology and Biotechnology. 2022;32(9):1395-1405. </w:t>
      </w:r>
    </w:p>
    <w:p w:rsidR="00607E16" w:rsidRPr="008A40A5" w:rsidRDefault="00607E16" w:rsidP="00E53FB4">
      <w:pPr>
        <w:jc w:val="both"/>
        <w:rPr>
          <w:rFonts w:ascii="Arial" w:hAnsi="Arial" w:cs="Arial"/>
          <w:sz w:val="20"/>
          <w:szCs w:val="20"/>
          <w:lang w:val="en-IN"/>
        </w:rPr>
      </w:pPr>
      <w:r w:rsidRPr="008A40A5">
        <w:rPr>
          <w:rFonts w:ascii="Arial" w:hAnsi="Arial" w:cs="Arial"/>
          <w:sz w:val="20"/>
          <w:szCs w:val="20"/>
          <w:lang w:val="en-IN"/>
        </w:rPr>
        <w:t xml:space="preserve">[35] Sultana M, Ahmad F, Ahmad A, Kumar A. Efficient Degradation of Feather by Keratinase Producing </w:t>
      </w:r>
      <w:r w:rsidRPr="008A40A5">
        <w:rPr>
          <w:rFonts w:ascii="Arial" w:hAnsi="Arial" w:cs="Arial"/>
          <w:i/>
          <w:iCs/>
          <w:sz w:val="20"/>
          <w:szCs w:val="20"/>
          <w:lang w:val="en-IN"/>
        </w:rPr>
        <w:t>Bacillus</w:t>
      </w:r>
      <w:r w:rsidRPr="008A40A5">
        <w:rPr>
          <w:rFonts w:ascii="Arial" w:hAnsi="Arial" w:cs="Arial"/>
          <w:sz w:val="20"/>
          <w:szCs w:val="20"/>
          <w:lang w:val="en-IN"/>
        </w:rPr>
        <w:t xml:space="preserve"> Species Isolated from Poultry Soil. International Biodeterioration &amp; Biodegradation. 2013;83:1-8. </w:t>
      </w:r>
    </w:p>
    <w:p w:rsidR="00E929A9" w:rsidRPr="005F34FA" w:rsidRDefault="00607E16" w:rsidP="00E53FB4">
      <w:pPr>
        <w:jc w:val="both"/>
        <w:rPr>
          <w:rFonts w:ascii="Arial" w:hAnsi="Arial" w:cs="Arial"/>
          <w:sz w:val="20"/>
          <w:szCs w:val="20"/>
        </w:rPr>
      </w:pPr>
      <w:r w:rsidRPr="008A40A5">
        <w:rPr>
          <w:rFonts w:ascii="Arial" w:hAnsi="Arial" w:cs="Arial"/>
          <w:sz w:val="20"/>
          <w:szCs w:val="20"/>
          <w:lang w:val="en-IN"/>
        </w:rPr>
        <w:t xml:space="preserve">[36] Vigneshwaran C, Shanmuga S, Satish Kumar T. Screening and Characterization of Keratinase from </w:t>
      </w:r>
      <w:r w:rsidRPr="008A40A5">
        <w:rPr>
          <w:rFonts w:ascii="Arial" w:hAnsi="Arial" w:cs="Arial"/>
          <w:i/>
          <w:iCs/>
          <w:sz w:val="20"/>
          <w:szCs w:val="20"/>
          <w:lang w:val="en-IN"/>
        </w:rPr>
        <w:t>Bacillus licheniformis</w:t>
      </w:r>
      <w:r w:rsidRPr="008A40A5">
        <w:rPr>
          <w:rFonts w:ascii="Arial" w:hAnsi="Arial" w:cs="Arial"/>
          <w:sz w:val="20"/>
          <w:szCs w:val="20"/>
          <w:lang w:val="en-IN"/>
        </w:rPr>
        <w:t xml:space="preserve"> Isolated from Namakkal Poultry Farm. International Journal of Poultry Science. 2010;9(8):773-778.</w:t>
      </w:r>
    </w:p>
    <w:sectPr w:rsidR="00E929A9" w:rsidRPr="005F34FA" w:rsidSect="00584328">
      <w:headerReference w:type="even" r:id="rId57"/>
      <w:headerReference w:type="default" r:id="rId58"/>
      <w:footerReference w:type="even" r:id="rId59"/>
      <w:footerReference w:type="default" r:id="rId60"/>
      <w:headerReference w:type="first" r:id="rId61"/>
      <w:footerReference w:type="first" r:id="rId62"/>
      <w:type w:val="continuous"/>
      <w:pgSz w:w="12240" w:h="15840" w:code="1"/>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8B9" w:rsidRDefault="002258B9" w:rsidP="00DB4837">
      <w:pPr>
        <w:spacing w:after="0" w:line="240" w:lineRule="auto"/>
      </w:pPr>
      <w:r>
        <w:separator/>
      </w:r>
    </w:p>
  </w:endnote>
  <w:endnote w:type="continuationSeparator" w:id="1">
    <w:p w:rsidR="002258B9" w:rsidRDefault="002258B9" w:rsidP="00DB48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049" w:rsidRDefault="00D660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479" w:rsidRDefault="00E352FB">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81" o:spid="_x0000_s1148" type="#_x0000_t202" style="position:absolute;margin-left:299.4pt;margin-top:743.7pt;width:16.3pt;height:13.05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" filled="f" stroked="f">
          <v:textbox inset="0,0,0,0">
            <w:txbxContent>
              <w:p w:rsidR="00CD5479" w:rsidRDefault="00CD5479">
                <w:pPr>
                  <w:spacing w:line="245" w:lineRule="exact"/>
                  <w:ind w:left="20"/>
                  <w:rPr>
                    <w:rFonts w:ascii="Calibri"/>
                  </w:rPr>
                </w:pPr>
                <w:r>
                  <w:rPr>
                    <w:rFonts w:ascii="Calibri"/>
                    <w:spacing w:val="-5"/>
                  </w:rPr>
                  <w:t>3</w:t>
                </w:r>
                <w:r w:rsidR="00E352FB">
                  <w:rPr>
                    <w:rFonts w:ascii="Calibri"/>
                    <w:spacing w:val="-5"/>
                  </w:rPr>
                  <w:fldChar w:fldCharType="begin"/>
                </w:r>
                <w:r>
                  <w:rPr>
                    <w:rFonts w:ascii="Calibri"/>
                    <w:spacing w:val="-5"/>
                  </w:rPr>
                  <w:instrText xml:space="preserve"> PAGE </w:instrText>
                </w:r>
                <w:r w:rsidR="00E352FB">
                  <w:rPr>
                    <w:rFonts w:ascii="Calibri"/>
                    <w:spacing w:val="-5"/>
                  </w:rPr>
                  <w:fldChar w:fldCharType="separate"/>
                </w:r>
                <w:r w:rsidR="00EF1CA9">
                  <w:rPr>
                    <w:rFonts w:ascii="Calibri"/>
                    <w:noProof/>
                    <w:spacing w:val="-5"/>
                  </w:rPr>
                  <w:t>14</w:t>
                </w:r>
                <w:r w:rsidR="00E352FB">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049" w:rsidRDefault="00D6604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5D9" w:rsidRDefault="009735D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837" w:rsidRPr="00120F22" w:rsidRDefault="00DB4837" w:rsidP="00120F2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F22" w:rsidRPr="00196665" w:rsidRDefault="00120F22" w:rsidP="001966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8B9" w:rsidRDefault="002258B9" w:rsidP="00DB4837">
      <w:pPr>
        <w:spacing w:after="0" w:line="240" w:lineRule="auto"/>
      </w:pPr>
      <w:r>
        <w:separator/>
      </w:r>
    </w:p>
  </w:footnote>
  <w:footnote w:type="continuationSeparator" w:id="1">
    <w:p w:rsidR="002258B9" w:rsidRDefault="002258B9" w:rsidP="00DB48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F9F" w:rsidRDefault="00802F9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049" w:rsidRDefault="00D66049">
    <w:pPr>
      <w:pStyle w:val="Header"/>
    </w:pPr>
  </w:p>
  <w:p w:rsidR="00802F9F" w:rsidRDefault="00802F9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F9F" w:rsidRDefault="00802F9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5D9" w:rsidRDefault="009735D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181033"/>
      <w:docPartObj>
        <w:docPartGallery w:val="Watermarks"/>
        <w:docPartUnique/>
      </w:docPartObj>
    </w:sdtPr>
    <w:sdtContent>
      <w:p w:rsidR="00AF7964" w:rsidRDefault="00E352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30364" o:spid="_x0000_s1052" type="#_x0000_t136" style="position:absolute;margin-left:0;margin-top:0;width:541.4pt;height:67.65pt;rotation:315;z-index:-25165824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sdtContent>
  </w:sdt>
  <w:p w:rsidR="00D66049" w:rsidRDefault="00D66049">
    <w:pPr>
      <w:pStyle w:val="Header"/>
    </w:pPr>
  </w:p>
  <w:p w:rsidR="009735D9" w:rsidRDefault="009735D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5D9" w:rsidRDefault="009735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1482775B"/>
    <w:multiLevelType w:val="multilevel"/>
    <w:tmpl w:val="90162EF4"/>
    <w:lvl w:ilvl="0">
      <w:start w:val="1"/>
      <w:numFmt w:val="decimal"/>
      <w:pStyle w:val="Heading1"/>
      <w:lvlText w:val="%1"/>
      <w:lvlJc w:val="left"/>
      <w:pPr>
        <w:ind w:left="432" w:hanging="432"/>
      </w:pPr>
      <w:rPr>
        <w:b/>
        <w:bCs w:val="0"/>
        <w:sz w:val="24"/>
        <w:szCs w:val="24"/>
      </w:rPr>
    </w:lvl>
    <w:lvl w:ilvl="1">
      <w:start w:val="1"/>
      <w:numFmt w:val="decimal"/>
      <w:pStyle w:val="Heading2"/>
      <w:lvlText w:val="%1.%2"/>
      <w:lvlJc w:val="left"/>
      <w:pPr>
        <w:ind w:left="576" w:hanging="576"/>
      </w:pPr>
      <w:rPr>
        <w:rFonts w:ascii="Arial" w:hAnsi="Arial" w:cs="Arial" w:hint="default"/>
        <w:b/>
        <w:bCs/>
        <w:sz w:val="22"/>
        <w:szCs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A8A3759"/>
    <w:multiLevelType w:val="hybridMultilevel"/>
    <w:tmpl w:val="34A2A94E"/>
    <w:lvl w:ilvl="0" w:tplc="A238E50E">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1" w:tplc="FAD2E88A">
      <w:numFmt w:val="bullet"/>
      <w:lvlText w:val="•"/>
      <w:lvlJc w:val="left"/>
      <w:pPr>
        <w:ind w:left="2412" w:hanging="360"/>
      </w:pPr>
      <w:rPr>
        <w:rFonts w:hint="default"/>
        <w:lang w:val="en-US" w:eastAsia="en-US" w:bidi="ar-SA"/>
      </w:rPr>
    </w:lvl>
    <w:lvl w:ilvl="2" w:tplc="74E296F6">
      <w:numFmt w:val="bullet"/>
      <w:lvlText w:val="•"/>
      <w:lvlJc w:val="left"/>
      <w:pPr>
        <w:ind w:left="3384" w:hanging="360"/>
      </w:pPr>
      <w:rPr>
        <w:rFonts w:hint="default"/>
        <w:lang w:val="en-US" w:eastAsia="en-US" w:bidi="ar-SA"/>
      </w:rPr>
    </w:lvl>
    <w:lvl w:ilvl="3" w:tplc="00CA7C5C">
      <w:numFmt w:val="bullet"/>
      <w:lvlText w:val="•"/>
      <w:lvlJc w:val="left"/>
      <w:pPr>
        <w:ind w:left="4356" w:hanging="360"/>
      </w:pPr>
      <w:rPr>
        <w:rFonts w:hint="default"/>
        <w:lang w:val="en-US" w:eastAsia="en-US" w:bidi="ar-SA"/>
      </w:rPr>
    </w:lvl>
    <w:lvl w:ilvl="4" w:tplc="59127B8A">
      <w:numFmt w:val="bullet"/>
      <w:lvlText w:val="•"/>
      <w:lvlJc w:val="left"/>
      <w:pPr>
        <w:ind w:left="5328" w:hanging="360"/>
      </w:pPr>
      <w:rPr>
        <w:rFonts w:hint="default"/>
        <w:lang w:val="en-US" w:eastAsia="en-US" w:bidi="ar-SA"/>
      </w:rPr>
    </w:lvl>
    <w:lvl w:ilvl="5" w:tplc="D9F87EE4">
      <w:numFmt w:val="bullet"/>
      <w:lvlText w:val="•"/>
      <w:lvlJc w:val="left"/>
      <w:pPr>
        <w:ind w:left="6300" w:hanging="360"/>
      </w:pPr>
      <w:rPr>
        <w:rFonts w:hint="default"/>
        <w:lang w:val="en-US" w:eastAsia="en-US" w:bidi="ar-SA"/>
      </w:rPr>
    </w:lvl>
    <w:lvl w:ilvl="6" w:tplc="93BE4444">
      <w:numFmt w:val="bullet"/>
      <w:lvlText w:val="•"/>
      <w:lvlJc w:val="left"/>
      <w:pPr>
        <w:ind w:left="7272" w:hanging="360"/>
      </w:pPr>
      <w:rPr>
        <w:rFonts w:hint="default"/>
        <w:lang w:val="en-US" w:eastAsia="en-US" w:bidi="ar-SA"/>
      </w:rPr>
    </w:lvl>
    <w:lvl w:ilvl="7" w:tplc="73F4C796">
      <w:numFmt w:val="bullet"/>
      <w:lvlText w:val="•"/>
      <w:lvlJc w:val="left"/>
      <w:pPr>
        <w:ind w:left="8244" w:hanging="360"/>
      </w:pPr>
      <w:rPr>
        <w:rFonts w:hint="default"/>
        <w:lang w:val="en-US" w:eastAsia="en-US" w:bidi="ar-SA"/>
      </w:rPr>
    </w:lvl>
    <w:lvl w:ilvl="8" w:tplc="46B4B2E2">
      <w:numFmt w:val="bullet"/>
      <w:lvlText w:val="•"/>
      <w:lvlJc w:val="left"/>
      <w:pPr>
        <w:ind w:left="9216" w:hanging="360"/>
      </w:pPr>
      <w:rPr>
        <w:rFonts w:hint="default"/>
        <w:lang w:val="en-US" w:eastAsia="en-US" w:bidi="ar-SA"/>
      </w:rPr>
    </w:lvl>
  </w:abstractNum>
  <w:abstractNum w:abstractNumId="8">
    <w:nsid w:val="2B9646EC"/>
    <w:multiLevelType w:val="hybridMultilevel"/>
    <w:tmpl w:val="53A4123A"/>
    <w:lvl w:ilvl="0" w:tplc="D74AAAD4">
      <w:start w:val="1"/>
      <w:numFmt w:val="decimal"/>
      <w:lvlText w:val="%1."/>
      <w:lvlJc w:val="left"/>
      <w:pPr>
        <w:ind w:left="720" w:hanging="361"/>
      </w:pPr>
      <w:rPr>
        <w:rFonts w:ascii="Arial" w:eastAsia="Times New Roman" w:hAnsi="Arial" w:cs="Arial" w:hint="default"/>
        <w:b/>
        <w:bCs/>
        <w:i w:val="0"/>
        <w:iCs w:val="0"/>
        <w:color w:val="1F1F1F"/>
        <w:spacing w:val="0"/>
        <w:w w:val="100"/>
        <w:sz w:val="20"/>
        <w:szCs w:val="20"/>
        <w:lang w:val="en-US" w:eastAsia="en-US" w:bidi="ar-SA"/>
      </w:rPr>
    </w:lvl>
    <w:lvl w:ilvl="1" w:tplc="4009000B">
      <w:start w:val="1"/>
      <w:numFmt w:val="bullet"/>
      <w:lvlText w:val=""/>
      <w:lvlJc w:val="left"/>
      <w:pPr>
        <w:ind w:left="719" w:hanging="360"/>
      </w:pPr>
      <w:rPr>
        <w:rFonts w:ascii="Wingdings" w:hAnsi="Wingdings" w:hint="default"/>
      </w:rPr>
    </w:lvl>
    <w:lvl w:ilvl="2" w:tplc="A5A405FA">
      <w:numFmt w:val="bullet"/>
      <w:lvlText w:val="•"/>
      <w:lvlJc w:val="left"/>
      <w:pPr>
        <w:ind w:left="2808" w:hanging="361"/>
      </w:pPr>
      <w:rPr>
        <w:rFonts w:hint="default"/>
        <w:lang w:val="en-US" w:eastAsia="en-US" w:bidi="ar-SA"/>
      </w:rPr>
    </w:lvl>
    <w:lvl w:ilvl="3" w:tplc="7FC412B6">
      <w:numFmt w:val="bullet"/>
      <w:lvlText w:val="•"/>
      <w:lvlJc w:val="left"/>
      <w:pPr>
        <w:ind w:left="3852" w:hanging="361"/>
      </w:pPr>
      <w:rPr>
        <w:rFonts w:hint="default"/>
        <w:lang w:val="en-US" w:eastAsia="en-US" w:bidi="ar-SA"/>
      </w:rPr>
    </w:lvl>
    <w:lvl w:ilvl="4" w:tplc="35B8503E">
      <w:numFmt w:val="bullet"/>
      <w:lvlText w:val="•"/>
      <w:lvlJc w:val="left"/>
      <w:pPr>
        <w:ind w:left="4896" w:hanging="361"/>
      </w:pPr>
      <w:rPr>
        <w:rFonts w:hint="default"/>
        <w:lang w:val="en-US" w:eastAsia="en-US" w:bidi="ar-SA"/>
      </w:rPr>
    </w:lvl>
    <w:lvl w:ilvl="5" w:tplc="C89EE944">
      <w:numFmt w:val="bullet"/>
      <w:lvlText w:val="•"/>
      <w:lvlJc w:val="left"/>
      <w:pPr>
        <w:ind w:left="5940" w:hanging="361"/>
      </w:pPr>
      <w:rPr>
        <w:rFonts w:hint="default"/>
        <w:lang w:val="en-US" w:eastAsia="en-US" w:bidi="ar-SA"/>
      </w:rPr>
    </w:lvl>
    <w:lvl w:ilvl="6" w:tplc="958231CA">
      <w:numFmt w:val="bullet"/>
      <w:lvlText w:val="•"/>
      <w:lvlJc w:val="left"/>
      <w:pPr>
        <w:ind w:left="6984" w:hanging="361"/>
      </w:pPr>
      <w:rPr>
        <w:rFonts w:hint="default"/>
        <w:lang w:val="en-US" w:eastAsia="en-US" w:bidi="ar-SA"/>
      </w:rPr>
    </w:lvl>
    <w:lvl w:ilvl="7" w:tplc="613480BA">
      <w:numFmt w:val="bullet"/>
      <w:lvlText w:val="•"/>
      <w:lvlJc w:val="left"/>
      <w:pPr>
        <w:ind w:left="8028" w:hanging="361"/>
      </w:pPr>
      <w:rPr>
        <w:rFonts w:hint="default"/>
        <w:lang w:val="en-US" w:eastAsia="en-US" w:bidi="ar-SA"/>
      </w:rPr>
    </w:lvl>
    <w:lvl w:ilvl="8" w:tplc="03F29ED6">
      <w:numFmt w:val="bullet"/>
      <w:lvlText w:val="•"/>
      <w:lvlJc w:val="left"/>
      <w:pPr>
        <w:ind w:left="9072" w:hanging="361"/>
      </w:pPr>
      <w:rPr>
        <w:rFonts w:hint="default"/>
        <w:lang w:val="en-US" w:eastAsia="en-US" w:bidi="ar-SA"/>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 w:numId="8">
    <w:abstractNumId w:val="7"/>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8194"/>
    <o:shapelayout v:ext="edit">
      <o:idmap v:ext="edit" data="1"/>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xsDAyNzAzMzcyNjUzMTRU0lEKTi0uzszPAykwrAUAIuMTQSwAAAA="/>
  </w:docVars>
  <w:rsids>
    <w:rsidRoot w:val="00B47730"/>
    <w:rsid w:val="00014841"/>
    <w:rsid w:val="00017CC3"/>
    <w:rsid w:val="00034616"/>
    <w:rsid w:val="00037297"/>
    <w:rsid w:val="00040B71"/>
    <w:rsid w:val="000504A0"/>
    <w:rsid w:val="0006063C"/>
    <w:rsid w:val="000C465F"/>
    <w:rsid w:val="000C61E6"/>
    <w:rsid w:val="000D74D4"/>
    <w:rsid w:val="000F35F0"/>
    <w:rsid w:val="000F7488"/>
    <w:rsid w:val="00101DD1"/>
    <w:rsid w:val="00113824"/>
    <w:rsid w:val="00120F22"/>
    <w:rsid w:val="0012306C"/>
    <w:rsid w:val="001303D8"/>
    <w:rsid w:val="001332D6"/>
    <w:rsid w:val="00144536"/>
    <w:rsid w:val="0015074B"/>
    <w:rsid w:val="0018079D"/>
    <w:rsid w:val="00185F86"/>
    <w:rsid w:val="001931FF"/>
    <w:rsid w:val="00195546"/>
    <w:rsid w:val="00196665"/>
    <w:rsid w:val="001B6BB5"/>
    <w:rsid w:val="001E0947"/>
    <w:rsid w:val="00202E5B"/>
    <w:rsid w:val="002069F6"/>
    <w:rsid w:val="002258B9"/>
    <w:rsid w:val="0023585A"/>
    <w:rsid w:val="0023596F"/>
    <w:rsid w:val="00262342"/>
    <w:rsid w:val="002776F8"/>
    <w:rsid w:val="0029639D"/>
    <w:rsid w:val="00297786"/>
    <w:rsid w:val="002A40BB"/>
    <w:rsid w:val="002C26B0"/>
    <w:rsid w:val="002C4A2B"/>
    <w:rsid w:val="002E450B"/>
    <w:rsid w:val="002E7AE1"/>
    <w:rsid w:val="002F1FEB"/>
    <w:rsid w:val="00326F90"/>
    <w:rsid w:val="003318EE"/>
    <w:rsid w:val="00333E16"/>
    <w:rsid w:val="0034493E"/>
    <w:rsid w:val="00350EEE"/>
    <w:rsid w:val="0036165D"/>
    <w:rsid w:val="00361E12"/>
    <w:rsid w:val="003B5E37"/>
    <w:rsid w:val="003F05C5"/>
    <w:rsid w:val="003F3E09"/>
    <w:rsid w:val="00415B03"/>
    <w:rsid w:val="00466823"/>
    <w:rsid w:val="00475224"/>
    <w:rsid w:val="004A04B9"/>
    <w:rsid w:val="004B07DA"/>
    <w:rsid w:val="004C3390"/>
    <w:rsid w:val="004D0D2F"/>
    <w:rsid w:val="004F0367"/>
    <w:rsid w:val="0051496C"/>
    <w:rsid w:val="00522271"/>
    <w:rsid w:val="0053095D"/>
    <w:rsid w:val="00544FFB"/>
    <w:rsid w:val="0055083C"/>
    <w:rsid w:val="0057191E"/>
    <w:rsid w:val="00584328"/>
    <w:rsid w:val="00595680"/>
    <w:rsid w:val="005F34FA"/>
    <w:rsid w:val="00604FCC"/>
    <w:rsid w:val="00607E16"/>
    <w:rsid w:val="00614AAF"/>
    <w:rsid w:val="006219B2"/>
    <w:rsid w:val="006306A1"/>
    <w:rsid w:val="00666551"/>
    <w:rsid w:val="006972C4"/>
    <w:rsid w:val="006A40A0"/>
    <w:rsid w:val="006D7B56"/>
    <w:rsid w:val="006E789D"/>
    <w:rsid w:val="007053A0"/>
    <w:rsid w:val="0075193F"/>
    <w:rsid w:val="007721D0"/>
    <w:rsid w:val="00777CEC"/>
    <w:rsid w:val="007A5FF1"/>
    <w:rsid w:val="007C29FA"/>
    <w:rsid w:val="007C5AB9"/>
    <w:rsid w:val="007E14D3"/>
    <w:rsid w:val="00802F9F"/>
    <w:rsid w:val="0081037F"/>
    <w:rsid w:val="00832DE3"/>
    <w:rsid w:val="00862869"/>
    <w:rsid w:val="008901ED"/>
    <w:rsid w:val="008A1F45"/>
    <w:rsid w:val="008A40A5"/>
    <w:rsid w:val="008B2F27"/>
    <w:rsid w:val="008B736A"/>
    <w:rsid w:val="008D578B"/>
    <w:rsid w:val="008D6A6F"/>
    <w:rsid w:val="0091262C"/>
    <w:rsid w:val="00927B54"/>
    <w:rsid w:val="00943EF4"/>
    <w:rsid w:val="009563A8"/>
    <w:rsid w:val="009638CE"/>
    <w:rsid w:val="009735D9"/>
    <w:rsid w:val="00990C94"/>
    <w:rsid w:val="009B6EE8"/>
    <w:rsid w:val="009D6BE1"/>
    <w:rsid w:val="009D78D7"/>
    <w:rsid w:val="009E11B7"/>
    <w:rsid w:val="009F32E4"/>
    <w:rsid w:val="00A06CD4"/>
    <w:rsid w:val="00A8435D"/>
    <w:rsid w:val="00AA1D8D"/>
    <w:rsid w:val="00AD186F"/>
    <w:rsid w:val="00AF7964"/>
    <w:rsid w:val="00B01412"/>
    <w:rsid w:val="00B2642B"/>
    <w:rsid w:val="00B33388"/>
    <w:rsid w:val="00B47730"/>
    <w:rsid w:val="00B72EA8"/>
    <w:rsid w:val="00BA48EC"/>
    <w:rsid w:val="00BB12D1"/>
    <w:rsid w:val="00BC5DA4"/>
    <w:rsid w:val="00BD39E4"/>
    <w:rsid w:val="00BE2344"/>
    <w:rsid w:val="00BF64CF"/>
    <w:rsid w:val="00C165D0"/>
    <w:rsid w:val="00C23943"/>
    <w:rsid w:val="00C6697F"/>
    <w:rsid w:val="00C675EC"/>
    <w:rsid w:val="00C723C5"/>
    <w:rsid w:val="00C82C44"/>
    <w:rsid w:val="00C93A60"/>
    <w:rsid w:val="00CB0664"/>
    <w:rsid w:val="00CB523E"/>
    <w:rsid w:val="00CD5479"/>
    <w:rsid w:val="00CD692C"/>
    <w:rsid w:val="00CF45C8"/>
    <w:rsid w:val="00D0486A"/>
    <w:rsid w:val="00D42659"/>
    <w:rsid w:val="00D6144D"/>
    <w:rsid w:val="00D66049"/>
    <w:rsid w:val="00DA4B6A"/>
    <w:rsid w:val="00DB4837"/>
    <w:rsid w:val="00DC34E3"/>
    <w:rsid w:val="00DE37C8"/>
    <w:rsid w:val="00DF2BBD"/>
    <w:rsid w:val="00DF3CBC"/>
    <w:rsid w:val="00DF54FB"/>
    <w:rsid w:val="00DF5A03"/>
    <w:rsid w:val="00E1428B"/>
    <w:rsid w:val="00E352FB"/>
    <w:rsid w:val="00E402E5"/>
    <w:rsid w:val="00E52CAD"/>
    <w:rsid w:val="00E53FB4"/>
    <w:rsid w:val="00E60A76"/>
    <w:rsid w:val="00E929A9"/>
    <w:rsid w:val="00EB0013"/>
    <w:rsid w:val="00EB4ABC"/>
    <w:rsid w:val="00EE3A6F"/>
    <w:rsid w:val="00EF1CA9"/>
    <w:rsid w:val="00F20219"/>
    <w:rsid w:val="00F3296B"/>
    <w:rsid w:val="00F35E6A"/>
    <w:rsid w:val="00F423ED"/>
    <w:rsid w:val="00FB20C8"/>
    <w:rsid w:val="00FC693F"/>
    <w:rsid w:val="00FF35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96B"/>
  </w:style>
  <w:style w:type="paragraph" w:styleId="Heading1">
    <w:name w:val="heading 1"/>
    <w:basedOn w:val="Normal"/>
    <w:next w:val="Normal"/>
    <w:link w:val="Heading1Char"/>
    <w:uiPriority w:val="9"/>
    <w:qFormat/>
    <w:rsid w:val="00F3296B"/>
    <w:pPr>
      <w:keepNext/>
      <w:keepLines/>
      <w:numPr>
        <w:numId w:val="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F3296B"/>
    <w:pPr>
      <w:keepNext/>
      <w:keepLines/>
      <w:numPr>
        <w:ilvl w:val="1"/>
        <w:numId w:val="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F3296B"/>
    <w:pPr>
      <w:keepNext/>
      <w:keepLines/>
      <w:numPr>
        <w:ilvl w:val="2"/>
        <w:numId w:val="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F3296B"/>
    <w:pPr>
      <w:keepNext/>
      <w:keepLines/>
      <w:numPr>
        <w:ilvl w:val="3"/>
        <w:numId w:val="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3296B"/>
    <w:pPr>
      <w:keepNext/>
      <w:keepLines/>
      <w:numPr>
        <w:ilvl w:val="4"/>
        <w:numId w:val="7"/>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F3296B"/>
    <w:pPr>
      <w:keepNext/>
      <w:keepLines/>
      <w:numPr>
        <w:ilvl w:val="5"/>
        <w:numId w:val="7"/>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F3296B"/>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296B"/>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3296B"/>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3296B"/>
    <w:pPr>
      <w:spacing w:after="0" w:line="240" w:lineRule="auto"/>
    </w:pPr>
  </w:style>
  <w:style w:type="character" w:customStyle="1" w:styleId="Heading1Char">
    <w:name w:val="Heading 1 Char"/>
    <w:basedOn w:val="DefaultParagraphFont"/>
    <w:link w:val="Heading1"/>
    <w:uiPriority w:val="9"/>
    <w:rsid w:val="00F3296B"/>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F3296B"/>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F3296B"/>
    <w:rPr>
      <w:rFonts w:asciiTheme="majorHAnsi" w:eastAsiaTheme="majorEastAsia" w:hAnsiTheme="majorHAnsi" w:cstheme="majorBidi"/>
      <w:b/>
      <w:bCs/>
      <w:color w:val="000000" w:themeColor="text1"/>
    </w:rPr>
  </w:style>
  <w:style w:type="paragraph" w:styleId="Title">
    <w:name w:val="Title"/>
    <w:basedOn w:val="Normal"/>
    <w:next w:val="Normal"/>
    <w:link w:val="TitleChar"/>
    <w:uiPriority w:val="10"/>
    <w:qFormat/>
    <w:rsid w:val="00F3296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3296B"/>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3296B"/>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3296B"/>
    <w:rPr>
      <w:color w:val="5A5A5A" w:themeColor="text1" w:themeTint="A5"/>
      <w:spacing w:val="10"/>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1"/>
    <w:unhideWhenUsed/>
    <w:qFormat/>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3296B"/>
    <w:pPr>
      <w:spacing w:before="160"/>
      <w:ind w:left="720" w:right="720"/>
    </w:pPr>
    <w:rPr>
      <w:i/>
      <w:iCs/>
      <w:color w:val="000000" w:themeColor="text1"/>
    </w:rPr>
  </w:style>
  <w:style w:type="character" w:customStyle="1" w:styleId="QuoteChar">
    <w:name w:val="Quote Char"/>
    <w:basedOn w:val="DefaultParagraphFont"/>
    <w:link w:val="Quote"/>
    <w:uiPriority w:val="29"/>
    <w:rsid w:val="00F3296B"/>
    <w:rPr>
      <w:i/>
      <w:iCs/>
      <w:color w:val="000000" w:themeColor="text1"/>
    </w:rPr>
  </w:style>
  <w:style w:type="character" w:customStyle="1" w:styleId="Heading4Char">
    <w:name w:val="Heading 4 Char"/>
    <w:basedOn w:val="DefaultParagraphFont"/>
    <w:link w:val="Heading4"/>
    <w:uiPriority w:val="9"/>
    <w:semiHidden/>
    <w:rsid w:val="00F3296B"/>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3296B"/>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F3296B"/>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F329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329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3296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3296B"/>
    <w:pPr>
      <w:spacing w:after="200" w:line="240" w:lineRule="auto"/>
    </w:pPr>
    <w:rPr>
      <w:i/>
      <w:iCs/>
      <w:color w:val="1F497D" w:themeColor="text2"/>
      <w:sz w:val="18"/>
      <w:szCs w:val="18"/>
    </w:rPr>
  </w:style>
  <w:style w:type="character" w:styleId="Strong">
    <w:name w:val="Strong"/>
    <w:basedOn w:val="DefaultParagraphFont"/>
    <w:uiPriority w:val="22"/>
    <w:qFormat/>
    <w:rsid w:val="00F3296B"/>
    <w:rPr>
      <w:b/>
      <w:bCs/>
      <w:color w:val="000000" w:themeColor="text1"/>
    </w:rPr>
  </w:style>
  <w:style w:type="character" w:styleId="Emphasis">
    <w:name w:val="Emphasis"/>
    <w:basedOn w:val="DefaultParagraphFont"/>
    <w:uiPriority w:val="20"/>
    <w:qFormat/>
    <w:rsid w:val="00F3296B"/>
    <w:rPr>
      <w:i/>
      <w:iCs/>
      <w:color w:val="auto"/>
    </w:rPr>
  </w:style>
  <w:style w:type="paragraph" w:styleId="IntenseQuote">
    <w:name w:val="Intense Quote"/>
    <w:basedOn w:val="Normal"/>
    <w:next w:val="Normal"/>
    <w:link w:val="IntenseQuoteChar"/>
    <w:uiPriority w:val="30"/>
    <w:qFormat/>
    <w:rsid w:val="00F3296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3296B"/>
    <w:rPr>
      <w:color w:val="000000" w:themeColor="text1"/>
      <w:shd w:val="clear" w:color="auto" w:fill="F2F2F2" w:themeFill="background1" w:themeFillShade="F2"/>
    </w:rPr>
  </w:style>
  <w:style w:type="character" w:styleId="SubtleEmphasis">
    <w:name w:val="Subtle Emphasis"/>
    <w:basedOn w:val="DefaultParagraphFont"/>
    <w:uiPriority w:val="19"/>
    <w:qFormat/>
    <w:rsid w:val="00F3296B"/>
    <w:rPr>
      <w:i/>
      <w:iCs/>
      <w:color w:val="404040" w:themeColor="text1" w:themeTint="BF"/>
    </w:rPr>
  </w:style>
  <w:style w:type="character" w:styleId="IntenseEmphasis">
    <w:name w:val="Intense Emphasis"/>
    <w:basedOn w:val="DefaultParagraphFont"/>
    <w:uiPriority w:val="21"/>
    <w:qFormat/>
    <w:rsid w:val="00F3296B"/>
    <w:rPr>
      <w:b/>
      <w:bCs/>
      <w:i/>
      <w:iCs/>
      <w:caps/>
    </w:rPr>
  </w:style>
  <w:style w:type="character" w:styleId="SubtleReference">
    <w:name w:val="Subtle Reference"/>
    <w:basedOn w:val="DefaultParagraphFont"/>
    <w:uiPriority w:val="31"/>
    <w:qFormat/>
    <w:rsid w:val="00F3296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3296B"/>
    <w:rPr>
      <w:b/>
      <w:bCs/>
      <w:smallCaps/>
      <w:u w:val="single"/>
    </w:rPr>
  </w:style>
  <w:style w:type="character" w:styleId="BookTitle">
    <w:name w:val="Book Title"/>
    <w:basedOn w:val="DefaultParagraphFont"/>
    <w:uiPriority w:val="33"/>
    <w:qFormat/>
    <w:rsid w:val="00F3296B"/>
    <w:rPr>
      <w:b w:val="0"/>
      <w:bCs w:val="0"/>
      <w:smallCaps/>
      <w:spacing w:val="5"/>
    </w:rPr>
  </w:style>
  <w:style w:type="paragraph" w:styleId="TOCHeading">
    <w:name w:val="TOC Heading"/>
    <w:basedOn w:val="Heading1"/>
    <w:next w:val="Normal"/>
    <w:uiPriority w:val="39"/>
    <w:unhideWhenUsed/>
    <w:qFormat/>
    <w:rsid w:val="00F3296B"/>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F3296B"/>
    <w:pPr>
      <w:spacing w:after="100"/>
    </w:pPr>
  </w:style>
  <w:style w:type="character" w:styleId="Hyperlink">
    <w:name w:val="Hyperlink"/>
    <w:basedOn w:val="DefaultParagraphFont"/>
    <w:uiPriority w:val="99"/>
    <w:unhideWhenUsed/>
    <w:rsid w:val="00F3296B"/>
    <w:rPr>
      <w:color w:val="0000FF" w:themeColor="hyperlink"/>
      <w:u w:val="single"/>
    </w:rPr>
  </w:style>
  <w:style w:type="table" w:customStyle="1" w:styleId="PlainTable5">
    <w:name w:val="Plain Table 5"/>
    <w:basedOn w:val="TableNormal"/>
    <w:uiPriority w:val="99"/>
    <w:rsid w:val="009D78D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DefaultParagraphFont"/>
    <w:uiPriority w:val="99"/>
    <w:semiHidden/>
    <w:unhideWhenUsed/>
    <w:rsid w:val="00DB4837"/>
    <w:rPr>
      <w:color w:val="605E5C"/>
      <w:shd w:val="clear" w:color="auto" w:fill="E1DFDD"/>
    </w:rPr>
  </w:style>
  <w:style w:type="paragraph" w:customStyle="1" w:styleId="TableParagraph">
    <w:name w:val="Table Paragraph"/>
    <w:basedOn w:val="Normal"/>
    <w:uiPriority w:val="1"/>
    <w:qFormat/>
    <w:rsid w:val="00CD5479"/>
    <w:pPr>
      <w:widowControl w:val="0"/>
      <w:autoSpaceDE w:val="0"/>
      <w:autoSpaceDN w:val="0"/>
      <w:spacing w:after="0" w:line="275" w:lineRule="exact"/>
      <w:ind w:left="107"/>
    </w:pPr>
    <w:rPr>
      <w:rFonts w:ascii="Times New Roman" w:eastAsia="Times New Roman" w:hAnsi="Times New Roman" w:cs="Times New Roman"/>
    </w:rPr>
  </w:style>
  <w:style w:type="paragraph" w:customStyle="1" w:styleId="Default">
    <w:name w:val="Default"/>
    <w:rsid w:val="000C61E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C6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1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2.xml"/><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chart" Target="charts/chart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54" Type="http://schemas.openxmlformats.org/officeDocument/2006/relationships/chart" Target="charts/chart1.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2.xml"/><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6.jpeg"/><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3.xml"/><Relationship Id="rId52" Type="http://schemas.openxmlformats.org/officeDocument/2006/relationships/image" Target="media/image39.jpe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3.xml"/><Relationship Id="rId48" Type="http://schemas.openxmlformats.org/officeDocument/2006/relationships/image" Target="media/image35.jpeg"/><Relationship Id="rId56" Type="http://schemas.openxmlformats.org/officeDocument/2006/relationships/chart" Target="charts/chart3.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3.jpeg"/><Relationship Id="rId59"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Effect</a:t>
            </a:r>
            <a:r>
              <a:rPr lang="en-US" sz="1200" baseline="0"/>
              <a:t> of incubation time.</a:t>
            </a:r>
            <a:endParaRPr lang="en-US" sz="1200"/>
          </a:p>
        </c:rich>
      </c:tx>
      <c:spPr>
        <a:noFill/>
        <a:ln>
          <a:noFill/>
        </a:ln>
        <a:effectLst/>
      </c:spPr>
    </c:title>
    <c:plotArea>
      <c:layout/>
      <c:lineChart>
        <c:grouping val="stacked"/>
        <c:ser>
          <c:idx val="0"/>
          <c:order val="0"/>
          <c:tx>
            <c:strRef>
              <c:f>Sheet1!$B$1</c:f>
              <c:strCache>
                <c:ptCount val="1"/>
                <c:pt idx="0">
                  <c:v>S1</c:v>
                </c:pt>
              </c:strCache>
            </c:strRef>
          </c:tx>
          <c:spPr>
            <a:ln w="28575" cap="rnd">
              <a:solidFill>
                <a:schemeClr val="accent1"/>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Sheet1!$B$2:$B$9</c:f>
              <c:numCache>
                <c:formatCode>General</c:formatCode>
                <c:ptCount val="8"/>
                <c:pt idx="0">
                  <c:v>1.0000000000000005E-2</c:v>
                </c:pt>
                <c:pt idx="1">
                  <c:v>3.0000000000000002E-2</c:v>
                </c:pt>
                <c:pt idx="2">
                  <c:v>3.0000000000000002E-2</c:v>
                </c:pt>
                <c:pt idx="3">
                  <c:v>3.0000000000000002E-2</c:v>
                </c:pt>
                <c:pt idx="4">
                  <c:v>4.0000000000000022E-2</c:v>
                </c:pt>
                <c:pt idx="5">
                  <c:v>7.0000000000000021E-2</c:v>
                </c:pt>
                <c:pt idx="6">
                  <c:v>8.0000000000000043E-2</c:v>
                </c:pt>
                <c:pt idx="7">
                  <c:v>9.0000000000000024E-2</c:v>
                </c:pt>
              </c:numCache>
            </c:numRef>
          </c:val>
          <c:extLst xmlns:c16r2="http://schemas.microsoft.com/office/drawing/2015/06/chart">
            <c:ext xmlns:c16="http://schemas.microsoft.com/office/drawing/2014/chart" uri="{C3380CC4-5D6E-409C-BE32-E72D297353CC}">
              <c16:uniqueId val="{00000000-1ECB-4B59-954A-01606AD469C0}"/>
            </c:ext>
          </c:extLst>
        </c:ser>
        <c:ser>
          <c:idx val="1"/>
          <c:order val="1"/>
          <c:tx>
            <c:strRef>
              <c:f>Sheet1!$C$1</c:f>
              <c:strCache>
                <c:ptCount val="1"/>
                <c:pt idx="0">
                  <c:v>S2</c:v>
                </c:pt>
              </c:strCache>
            </c:strRef>
          </c:tx>
          <c:spPr>
            <a:ln w="28575" cap="rnd">
              <a:solidFill>
                <a:schemeClr val="accent2"/>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Sheet1!$C$2:$C$9</c:f>
              <c:numCache>
                <c:formatCode>General</c:formatCode>
                <c:ptCount val="8"/>
                <c:pt idx="0">
                  <c:v>1.0000000000000005E-2</c:v>
                </c:pt>
                <c:pt idx="1">
                  <c:v>4.0000000000000022E-2</c:v>
                </c:pt>
                <c:pt idx="2">
                  <c:v>6.0000000000000032E-2</c:v>
                </c:pt>
                <c:pt idx="3">
                  <c:v>7.0000000000000021E-2</c:v>
                </c:pt>
                <c:pt idx="4">
                  <c:v>8.0000000000000043E-2</c:v>
                </c:pt>
                <c:pt idx="5">
                  <c:v>6.0000000000000032E-2</c:v>
                </c:pt>
                <c:pt idx="6">
                  <c:v>0.05</c:v>
                </c:pt>
                <c:pt idx="7">
                  <c:v>3.0000000000000002E-2</c:v>
                </c:pt>
              </c:numCache>
            </c:numRef>
          </c:val>
          <c:extLst xmlns:c16r2="http://schemas.microsoft.com/office/drawing/2015/06/chart">
            <c:ext xmlns:c16="http://schemas.microsoft.com/office/drawing/2014/chart" uri="{C3380CC4-5D6E-409C-BE32-E72D297353CC}">
              <c16:uniqueId val="{00000001-1ECB-4B59-954A-01606AD469C0}"/>
            </c:ext>
          </c:extLst>
        </c:ser>
        <c:ser>
          <c:idx val="2"/>
          <c:order val="2"/>
          <c:tx>
            <c:strRef>
              <c:f>Sheet1!$D$1</c:f>
              <c:strCache>
                <c:ptCount val="1"/>
                <c:pt idx="0">
                  <c:v>S3</c:v>
                </c:pt>
              </c:strCache>
            </c:strRef>
          </c:tx>
          <c:spPr>
            <a:ln w="28575" cap="rnd">
              <a:solidFill>
                <a:schemeClr val="accent3"/>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Sheet1!$D$2:$D$9</c:f>
              <c:numCache>
                <c:formatCode>General</c:formatCode>
                <c:ptCount val="8"/>
                <c:pt idx="0">
                  <c:v>2.0000000000000011E-2</c:v>
                </c:pt>
                <c:pt idx="1">
                  <c:v>7.0000000000000021E-2</c:v>
                </c:pt>
                <c:pt idx="2">
                  <c:v>8.0000000000000043E-2</c:v>
                </c:pt>
                <c:pt idx="3">
                  <c:v>8.0000000000000043E-2</c:v>
                </c:pt>
                <c:pt idx="4">
                  <c:v>0.12000000000000002</c:v>
                </c:pt>
                <c:pt idx="5">
                  <c:v>0.12000000000000002</c:v>
                </c:pt>
                <c:pt idx="6">
                  <c:v>0.17</c:v>
                </c:pt>
                <c:pt idx="7">
                  <c:v>0.16</c:v>
                </c:pt>
              </c:numCache>
            </c:numRef>
          </c:val>
          <c:extLst xmlns:c16r2="http://schemas.microsoft.com/office/drawing/2015/06/chart">
            <c:ext xmlns:c16="http://schemas.microsoft.com/office/drawing/2014/chart" uri="{C3380CC4-5D6E-409C-BE32-E72D297353CC}">
              <c16:uniqueId val="{00000002-1ECB-4B59-954A-01606AD469C0}"/>
            </c:ext>
          </c:extLst>
        </c:ser>
        <c:ser>
          <c:idx val="3"/>
          <c:order val="3"/>
          <c:tx>
            <c:strRef>
              <c:f>Sheet1!$E$1</c:f>
              <c:strCache>
                <c:ptCount val="1"/>
                <c:pt idx="0">
                  <c:v>S4</c:v>
                </c:pt>
              </c:strCache>
            </c:strRef>
          </c:tx>
          <c:spPr>
            <a:ln w="28575" cap="rnd">
              <a:solidFill>
                <a:schemeClr val="accent4"/>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Sheet1!$E$2:$E$9</c:f>
              <c:numCache>
                <c:formatCode>General</c:formatCode>
                <c:ptCount val="8"/>
                <c:pt idx="0">
                  <c:v>1.0000000000000005E-2</c:v>
                </c:pt>
                <c:pt idx="1">
                  <c:v>3.0000000000000002E-2</c:v>
                </c:pt>
                <c:pt idx="2">
                  <c:v>3.0000000000000002E-2</c:v>
                </c:pt>
                <c:pt idx="3">
                  <c:v>0.05</c:v>
                </c:pt>
                <c:pt idx="4">
                  <c:v>0.14000000000000001</c:v>
                </c:pt>
                <c:pt idx="5">
                  <c:v>0.15000000000000016</c:v>
                </c:pt>
                <c:pt idx="6">
                  <c:v>0.21000000000000016</c:v>
                </c:pt>
                <c:pt idx="7">
                  <c:v>0.19</c:v>
                </c:pt>
              </c:numCache>
            </c:numRef>
          </c:val>
          <c:extLst xmlns:c16r2="http://schemas.microsoft.com/office/drawing/2015/06/chart">
            <c:ext xmlns:c16="http://schemas.microsoft.com/office/drawing/2014/chart" uri="{C3380CC4-5D6E-409C-BE32-E72D297353CC}">
              <c16:uniqueId val="{00000003-1ECB-4B59-954A-01606AD469C0}"/>
            </c:ext>
          </c:extLst>
        </c:ser>
        <c:ser>
          <c:idx val="4"/>
          <c:order val="4"/>
          <c:tx>
            <c:strRef>
              <c:f>Sheet1!$F$1</c:f>
              <c:strCache>
                <c:ptCount val="1"/>
                <c:pt idx="0">
                  <c:v>S5</c:v>
                </c:pt>
              </c:strCache>
            </c:strRef>
          </c:tx>
          <c:spPr>
            <a:ln w="28575" cap="rnd">
              <a:solidFill>
                <a:schemeClr val="accent5"/>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Sheet1!$F$2:$F$9</c:f>
              <c:numCache>
                <c:formatCode>General</c:formatCode>
                <c:ptCount val="8"/>
                <c:pt idx="0">
                  <c:v>1.0000000000000005E-2</c:v>
                </c:pt>
                <c:pt idx="1">
                  <c:v>2.0000000000000011E-2</c:v>
                </c:pt>
                <c:pt idx="2">
                  <c:v>0.1</c:v>
                </c:pt>
                <c:pt idx="3">
                  <c:v>4.0000000000000022E-2</c:v>
                </c:pt>
                <c:pt idx="4">
                  <c:v>4.0000000000000022E-2</c:v>
                </c:pt>
                <c:pt idx="5">
                  <c:v>7.0000000000000021E-2</c:v>
                </c:pt>
                <c:pt idx="6">
                  <c:v>8.0000000000000043E-2</c:v>
                </c:pt>
                <c:pt idx="7">
                  <c:v>6.0000000000000032E-2</c:v>
                </c:pt>
              </c:numCache>
            </c:numRef>
          </c:val>
          <c:extLst xmlns:c16r2="http://schemas.microsoft.com/office/drawing/2015/06/chart">
            <c:ext xmlns:c16="http://schemas.microsoft.com/office/drawing/2014/chart" uri="{C3380CC4-5D6E-409C-BE32-E72D297353CC}">
              <c16:uniqueId val="{00000004-1ECB-4B59-954A-01606AD469C0}"/>
            </c:ext>
          </c:extLst>
        </c:ser>
        <c:ser>
          <c:idx val="5"/>
          <c:order val="5"/>
          <c:tx>
            <c:strRef>
              <c:f>Sheet1!$G$1</c:f>
              <c:strCache>
                <c:ptCount val="1"/>
                <c:pt idx="0">
                  <c:v>C1</c:v>
                </c:pt>
              </c:strCache>
            </c:strRef>
          </c:tx>
          <c:spPr>
            <a:ln w="28575" cap="rnd">
              <a:solidFill>
                <a:schemeClr val="accent6"/>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Sheet1!$G$2:$G$9</c:f>
              <c:numCache>
                <c:formatCode>General</c:formatCode>
                <c:ptCount val="8"/>
                <c:pt idx="0">
                  <c:v>1.0000000000000005E-2</c:v>
                </c:pt>
                <c:pt idx="1">
                  <c:v>6.0000000000000032E-2</c:v>
                </c:pt>
                <c:pt idx="2">
                  <c:v>0.11</c:v>
                </c:pt>
                <c:pt idx="3">
                  <c:v>0.11</c:v>
                </c:pt>
                <c:pt idx="4">
                  <c:v>0.11</c:v>
                </c:pt>
                <c:pt idx="5">
                  <c:v>0.12000000000000002</c:v>
                </c:pt>
                <c:pt idx="6">
                  <c:v>0.13</c:v>
                </c:pt>
                <c:pt idx="7">
                  <c:v>0.1</c:v>
                </c:pt>
              </c:numCache>
            </c:numRef>
          </c:val>
          <c:extLst xmlns:c16r2="http://schemas.microsoft.com/office/drawing/2015/06/chart">
            <c:ext xmlns:c16="http://schemas.microsoft.com/office/drawing/2014/chart" uri="{C3380CC4-5D6E-409C-BE32-E72D297353CC}">
              <c16:uniqueId val="{00000005-1ECB-4B59-954A-01606AD469C0}"/>
            </c:ext>
          </c:extLst>
        </c:ser>
        <c:ser>
          <c:idx val="6"/>
          <c:order val="6"/>
          <c:tx>
            <c:strRef>
              <c:f>Sheet1!$H$1</c:f>
              <c:strCache>
                <c:ptCount val="1"/>
                <c:pt idx="0">
                  <c:v>C2</c:v>
                </c:pt>
              </c:strCache>
            </c:strRef>
          </c:tx>
          <c:spPr>
            <a:ln w="28575" cap="rnd">
              <a:solidFill>
                <a:schemeClr val="accent1">
                  <a:lumMod val="60000"/>
                </a:schemeClr>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Sheet1!$H$2:$H$9</c:f>
              <c:numCache>
                <c:formatCode>General</c:formatCode>
                <c:ptCount val="8"/>
                <c:pt idx="0">
                  <c:v>2.0000000000000011E-2</c:v>
                </c:pt>
                <c:pt idx="1">
                  <c:v>0.05</c:v>
                </c:pt>
                <c:pt idx="2">
                  <c:v>6.0000000000000032E-2</c:v>
                </c:pt>
                <c:pt idx="3">
                  <c:v>8.0000000000000043E-2</c:v>
                </c:pt>
                <c:pt idx="4">
                  <c:v>7.0000000000000021E-2</c:v>
                </c:pt>
                <c:pt idx="5">
                  <c:v>0.1</c:v>
                </c:pt>
                <c:pt idx="6">
                  <c:v>0.12000000000000002</c:v>
                </c:pt>
                <c:pt idx="7">
                  <c:v>9.0000000000000024E-2</c:v>
                </c:pt>
              </c:numCache>
            </c:numRef>
          </c:val>
          <c:extLst xmlns:c16r2="http://schemas.microsoft.com/office/drawing/2015/06/chart">
            <c:ext xmlns:c16="http://schemas.microsoft.com/office/drawing/2014/chart" uri="{C3380CC4-5D6E-409C-BE32-E72D297353CC}">
              <c16:uniqueId val="{00000006-1ECB-4B59-954A-01606AD469C0}"/>
            </c:ext>
          </c:extLst>
        </c:ser>
        <c:ser>
          <c:idx val="7"/>
          <c:order val="7"/>
          <c:tx>
            <c:strRef>
              <c:f>Sheet1!$I$1</c:f>
              <c:strCache>
                <c:ptCount val="1"/>
                <c:pt idx="0">
                  <c:v>C3</c:v>
                </c:pt>
              </c:strCache>
            </c:strRef>
          </c:tx>
          <c:spPr>
            <a:ln w="28575" cap="rnd">
              <a:solidFill>
                <a:schemeClr val="accent2">
                  <a:lumMod val="60000"/>
                </a:schemeClr>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Sheet1!$I$2:$I$9</c:f>
              <c:numCache>
                <c:formatCode>General</c:formatCode>
                <c:ptCount val="8"/>
                <c:pt idx="0">
                  <c:v>1.0000000000000005E-2</c:v>
                </c:pt>
                <c:pt idx="1">
                  <c:v>6.0000000000000032E-2</c:v>
                </c:pt>
                <c:pt idx="2">
                  <c:v>9.0000000000000024E-2</c:v>
                </c:pt>
                <c:pt idx="3">
                  <c:v>0.1</c:v>
                </c:pt>
                <c:pt idx="4">
                  <c:v>0.11</c:v>
                </c:pt>
                <c:pt idx="5">
                  <c:v>0.11</c:v>
                </c:pt>
                <c:pt idx="6">
                  <c:v>0.12000000000000002</c:v>
                </c:pt>
                <c:pt idx="7">
                  <c:v>9.0000000000000024E-2</c:v>
                </c:pt>
              </c:numCache>
            </c:numRef>
          </c:val>
          <c:extLst xmlns:c16r2="http://schemas.microsoft.com/office/drawing/2015/06/chart">
            <c:ext xmlns:c16="http://schemas.microsoft.com/office/drawing/2014/chart" uri="{C3380CC4-5D6E-409C-BE32-E72D297353CC}">
              <c16:uniqueId val="{00000007-1ECB-4B59-954A-01606AD469C0}"/>
            </c:ext>
          </c:extLst>
        </c:ser>
        <c:ser>
          <c:idx val="8"/>
          <c:order val="8"/>
          <c:tx>
            <c:strRef>
              <c:f>Sheet1!$J$1</c:f>
              <c:strCache>
                <c:ptCount val="1"/>
                <c:pt idx="0">
                  <c:v>C4</c:v>
                </c:pt>
              </c:strCache>
            </c:strRef>
          </c:tx>
          <c:spPr>
            <a:ln w="28575" cap="rnd">
              <a:solidFill>
                <a:schemeClr val="accent3">
                  <a:lumMod val="60000"/>
                </a:schemeClr>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Sheet1!$J$2:$J$9</c:f>
              <c:numCache>
                <c:formatCode>General</c:formatCode>
                <c:ptCount val="8"/>
                <c:pt idx="0">
                  <c:v>1.0000000000000005E-2</c:v>
                </c:pt>
                <c:pt idx="1">
                  <c:v>2.0000000000000011E-2</c:v>
                </c:pt>
                <c:pt idx="2">
                  <c:v>3.0000000000000002E-2</c:v>
                </c:pt>
                <c:pt idx="3">
                  <c:v>4.0000000000000022E-2</c:v>
                </c:pt>
                <c:pt idx="4">
                  <c:v>4.0000000000000022E-2</c:v>
                </c:pt>
                <c:pt idx="5">
                  <c:v>0.1</c:v>
                </c:pt>
                <c:pt idx="6">
                  <c:v>0.13</c:v>
                </c:pt>
                <c:pt idx="7">
                  <c:v>9.0000000000000024E-2</c:v>
                </c:pt>
              </c:numCache>
            </c:numRef>
          </c:val>
          <c:extLst xmlns:c16r2="http://schemas.microsoft.com/office/drawing/2015/06/chart">
            <c:ext xmlns:c16="http://schemas.microsoft.com/office/drawing/2014/chart" uri="{C3380CC4-5D6E-409C-BE32-E72D297353CC}">
              <c16:uniqueId val="{00000008-1ECB-4B59-954A-01606AD469C0}"/>
            </c:ext>
          </c:extLst>
        </c:ser>
        <c:marker val="1"/>
        <c:axId val="238516096"/>
        <c:axId val="238764032"/>
      </c:lineChart>
      <c:catAx>
        <c:axId val="23851609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Incubation</a:t>
                </a:r>
                <a:r>
                  <a:rPr lang="en-US" baseline="0"/>
                  <a:t> tim</a:t>
                </a:r>
                <a:r>
                  <a:rPr lang="en-US"/>
                  <a:t>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764032"/>
        <c:crosses val="autoZero"/>
        <c:auto val="1"/>
        <c:lblAlgn val="ctr"/>
        <c:lblOffset val="100"/>
      </c:catAx>
      <c:valAx>
        <c:axId val="2387640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a:t>
                </a:r>
                <a:r>
                  <a:rPr lang="en-US" baseline="0"/>
                  <a:t> at 600 nm</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516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3.5747879341169367E-2"/>
          <c:y val="0.88158727189980057"/>
          <c:w val="0.92850393700787404"/>
          <c:h val="9.941035280328676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Effect on Temperatures.</a:t>
            </a:r>
          </a:p>
        </c:rich>
      </c:tx>
      <c:spPr>
        <a:noFill/>
        <a:ln>
          <a:noFill/>
        </a:ln>
        <a:effectLst/>
      </c:spPr>
    </c:title>
    <c:plotArea>
      <c:layout>
        <c:manualLayout>
          <c:layoutTarget val="inner"/>
          <c:xMode val="edge"/>
          <c:yMode val="edge"/>
          <c:x val="8.8303356321767043E-2"/>
          <c:y val="0.11259795133431794"/>
          <c:w val="0.88778511632942436"/>
          <c:h val="0.38471635378576713"/>
        </c:manualLayout>
      </c:layout>
      <c:barChart>
        <c:barDir val="col"/>
        <c:grouping val="clustered"/>
        <c:ser>
          <c:idx val="0"/>
          <c:order val="0"/>
          <c:tx>
            <c:strRef>
              <c:f>Sheet1!$B$1</c:f>
              <c:strCache>
                <c:ptCount val="1"/>
                <c:pt idx="0">
                  <c:v>40</c:v>
                </c:pt>
              </c:strCache>
            </c:strRef>
          </c:tx>
          <c:spPr>
            <a:solidFill>
              <a:schemeClr val="accent1"/>
            </a:solidFill>
            <a:ln>
              <a:noFill/>
            </a:ln>
            <a:effectLst/>
          </c:spPr>
          <c:cat>
            <c:strRef>
              <c:f>Sheet1!$A$2:$A$13</c:f>
              <c:strCache>
                <c:ptCount val="12"/>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Sheet1!$B$2:$B$13</c:f>
              <c:numCache>
                <c:formatCode>General</c:formatCode>
                <c:ptCount val="12"/>
                <c:pt idx="1">
                  <c:v>28.463999999999974</c:v>
                </c:pt>
                <c:pt idx="2">
                  <c:v>22.08</c:v>
                </c:pt>
                <c:pt idx="3">
                  <c:v>15.55200000000001</c:v>
                </c:pt>
                <c:pt idx="4">
                  <c:v>20.04</c:v>
                </c:pt>
                <c:pt idx="5">
                  <c:v>19.632000000000001</c:v>
                </c:pt>
                <c:pt idx="6">
                  <c:v>17.04</c:v>
                </c:pt>
                <c:pt idx="7">
                  <c:v>21.552</c:v>
                </c:pt>
                <c:pt idx="8">
                  <c:v>17.279999999999987</c:v>
                </c:pt>
                <c:pt idx="9">
                  <c:v>16.751999999999999</c:v>
                </c:pt>
                <c:pt idx="10">
                  <c:v>17.352</c:v>
                </c:pt>
                <c:pt idx="11">
                  <c:v>17.567999999999987</c:v>
                </c:pt>
              </c:numCache>
            </c:numRef>
          </c:val>
          <c:extLst xmlns:c16r2="http://schemas.microsoft.com/office/drawing/2015/06/chart">
            <c:ext xmlns:c16="http://schemas.microsoft.com/office/drawing/2014/chart" uri="{C3380CC4-5D6E-409C-BE32-E72D297353CC}">
              <c16:uniqueId val="{00000000-3EA3-46EF-B4BD-FBAE97DDCBAE}"/>
            </c:ext>
          </c:extLst>
        </c:ser>
        <c:ser>
          <c:idx val="1"/>
          <c:order val="1"/>
          <c:tx>
            <c:strRef>
              <c:f>Sheet1!$C$1</c:f>
              <c:strCache>
                <c:ptCount val="1"/>
                <c:pt idx="0">
                  <c:v>50</c:v>
                </c:pt>
              </c:strCache>
            </c:strRef>
          </c:tx>
          <c:spPr>
            <a:solidFill>
              <a:schemeClr val="accent2"/>
            </a:solidFill>
            <a:ln>
              <a:noFill/>
            </a:ln>
            <a:effectLst/>
          </c:spPr>
          <c:cat>
            <c:strRef>
              <c:f>Sheet1!$A$2:$A$13</c:f>
              <c:strCache>
                <c:ptCount val="12"/>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Sheet1!$C$2:$C$13</c:f>
              <c:numCache>
                <c:formatCode>General</c:formatCode>
                <c:ptCount val="12"/>
                <c:pt idx="1">
                  <c:v>22.344000000000001</c:v>
                </c:pt>
                <c:pt idx="2">
                  <c:v>20.52</c:v>
                </c:pt>
                <c:pt idx="3">
                  <c:v>18.312000000000001</c:v>
                </c:pt>
                <c:pt idx="4">
                  <c:v>16.751999999999999</c:v>
                </c:pt>
                <c:pt idx="5">
                  <c:v>18.047999999999988</c:v>
                </c:pt>
                <c:pt idx="6">
                  <c:v>18.312000000000001</c:v>
                </c:pt>
                <c:pt idx="7">
                  <c:v>18.552</c:v>
                </c:pt>
                <c:pt idx="8">
                  <c:v>18.767999999999986</c:v>
                </c:pt>
                <c:pt idx="9">
                  <c:v>17.471999999999987</c:v>
                </c:pt>
                <c:pt idx="10">
                  <c:v>22.463999999999974</c:v>
                </c:pt>
                <c:pt idx="11">
                  <c:v>17.975999999999978</c:v>
                </c:pt>
              </c:numCache>
            </c:numRef>
          </c:val>
          <c:extLst xmlns:c16r2="http://schemas.microsoft.com/office/drawing/2015/06/chart">
            <c:ext xmlns:c16="http://schemas.microsoft.com/office/drawing/2014/chart" uri="{C3380CC4-5D6E-409C-BE32-E72D297353CC}">
              <c16:uniqueId val="{00000001-3EA3-46EF-B4BD-FBAE97DDCBAE}"/>
            </c:ext>
          </c:extLst>
        </c:ser>
        <c:ser>
          <c:idx val="2"/>
          <c:order val="2"/>
          <c:tx>
            <c:strRef>
              <c:f>Sheet1!$D$1</c:f>
              <c:strCache>
                <c:ptCount val="1"/>
                <c:pt idx="0">
                  <c:v>60</c:v>
                </c:pt>
              </c:strCache>
            </c:strRef>
          </c:tx>
          <c:spPr>
            <a:solidFill>
              <a:schemeClr val="accent3"/>
            </a:solidFill>
            <a:ln>
              <a:noFill/>
            </a:ln>
            <a:effectLst/>
          </c:spPr>
          <c:cat>
            <c:strRef>
              <c:f>Sheet1!$A$2:$A$13</c:f>
              <c:strCache>
                <c:ptCount val="12"/>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Sheet1!$D$2:$D$13</c:f>
              <c:numCache>
                <c:formatCode>General</c:formatCode>
                <c:ptCount val="12"/>
                <c:pt idx="1">
                  <c:v>25.896000000000001</c:v>
                </c:pt>
                <c:pt idx="2">
                  <c:v>23.04</c:v>
                </c:pt>
                <c:pt idx="3">
                  <c:v>17.495999999999974</c:v>
                </c:pt>
                <c:pt idx="4">
                  <c:v>21.287999999999986</c:v>
                </c:pt>
                <c:pt idx="5">
                  <c:v>23.567999999999987</c:v>
                </c:pt>
                <c:pt idx="6">
                  <c:v>16.967999999999989</c:v>
                </c:pt>
                <c:pt idx="7">
                  <c:v>20.495999999999974</c:v>
                </c:pt>
                <c:pt idx="8">
                  <c:v>20.712</c:v>
                </c:pt>
                <c:pt idx="9">
                  <c:v>18.916</c:v>
                </c:pt>
                <c:pt idx="10">
                  <c:v>20.687999999999999</c:v>
                </c:pt>
                <c:pt idx="11">
                  <c:v>17.324000000000005</c:v>
                </c:pt>
              </c:numCache>
            </c:numRef>
          </c:val>
          <c:extLst xmlns:c16r2="http://schemas.microsoft.com/office/drawing/2015/06/chart">
            <c:ext xmlns:c16="http://schemas.microsoft.com/office/drawing/2014/chart" uri="{C3380CC4-5D6E-409C-BE32-E72D297353CC}">
              <c16:uniqueId val="{00000002-3EA3-46EF-B4BD-FBAE97DDCBAE}"/>
            </c:ext>
          </c:extLst>
        </c:ser>
        <c:ser>
          <c:idx val="3"/>
          <c:order val="3"/>
          <c:tx>
            <c:strRef>
              <c:f>Sheet1!$E$1</c:f>
              <c:strCache>
                <c:ptCount val="1"/>
                <c:pt idx="0">
                  <c:v>70</c:v>
                </c:pt>
              </c:strCache>
            </c:strRef>
          </c:tx>
          <c:spPr>
            <a:solidFill>
              <a:schemeClr val="accent4"/>
            </a:solidFill>
            <a:ln>
              <a:noFill/>
            </a:ln>
            <a:effectLst/>
          </c:spPr>
          <c:cat>
            <c:strRef>
              <c:f>Sheet1!$A$2:$A$13</c:f>
              <c:strCache>
                <c:ptCount val="12"/>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Sheet1!$E$2:$E$13</c:f>
              <c:numCache>
                <c:formatCode>General</c:formatCode>
                <c:ptCount val="12"/>
                <c:pt idx="1">
                  <c:v>27.479999999999986</c:v>
                </c:pt>
                <c:pt idx="2">
                  <c:v>21.521999999999988</c:v>
                </c:pt>
                <c:pt idx="3">
                  <c:v>18.216000000000001</c:v>
                </c:pt>
                <c:pt idx="4">
                  <c:v>15.6</c:v>
                </c:pt>
                <c:pt idx="5">
                  <c:v>17.184000000000001</c:v>
                </c:pt>
                <c:pt idx="6">
                  <c:v>18.959999999999987</c:v>
                </c:pt>
                <c:pt idx="7">
                  <c:v>18.767999999999986</c:v>
                </c:pt>
                <c:pt idx="8">
                  <c:v>21.36</c:v>
                </c:pt>
                <c:pt idx="9">
                  <c:v>18.792000000000002</c:v>
                </c:pt>
                <c:pt idx="10">
                  <c:v>17.687999999999999</c:v>
                </c:pt>
                <c:pt idx="11">
                  <c:v>16.439999999999987</c:v>
                </c:pt>
              </c:numCache>
            </c:numRef>
          </c:val>
          <c:extLst xmlns:c16r2="http://schemas.microsoft.com/office/drawing/2015/06/chart">
            <c:ext xmlns:c16="http://schemas.microsoft.com/office/drawing/2014/chart" uri="{C3380CC4-5D6E-409C-BE32-E72D297353CC}">
              <c16:uniqueId val="{00000003-3EA3-46EF-B4BD-FBAE97DDCBAE}"/>
            </c:ext>
          </c:extLst>
        </c:ser>
        <c:ser>
          <c:idx val="4"/>
          <c:order val="4"/>
          <c:tx>
            <c:strRef>
              <c:f>Sheet1!$F$1</c:f>
              <c:strCache>
                <c:ptCount val="1"/>
                <c:pt idx="0">
                  <c:v>80</c:v>
                </c:pt>
              </c:strCache>
            </c:strRef>
          </c:tx>
          <c:spPr>
            <a:solidFill>
              <a:schemeClr val="accent5"/>
            </a:solidFill>
            <a:ln>
              <a:noFill/>
            </a:ln>
            <a:effectLst/>
          </c:spPr>
          <c:cat>
            <c:strRef>
              <c:f>Sheet1!$A$2:$A$13</c:f>
              <c:strCache>
                <c:ptCount val="12"/>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Sheet1!$F$2:$F$13</c:f>
              <c:numCache>
                <c:formatCode>General</c:formatCode>
                <c:ptCount val="12"/>
                <c:pt idx="1">
                  <c:v>24.479999999999986</c:v>
                </c:pt>
                <c:pt idx="2">
                  <c:v>22.247999999999987</c:v>
                </c:pt>
                <c:pt idx="3">
                  <c:v>18.096</c:v>
                </c:pt>
                <c:pt idx="4">
                  <c:v>19.007999999999999</c:v>
                </c:pt>
                <c:pt idx="5">
                  <c:v>20.16</c:v>
                </c:pt>
                <c:pt idx="6">
                  <c:v>22.2</c:v>
                </c:pt>
                <c:pt idx="7">
                  <c:v>22.919999999999987</c:v>
                </c:pt>
                <c:pt idx="8">
                  <c:v>20.352</c:v>
                </c:pt>
                <c:pt idx="9">
                  <c:v>19.728000000000002</c:v>
                </c:pt>
                <c:pt idx="10">
                  <c:v>22.8</c:v>
                </c:pt>
                <c:pt idx="11">
                  <c:v>21.744</c:v>
                </c:pt>
              </c:numCache>
            </c:numRef>
          </c:val>
          <c:extLst xmlns:c16r2="http://schemas.microsoft.com/office/drawing/2015/06/chart">
            <c:ext xmlns:c16="http://schemas.microsoft.com/office/drawing/2014/chart" uri="{C3380CC4-5D6E-409C-BE32-E72D297353CC}">
              <c16:uniqueId val="{00000004-3EA3-46EF-B4BD-FBAE97DDCBAE}"/>
            </c:ext>
          </c:extLst>
        </c:ser>
        <c:gapWidth val="219"/>
        <c:overlap val="-27"/>
        <c:axId val="247358208"/>
        <c:axId val="247360128"/>
      </c:barChart>
      <c:catAx>
        <c:axId val="24735820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Incubation Time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360128"/>
        <c:crosses val="autoZero"/>
        <c:auto val="1"/>
        <c:lblAlgn val="ctr"/>
        <c:lblOffset val="100"/>
      </c:catAx>
      <c:valAx>
        <c:axId val="2473601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358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Effect of pH</a:t>
            </a:r>
          </a:p>
        </c:rich>
      </c:tx>
      <c:spPr>
        <a:noFill/>
        <a:ln>
          <a:noFill/>
        </a:ln>
        <a:effectLst/>
      </c:spPr>
    </c:title>
    <c:plotArea>
      <c:layout>
        <c:manualLayout>
          <c:layoutTarget val="inner"/>
          <c:xMode val="edge"/>
          <c:yMode val="edge"/>
          <c:x val="9.6827007201023024E-2"/>
          <c:y val="0.12320086571457049"/>
          <c:w val="0.87966871929470436"/>
          <c:h val="0.39273255400037022"/>
        </c:manualLayout>
      </c:layout>
      <c:barChart>
        <c:barDir val="col"/>
        <c:grouping val="clustered"/>
        <c:ser>
          <c:idx val="0"/>
          <c:order val="0"/>
          <c:tx>
            <c:strRef>
              <c:f>Sheet1!$B$1</c:f>
              <c:strCache>
                <c:ptCount val="1"/>
              </c:strCache>
            </c:strRef>
          </c:tx>
          <c:spPr>
            <a:solidFill>
              <a:schemeClr val="accent1"/>
            </a:solidFill>
            <a:ln>
              <a:noFill/>
            </a:ln>
            <a:effectLst/>
          </c:spPr>
          <c:cat>
            <c:strRef>
              <c:f>Sheet1!$A$2:$A$13</c:f>
              <c:strCache>
                <c:ptCount val="12"/>
                <c:pt idx="0">
                  <c:v>pH</c:v>
                </c:pt>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Sheet1!$B$2:$B$13</c:f>
              <c:numCache>
                <c:formatCode>General</c:formatCode>
                <c:ptCount val="12"/>
                <c:pt idx="0">
                  <c:v>5</c:v>
                </c:pt>
                <c:pt idx="1">
                  <c:v>35.64</c:v>
                </c:pt>
                <c:pt idx="2">
                  <c:v>23.64</c:v>
                </c:pt>
                <c:pt idx="3">
                  <c:v>25.655999999999999</c:v>
                </c:pt>
                <c:pt idx="4">
                  <c:v>33.480000000000004</c:v>
                </c:pt>
                <c:pt idx="5">
                  <c:v>27.24</c:v>
                </c:pt>
                <c:pt idx="6">
                  <c:v>28.32</c:v>
                </c:pt>
                <c:pt idx="7">
                  <c:v>29.015999999999988</c:v>
                </c:pt>
                <c:pt idx="8">
                  <c:v>23.015999999999988</c:v>
                </c:pt>
                <c:pt idx="9">
                  <c:v>20.808</c:v>
                </c:pt>
                <c:pt idx="10">
                  <c:v>30.6</c:v>
                </c:pt>
                <c:pt idx="11">
                  <c:v>22.5</c:v>
                </c:pt>
              </c:numCache>
            </c:numRef>
          </c:val>
          <c:extLst xmlns:c16r2="http://schemas.microsoft.com/office/drawing/2015/06/chart">
            <c:ext xmlns:c16="http://schemas.microsoft.com/office/drawing/2014/chart" uri="{C3380CC4-5D6E-409C-BE32-E72D297353CC}">
              <c16:uniqueId val="{00000000-6008-4FF4-82C4-6846453DB177}"/>
            </c:ext>
          </c:extLst>
        </c:ser>
        <c:ser>
          <c:idx val="1"/>
          <c:order val="1"/>
          <c:tx>
            <c:strRef>
              <c:f>Sheet1!$C$1</c:f>
              <c:strCache>
                <c:ptCount val="1"/>
              </c:strCache>
            </c:strRef>
          </c:tx>
          <c:spPr>
            <a:solidFill>
              <a:schemeClr val="accent2"/>
            </a:solidFill>
            <a:ln>
              <a:noFill/>
            </a:ln>
            <a:effectLst/>
          </c:spPr>
          <c:cat>
            <c:strRef>
              <c:f>Sheet1!$A$2:$A$13</c:f>
              <c:strCache>
                <c:ptCount val="12"/>
                <c:pt idx="0">
                  <c:v>pH</c:v>
                </c:pt>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Sheet1!$C$2:$C$13</c:f>
              <c:numCache>
                <c:formatCode>General</c:formatCode>
                <c:ptCount val="12"/>
                <c:pt idx="0">
                  <c:v>6</c:v>
                </c:pt>
                <c:pt idx="1">
                  <c:v>20.808</c:v>
                </c:pt>
                <c:pt idx="2">
                  <c:v>14.568</c:v>
                </c:pt>
                <c:pt idx="3">
                  <c:v>15.96</c:v>
                </c:pt>
                <c:pt idx="4">
                  <c:v>17.495999999999974</c:v>
                </c:pt>
                <c:pt idx="5">
                  <c:v>17.471999999999987</c:v>
                </c:pt>
                <c:pt idx="6">
                  <c:v>16.247999999999987</c:v>
                </c:pt>
                <c:pt idx="7">
                  <c:v>14.736000000000001</c:v>
                </c:pt>
                <c:pt idx="8">
                  <c:v>17.087999999999987</c:v>
                </c:pt>
                <c:pt idx="9">
                  <c:v>15.84</c:v>
                </c:pt>
                <c:pt idx="10">
                  <c:v>17.760000000000002</c:v>
                </c:pt>
                <c:pt idx="11">
                  <c:v>15.768000000000001</c:v>
                </c:pt>
              </c:numCache>
            </c:numRef>
          </c:val>
          <c:extLst xmlns:c16r2="http://schemas.microsoft.com/office/drawing/2015/06/chart">
            <c:ext xmlns:c16="http://schemas.microsoft.com/office/drawing/2014/chart" uri="{C3380CC4-5D6E-409C-BE32-E72D297353CC}">
              <c16:uniqueId val="{00000001-6008-4FF4-82C4-6846453DB177}"/>
            </c:ext>
          </c:extLst>
        </c:ser>
        <c:ser>
          <c:idx val="2"/>
          <c:order val="2"/>
          <c:tx>
            <c:strRef>
              <c:f>Sheet1!$D$1</c:f>
              <c:strCache>
                <c:ptCount val="1"/>
              </c:strCache>
            </c:strRef>
          </c:tx>
          <c:spPr>
            <a:solidFill>
              <a:schemeClr val="accent3"/>
            </a:solidFill>
            <a:ln>
              <a:noFill/>
            </a:ln>
            <a:effectLst/>
          </c:spPr>
          <c:cat>
            <c:strRef>
              <c:f>Sheet1!$A$2:$A$13</c:f>
              <c:strCache>
                <c:ptCount val="12"/>
                <c:pt idx="0">
                  <c:v>pH</c:v>
                </c:pt>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Sheet1!$D$2:$D$13</c:f>
              <c:numCache>
                <c:formatCode>General</c:formatCode>
                <c:ptCount val="12"/>
                <c:pt idx="0">
                  <c:v>7</c:v>
                </c:pt>
                <c:pt idx="1">
                  <c:v>20.808</c:v>
                </c:pt>
                <c:pt idx="2">
                  <c:v>16.391999999999999</c:v>
                </c:pt>
                <c:pt idx="3">
                  <c:v>17.904</c:v>
                </c:pt>
                <c:pt idx="4">
                  <c:v>17.231999999999999</c:v>
                </c:pt>
                <c:pt idx="5">
                  <c:v>18.911999999999999</c:v>
                </c:pt>
                <c:pt idx="6">
                  <c:v>19.896000000000001</c:v>
                </c:pt>
                <c:pt idx="7">
                  <c:v>16.632000000000001</c:v>
                </c:pt>
                <c:pt idx="8">
                  <c:v>15.384</c:v>
                </c:pt>
                <c:pt idx="9">
                  <c:v>17.88</c:v>
                </c:pt>
                <c:pt idx="10">
                  <c:v>16.728000000000002</c:v>
                </c:pt>
                <c:pt idx="11">
                  <c:v>14.88</c:v>
                </c:pt>
              </c:numCache>
            </c:numRef>
          </c:val>
          <c:extLst xmlns:c16r2="http://schemas.microsoft.com/office/drawing/2015/06/chart">
            <c:ext xmlns:c16="http://schemas.microsoft.com/office/drawing/2014/chart" uri="{C3380CC4-5D6E-409C-BE32-E72D297353CC}">
              <c16:uniqueId val="{00000002-6008-4FF4-82C4-6846453DB177}"/>
            </c:ext>
          </c:extLst>
        </c:ser>
        <c:ser>
          <c:idx val="3"/>
          <c:order val="3"/>
          <c:tx>
            <c:strRef>
              <c:f>Sheet1!$E$1</c:f>
              <c:strCache>
                <c:ptCount val="1"/>
              </c:strCache>
            </c:strRef>
          </c:tx>
          <c:spPr>
            <a:solidFill>
              <a:schemeClr val="accent4"/>
            </a:solidFill>
            <a:ln>
              <a:noFill/>
            </a:ln>
            <a:effectLst/>
          </c:spPr>
          <c:cat>
            <c:strRef>
              <c:f>Sheet1!$A$2:$A$13</c:f>
              <c:strCache>
                <c:ptCount val="12"/>
                <c:pt idx="0">
                  <c:v>pH</c:v>
                </c:pt>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Sheet1!$E$2:$E$13</c:f>
              <c:numCache>
                <c:formatCode>General</c:formatCode>
                <c:ptCount val="12"/>
                <c:pt idx="0">
                  <c:v>8</c:v>
                </c:pt>
                <c:pt idx="1">
                  <c:v>24.84</c:v>
                </c:pt>
                <c:pt idx="2">
                  <c:v>17.376000000000001</c:v>
                </c:pt>
                <c:pt idx="3">
                  <c:v>17.808</c:v>
                </c:pt>
                <c:pt idx="4">
                  <c:v>16.344000000000001</c:v>
                </c:pt>
                <c:pt idx="5">
                  <c:v>17.015999999999988</c:v>
                </c:pt>
                <c:pt idx="6">
                  <c:v>16.943999999999978</c:v>
                </c:pt>
                <c:pt idx="7">
                  <c:v>17.832000000000001</c:v>
                </c:pt>
                <c:pt idx="8">
                  <c:v>16.058</c:v>
                </c:pt>
                <c:pt idx="9">
                  <c:v>16.128</c:v>
                </c:pt>
                <c:pt idx="10">
                  <c:v>14.976000000000004</c:v>
                </c:pt>
                <c:pt idx="11">
                  <c:v>15.408000000000001</c:v>
                </c:pt>
              </c:numCache>
            </c:numRef>
          </c:val>
          <c:extLst xmlns:c16r2="http://schemas.microsoft.com/office/drawing/2015/06/chart">
            <c:ext xmlns:c16="http://schemas.microsoft.com/office/drawing/2014/chart" uri="{C3380CC4-5D6E-409C-BE32-E72D297353CC}">
              <c16:uniqueId val="{00000003-6008-4FF4-82C4-6846453DB177}"/>
            </c:ext>
          </c:extLst>
        </c:ser>
        <c:ser>
          <c:idx val="4"/>
          <c:order val="4"/>
          <c:tx>
            <c:strRef>
              <c:f>Sheet1!$F$1</c:f>
              <c:strCache>
                <c:ptCount val="1"/>
              </c:strCache>
            </c:strRef>
          </c:tx>
          <c:spPr>
            <a:solidFill>
              <a:schemeClr val="accent5"/>
            </a:solidFill>
            <a:ln>
              <a:noFill/>
            </a:ln>
            <a:effectLst/>
          </c:spPr>
          <c:cat>
            <c:strRef>
              <c:f>Sheet1!$A$2:$A$13</c:f>
              <c:strCache>
                <c:ptCount val="12"/>
                <c:pt idx="0">
                  <c:v>pH</c:v>
                </c:pt>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Sheet1!$F$2:$F$13</c:f>
              <c:numCache>
                <c:formatCode>General</c:formatCode>
                <c:ptCount val="12"/>
                <c:pt idx="0">
                  <c:v>9</c:v>
                </c:pt>
                <c:pt idx="1">
                  <c:v>16.920000000000002</c:v>
                </c:pt>
                <c:pt idx="2">
                  <c:v>14.184000000000001</c:v>
                </c:pt>
                <c:pt idx="3">
                  <c:v>14.256</c:v>
                </c:pt>
                <c:pt idx="4">
                  <c:v>15.48</c:v>
                </c:pt>
                <c:pt idx="5">
                  <c:v>16.728000000000002</c:v>
                </c:pt>
                <c:pt idx="6">
                  <c:v>17.712</c:v>
                </c:pt>
                <c:pt idx="7">
                  <c:v>15.888</c:v>
                </c:pt>
                <c:pt idx="8">
                  <c:v>14.736000000000001</c:v>
                </c:pt>
                <c:pt idx="9">
                  <c:v>15.45600000000001</c:v>
                </c:pt>
                <c:pt idx="10">
                  <c:v>16.079999999999988</c:v>
                </c:pt>
                <c:pt idx="11">
                  <c:v>15.84</c:v>
                </c:pt>
              </c:numCache>
            </c:numRef>
          </c:val>
          <c:extLst xmlns:c16r2="http://schemas.microsoft.com/office/drawing/2015/06/chart">
            <c:ext xmlns:c16="http://schemas.microsoft.com/office/drawing/2014/chart" uri="{C3380CC4-5D6E-409C-BE32-E72D297353CC}">
              <c16:uniqueId val="{00000004-6008-4FF4-82C4-6846453DB177}"/>
            </c:ext>
          </c:extLst>
        </c:ser>
        <c:axId val="238488576"/>
        <c:axId val="238797952"/>
      </c:barChart>
      <c:catAx>
        <c:axId val="2384885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 range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797952"/>
        <c:crosses val="autoZero"/>
        <c:auto val="1"/>
        <c:lblAlgn val="ctr"/>
        <c:lblOffset val="100"/>
      </c:catAx>
      <c:valAx>
        <c:axId val="2387979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Keratinase</a:t>
                </a:r>
                <a:r>
                  <a:rPr lang="en-US" baseline="0"/>
                  <a:t> enzyme  activity U/ml/min.</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488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037A6-2F79-4325-B775-B6E3D1139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6214</TotalTime>
  <Pages>29</Pages>
  <Words>6732</Words>
  <Characters>38377</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45019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108</cp:revision>
  <dcterms:created xsi:type="dcterms:W3CDTF">2025-11-12T16:23:00Z</dcterms:created>
  <dcterms:modified xsi:type="dcterms:W3CDTF">2025-12-19T08:21:00Z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c7fb0281-72eb-4710-8169-f97836d4673e</vt:lpwstr>
  </property>
</Properties>
</file>