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0EEA5" w14:textId="77777777" w:rsidR="00C723C5" w:rsidRPr="00584328" w:rsidRDefault="00C723C5" w:rsidP="00584328">
      <w:pPr>
        <w:pStyle w:val="Title"/>
        <w:tabs>
          <w:tab w:val="left" w:pos="360"/>
          <w:tab w:val="left" w:pos="8100"/>
        </w:tabs>
        <w:spacing w:after="240"/>
        <w:jc w:val="center"/>
        <w:rPr>
          <w:rFonts w:ascii="Arial" w:hAnsi="Arial" w:cs="Arial"/>
          <w:sz w:val="36"/>
          <w:szCs w:val="36"/>
        </w:rPr>
      </w:pPr>
      <w:r w:rsidRPr="00584328">
        <w:rPr>
          <w:rFonts w:ascii="Arial" w:hAnsi="Arial" w:cs="Arial"/>
          <w:sz w:val="36"/>
          <w:szCs w:val="36"/>
        </w:rPr>
        <w:t xml:space="preserve">Original Research Article </w:t>
      </w:r>
    </w:p>
    <w:p w14:paraId="66A5CAEE" w14:textId="77777777" w:rsidR="00C723C5" w:rsidRPr="00584328" w:rsidRDefault="00C723C5" w:rsidP="00584328">
      <w:pPr>
        <w:pStyle w:val="Title"/>
        <w:tabs>
          <w:tab w:val="left" w:pos="360"/>
          <w:tab w:val="left" w:pos="8100"/>
        </w:tabs>
        <w:spacing w:after="240"/>
        <w:jc w:val="center"/>
        <w:rPr>
          <w:rFonts w:ascii="Arial" w:hAnsi="Arial" w:cs="Arial"/>
          <w:sz w:val="36"/>
          <w:szCs w:val="36"/>
        </w:rPr>
      </w:pPr>
    </w:p>
    <w:p w14:paraId="1C4A2A8D" w14:textId="54C00C54" w:rsidR="00DB4837" w:rsidRPr="00584328" w:rsidRDefault="00DB4837" w:rsidP="00584328">
      <w:pPr>
        <w:pStyle w:val="Title"/>
        <w:tabs>
          <w:tab w:val="left" w:pos="360"/>
          <w:tab w:val="left" w:pos="8100"/>
        </w:tabs>
        <w:spacing w:after="240"/>
        <w:jc w:val="center"/>
        <w:rPr>
          <w:rFonts w:ascii="Arial" w:hAnsi="Arial" w:cs="Arial"/>
          <w:sz w:val="36"/>
          <w:szCs w:val="36"/>
        </w:rPr>
      </w:pPr>
      <w:r w:rsidRPr="00584328">
        <w:rPr>
          <w:rFonts w:ascii="Arial" w:hAnsi="Arial" w:cs="Arial"/>
          <w:sz w:val="36"/>
          <w:szCs w:val="36"/>
        </w:rPr>
        <w:t>Isolation,</w:t>
      </w:r>
      <w:r w:rsidR="001E0947" w:rsidRPr="00584328">
        <w:rPr>
          <w:rFonts w:ascii="Arial" w:hAnsi="Arial" w:cs="Arial"/>
          <w:sz w:val="36"/>
          <w:szCs w:val="36"/>
        </w:rPr>
        <w:t xml:space="preserve"> </w:t>
      </w:r>
      <w:r w:rsidRPr="00584328">
        <w:rPr>
          <w:rFonts w:ascii="Arial" w:hAnsi="Arial" w:cs="Arial"/>
          <w:sz w:val="36"/>
          <w:szCs w:val="36"/>
        </w:rPr>
        <w:t>Identification</w:t>
      </w:r>
      <w:r w:rsidR="001E0947" w:rsidRPr="00584328">
        <w:rPr>
          <w:rFonts w:ascii="Arial" w:hAnsi="Arial" w:cs="Arial"/>
          <w:sz w:val="36"/>
          <w:szCs w:val="36"/>
        </w:rPr>
        <w:t xml:space="preserve"> </w:t>
      </w:r>
      <w:r w:rsidRPr="00584328">
        <w:rPr>
          <w:rFonts w:ascii="Arial" w:hAnsi="Arial" w:cs="Arial"/>
          <w:sz w:val="36"/>
          <w:szCs w:val="36"/>
        </w:rPr>
        <w:t>and</w:t>
      </w:r>
      <w:r w:rsidR="001E0947" w:rsidRPr="00584328">
        <w:rPr>
          <w:rFonts w:ascii="Arial" w:hAnsi="Arial" w:cs="Arial"/>
          <w:sz w:val="36"/>
          <w:szCs w:val="36"/>
        </w:rPr>
        <w:t xml:space="preserve"> </w:t>
      </w:r>
      <w:r w:rsidRPr="00584328">
        <w:rPr>
          <w:rFonts w:ascii="Arial" w:hAnsi="Arial" w:cs="Arial"/>
          <w:sz w:val="36"/>
          <w:szCs w:val="36"/>
        </w:rPr>
        <w:t>Characterization</w:t>
      </w:r>
      <w:r w:rsidR="001E0947" w:rsidRPr="00584328">
        <w:rPr>
          <w:rFonts w:ascii="Arial" w:hAnsi="Arial" w:cs="Arial"/>
          <w:sz w:val="36"/>
          <w:szCs w:val="36"/>
        </w:rPr>
        <w:t xml:space="preserve"> </w:t>
      </w:r>
      <w:r w:rsidRPr="00584328">
        <w:rPr>
          <w:rFonts w:ascii="Arial" w:hAnsi="Arial" w:cs="Arial"/>
          <w:sz w:val="36"/>
          <w:szCs w:val="36"/>
        </w:rPr>
        <w:t>of</w:t>
      </w:r>
      <w:r w:rsidR="001E0947" w:rsidRPr="00584328">
        <w:rPr>
          <w:rFonts w:ascii="Arial" w:hAnsi="Arial" w:cs="Arial"/>
          <w:sz w:val="36"/>
          <w:szCs w:val="36"/>
        </w:rPr>
        <w:t xml:space="preserve"> </w:t>
      </w:r>
      <w:r w:rsidRPr="00584328">
        <w:rPr>
          <w:rFonts w:ascii="Arial" w:hAnsi="Arial" w:cs="Arial"/>
          <w:sz w:val="36"/>
          <w:szCs w:val="36"/>
        </w:rPr>
        <w:t>Keratin</w:t>
      </w:r>
      <w:r w:rsidR="001E0947" w:rsidRPr="00584328">
        <w:rPr>
          <w:rFonts w:ascii="Arial" w:hAnsi="Arial" w:cs="Arial"/>
          <w:sz w:val="36"/>
          <w:szCs w:val="36"/>
        </w:rPr>
        <w:t xml:space="preserve"> </w:t>
      </w:r>
      <w:r w:rsidRPr="00584328">
        <w:rPr>
          <w:rFonts w:ascii="Arial" w:hAnsi="Arial" w:cs="Arial"/>
          <w:sz w:val="36"/>
          <w:szCs w:val="36"/>
        </w:rPr>
        <w:t>Degrading</w:t>
      </w:r>
      <w:r w:rsidR="001E0947" w:rsidRPr="00584328">
        <w:rPr>
          <w:rFonts w:ascii="Arial" w:hAnsi="Arial" w:cs="Arial"/>
          <w:sz w:val="36"/>
          <w:szCs w:val="36"/>
        </w:rPr>
        <w:t xml:space="preserve"> </w:t>
      </w:r>
      <w:r w:rsidRPr="00584328">
        <w:rPr>
          <w:rFonts w:ascii="Arial" w:hAnsi="Arial" w:cs="Arial"/>
          <w:sz w:val="36"/>
          <w:szCs w:val="36"/>
        </w:rPr>
        <w:t>Microorganisms</w:t>
      </w:r>
      <w:r w:rsidR="001E0947" w:rsidRPr="00584328">
        <w:rPr>
          <w:rFonts w:ascii="Arial" w:hAnsi="Arial" w:cs="Arial"/>
          <w:sz w:val="36"/>
          <w:szCs w:val="36"/>
        </w:rPr>
        <w:t xml:space="preserve"> </w:t>
      </w:r>
      <w:r w:rsidRPr="00584328">
        <w:rPr>
          <w:rFonts w:ascii="Arial" w:hAnsi="Arial" w:cs="Arial"/>
          <w:sz w:val="36"/>
          <w:szCs w:val="36"/>
        </w:rPr>
        <w:t>from</w:t>
      </w:r>
      <w:r w:rsidR="001E0947" w:rsidRPr="00584328">
        <w:rPr>
          <w:rFonts w:ascii="Arial" w:hAnsi="Arial" w:cs="Arial"/>
          <w:sz w:val="36"/>
          <w:szCs w:val="36"/>
        </w:rPr>
        <w:t xml:space="preserve"> </w:t>
      </w:r>
      <w:r w:rsidRPr="00584328">
        <w:rPr>
          <w:rFonts w:ascii="Arial" w:hAnsi="Arial" w:cs="Arial"/>
          <w:sz w:val="36"/>
          <w:szCs w:val="36"/>
        </w:rPr>
        <w:t>Poultry</w:t>
      </w:r>
      <w:r w:rsidR="001E0947" w:rsidRPr="00584328">
        <w:rPr>
          <w:rFonts w:ascii="Arial" w:hAnsi="Arial" w:cs="Arial"/>
          <w:sz w:val="36"/>
          <w:szCs w:val="36"/>
        </w:rPr>
        <w:t xml:space="preserve"> </w:t>
      </w:r>
      <w:r w:rsidRPr="00584328">
        <w:rPr>
          <w:rFonts w:ascii="Arial" w:hAnsi="Arial" w:cs="Arial"/>
          <w:sz w:val="36"/>
          <w:szCs w:val="36"/>
        </w:rPr>
        <w:t>Soil</w:t>
      </w:r>
      <w:r w:rsidR="001E0947" w:rsidRPr="00584328">
        <w:rPr>
          <w:rFonts w:ascii="Arial" w:hAnsi="Arial" w:cs="Arial"/>
          <w:sz w:val="36"/>
          <w:szCs w:val="36"/>
        </w:rPr>
        <w:t xml:space="preserve"> </w:t>
      </w:r>
      <w:r w:rsidRPr="00584328">
        <w:rPr>
          <w:rFonts w:ascii="Arial" w:hAnsi="Arial" w:cs="Arial"/>
          <w:sz w:val="36"/>
          <w:szCs w:val="36"/>
        </w:rPr>
        <w:t>and</w:t>
      </w:r>
      <w:r w:rsidR="001E0947" w:rsidRPr="00584328">
        <w:rPr>
          <w:rFonts w:ascii="Arial" w:hAnsi="Arial" w:cs="Arial"/>
          <w:sz w:val="36"/>
          <w:szCs w:val="36"/>
        </w:rPr>
        <w:t xml:space="preserve"> </w:t>
      </w:r>
      <w:r w:rsidRPr="00584328">
        <w:rPr>
          <w:rFonts w:ascii="Arial" w:hAnsi="Arial" w:cs="Arial"/>
          <w:sz w:val="36"/>
          <w:szCs w:val="36"/>
        </w:rPr>
        <w:t>Their</w:t>
      </w:r>
      <w:r w:rsidR="001E0947" w:rsidRPr="00584328">
        <w:rPr>
          <w:rFonts w:ascii="Arial" w:hAnsi="Arial" w:cs="Arial"/>
          <w:sz w:val="36"/>
          <w:szCs w:val="36"/>
        </w:rPr>
        <w:t xml:space="preserve"> </w:t>
      </w:r>
      <w:r w:rsidRPr="00584328">
        <w:rPr>
          <w:rFonts w:ascii="Arial" w:hAnsi="Arial" w:cs="Arial"/>
          <w:sz w:val="36"/>
          <w:szCs w:val="36"/>
        </w:rPr>
        <w:t>Feather</w:t>
      </w:r>
      <w:r w:rsidR="001E0947" w:rsidRPr="00584328">
        <w:rPr>
          <w:rFonts w:ascii="Arial" w:hAnsi="Arial" w:cs="Arial"/>
          <w:sz w:val="36"/>
          <w:szCs w:val="36"/>
        </w:rPr>
        <w:t xml:space="preserve"> </w:t>
      </w:r>
      <w:r w:rsidRPr="00584328">
        <w:rPr>
          <w:rFonts w:ascii="Arial" w:hAnsi="Arial" w:cs="Arial"/>
          <w:sz w:val="36"/>
          <w:szCs w:val="36"/>
        </w:rPr>
        <w:t>Degradation</w:t>
      </w:r>
      <w:r w:rsidR="001E0947" w:rsidRPr="00584328">
        <w:rPr>
          <w:rFonts w:ascii="Arial" w:hAnsi="Arial" w:cs="Arial"/>
          <w:sz w:val="36"/>
          <w:szCs w:val="36"/>
        </w:rPr>
        <w:t xml:space="preserve"> </w:t>
      </w:r>
      <w:r w:rsidRPr="00584328">
        <w:rPr>
          <w:rFonts w:ascii="Arial" w:hAnsi="Arial" w:cs="Arial"/>
          <w:sz w:val="36"/>
          <w:szCs w:val="36"/>
        </w:rPr>
        <w:t>Potential</w:t>
      </w:r>
    </w:p>
    <w:p w14:paraId="724239FF" w14:textId="77777777" w:rsidR="009D6BE1" w:rsidRPr="00584328" w:rsidRDefault="009D6BE1" w:rsidP="00584328">
      <w:pPr>
        <w:tabs>
          <w:tab w:val="left" w:pos="360"/>
          <w:tab w:val="left" w:pos="8100"/>
        </w:tabs>
        <w:spacing w:after="240"/>
        <w:jc w:val="both"/>
        <w:rPr>
          <w:rFonts w:ascii="Arial" w:hAnsi="Arial" w:cs="Arial"/>
          <w:color w:val="808080" w:themeColor="background1" w:themeShade="80"/>
          <w:sz w:val="20"/>
          <w:szCs w:val="20"/>
        </w:rPr>
      </w:pPr>
    </w:p>
    <w:p w14:paraId="758149FA" w14:textId="77777777" w:rsidR="008D578B" w:rsidRPr="00584328" w:rsidRDefault="00777CEC" w:rsidP="00584328">
      <w:pPr>
        <w:pStyle w:val="Heading1"/>
        <w:numPr>
          <w:ilvl w:val="0"/>
          <w:numId w:val="0"/>
        </w:numPr>
        <w:tabs>
          <w:tab w:val="left" w:pos="360"/>
          <w:tab w:val="left" w:pos="8100"/>
        </w:tabs>
        <w:spacing w:before="0" w:after="240"/>
        <w:rPr>
          <w:rFonts w:ascii="Arial" w:hAnsi="Arial" w:cs="Arial"/>
          <w:caps/>
          <w:smallCaps w:val="0"/>
          <w:sz w:val="24"/>
          <w:szCs w:val="24"/>
        </w:rPr>
      </w:pPr>
      <w:r w:rsidRPr="00584328">
        <w:rPr>
          <w:rFonts w:ascii="Arial" w:hAnsi="Arial" w:cs="Arial"/>
          <w:caps/>
          <w:smallCaps w:val="0"/>
          <w:sz w:val="22"/>
          <w:szCs w:val="22"/>
        </w:rPr>
        <w:t>Abstract</w:t>
      </w:r>
    </w:p>
    <w:p w14:paraId="21206F9E" w14:textId="73EF434C" w:rsidR="00DB4837" w:rsidRPr="00584328" w:rsidRDefault="00777CEC" w:rsidP="00584328">
      <w:pPr>
        <w:tabs>
          <w:tab w:val="left" w:pos="360"/>
        </w:tabs>
        <w:spacing w:after="240" w:line="240" w:lineRule="auto"/>
        <w:jc w:val="both"/>
        <w:rPr>
          <w:rFonts w:ascii="Arial" w:hAnsi="Arial" w:cs="Arial"/>
          <w:iCs/>
          <w:sz w:val="20"/>
          <w:szCs w:val="20"/>
        </w:rPr>
      </w:pPr>
      <w:r w:rsidRPr="00584328">
        <w:rPr>
          <w:rFonts w:ascii="Arial" w:hAnsi="Arial" w:cs="Arial"/>
          <w:iCs/>
          <w:sz w:val="20"/>
          <w:szCs w:val="20"/>
        </w:rPr>
        <w:t>Keratin</w:t>
      </w:r>
      <w:r w:rsidR="001E0947" w:rsidRPr="00584328">
        <w:rPr>
          <w:rFonts w:ascii="Arial" w:hAnsi="Arial" w:cs="Arial"/>
          <w:iCs/>
          <w:sz w:val="20"/>
          <w:szCs w:val="20"/>
        </w:rPr>
        <w:t xml:space="preserve"> </w:t>
      </w:r>
      <w:r w:rsidRPr="00584328">
        <w:rPr>
          <w:rFonts w:ascii="Arial" w:hAnsi="Arial" w:cs="Arial"/>
          <w:iCs/>
          <w:sz w:val="20"/>
          <w:szCs w:val="20"/>
        </w:rPr>
        <w:t>is</w:t>
      </w:r>
      <w:r w:rsidR="001E0947" w:rsidRPr="00584328">
        <w:rPr>
          <w:rFonts w:ascii="Arial" w:hAnsi="Arial" w:cs="Arial"/>
          <w:iCs/>
          <w:sz w:val="20"/>
          <w:szCs w:val="20"/>
        </w:rPr>
        <w:t xml:space="preserve"> </w:t>
      </w:r>
      <w:r w:rsidRPr="00584328">
        <w:rPr>
          <w:rFonts w:ascii="Arial" w:hAnsi="Arial" w:cs="Arial"/>
          <w:iCs/>
          <w:sz w:val="20"/>
          <w:szCs w:val="20"/>
        </w:rPr>
        <w:t>an</w:t>
      </w:r>
      <w:r w:rsidR="001E0947" w:rsidRPr="00584328">
        <w:rPr>
          <w:rFonts w:ascii="Arial" w:hAnsi="Arial" w:cs="Arial"/>
          <w:iCs/>
          <w:sz w:val="20"/>
          <w:szCs w:val="20"/>
        </w:rPr>
        <w:t xml:space="preserve"> </w:t>
      </w:r>
      <w:r w:rsidRPr="00584328">
        <w:rPr>
          <w:rFonts w:ascii="Arial" w:hAnsi="Arial" w:cs="Arial"/>
          <w:iCs/>
          <w:sz w:val="20"/>
          <w:szCs w:val="20"/>
        </w:rPr>
        <w:t>insoluble</w:t>
      </w:r>
      <w:r w:rsidR="001E0947" w:rsidRPr="00584328">
        <w:rPr>
          <w:rFonts w:ascii="Arial" w:hAnsi="Arial" w:cs="Arial"/>
          <w:iCs/>
          <w:sz w:val="20"/>
          <w:szCs w:val="20"/>
        </w:rPr>
        <w:t xml:space="preserve"> </w:t>
      </w:r>
      <w:r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t>protein-rich</w:t>
      </w:r>
      <w:r w:rsidR="001E0947" w:rsidRPr="00584328">
        <w:rPr>
          <w:rFonts w:ascii="Arial" w:hAnsi="Arial" w:cs="Arial"/>
          <w:iCs/>
          <w:sz w:val="20"/>
          <w:szCs w:val="20"/>
        </w:rPr>
        <w:t xml:space="preserve"> </w:t>
      </w:r>
      <w:r w:rsidRPr="00584328">
        <w:rPr>
          <w:rFonts w:ascii="Arial" w:hAnsi="Arial" w:cs="Arial"/>
          <w:iCs/>
          <w:sz w:val="20"/>
          <w:szCs w:val="20"/>
        </w:rPr>
        <w:t>epidermal</w:t>
      </w:r>
      <w:r w:rsidR="001E0947" w:rsidRPr="00584328">
        <w:rPr>
          <w:rFonts w:ascii="Arial" w:hAnsi="Arial" w:cs="Arial"/>
          <w:iCs/>
          <w:sz w:val="20"/>
          <w:szCs w:val="20"/>
        </w:rPr>
        <w:t xml:space="preserve"> </w:t>
      </w:r>
      <w:r w:rsidRPr="00584328">
        <w:rPr>
          <w:rFonts w:ascii="Arial" w:hAnsi="Arial" w:cs="Arial"/>
          <w:iCs/>
          <w:sz w:val="20"/>
          <w:szCs w:val="20"/>
        </w:rPr>
        <w:t>material</w:t>
      </w:r>
      <w:r w:rsidR="001E0947" w:rsidRPr="00584328">
        <w:rPr>
          <w:rFonts w:ascii="Arial" w:hAnsi="Arial" w:cs="Arial"/>
          <w:iCs/>
          <w:sz w:val="20"/>
          <w:szCs w:val="20"/>
        </w:rPr>
        <w:t xml:space="preserve"> </w:t>
      </w:r>
      <w:r w:rsidRPr="00584328">
        <w:rPr>
          <w:rFonts w:ascii="Arial" w:hAnsi="Arial" w:cs="Arial"/>
          <w:iCs/>
          <w:sz w:val="20"/>
          <w:szCs w:val="20"/>
        </w:rPr>
        <w:t>foun</w:t>
      </w:r>
      <w:r w:rsidR="006306A1" w:rsidRPr="00584328">
        <w:rPr>
          <w:rFonts w:ascii="Arial" w:hAnsi="Arial" w:cs="Arial"/>
          <w:iCs/>
          <w:sz w:val="20"/>
          <w:szCs w:val="20"/>
        </w:rPr>
        <w:t>d</w:t>
      </w:r>
      <w:r w:rsidR="001E0947" w:rsidRPr="00584328">
        <w:rPr>
          <w:rFonts w:ascii="Arial" w:hAnsi="Arial" w:cs="Arial"/>
          <w:iCs/>
          <w:sz w:val="20"/>
          <w:szCs w:val="20"/>
        </w:rPr>
        <w:t xml:space="preserve"> </w:t>
      </w:r>
      <w:r w:rsidR="006306A1" w:rsidRPr="00584328">
        <w:rPr>
          <w:rFonts w:ascii="Arial" w:hAnsi="Arial" w:cs="Arial"/>
          <w:iCs/>
          <w:sz w:val="20"/>
          <w:szCs w:val="20"/>
        </w:rPr>
        <w:t>in</w:t>
      </w:r>
      <w:r w:rsidR="001E0947" w:rsidRPr="00584328">
        <w:rPr>
          <w:rFonts w:ascii="Arial" w:hAnsi="Arial" w:cs="Arial"/>
          <w:iCs/>
          <w:sz w:val="20"/>
          <w:szCs w:val="20"/>
        </w:rPr>
        <w:t xml:space="preserve"> </w:t>
      </w:r>
      <w:r w:rsidR="006306A1" w:rsidRPr="00584328">
        <w:rPr>
          <w:rFonts w:ascii="Arial" w:hAnsi="Arial" w:cs="Arial"/>
          <w:iCs/>
          <w:sz w:val="20"/>
          <w:szCs w:val="20"/>
        </w:rPr>
        <w:t>feathers,</w:t>
      </w:r>
      <w:r w:rsidR="001E0947" w:rsidRPr="00584328">
        <w:rPr>
          <w:rFonts w:ascii="Arial" w:hAnsi="Arial" w:cs="Arial"/>
          <w:iCs/>
          <w:sz w:val="20"/>
          <w:szCs w:val="20"/>
        </w:rPr>
        <w:t xml:space="preserve"> </w:t>
      </w:r>
      <w:r w:rsidR="006306A1" w:rsidRPr="00584328">
        <w:rPr>
          <w:rFonts w:ascii="Arial" w:hAnsi="Arial" w:cs="Arial"/>
          <w:iCs/>
          <w:sz w:val="20"/>
          <w:szCs w:val="20"/>
        </w:rPr>
        <w:t>hair,</w:t>
      </w:r>
      <w:r w:rsidR="001E0947" w:rsidRPr="00584328">
        <w:rPr>
          <w:rFonts w:ascii="Arial" w:hAnsi="Arial" w:cs="Arial"/>
          <w:iCs/>
          <w:sz w:val="20"/>
          <w:szCs w:val="20"/>
        </w:rPr>
        <w:t xml:space="preserve"> </w:t>
      </w:r>
      <w:r w:rsidR="006306A1" w:rsidRPr="00584328">
        <w:rPr>
          <w:rFonts w:ascii="Arial" w:hAnsi="Arial" w:cs="Arial"/>
          <w:iCs/>
          <w:sz w:val="20"/>
          <w:szCs w:val="20"/>
        </w:rPr>
        <w:t>wool</w:t>
      </w:r>
      <w:r w:rsidR="001E0947" w:rsidRPr="00584328">
        <w:rPr>
          <w:rFonts w:ascii="Arial" w:hAnsi="Arial" w:cs="Arial"/>
          <w:iCs/>
          <w:sz w:val="20"/>
          <w:szCs w:val="20"/>
        </w:rPr>
        <w:t xml:space="preserve"> </w:t>
      </w:r>
      <w:r w:rsidR="006306A1"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t>skin</w:t>
      </w:r>
      <w:r w:rsidR="00014841" w:rsidRPr="00584328">
        <w:rPr>
          <w:rFonts w:ascii="Arial" w:hAnsi="Arial" w:cs="Arial"/>
          <w:iCs/>
          <w:sz w:val="20"/>
          <w:szCs w:val="20"/>
        </w:rPr>
        <w:t xml:space="preserve"> but it </w:t>
      </w:r>
      <w:r w:rsidRPr="00584328">
        <w:rPr>
          <w:rFonts w:ascii="Arial" w:hAnsi="Arial" w:cs="Arial"/>
          <w:iCs/>
          <w:sz w:val="20"/>
          <w:szCs w:val="20"/>
        </w:rPr>
        <w:t>poses</w:t>
      </w:r>
      <w:r w:rsidR="001E0947" w:rsidRPr="00584328">
        <w:rPr>
          <w:rFonts w:ascii="Arial" w:hAnsi="Arial" w:cs="Arial"/>
          <w:iCs/>
          <w:sz w:val="20"/>
          <w:szCs w:val="20"/>
        </w:rPr>
        <w:t xml:space="preserve"> </w:t>
      </w:r>
      <w:r w:rsidRPr="00584328">
        <w:rPr>
          <w:rFonts w:ascii="Arial" w:hAnsi="Arial" w:cs="Arial"/>
          <w:iCs/>
          <w:sz w:val="20"/>
          <w:szCs w:val="20"/>
        </w:rPr>
        <w:t>a</w:t>
      </w:r>
      <w:r w:rsidR="001E0947" w:rsidRPr="00584328">
        <w:rPr>
          <w:rFonts w:ascii="Arial" w:hAnsi="Arial" w:cs="Arial"/>
          <w:iCs/>
          <w:sz w:val="20"/>
          <w:szCs w:val="20"/>
        </w:rPr>
        <w:t xml:space="preserve"> </w:t>
      </w:r>
      <w:r w:rsidRPr="00584328">
        <w:rPr>
          <w:rFonts w:ascii="Arial" w:hAnsi="Arial" w:cs="Arial"/>
          <w:iCs/>
          <w:sz w:val="20"/>
          <w:szCs w:val="20"/>
        </w:rPr>
        <w:t>challenge</w:t>
      </w:r>
      <w:r w:rsidR="001E0947" w:rsidRPr="00584328">
        <w:rPr>
          <w:rFonts w:ascii="Arial" w:hAnsi="Arial" w:cs="Arial"/>
          <w:iCs/>
          <w:sz w:val="20"/>
          <w:szCs w:val="20"/>
        </w:rPr>
        <w:t xml:space="preserve"> </w:t>
      </w:r>
      <w:r w:rsidRPr="00584328">
        <w:rPr>
          <w:rFonts w:ascii="Arial" w:hAnsi="Arial" w:cs="Arial"/>
          <w:iCs/>
          <w:sz w:val="20"/>
          <w:szCs w:val="20"/>
        </w:rPr>
        <w:t>in</w:t>
      </w:r>
      <w:r w:rsidR="001E0947" w:rsidRPr="00584328">
        <w:rPr>
          <w:rFonts w:ascii="Arial" w:hAnsi="Arial" w:cs="Arial"/>
          <w:iCs/>
          <w:sz w:val="20"/>
          <w:szCs w:val="20"/>
        </w:rPr>
        <w:t xml:space="preserve"> </w:t>
      </w:r>
      <w:r w:rsidRPr="00584328">
        <w:rPr>
          <w:rFonts w:ascii="Arial" w:hAnsi="Arial" w:cs="Arial"/>
          <w:iCs/>
          <w:sz w:val="20"/>
          <w:szCs w:val="20"/>
        </w:rPr>
        <w:t>environmental</w:t>
      </w:r>
      <w:r w:rsidR="001E0947" w:rsidRPr="00584328">
        <w:rPr>
          <w:rFonts w:ascii="Arial" w:hAnsi="Arial" w:cs="Arial"/>
          <w:iCs/>
          <w:sz w:val="20"/>
          <w:szCs w:val="20"/>
        </w:rPr>
        <w:t xml:space="preserve"> </w:t>
      </w:r>
      <w:r w:rsidRPr="00584328">
        <w:rPr>
          <w:rFonts w:ascii="Arial" w:hAnsi="Arial" w:cs="Arial"/>
          <w:iCs/>
          <w:sz w:val="20"/>
          <w:szCs w:val="20"/>
        </w:rPr>
        <w:t>waste</w:t>
      </w:r>
      <w:r w:rsidR="001E0947" w:rsidRPr="00584328">
        <w:rPr>
          <w:rFonts w:ascii="Arial" w:hAnsi="Arial" w:cs="Arial"/>
          <w:iCs/>
          <w:sz w:val="20"/>
          <w:szCs w:val="20"/>
        </w:rPr>
        <w:t xml:space="preserve"> </w:t>
      </w:r>
      <w:r w:rsidRPr="00584328">
        <w:rPr>
          <w:rFonts w:ascii="Arial" w:hAnsi="Arial" w:cs="Arial"/>
          <w:iCs/>
          <w:sz w:val="20"/>
          <w:szCs w:val="20"/>
        </w:rPr>
        <w:t>management</w:t>
      </w:r>
      <w:r w:rsidR="001E0947" w:rsidRPr="00584328">
        <w:rPr>
          <w:rFonts w:ascii="Arial" w:hAnsi="Arial" w:cs="Arial"/>
          <w:iCs/>
          <w:sz w:val="20"/>
          <w:szCs w:val="20"/>
        </w:rPr>
        <w:t xml:space="preserve"> </w:t>
      </w:r>
      <w:r w:rsidRPr="00584328">
        <w:rPr>
          <w:rFonts w:ascii="Arial" w:hAnsi="Arial" w:cs="Arial"/>
          <w:iCs/>
          <w:sz w:val="20"/>
          <w:szCs w:val="20"/>
        </w:rPr>
        <w:t>because</w:t>
      </w:r>
      <w:r w:rsidR="001E0947" w:rsidRPr="00584328">
        <w:rPr>
          <w:rFonts w:ascii="Arial" w:hAnsi="Arial" w:cs="Arial"/>
          <w:iCs/>
          <w:sz w:val="20"/>
          <w:szCs w:val="20"/>
        </w:rPr>
        <w:t xml:space="preserve"> </w:t>
      </w:r>
      <w:r w:rsidRPr="00584328">
        <w:rPr>
          <w:rFonts w:ascii="Arial" w:hAnsi="Arial" w:cs="Arial"/>
          <w:iCs/>
          <w:sz w:val="20"/>
          <w:szCs w:val="20"/>
        </w:rPr>
        <w:t>of</w:t>
      </w:r>
      <w:r w:rsidR="001E0947" w:rsidRPr="00584328">
        <w:rPr>
          <w:rFonts w:ascii="Arial" w:hAnsi="Arial" w:cs="Arial"/>
          <w:iCs/>
          <w:sz w:val="20"/>
          <w:szCs w:val="20"/>
        </w:rPr>
        <w:t xml:space="preserve"> </w:t>
      </w:r>
      <w:r w:rsidRPr="00584328">
        <w:rPr>
          <w:rFonts w:ascii="Arial" w:hAnsi="Arial" w:cs="Arial"/>
          <w:iCs/>
          <w:sz w:val="20"/>
          <w:szCs w:val="20"/>
        </w:rPr>
        <w:t>its</w:t>
      </w:r>
      <w:r w:rsidR="001E0947" w:rsidRPr="00584328">
        <w:rPr>
          <w:rFonts w:ascii="Arial" w:hAnsi="Arial" w:cs="Arial"/>
          <w:iCs/>
          <w:sz w:val="20"/>
          <w:szCs w:val="20"/>
        </w:rPr>
        <w:t xml:space="preserve"> </w:t>
      </w:r>
      <w:r w:rsidRPr="00584328">
        <w:rPr>
          <w:rFonts w:ascii="Arial" w:hAnsi="Arial" w:cs="Arial"/>
          <w:iCs/>
          <w:sz w:val="20"/>
          <w:szCs w:val="20"/>
        </w:rPr>
        <w:t>resistance</w:t>
      </w:r>
      <w:r w:rsidR="001E0947" w:rsidRPr="00584328">
        <w:rPr>
          <w:rFonts w:ascii="Arial" w:hAnsi="Arial" w:cs="Arial"/>
          <w:iCs/>
          <w:sz w:val="20"/>
          <w:szCs w:val="20"/>
        </w:rPr>
        <w:t xml:space="preserve"> </w:t>
      </w:r>
      <w:r w:rsidRPr="00584328">
        <w:rPr>
          <w:rFonts w:ascii="Arial" w:hAnsi="Arial" w:cs="Arial"/>
          <w:iCs/>
          <w:sz w:val="20"/>
          <w:szCs w:val="20"/>
        </w:rPr>
        <w:t>to</w:t>
      </w:r>
      <w:r w:rsidR="001E0947" w:rsidRPr="00584328">
        <w:rPr>
          <w:rFonts w:ascii="Arial" w:hAnsi="Arial" w:cs="Arial"/>
          <w:iCs/>
          <w:sz w:val="20"/>
          <w:szCs w:val="20"/>
        </w:rPr>
        <w:t xml:space="preserve"> </w:t>
      </w:r>
      <w:r w:rsidRPr="00584328">
        <w:rPr>
          <w:rFonts w:ascii="Arial" w:hAnsi="Arial" w:cs="Arial"/>
          <w:iCs/>
          <w:sz w:val="20"/>
          <w:szCs w:val="20"/>
        </w:rPr>
        <w:br/>
        <w:t>degradation.</w:t>
      </w:r>
      <w:r w:rsidR="001E0947" w:rsidRPr="00584328">
        <w:rPr>
          <w:rFonts w:ascii="Arial" w:hAnsi="Arial" w:cs="Arial"/>
          <w:iCs/>
          <w:sz w:val="20"/>
          <w:szCs w:val="20"/>
        </w:rPr>
        <w:t xml:space="preserve"> </w:t>
      </w:r>
      <w:r w:rsidRPr="00584328">
        <w:rPr>
          <w:rFonts w:ascii="Arial" w:hAnsi="Arial" w:cs="Arial"/>
          <w:iCs/>
          <w:sz w:val="20"/>
          <w:szCs w:val="20"/>
        </w:rPr>
        <w:t>Particularly</w:t>
      </w:r>
      <w:r w:rsidR="00014841" w:rsidRPr="00584328">
        <w:rPr>
          <w:rFonts w:ascii="Arial" w:hAnsi="Arial" w:cs="Arial"/>
          <w:iCs/>
          <w:sz w:val="20"/>
          <w:szCs w:val="20"/>
        </w:rPr>
        <w:t>,</w:t>
      </w:r>
      <w:r w:rsidR="001E0947" w:rsidRPr="00584328">
        <w:rPr>
          <w:rFonts w:ascii="Arial" w:hAnsi="Arial" w:cs="Arial"/>
          <w:iCs/>
          <w:sz w:val="20"/>
          <w:szCs w:val="20"/>
        </w:rPr>
        <w:t xml:space="preserve"> </w:t>
      </w:r>
      <w:r w:rsidRPr="00584328">
        <w:rPr>
          <w:rFonts w:ascii="Arial" w:hAnsi="Arial" w:cs="Arial"/>
          <w:iCs/>
          <w:sz w:val="20"/>
          <w:szCs w:val="20"/>
        </w:rPr>
        <w:t>keratinolytic</w:t>
      </w:r>
      <w:r w:rsidR="001E0947" w:rsidRPr="00584328">
        <w:rPr>
          <w:rFonts w:ascii="Arial" w:hAnsi="Arial" w:cs="Arial"/>
          <w:iCs/>
          <w:sz w:val="20"/>
          <w:szCs w:val="20"/>
        </w:rPr>
        <w:t xml:space="preserve"> </w:t>
      </w:r>
      <w:r w:rsidRPr="00584328">
        <w:rPr>
          <w:rFonts w:ascii="Arial" w:hAnsi="Arial" w:cs="Arial"/>
          <w:iCs/>
          <w:sz w:val="20"/>
          <w:szCs w:val="20"/>
        </w:rPr>
        <w:t>bacteria</w:t>
      </w:r>
      <w:r w:rsidR="001E0947" w:rsidRPr="00584328">
        <w:rPr>
          <w:rFonts w:ascii="Arial" w:hAnsi="Arial" w:cs="Arial"/>
          <w:iCs/>
          <w:sz w:val="20"/>
          <w:szCs w:val="20"/>
        </w:rPr>
        <w:t xml:space="preserve"> </w:t>
      </w:r>
      <w:r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t>fungi,</w:t>
      </w:r>
      <w:r w:rsidR="001E0947" w:rsidRPr="00584328">
        <w:rPr>
          <w:rFonts w:ascii="Arial" w:hAnsi="Arial" w:cs="Arial"/>
          <w:iCs/>
          <w:sz w:val="20"/>
          <w:szCs w:val="20"/>
        </w:rPr>
        <w:t xml:space="preserve"> </w:t>
      </w:r>
      <w:r w:rsidRPr="00584328">
        <w:rPr>
          <w:rFonts w:ascii="Arial" w:hAnsi="Arial" w:cs="Arial"/>
          <w:iCs/>
          <w:sz w:val="20"/>
          <w:szCs w:val="20"/>
        </w:rPr>
        <w:t>have</w:t>
      </w:r>
      <w:r w:rsidR="001E0947" w:rsidRPr="00584328">
        <w:rPr>
          <w:rFonts w:ascii="Arial" w:hAnsi="Arial" w:cs="Arial"/>
          <w:iCs/>
          <w:sz w:val="20"/>
          <w:szCs w:val="20"/>
        </w:rPr>
        <w:t xml:space="preserve"> </w:t>
      </w:r>
      <w:r w:rsidRPr="00584328">
        <w:rPr>
          <w:rFonts w:ascii="Arial" w:hAnsi="Arial" w:cs="Arial"/>
          <w:iCs/>
          <w:sz w:val="20"/>
          <w:szCs w:val="20"/>
        </w:rPr>
        <w:t>demonstrated</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ability</w:t>
      </w:r>
      <w:r w:rsidR="001E0947" w:rsidRPr="00584328">
        <w:rPr>
          <w:rFonts w:ascii="Arial" w:hAnsi="Arial" w:cs="Arial"/>
          <w:iCs/>
          <w:sz w:val="20"/>
          <w:szCs w:val="20"/>
        </w:rPr>
        <w:t xml:space="preserve"> </w:t>
      </w:r>
      <w:r w:rsidRPr="00584328">
        <w:rPr>
          <w:rFonts w:ascii="Arial" w:hAnsi="Arial" w:cs="Arial"/>
          <w:iCs/>
          <w:sz w:val="20"/>
          <w:szCs w:val="20"/>
        </w:rPr>
        <w:t>to</w:t>
      </w:r>
      <w:r w:rsidR="001E0947" w:rsidRPr="00584328">
        <w:rPr>
          <w:rFonts w:ascii="Arial" w:hAnsi="Arial" w:cs="Arial"/>
          <w:iCs/>
          <w:sz w:val="20"/>
          <w:szCs w:val="20"/>
        </w:rPr>
        <w:t xml:space="preserve"> </w:t>
      </w:r>
      <w:r w:rsidRPr="00584328">
        <w:rPr>
          <w:rFonts w:ascii="Arial" w:hAnsi="Arial" w:cs="Arial"/>
          <w:iCs/>
          <w:sz w:val="20"/>
          <w:szCs w:val="20"/>
        </w:rPr>
        <w:br/>
        <w:t>break</w:t>
      </w:r>
      <w:r w:rsidR="001E0947" w:rsidRPr="00584328">
        <w:rPr>
          <w:rFonts w:ascii="Arial" w:hAnsi="Arial" w:cs="Arial"/>
          <w:iCs/>
          <w:sz w:val="20"/>
          <w:szCs w:val="20"/>
        </w:rPr>
        <w:t xml:space="preserve"> </w:t>
      </w:r>
      <w:r w:rsidRPr="00584328">
        <w:rPr>
          <w:rFonts w:ascii="Arial" w:hAnsi="Arial" w:cs="Arial"/>
          <w:iCs/>
          <w:sz w:val="20"/>
          <w:szCs w:val="20"/>
        </w:rPr>
        <w:t>down</w:t>
      </w:r>
      <w:r w:rsidR="001E0947" w:rsidRPr="00584328">
        <w:rPr>
          <w:rFonts w:ascii="Arial" w:hAnsi="Arial" w:cs="Arial"/>
          <w:iCs/>
          <w:sz w:val="20"/>
          <w:szCs w:val="20"/>
        </w:rPr>
        <w:t xml:space="preserve"> </w:t>
      </w:r>
      <w:r w:rsidRPr="00584328">
        <w:rPr>
          <w:rFonts w:ascii="Arial" w:hAnsi="Arial" w:cs="Arial"/>
          <w:iCs/>
          <w:sz w:val="20"/>
          <w:szCs w:val="20"/>
        </w:rPr>
        <w:t>keratin</w:t>
      </w:r>
      <w:r w:rsidR="001E0947" w:rsidRPr="00584328">
        <w:rPr>
          <w:rFonts w:ascii="Arial" w:hAnsi="Arial" w:cs="Arial"/>
          <w:iCs/>
          <w:sz w:val="20"/>
          <w:szCs w:val="20"/>
        </w:rPr>
        <w:t xml:space="preserve"> </w:t>
      </w:r>
      <w:r w:rsidRPr="00584328">
        <w:rPr>
          <w:rFonts w:ascii="Arial" w:hAnsi="Arial" w:cs="Arial"/>
          <w:iCs/>
          <w:sz w:val="20"/>
          <w:szCs w:val="20"/>
        </w:rPr>
        <w:t>into</w:t>
      </w:r>
      <w:r w:rsidR="001E0947" w:rsidRPr="00584328">
        <w:rPr>
          <w:rFonts w:ascii="Arial" w:hAnsi="Arial" w:cs="Arial"/>
          <w:iCs/>
          <w:sz w:val="20"/>
          <w:szCs w:val="20"/>
        </w:rPr>
        <w:t xml:space="preserve"> </w:t>
      </w:r>
      <w:r w:rsidRPr="00584328">
        <w:rPr>
          <w:rFonts w:ascii="Arial" w:hAnsi="Arial" w:cs="Arial"/>
          <w:iCs/>
          <w:sz w:val="20"/>
          <w:szCs w:val="20"/>
        </w:rPr>
        <w:t>simpler</w:t>
      </w:r>
      <w:r w:rsidR="001E0947" w:rsidRPr="00584328">
        <w:rPr>
          <w:rFonts w:ascii="Arial" w:hAnsi="Arial" w:cs="Arial"/>
          <w:iCs/>
          <w:sz w:val="20"/>
          <w:szCs w:val="20"/>
        </w:rPr>
        <w:t xml:space="preserve"> </w:t>
      </w:r>
      <w:r w:rsidRPr="00584328">
        <w:rPr>
          <w:rFonts w:ascii="Arial" w:hAnsi="Arial" w:cs="Arial"/>
          <w:iCs/>
          <w:sz w:val="20"/>
          <w:szCs w:val="20"/>
        </w:rPr>
        <w:t>components,</w:t>
      </w:r>
      <w:r w:rsidR="001E0947" w:rsidRPr="00584328">
        <w:rPr>
          <w:rFonts w:ascii="Arial" w:hAnsi="Arial" w:cs="Arial"/>
          <w:iCs/>
          <w:sz w:val="20"/>
          <w:szCs w:val="20"/>
        </w:rPr>
        <w:t xml:space="preserve"> </w:t>
      </w:r>
      <w:r w:rsidRPr="00584328">
        <w:rPr>
          <w:rFonts w:ascii="Arial" w:hAnsi="Arial" w:cs="Arial"/>
          <w:iCs/>
          <w:sz w:val="20"/>
          <w:szCs w:val="20"/>
        </w:rPr>
        <w:t>offering</w:t>
      </w:r>
      <w:r w:rsidR="001E0947" w:rsidRPr="00584328">
        <w:rPr>
          <w:rFonts w:ascii="Arial" w:hAnsi="Arial" w:cs="Arial"/>
          <w:iCs/>
          <w:sz w:val="20"/>
          <w:szCs w:val="20"/>
        </w:rPr>
        <w:t xml:space="preserve"> </w:t>
      </w:r>
      <w:r w:rsidRPr="00584328">
        <w:rPr>
          <w:rFonts w:ascii="Arial" w:hAnsi="Arial" w:cs="Arial"/>
          <w:iCs/>
          <w:sz w:val="20"/>
          <w:szCs w:val="20"/>
        </w:rPr>
        <w:t>solutions</w:t>
      </w:r>
      <w:r w:rsidR="001E0947" w:rsidRPr="00584328">
        <w:rPr>
          <w:rFonts w:ascii="Arial" w:hAnsi="Arial" w:cs="Arial"/>
          <w:iCs/>
          <w:sz w:val="20"/>
          <w:szCs w:val="20"/>
        </w:rPr>
        <w:t xml:space="preserve"> </w:t>
      </w:r>
      <w:r w:rsidRPr="00584328">
        <w:rPr>
          <w:rFonts w:ascii="Arial" w:hAnsi="Arial" w:cs="Arial"/>
          <w:iCs/>
          <w:sz w:val="20"/>
          <w:szCs w:val="20"/>
        </w:rPr>
        <w:t>for</w:t>
      </w:r>
      <w:r w:rsidR="001E0947" w:rsidRPr="00584328">
        <w:rPr>
          <w:rFonts w:ascii="Arial" w:hAnsi="Arial" w:cs="Arial"/>
          <w:iCs/>
          <w:sz w:val="20"/>
          <w:szCs w:val="20"/>
        </w:rPr>
        <w:t xml:space="preserve"> </w:t>
      </w:r>
      <w:r w:rsidRPr="00584328">
        <w:rPr>
          <w:rFonts w:ascii="Arial" w:hAnsi="Arial" w:cs="Arial"/>
          <w:iCs/>
          <w:sz w:val="20"/>
          <w:szCs w:val="20"/>
        </w:rPr>
        <w:t>waste</w:t>
      </w:r>
      <w:r w:rsidR="001E0947" w:rsidRPr="00584328">
        <w:rPr>
          <w:rFonts w:ascii="Arial" w:hAnsi="Arial" w:cs="Arial"/>
          <w:iCs/>
          <w:sz w:val="20"/>
          <w:szCs w:val="20"/>
        </w:rPr>
        <w:t xml:space="preserve"> </w:t>
      </w:r>
      <w:r w:rsidRPr="00584328">
        <w:rPr>
          <w:rFonts w:ascii="Arial" w:hAnsi="Arial" w:cs="Arial"/>
          <w:iCs/>
          <w:sz w:val="20"/>
          <w:szCs w:val="20"/>
        </w:rPr>
        <w:t>management</w:t>
      </w:r>
      <w:r w:rsidR="001E0947" w:rsidRPr="00584328">
        <w:rPr>
          <w:rFonts w:ascii="Arial" w:hAnsi="Arial" w:cs="Arial"/>
          <w:iCs/>
          <w:sz w:val="20"/>
          <w:szCs w:val="20"/>
        </w:rPr>
        <w:t xml:space="preserve"> </w:t>
      </w:r>
      <w:r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br/>
        <w:t>biotechnological</w:t>
      </w:r>
      <w:r w:rsidR="001E0947" w:rsidRPr="00584328">
        <w:rPr>
          <w:rFonts w:ascii="Arial" w:hAnsi="Arial" w:cs="Arial"/>
          <w:iCs/>
          <w:sz w:val="20"/>
          <w:szCs w:val="20"/>
        </w:rPr>
        <w:t xml:space="preserve"> </w:t>
      </w:r>
      <w:r w:rsidRPr="00584328">
        <w:rPr>
          <w:rFonts w:ascii="Arial" w:hAnsi="Arial" w:cs="Arial"/>
          <w:iCs/>
          <w:sz w:val="20"/>
          <w:szCs w:val="20"/>
        </w:rPr>
        <w:t>applications.</w:t>
      </w:r>
      <w:r w:rsidR="001E0947" w:rsidRPr="00584328">
        <w:rPr>
          <w:rFonts w:ascii="Arial" w:hAnsi="Arial" w:cs="Arial"/>
          <w:iCs/>
          <w:sz w:val="20"/>
          <w:szCs w:val="20"/>
        </w:rPr>
        <w:t xml:space="preserve">  </w:t>
      </w:r>
      <w:r w:rsidRPr="00584328">
        <w:rPr>
          <w:rFonts w:ascii="Arial" w:hAnsi="Arial" w:cs="Arial"/>
          <w:iCs/>
          <w:sz w:val="20"/>
          <w:szCs w:val="20"/>
        </w:rPr>
        <w:t>Despite</w:t>
      </w:r>
      <w:r w:rsidR="001E0947" w:rsidRPr="00584328">
        <w:rPr>
          <w:rFonts w:ascii="Arial" w:hAnsi="Arial" w:cs="Arial"/>
          <w:iCs/>
          <w:sz w:val="20"/>
          <w:szCs w:val="20"/>
        </w:rPr>
        <w:t xml:space="preserve"> </w:t>
      </w:r>
      <w:r w:rsidRPr="00584328">
        <w:rPr>
          <w:rFonts w:ascii="Arial" w:hAnsi="Arial" w:cs="Arial"/>
          <w:iCs/>
          <w:sz w:val="20"/>
          <w:szCs w:val="20"/>
        </w:rPr>
        <w:t>their</w:t>
      </w:r>
      <w:r w:rsidR="001E0947" w:rsidRPr="00584328">
        <w:rPr>
          <w:rFonts w:ascii="Arial" w:hAnsi="Arial" w:cs="Arial"/>
          <w:iCs/>
          <w:sz w:val="20"/>
          <w:szCs w:val="20"/>
        </w:rPr>
        <w:t xml:space="preserve"> </w:t>
      </w:r>
      <w:r w:rsidRPr="00584328">
        <w:rPr>
          <w:rFonts w:ascii="Arial" w:hAnsi="Arial" w:cs="Arial"/>
          <w:iCs/>
          <w:sz w:val="20"/>
          <w:szCs w:val="20"/>
        </w:rPr>
        <w:t>resistant</w:t>
      </w:r>
      <w:r w:rsidR="001E0947" w:rsidRPr="00584328">
        <w:rPr>
          <w:rFonts w:ascii="Arial" w:hAnsi="Arial" w:cs="Arial"/>
          <w:iCs/>
          <w:sz w:val="20"/>
          <w:szCs w:val="20"/>
        </w:rPr>
        <w:t xml:space="preserve"> </w:t>
      </w:r>
      <w:r w:rsidRPr="00584328">
        <w:rPr>
          <w:rFonts w:ascii="Arial" w:hAnsi="Arial" w:cs="Arial"/>
          <w:iCs/>
          <w:sz w:val="20"/>
          <w:szCs w:val="20"/>
        </w:rPr>
        <w:t>structure,</w:t>
      </w:r>
      <w:r w:rsidR="001E0947" w:rsidRPr="00584328">
        <w:rPr>
          <w:rFonts w:ascii="Arial" w:hAnsi="Arial" w:cs="Arial"/>
          <w:iCs/>
          <w:sz w:val="20"/>
          <w:szCs w:val="20"/>
        </w:rPr>
        <w:t xml:space="preserve"> </w:t>
      </w:r>
      <w:r w:rsidR="006306A1" w:rsidRPr="00584328">
        <w:rPr>
          <w:rFonts w:ascii="Arial" w:hAnsi="Arial" w:cs="Arial"/>
          <w:iCs/>
          <w:sz w:val="20"/>
          <w:szCs w:val="20"/>
        </w:rPr>
        <w:t>keratin</w:t>
      </w:r>
      <w:r w:rsidR="001E0947" w:rsidRPr="00584328">
        <w:rPr>
          <w:rFonts w:ascii="Arial" w:hAnsi="Arial" w:cs="Arial"/>
          <w:iCs/>
          <w:sz w:val="20"/>
          <w:szCs w:val="20"/>
        </w:rPr>
        <w:t xml:space="preserve"> </w:t>
      </w:r>
      <w:r w:rsidR="006306A1" w:rsidRPr="00584328">
        <w:rPr>
          <w:rFonts w:ascii="Arial" w:hAnsi="Arial" w:cs="Arial"/>
          <w:iCs/>
          <w:sz w:val="20"/>
          <w:szCs w:val="20"/>
        </w:rPr>
        <w:t>wastes</w:t>
      </w:r>
      <w:r w:rsidR="001E0947" w:rsidRPr="00584328">
        <w:rPr>
          <w:rFonts w:ascii="Arial" w:hAnsi="Arial" w:cs="Arial"/>
          <w:iCs/>
          <w:sz w:val="20"/>
          <w:szCs w:val="20"/>
        </w:rPr>
        <w:t xml:space="preserve"> </w:t>
      </w:r>
      <w:r w:rsidR="006306A1" w:rsidRPr="00584328">
        <w:rPr>
          <w:rFonts w:ascii="Arial" w:hAnsi="Arial" w:cs="Arial"/>
          <w:iCs/>
          <w:sz w:val="20"/>
          <w:szCs w:val="20"/>
        </w:rPr>
        <w:t>can</w:t>
      </w:r>
      <w:r w:rsidR="001E0947" w:rsidRPr="00584328">
        <w:rPr>
          <w:rFonts w:ascii="Arial" w:hAnsi="Arial" w:cs="Arial"/>
          <w:iCs/>
          <w:sz w:val="20"/>
          <w:szCs w:val="20"/>
        </w:rPr>
        <w:t xml:space="preserve"> </w:t>
      </w:r>
      <w:r w:rsidR="006306A1" w:rsidRPr="00584328">
        <w:rPr>
          <w:rFonts w:ascii="Arial" w:hAnsi="Arial" w:cs="Arial"/>
          <w:iCs/>
          <w:sz w:val="20"/>
          <w:szCs w:val="20"/>
        </w:rPr>
        <w:t>be</w:t>
      </w:r>
      <w:r w:rsidR="001E0947" w:rsidRPr="00584328">
        <w:rPr>
          <w:rFonts w:ascii="Arial" w:hAnsi="Arial" w:cs="Arial"/>
          <w:iCs/>
          <w:sz w:val="20"/>
          <w:szCs w:val="20"/>
        </w:rPr>
        <w:t xml:space="preserve"> </w:t>
      </w:r>
      <w:r w:rsidR="006306A1" w:rsidRPr="00584328">
        <w:rPr>
          <w:rFonts w:ascii="Arial" w:hAnsi="Arial" w:cs="Arial"/>
          <w:iCs/>
          <w:sz w:val="20"/>
          <w:szCs w:val="20"/>
        </w:rPr>
        <w:t>degraded</w:t>
      </w:r>
      <w:r w:rsidR="001E0947" w:rsidRPr="00584328">
        <w:rPr>
          <w:rFonts w:ascii="Arial" w:hAnsi="Arial" w:cs="Arial"/>
          <w:iCs/>
          <w:sz w:val="20"/>
          <w:szCs w:val="20"/>
        </w:rPr>
        <w:t xml:space="preserve"> </w:t>
      </w:r>
      <w:r w:rsidRPr="00584328">
        <w:rPr>
          <w:rFonts w:ascii="Arial" w:hAnsi="Arial" w:cs="Arial"/>
          <w:iCs/>
          <w:sz w:val="20"/>
          <w:szCs w:val="20"/>
        </w:rPr>
        <w:t>by</w:t>
      </w:r>
      <w:r w:rsidR="001E0947" w:rsidRPr="00584328">
        <w:rPr>
          <w:rFonts w:ascii="Arial" w:hAnsi="Arial" w:cs="Arial"/>
          <w:iCs/>
          <w:sz w:val="20"/>
          <w:szCs w:val="20"/>
        </w:rPr>
        <w:t xml:space="preserve"> </w:t>
      </w:r>
      <w:r w:rsidRPr="00584328">
        <w:rPr>
          <w:rFonts w:ascii="Arial" w:hAnsi="Arial" w:cs="Arial"/>
          <w:iCs/>
          <w:sz w:val="20"/>
          <w:szCs w:val="20"/>
        </w:rPr>
        <w:t>various</w:t>
      </w:r>
      <w:r w:rsidR="001E0947" w:rsidRPr="00584328">
        <w:rPr>
          <w:rFonts w:ascii="Arial" w:hAnsi="Arial" w:cs="Arial"/>
          <w:iCs/>
          <w:sz w:val="20"/>
          <w:szCs w:val="20"/>
        </w:rPr>
        <w:t xml:space="preserve"> </w:t>
      </w:r>
      <w:r w:rsidRPr="00584328">
        <w:rPr>
          <w:rFonts w:ascii="Arial" w:hAnsi="Arial" w:cs="Arial"/>
          <w:iCs/>
          <w:sz w:val="20"/>
          <w:szCs w:val="20"/>
        </w:rPr>
        <w:t>microorganisms</w:t>
      </w:r>
      <w:r w:rsidR="001E0947" w:rsidRPr="00584328">
        <w:rPr>
          <w:rFonts w:ascii="Arial" w:hAnsi="Arial" w:cs="Arial"/>
          <w:iCs/>
          <w:sz w:val="20"/>
          <w:szCs w:val="20"/>
        </w:rPr>
        <w:t xml:space="preserve"> </w:t>
      </w:r>
      <w:r w:rsidRPr="00584328">
        <w:rPr>
          <w:rFonts w:ascii="Arial" w:hAnsi="Arial" w:cs="Arial"/>
          <w:iCs/>
          <w:sz w:val="20"/>
          <w:szCs w:val="20"/>
        </w:rPr>
        <w:t>through</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secretion</w:t>
      </w:r>
      <w:r w:rsidR="001E0947" w:rsidRPr="00584328">
        <w:rPr>
          <w:rFonts w:ascii="Arial" w:hAnsi="Arial" w:cs="Arial"/>
          <w:iCs/>
          <w:sz w:val="20"/>
          <w:szCs w:val="20"/>
        </w:rPr>
        <w:t xml:space="preserve"> </w:t>
      </w:r>
      <w:r w:rsidRPr="00584328">
        <w:rPr>
          <w:rFonts w:ascii="Arial" w:hAnsi="Arial" w:cs="Arial"/>
          <w:iCs/>
          <w:sz w:val="20"/>
          <w:szCs w:val="20"/>
        </w:rPr>
        <w:t>of</w:t>
      </w:r>
      <w:r w:rsidR="001E0947" w:rsidRPr="00584328">
        <w:rPr>
          <w:rFonts w:ascii="Arial" w:hAnsi="Arial" w:cs="Arial"/>
          <w:iCs/>
          <w:sz w:val="20"/>
          <w:szCs w:val="20"/>
        </w:rPr>
        <w:t xml:space="preserve"> </w:t>
      </w:r>
      <w:r w:rsidRPr="00584328">
        <w:rPr>
          <w:rFonts w:ascii="Arial" w:hAnsi="Arial" w:cs="Arial"/>
          <w:iCs/>
          <w:sz w:val="20"/>
          <w:szCs w:val="20"/>
        </w:rPr>
        <w:t>keratinase</w:t>
      </w:r>
      <w:r w:rsidR="006306A1" w:rsidRPr="00584328">
        <w:rPr>
          <w:rFonts w:ascii="Arial" w:hAnsi="Arial" w:cs="Arial"/>
          <w:iCs/>
          <w:sz w:val="20"/>
          <w:szCs w:val="20"/>
        </w:rPr>
        <w:t>s,</w:t>
      </w:r>
      <w:r w:rsidR="001E0947" w:rsidRPr="00584328">
        <w:rPr>
          <w:rFonts w:ascii="Arial" w:hAnsi="Arial" w:cs="Arial"/>
          <w:iCs/>
          <w:sz w:val="20"/>
          <w:szCs w:val="20"/>
        </w:rPr>
        <w:t xml:space="preserve"> </w:t>
      </w:r>
      <w:r w:rsidR="006306A1" w:rsidRPr="00584328">
        <w:rPr>
          <w:rFonts w:ascii="Arial" w:hAnsi="Arial" w:cs="Arial"/>
          <w:iCs/>
          <w:sz w:val="20"/>
          <w:szCs w:val="20"/>
        </w:rPr>
        <w:t>which</w:t>
      </w:r>
      <w:r w:rsidR="001E0947" w:rsidRPr="00584328">
        <w:rPr>
          <w:rFonts w:ascii="Arial" w:hAnsi="Arial" w:cs="Arial"/>
          <w:iCs/>
          <w:sz w:val="20"/>
          <w:szCs w:val="20"/>
        </w:rPr>
        <w:t xml:space="preserve"> </w:t>
      </w:r>
      <w:r w:rsidR="006306A1" w:rsidRPr="00584328">
        <w:rPr>
          <w:rFonts w:ascii="Arial" w:hAnsi="Arial" w:cs="Arial"/>
          <w:iCs/>
          <w:sz w:val="20"/>
          <w:szCs w:val="20"/>
        </w:rPr>
        <w:t>are</w:t>
      </w:r>
      <w:r w:rsidR="001E0947" w:rsidRPr="00584328">
        <w:rPr>
          <w:rFonts w:ascii="Arial" w:hAnsi="Arial" w:cs="Arial"/>
          <w:iCs/>
          <w:sz w:val="20"/>
          <w:szCs w:val="20"/>
        </w:rPr>
        <w:t xml:space="preserve"> </w:t>
      </w:r>
      <w:r w:rsidR="006306A1" w:rsidRPr="00584328">
        <w:rPr>
          <w:rFonts w:ascii="Arial" w:hAnsi="Arial" w:cs="Arial"/>
          <w:iCs/>
          <w:sz w:val="20"/>
          <w:szCs w:val="20"/>
        </w:rPr>
        <w:t>excellent</w:t>
      </w:r>
      <w:r w:rsidR="001E0947" w:rsidRPr="00584328">
        <w:rPr>
          <w:rFonts w:ascii="Arial" w:hAnsi="Arial" w:cs="Arial"/>
          <w:iCs/>
          <w:sz w:val="20"/>
          <w:szCs w:val="20"/>
        </w:rPr>
        <w:t xml:space="preserve"> </w:t>
      </w:r>
      <w:r w:rsidR="006306A1" w:rsidRPr="00584328">
        <w:rPr>
          <w:rFonts w:ascii="Arial" w:hAnsi="Arial" w:cs="Arial"/>
          <w:iCs/>
          <w:sz w:val="20"/>
          <w:szCs w:val="20"/>
        </w:rPr>
        <w:t>enzymes</w:t>
      </w:r>
      <w:r w:rsidR="001E0947" w:rsidRPr="00584328">
        <w:rPr>
          <w:rFonts w:ascii="Arial" w:hAnsi="Arial" w:cs="Arial"/>
          <w:iCs/>
          <w:sz w:val="20"/>
          <w:szCs w:val="20"/>
        </w:rPr>
        <w:t xml:space="preserve"> </w:t>
      </w:r>
      <w:r w:rsidRPr="00584328">
        <w:rPr>
          <w:rFonts w:ascii="Arial" w:hAnsi="Arial" w:cs="Arial"/>
          <w:iCs/>
          <w:sz w:val="20"/>
          <w:szCs w:val="20"/>
        </w:rPr>
        <w:t>for</w:t>
      </w:r>
      <w:r w:rsidR="001E0947" w:rsidRPr="00584328">
        <w:rPr>
          <w:rFonts w:ascii="Arial" w:hAnsi="Arial" w:cs="Arial"/>
          <w:iCs/>
          <w:sz w:val="20"/>
          <w:szCs w:val="20"/>
        </w:rPr>
        <w:t xml:space="preserve"> </w:t>
      </w:r>
      <w:r w:rsidRPr="00584328">
        <w:rPr>
          <w:rFonts w:ascii="Arial" w:hAnsi="Arial" w:cs="Arial"/>
          <w:iCs/>
          <w:sz w:val="20"/>
          <w:szCs w:val="20"/>
        </w:rPr>
        <w:t>several</w:t>
      </w:r>
      <w:r w:rsidR="001E0947" w:rsidRPr="00584328">
        <w:rPr>
          <w:rFonts w:ascii="Arial" w:hAnsi="Arial" w:cs="Arial"/>
          <w:iCs/>
          <w:sz w:val="20"/>
          <w:szCs w:val="20"/>
        </w:rPr>
        <w:t xml:space="preserve"> </w:t>
      </w:r>
      <w:r w:rsidRPr="00584328">
        <w:rPr>
          <w:rFonts w:ascii="Arial" w:hAnsi="Arial" w:cs="Arial"/>
          <w:iCs/>
          <w:sz w:val="20"/>
          <w:szCs w:val="20"/>
        </w:rPr>
        <w:t>applications</w:t>
      </w:r>
      <w:r w:rsidR="00014841" w:rsidRPr="00584328">
        <w:rPr>
          <w:rFonts w:ascii="Arial" w:hAnsi="Arial" w:cs="Arial"/>
          <w:iCs/>
          <w:sz w:val="20"/>
          <w:szCs w:val="20"/>
        </w:rPr>
        <w:t xml:space="preserve"> </w:t>
      </w:r>
      <w:r w:rsidRPr="00584328">
        <w:rPr>
          <w:rFonts w:ascii="Arial" w:hAnsi="Arial" w:cs="Arial"/>
          <w:iCs/>
          <w:sz w:val="20"/>
          <w:szCs w:val="20"/>
        </w:rPr>
        <w:t>including</w:t>
      </w:r>
      <w:r w:rsidR="001E0947" w:rsidRPr="00584328">
        <w:rPr>
          <w:rFonts w:ascii="Arial" w:hAnsi="Arial" w:cs="Arial"/>
          <w:iCs/>
          <w:sz w:val="20"/>
          <w:szCs w:val="20"/>
        </w:rPr>
        <w:t xml:space="preserve"> </w:t>
      </w:r>
      <w:r w:rsidRPr="00584328">
        <w:rPr>
          <w:rFonts w:ascii="Arial" w:hAnsi="Arial" w:cs="Arial"/>
          <w:iCs/>
          <w:sz w:val="20"/>
          <w:szCs w:val="20"/>
        </w:rPr>
        <w:t>detergents,</w:t>
      </w:r>
      <w:r w:rsidR="001E0947" w:rsidRPr="00584328">
        <w:rPr>
          <w:rFonts w:ascii="Arial" w:hAnsi="Arial" w:cs="Arial"/>
          <w:iCs/>
          <w:sz w:val="20"/>
          <w:szCs w:val="20"/>
        </w:rPr>
        <w:t xml:space="preserve"> </w:t>
      </w:r>
      <w:r w:rsidRPr="00584328">
        <w:rPr>
          <w:rFonts w:ascii="Arial" w:hAnsi="Arial" w:cs="Arial"/>
          <w:iCs/>
          <w:sz w:val="20"/>
          <w:szCs w:val="20"/>
        </w:rPr>
        <w:t>fertilizers</w:t>
      </w:r>
      <w:r w:rsidR="00014841" w:rsidRPr="00584328">
        <w:rPr>
          <w:rFonts w:ascii="Arial" w:hAnsi="Arial" w:cs="Arial"/>
          <w:iCs/>
          <w:sz w:val="20"/>
          <w:szCs w:val="20"/>
        </w:rPr>
        <w:t xml:space="preserve">, </w:t>
      </w:r>
      <w:r w:rsidRPr="00584328">
        <w:rPr>
          <w:rFonts w:ascii="Arial" w:hAnsi="Arial" w:cs="Arial"/>
          <w:iCs/>
          <w:sz w:val="20"/>
          <w:szCs w:val="20"/>
        </w:rPr>
        <w:t>leath</w:t>
      </w:r>
      <w:r w:rsidR="006306A1" w:rsidRPr="00584328">
        <w:rPr>
          <w:rFonts w:ascii="Arial" w:hAnsi="Arial" w:cs="Arial"/>
          <w:iCs/>
          <w:sz w:val="20"/>
          <w:szCs w:val="20"/>
        </w:rPr>
        <w:t>er</w:t>
      </w:r>
      <w:r w:rsidR="001E0947" w:rsidRPr="00584328">
        <w:rPr>
          <w:rFonts w:ascii="Arial" w:hAnsi="Arial" w:cs="Arial"/>
          <w:iCs/>
          <w:sz w:val="20"/>
          <w:szCs w:val="20"/>
        </w:rPr>
        <w:t xml:space="preserve"> </w:t>
      </w:r>
      <w:r w:rsidR="006306A1" w:rsidRPr="00584328">
        <w:rPr>
          <w:rFonts w:ascii="Arial" w:hAnsi="Arial" w:cs="Arial"/>
          <w:iCs/>
          <w:sz w:val="20"/>
          <w:szCs w:val="20"/>
        </w:rPr>
        <w:t>and</w:t>
      </w:r>
      <w:r w:rsidR="001E0947" w:rsidRPr="00584328">
        <w:rPr>
          <w:rFonts w:ascii="Arial" w:hAnsi="Arial" w:cs="Arial"/>
          <w:iCs/>
          <w:sz w:val="20"/>
          <w:szCs w:val="20"/>
        </w:rPr>
        <w:t xml:space="preserve"> </w:t>
      </w:r>
      <w:r w:rsidR="006306A1" w:rsidRPr="00584328">
        <w:rPr>
          <w:rFonts w:ascii="Arial" w:hAnsi="Arial" w:cs="Arial"/>
          <w:iCs/>
          <w:sz w:val="20"/>
          <w:szCs w:val="20"/>
        </w:rPr>
        <w:t>textile</w:t>
      </w:r>
      <w:r w:rsidR="001E0947" w:rsidRPr="00584328">
        <w:rPr>
          <w:rFonts w:ascii="Arial" w:hAnsi="Arial" w:cs="Arial"/>
          <w:iCs/>
          <w:sz w:val="20"/>
          <w:szCs w:val="20"/>
        </w:rPr>
        <w:t xml:space="preserve"> </w:t>
      </w:r>
      <w:r w:rsidR="006306A1" w:rsidRPr="00584328">
        <w:rPr>
          <w:rFonts w:ascii="Arial" w:hAnsi="Arial" w:cs="Arial"/>
          <w:iCs/>
          <w:sz w:val="20"/>
          <w:szCs w:val="20"/>
        </w:rPr>
        <w:t>industry.</w:t>
      </w:r>
      <w:r w:rsidR="001E0947" w:rsidRPr="00584328">
        <w:rPr>
          <w:rFonts w:ascii="Arial" w:hAnsi="Arial" w:cs="Arial"/>
          <w:iCs/>
          <w:sz w:val="20"/>
          <w:szCs w:val="20"/>
        </w:rPr>
        <w:t xml:space="preserve"> </w:t>
      </w:r>
      <w:r w:rsidR="006306A1" w:rsidRPr="00584328">
        <w:rPr>
          <w:rFonts w:ascii="Arial" w:hAnsi="Arial" w:cs="Arial"/>
          <w:iCs/>
          <w:sz w:val="20"/>
          <w:szCs w:val="20"/>
        </w:rPr>
        <w:t>In</w:t>
      </w:r>
      <w:r w:rsidR="001E0947" w:rsidRPr="00584328">
        <w:rPr>
          <w:rFonts w:ascii="Arial" w:hAnsi="Arial" w:cs="Arial"/>
          <w:iCs/>
          <w:sz w:val="20"/>
          <w:szCs w:val="20"/>
        </w:rPr>
        <w:t xml:space="preserve"> </w:t>
      </w:r>
      <w:r w:rsidR="006306A1" w:rsidRPr="00584328">
        <w:rPr>
          <w:rFonts w:ascii="Arial" w:hAnsi="Arial" w:cs="Arial"/>
          <w:iCs/>
          <w:sz w:val="20"/>
          <w:szCs w:val="20"/>
        </w:rPr>
        <w:t>an</w:t>
      </w:r>
      <w:r w:rsidR="001E0947" w:rsidRPr="00584328">
        <w:rPr>
          <w:rFonts w:ascii="Arial" w:hAnsi="Arial" w:cs="Arial"/>
          <w:iCs/>
          <w:sz w:val="20"/>
          <w:szCs w:val="20"/>
        </w:rPr>
        <w:t xml:space="preserve"> </w:t>
      </w:r>
      <w:r w:rsidRPr="00584328">
        <w:rPr>
          <w:rFonts w:ascii="Arial" w:hAnsi="Arial" w:cs="Arial"/>
          <w:iCs/>
          <w:sz w:val="20"/>
          <w:szCs w:val="20"/>
        </w:rPr>
        <w:t>attempt</w:t>
      </w:r>
      <w:r w:rsidR="001E0947" w:rsidRPr="00584328">
        <w:rPr>
          <w:rFonts w:ascii="Arial" w:hAnsi="Arial" w:cs="Arial"/>
          <w:iCs/>
          <w:sz w:val="20"/>
          <w:szCs w:val="20"/>
        </w:rPr>
        <w:t xml:space="preserve"> </w:t>
      </w:r>
      <w:r w:rsidRPr="00584328">
        <w:rPr>
          <w:rFonts w:ascii="Arial" w:hAnsi="Arial" w:cs="Arial"/>
          <w:iCs/>
          <w:sz w:val="20"/>
          <w:szCs w:val="20"/>
        </w:rPr>
        <w:t>to</w:t>
      </w:r>
      <w:r w:rsidR="001E0947" w:rsidRPr="00584328">
        <w:rPr>
          <w:rFonts w:ascii="Arial" w:hAnsi="Arial" w:cs="Arial"/>
          <w:iCs/>
          <w:sz w:val="20"/>
          <w:szCs w:val="20"/>
        </w:rPr>
        <w:t xml:space="preserve"> </w:t>
      </w:r>
      <w:r w:rsidRPr="00584328">
        <w:rPr>
          <w:rFonts w:ascii="Arial" w:hAnsi="Arial" w:cs="Arial"/>
          <w:iCs/>
          <w:sz w:val="20"/>
          <w:szCs w:val="20"/>
        </w:rPr>
        <w:t>isolate</w:t>
      </w:r>
      <w:r w:rsidR="001E0947" w:rsidRPr="00584328">
        <w:rPr>
          <w:rFonts w:ascii="Arial" w:hAnsi="Arial" w:cs="Arial"/>
          <w:iCs/>
          <w:sz w:val="20"/>
          <w:szCs w:val="20"/>
        </w:rPr>
        <w:t xml:space="preserve"> </w:t>
      </w:r>
      <w:r w:rsidRPr="00584328">
        <w:rPr>
          <w:rFonts w:ascii="Arial" w:hAnsi="Arial" w:cs="Arial"/>
          <w:iCs/>
          <w:sz w:val="20"/>
          <w:szCs w:val="20"/>
        </w:rPr>
        <w:t>keratinolytic</w:t>
      </w:r>
      <w:r w:rsidR="001E0947" w:rsidRPr="00584328">
        <w:rPr>
          <w:rFonts w:ascii="Arial" w:hAnsi="Arial" w:cs="Arial"/>
          <w:iCs/>
          <w:sz w:val="20"/>
          <w:szCs w:val="20"/>
        </w:rPr>
        <w:t xml:space="preserve"> </w:t>
      </w:r>
      <w:r w:rsidRPr="00584328">
        <w:rPr>
          <w:rFonts w:ascii="Arial" w:hAnsi="Arial" w:cs="Arial"/>
          <w:iCs/>
          <w:sz w:val="20"/>
          <w:szCs w:val="20"/>
        </w:rPr>
        <w:t>microorganisms</w:t>
      </w:r>
      <w:r w:rsidR="001E0947" w:rsidRPr="00584328">
        <w:rPr>
          <w:rFonts w:ascii="Arial" w:hAnsi="Arial" w:cs="Arial"/>
          <w:iCs/>
          <w:sz w:val="20"/>
          <w:szCs w:val="20"/>
        </w:rPr>
        <w:t xml:space="preserve"> </w:t>
      </w:r>
      <w:r w:rsidRPr="00584328">
        <w:rPr>
          <w:rFonts w:ascii="Arial" w:hAnsi="Arial" w:cs="Arial"/>
          <w:iCs/>
          <w:sz w:val="20"/>
          <w:szCs w:val="20"/>
        </w:rPr>
        <w:t>that</w:t>
      </w:r>
      <w:r w:rsidR="001E0947" w:rsidRPr="00584328">
        <w:rPr>
          <w:rFonts w:ascii="Arial" w:hAnsi="Arial" w:cs="Arial"/>
          <w:iCs/>
          <w:sz w:val="20"/>
          <w:szCs w:val="20"/>
        </w:rPr>
        <w:t xml:space="preserve"> </w:t>
      </w:r>
      <w:r w:rsidRPr="00584328">
        <w:rPr>
          <w:rFonts w:ascii="Arial" w:hAnsi="Arial" w:cs="Arial"/>
          <w:iCs/>
          <w:sz w:val="20"/>
          <w:szCs w:val="20"/>
        </w:rPr>
        <w:t>can</w:t>
      </w:r>
      <w:r w:rsidR="001E0947" w:rsidRPr="00584328">
        <w:rPr>
          <w:rFonts w:ascii="Arial" w:hAnsi="Arial" w:cs="Arial"/>
          <w:iCs/>
          <w:sz w:val="20"/>
          <w:szCs w:val="20"/>
        </w:rPr>
        <w:t xml:space="preserve"> </w:t>
      </w:r>
      <w:r w:rsidRPr="00584328">
        <w:rPr>
          <w:rFonts w:ascii="Arial" w:hAnsi="Arial" w:cs="Arial"/>
          <w:iCs/>
          <w:sz w:val="20"/>
          <w:szCs w:val="20"/>
        </w:rPr>
        <w:t>reach</w:t>
      </w:r>
      <w:r w:rsidR="001E0947" w:rsidRPr="00584328">
        <w:rPr>
          <w:rFonts w:ascii="Arial" w:hAnsi="Arial" w:cs="Arial"/>
          <w:iCs/>
          <w:sz w:val="20"/>
          <w:szCs w:val="20"/>
        </w:rPr>
        <w:t xml:space="preserve"> </w:t>
      </w:r>
      <w:r w:rsidRPr="00584328">
        <w:rPr>
          <w:rFonts w:ascii="Arial" w:hAnsi="Arial" w:cs="Arial"/>
          <w:iCs/>
          <w:sz w:val="20"/>
          <w:szCs w:val="20"/>
        </w:rPr>
        <w:t>co</w:t>
      </w:r>
      <w:r w:rsidR="006306A1" w:rsidRPr="00584328">
        <w:rPr>
          <w:rFonts w:ascii="Arial" w:hAnsi="Arial" w:cs="Arial"/>
          <w:iCs/>
          <w:sz w:val="20"/>
          <w:szCs w:val="20"/>
        </w:rPr>
        <w:t>mmercial</w:t>
      </w:r>
      <w:r w:rsidR="001E0947" w:rsidRPr="00584328">
        <w:rPr>
          <w:rFonts w:ascii="Arial" w:hAnsi="Arial" w:cs="Arial"/>
          <w:iCs/>
          <w:sz w:val="20"/>
          <w:szCs w:val="20"/>
        </w:rPr>
        <w:t xml:space="preserve"> </w:t>
      </w:r>
      <w:r w:rsidR="006306A1" w:rsidRPr="00584328">
        <w:rPr>
          <w:rFonts w:ascii="Arial" w:hAnsi="Arial" w:cs="Arial"/>
          <w:iCs/>
          <w:sz w:val="20"/>
          <w:szCs w:val="20"/>
        </w:rPr>
        <w:t>values</w:t>
      </w:r>
      <w:r w:rsidR="001E0947" w:rsidRPr="00584328">
        <w:rPr>
          <w:rFonts w:ascii="Arial" w:hAnsi="Arial" w:cs="Arial"/>
          <w:iCs/>
          <w:sz w:val="20"/>
          <w:szCs w:val="20"/>
        </w:rPr>
        <w:t xml:space="preserve"> </w:t>
      </w:r>
      <w:r w:rsidR="006306A1" w:rsidRPr="00584328">
        <w:rPr>
          <w:rFonts w:ascii="Arial" w:hAnsi="Arial" w:cs="Arial"/>
          <w:iCs/>
          <w:sz w:val="20"/>
          <w:szCs w:val="20"/>
        </w:rPr>
        <w:t>as</w:t>
      </w:r>
      <w:r w:rsidR="001E0947" w:rsidRPr="00584328">
        <w:rPr>
          <w:rFonts w:ascii="Arial" w:hAnsi="Arial" w:cs="Arial"/>
          <w:iCs/>
          <w:sz w:val="20"/>
          <w:szCs w:val="20"/>
        </w:rPr>
        <w:t xml:space="preserve"> </w:t>
      </w:r>
      <w:r w:rsidR="006306A1" w:rsidRPr="00584328">
        <w:rPr>
          <w:rFonts w:ascii="Arial" w:hAnsi="Arial" w:cs="Arial"/>
          <w:iCs/>
          <w:sz w:val="20"/>
          <w:szCs w:val="20"/>
        </w:rPr>
        <w:t>keratinase</w:t>
      </w:r>
      <w:r w:rsidR="001E0947" w:rsidRPr="00584328">
        <w:rPr>
          <w:rFonts w:ascii="Arial" w:hAnsi="Arial" w:cs="Arial"/>
          <w:iCs/>
          <w:sz w:val="20"/>
          <w:szCs w:val="20"/>
        </w:rPr>
        <w:t xml:space="preserve"> </w:t>
      </w:r>
      <w:r w:rsidR="00DB4837" w:rsidRPr="00584328">
        <w:rPr>
          <w:rFonts w:ascii="Arial" w:hAnsi="Arial" w:cs="Arial"/>
          <w:iCs/>
          <w:sz w:val="20"/>
          <w:szCs w:val="20"/>
        </w:rPr>
        <w:t>producers</w:t>
      </w:r>
      <w:r w:rsidR="00014841" w:rsidRPr="00584328">
        <w:rPr>
          <w:rFonts w:ascii="Arial" w:hAnsi="Arial" w:cs="Arial"/>
          <w:iCs/>
          <w:sz w:val="20"/>
          <w:szCs w:val="20"/>
        </w:rPr>
        <w:t xml:space="preserve"> t</w:t>
      </w:r>
      <w:r w:rsidRPr="00584328">
        <w:rPr>
          <w:rFonts w:ascii="Arial" w:hAnsi="Arial" w:cs="Arial"/>
          <w:iCs/>
          <w:sz w:val="20"/>
          <w:szCs w:val="20"/>
        </w:rPr>
        <w:t>his</w:t>
      </w:r>
      <w:r w:rsidR="001E0947" w:rsidRPr="00584328">
        <w:rPr>
          <w:rFonts w:ascii="Arial" w:hAnsi="Arial" w:cs="Arial"/>
          <w:iCs/>
          <w:sz w:val="20"/>
          <w:szCs w:val="20"/>
        </w:rPr>
        <w:t xml:space="preserve"> </w:t>
      </w:r>
      <w:r w:rsidRPr="00584328">
        <w:rPr>
          <w:rFonts w:ascii="Arial" w:hAnsi="Arial" w:cs="Arial"/>
          <w:iCs/>
          <w:sz w:val="20"/>
          <w:szCs w:val="20"/>
        </w:rPr>
        <w:t>project</w:t>
      </w:r>
      <w:r w:rsidR="001E0947" w:rsidRPr="00584328">
        <w:rPr>
          <w:rFonts w:ascii="Arial" w:hAnsi="Arial" w:cs="Arial"/>
          <w:iCs/>
          <w:sz w:val="20"/>
          <w:szCs w:val="20"/>
        </w:rPr>
        <w:t xml:space="preserve"> </w:t>
      </w:r>
      <w:r w:rsidRPr="00584328">
        <w:rPr>
          <w:rFonts w:ascii="Arial" w:hAnsi="Arial" w:cs="Arial"/>
          <w:iCs/>
          <w:sz w:val="20"/>
          <w:szCs w:val="20"/>
        </w:rPr>
        <w:t>aims</w:t>
      </w:r>
      <w:r w:rsidR="001E0947" w:rsidRPr="00584328">
        <w:rPr>
          <w:rFonts w:ascii="Arial" w:hAnsi="Arial" w:cs="Arial"/>
          <w:iCs/>
          <w:sz w:val="20"/>
          <w:szCs w:val="20"/>
        </w:rPr>
        <w:t xml:space="preserve"> </w:t>
      </w:r>
      <w:r w:rsidRPr="00584328">
        <w:rPr>
          <w:rFonts w:ascii="Arial" w:hAnsi="Arial" w:cs="Arial"/>
          <w:iCs/>
          <w:sz w:val="20"/>
          <w:szCs w:val="20"/>
        </w:rPr>
        <w:t>to</w:t>
      </w:r>
      <w:r w:rsidR="001E0947" w:rsidRPr="00584328">
        <w:rPr>
          <w:rFonts w:ascii="Arial" w:hAnsi="Arial" w:cs="Arial"/>
          <w:iCs/>
          <w:sz w:val="20"/>
          <w:szCs w:val="20"/>
        </w:rPr>
        <w:t xml:space="preserve"> </w:t>
      </w:r>
      <w:r w:rsidRPr="00584328">
        <w:rPr>
          <w:rFonts w:ascii="Arial" w:hAnsi="Arial" w:cs="Arial"/>
          <w:iCs/>
          <w:sz w:val="20"/>
          <w:szCs w:val="20"/>
        </w:rPr>
        <w:t>delve</w:t>
      </w:r>
      <w:r w:rsidR="001E0947" w:rsidRPr="00584328">
        <w:rPr>
          <w:rFonts w:ascii="Arial" w:hAnsi="Arial" w:cs="Arial"/>
          <w:iCs/>
          <w:sz w:val="20"/>
          <w:szCs w:val="20"/>
        </w:rPr>
        <w:t xml:space="preserve"> </w:t>
      </w:r>
      <w:r w:rsidRPr="00584328">
        <w:rPr>
          <w:rFonts w:ascii="Arial" w:hAnsi="Arial" w:cs="Arial"/>
          <w:iCs/>
          <w:sz w:val="20"/>
          <w:szCs w:val="20"/>
        </w:rPr>
        <w:t>into</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mechanisms</w:t>
      </w:r>
      <w:r w:rsidR="001E0947" w:rsidRPr="00584328">
        <w:rPr>
          <w:rFonts w:ascii="Arial" w:hAnsi="Arial" w:cs="Arial"/>
          <w:iCs/>
          <w:sz w:val="20"/>
          <w:szCs w:val="20"/>
        </w:rPr>
        <w:t xml:space="preserve"> </w:t>
      </w:r>
      <w:r w:rsidR="006306A1" w:rsidRPr="00584328">
        <w:rPr>
          <w:rFonts w:ascii="Arial" w:hAnsi="Arial" w:cs="Arial"/>
          <w:iCs/>
          <w:sz w:val="20"/>
          <w:szCs w:val="20"/>
        </w:rPr>
        <w:t>employed</w:t>
      </w:r>
      <w:r w:rsidR="001E0947" w:rsidRPr="00584328">
        <w:rPr>
          <w:rFonts w:ascii="Arial" w:hAnsi="Arial" w:cs="Arial"/>
          <w:iCs/>
          <w:sz w:val="20"/>
          <w:szCs w:val="20"/>
        </w:rPr>
        <w:t xml:space="preserve"> </w:t>
      </w:r>
      <w:r w:rsidR="006306A1" w:rsidRPr="00584328">
        <w:rPr>
          <w:rFonts w:ascii="Arial" w:hAnsi="Arial" w:cs="Arial"/>
          <w:iCs/>
          <w:sz w:val="20"/>
          <w:szCs w:val="20"/>
        </w:rPr>
        <w:t>by</w:t>
      </w:r>
      <w:r w:rsidR="001E0947" w:rsidRPr="00584328">
        <w:rPr>
          <w:rFonts w:ascii="Arial" w:hAnsi="Arial" w:cs="Arial"/>
          <w:iCs/>
          <w:sz w:val="20"/>
          <w:szCs w:val="20"/>
        </w:rPr>
        <w:t xml:space="preserve"> </w:t>
      </w:r>
      <w:r w:rsidR="006306A1" w:rsidRPr="00584328">
        <w:rPr>
          <w:rFonts w:ascii="Arial" w:hAnsi="Arial" w:cs="Arial"/>
          <w:iCs/>
          <w:sz w:val="20"/>
          <w:szCs w:val="20"/>
        </w:rPr>
        <w:t>various</w:t>
      </w:r>
      <w:r w:rsidR="001E0947" w:rsidRPr="00584328">
        <w:rPr>
          <w:rFonts w:ascii="Arial" w:hAnsi="Arial" w:cs="Arial"/>
          <w:iCs/>
          <w:sz w:val="20"/>
          <w:szCs w:val="20"/>
        </w:rPr>
        <w:t xml:space="preserve"> </w:t>
      </w:r>
      <w:r w:rsidR="006306A1" w:rsidRPr="00584328">
        <w:rPr>
          <w:rFonts w:ascii="Arial" w:hAnsi="Arial" w:cs="Arial"/>
          <w:iCs/>
          <w:sz w:val="20"/>
          <w:szCs w:val="20"/>
        </w:rPr>
        <w:t>microbial</w:t>
      </w:r>
      <w:r w:rsidR="001E0947" w:rsidRPr="00584328">
        <w:rPr>
          <w:rFonts w:ascii="Arial" w:hAnsi="Arial" w:cs="Arial"/>
          <w:iCs/>
          <w:sz w:val="20"/>
          <w:szCs w:val="20"/>
        </w:rPr>
        <w:t xml:space="preserve"> </w:t>
      </w:r>
      <w:r w:rsidRPr="00584328">
        <w:rPr>
          <w:rFonts w:ascii="Arial" w:hAnsi="Arial" w:cs="Arial"/>
          <w:iCs/>
          <w:sz w:val="20"/>
          <w:szCs w:val="20"/>
        </w:rPr>
        <w:t>species</w:t>
      </w:r>
      <w:r w:rsidR="001E0947" w:rsidRPr="00584328">
        <w:rPr>
          <w:rFonts w:ascii="Arial" w:hAnsi="Arial" w:cs="Arial"/>
          <w:iCs/>
          <w:sz w:val="20"/>
          <w:szCs w:val="20"/>
        </w:rPr>
        <w:t xml:space="preserve"> </w:t>
      </w:r>
      <w:r w:rsidRPr="00584328">
        <w:rPr>
          <w:rFonts w:ascii="Arial" w:hAnsi="Arial" w:cs="Arial"/>
          <w:iCs/>
          <w:sz w:val="20"/>
          <w:szCs w:val="20"/>
        </w:rPr>
        <w:t>in</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degradation</w:t>
      </w:r>
      <w:r w:rsidR="001E0947" w:rsidRPr="00584328">
        <w:rPr>
          <w:rFonts w:ascii="Arial" w:hAnsi="Arial" w:cs="Arial"/>
          <w:iCs/>
          <w:sz w:val="20"/>
          <w:szCs w:val="20"/>
        </w:rPr>
        <w:t xml:space="preserve"> </w:t>
      </w:r>
      <w:r w:rsidRPr="00584328">
        <w:rPr>
          <w:rFonts w:ascii="Arial" w:hAnsi="Arial" w:cs="Arial"/>
          <w:iCs/>
          <w:sz w:val="20"/>
          <w:szCs w:val="20"/>
        </w:rPr>
        <w:t>of</w:t>
      </w:r>
      <w:r w:rsidR="001E0947" w:rsidRPr="00584328">
        <w:rPr>
          <w:rFonts w:ascii="Arial" w:hAnsi="Arial" w:cs="Arial"/>
          <w:iCs/>
          <w:sz w:val="20"/>
          <w:szCs w:val="20"/>
        </w:rPr>
        <w:t xml:space="preserve"> </w:t>
      </w:r>
      <w:r w:rsidRPr="00584328">
        <w:rPr>
          <w:rFonts w:ascii="Arial" w:hAnsi="Arial" w:cs="Arial"/>
          <w:iCs/>
          <w:sz w:val="20"/>
          <w:szCs w:val="20"/>
        </w:rPr>
        <w:t>keratinaceous</w:t>
      </w:r>
      <w:r w:rsidR="001E0947" w:rsidRPr="00584328">
        <w:rPr>
          <w:rFonts w:ascii="Arial" w:hAnsi="Arial" w:cs="Arial"/>
          <w:iCs/>
          <w:sz w:val="20"/>
          <w:szCs w:val="20"/>
        </w:rPr>
        <w:t xml:space="preserve"> </w:t>
      </w:r>
      <w:r w:rsidRPr="00584328">
        <w:rPr>
          <w:rFonts w:ascii="Arial" w:hAnsi="Arial" w:cs="Arial"/>
          <w:iCs/>
          <w:sz w:val="20"/>
          <w:szCs w:val="20"/>
        </w:rPr>
        <w:t>materials.</w:t>
      </w:r>
      <w:r w:rsidR="001E0947" w:rsidRPr="00584328">
        <w:rPr>
          <w:rFonts w:ascii="Arial" w:hAnsi="Arial" w:cs="Arial"/>
          <w:iCs/>
          <w:sz w:val="20"/>
          <w:szCs w:val="20"/>
        </w:rPr>
        <w:t xml:space="preserve"> </w:t>
      </w:r>
      <w:r w:rsidRPr="00584328">
        <w:rPr>
          <w:rFonts w:ascii="Arial" w:hAnsi="Arial" w:cs="Arial"/>
          <w:iCs/>
          <w:sz w:val="20"/>
          <w:szCs w:val="20"/>
        </w:rPr>
        <w:t>Through</w:t>
      </w:r>
      <w:r w:rsidR="001E0947" w:rsidRPr="00584328">
        <w:rPr>
          <w:rFonts w:ascii="Arial" w:hAnsi="Arial" w:cs="Arial"/>
          <w:iCs/>
          <w:sz w:val="20"/>
          <w:szCs w:val="20"/>
        </w:rPr>
        <w:t xml:space="preserve"> </w:t>
      </w:r>
      <w:r w:rsidRPr="00584328">
        <w:rPr>
          <w:rFonts w:ascii="Arial" w:hAnsi="Arial" w:cs="Arial"/>
          <w:iCs/>
          <w:sz w:val="20"/>
          <w:szCs w:val="20"/>
        </w:rPr>
        <w:t>genomic</w:t>
      </w:r>
      <w:r w:rsidR="001E0947" w:rsidRPr="00584328">
        <w:rPr>
          <w:rFonts w:ascii="Arial" w:hAnsi="Arial" w:cs="Arial"/>
          <w:iCs/>
          <w:sz w:val="20"/>
          <w:szCs w:val="20"/>
        </w:rPr>
        <w:t xml:space="preserve"> </w:t>
      </w:r>
      <w:r w:rsidR="006306A1" w:rsidRPr="00584328">
        <w:rPr>
          <w:rFonts w:ascii="Arial" w:hAnsi="Arial" w:cs="Arial"/>
          <w:iCs/>
          <w:sz w:val="20"/>
          <w:szCs w:val="20"/>
        </w:rPr>
        <w:t>and</w:t>
      </w:r>
      <w:r w:rsidR="001E0947" w:rsidRPr="00584328">
        <w:rPr>
          <w:rFonts w:ascii="Arial" w:hAnsi="Arial" w:cs="Arial"/>
          <w:iCs/>
          <w:sz w:val="20"/>
          <w:szCs w:val="20"/>
        </w:rPr>
        <w:t xml:space="preserve"> </w:t>
      </w:r>
      <w:r w:rsidR="006306A1" w:rsidRPr="00584328">
        <w:rPr>
          <w:rFonts w:ascii="Arial" w:hAnsi="Arial" w:cs="Arial"/>
          <w:iCs/>
          <w:sz w:val="20"/>
          <w:szCs w:val="20"/>
        </w:rPr>
        <w:t>proteomic</w:t>
      </w:r>
      <w:r w:rsidR="001E0947" w:rsidRPr="00584328">
        <w:rPr>
          <w:rFonts w:ascii="Arial" w:hAnsi="Arial" w:cs="Arial"/>
          <w:iCs/>
          <w:sz w:val="20"/>
          <w:szCs w:val="20"/>
        </w:rPr>
        <w:t xml:space="preserve"> </w:t>
      </w:r>
      <w:r w:rsidRPr="00584328">
        <w:rPr>
          <w:rFonts w:ascii="Arial" w:hAnsi="Arial" w:cs="Arial"/>
          <w:iCs/>
          <w:sz w:val="20"/>
          <w:szCs w:val="20"/>
        </w:rPr>
        <w:t>analyses,</w:t>
      </w:r>
      <w:r w:rsidR="001E0947" w:rsidRPr="00584328">
        <w:rPr>
          <w:rFonts w:ascii="Arial" w:hAnsi="Arial" w:cs="Arial"/>
          <w:iCs/>
          <w:sz w:val="20"/>
          <w:szCs w:val="20"/>
        </w:rPr>
        <w:t xml:space="preserve"> </w:t>
      </w:r>
      <w:r w:rsidRPr="00584328">
        <w:rPr>
          <w:rFonts w:ascii="Arial" w:hAnsi="Arial" w:cs="Arial"/>
          <w:iCs/>
          <w:sz w:val="20"/>
          <w:szCs w:val="20"/>
        </w:rPr>
        <w:t>we</w:t>
      </w:r>
      <w:r w:rsidR="001E0947" w:rsidRPr="00584328">
        <w:rPr>
          <w:rFonts w:ascii="Arial" w:hAnsi="Arial" w:cs="Arial"/>
          <w:iCs/>
          <w:sz w:val="20"/>
          <w:szCs w:val="20"/>
        </w:rPr>
        <w:t xml:space="preserve"> </w:t>
      </w:r>
      <w:r w:rsidRPr="00584328">
        <w:rPr>
          <w:rFonts w:ascii="Arial" w:hAnsi="Arial" w:cs="Arial"/>
          <w:iCs/>
          <w:sz w:val="20"/>
          <w:szCs w:val="20"/>
        </w:rPr>
        <w:t>explore</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enzymatic</w:t>
      </w:r>
      <w:r w:rsidR="001E0947" w:rsidRPr="00584328">
        <w:rPr>
          <w:rFonts w:ascii="Arial" w:hAnsi="Arial" w:cs="Arial"/>
          <w:iCs/>
          <w:sz w:val="20"/>
          <w:szCs w:val="20"/>
        </w:rPr>
        <w:t xml:space="preserve"> </w:t>
      </w:r>
      <w:r w:rsidRPr="00584328">
        <w:rPr>
          <w:rFonts w:ascii="Arial" w:hAnsi="Arial" w:cs="Arial"/>
          <w:iCs/>
          <w:sz w:val="20"/>
          <w:szCs w:val="20"/>
        </w:rPr>
        <w:t>pathways</w:t>
      </w:r>
      <w:r w:rsidR="001E0947" w:rsidRPr="00584328">
        <w:rPr>
          <w:rFonts w:ascii="Arial" w:hAnsi="Arial" w:cs="Arial"/>
          <w:iCs/>
          <w:sz w:val="20"/>
          <w:szCs w:val="20"/>
        </w:rPr>
        <w:t xml:space="preserve"> </w:t>
      </w:r>
      <w:r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t>key</w:t>
      </w:r>
      <w:r w:rsidR="001E0947" w:rsidRPr="00584328">
        <w:rPr>
          <w:rFonts w:ascii="Arial" w:hAnsi="Arial" w:cs="Arial"/>
          <w:iCs/>
          <w:sz w:val="20"/>
          <w:szCs w:val="20"/>
        </w:rPr>
        <w:t xml:space="preserve"> </w:t>
      </w:r>
      <w:r w:rsidRPr="00584328">
        <w:rPr>
          <w:rFonts w:ascii="Arial" w:hAnsi="Arial" w:cs="Arial"/>
          <w:iCs/>
          <w:sz w:val="20"/>
          <w:szCs w:val="20"/>
        </w:rPr>
        <w:t>proteins</w:t>
      </w:r>
      <w:r w:rsidR="001E0947" w:rsidRPr="00584328">
        <w:rPr>
          <w:rFonts w:ascii="Arial" w:hAnsi="Arial" w:cs="Arial"/>
          <w:iCs/>
          <w:sz w:val="20"/>
          <w:szCs w:val="20"/>
        </w:rPr>
        <w:t xml:space="preserve"> </w:t>
      </w:r>
      <w:r w:rsidRPr="00584328">
        <w:rPr>
          <w:rFonts w:ascii="Arial" w:hAnsi="Arial" w:cs="Arial"/>
          <w:iCs/>
          <w:sz w:val="20"/>
          <w:szCs w:val="20"/>
        </w:rPr>
        <w:t>involved</w:t>
      </w:r>
      <w:r w:rsidR="001E0947" w:rsidRPr="00584328">
        <w:rPr>
          <w:rFonts w:ascii="Arial" w:hAnsi="Arial" w:cs="Arial"/>
          <w:iCs/>
          <w:sz w:val="20"/>
          <w:szCs w:val="20"/>
        </w:rPr>
        <w:t xml:space="preserve"> </w:t>
      </w:r>
      <w:r w:rsidRPr="00584328">
        <w:rPr>
          <w:rFonts w:ascii="Arial" w:hAnsi="Arial" w:cs="Arial"/>
          <w:iCs/>
          <w:sz w:val="20"/>
          <w:szCs w:val="20"/>
        </w:rPr>
        <w:t>in</w:t>
      </w:r>
      <w:r w:rsidR="001E0947" w:rsidRPr="00584328">
        <w:rPr>
          <w:rFonts w:ascii="Arial" w:hAnsi="Arial" w:cs="Arial"/>
          <w:iCs/>
          <w:sz w:val="20"/>
          <w:szCs w:val="20"/>
        </w:rPr>
        <w:t xml:space="preserve"> </w:t>
      </w:r>
      <w:r w:rsidRPr="00584328">
        <w:rPr>
          <w:rFonts w:ascii="Arial" w:hAnsi="Arial" w:cs="Arial"/>
          <w:iCs/>
          <w:sz w:val="20"/>
          <w:szCs w:val="20"/>
        </w:rPr>
        <w:t>keratin</w:t>
      </w:r>
      <w:r w:rsidR="001E0947" w:rsidRPr="00584328">
        <w:rPr>
          <w:rFonts w:ascii="Arial" w:hAnsi="Arial" w:cs="Arial"/>
          <w:iCs/>
          <w:sz w:val="20"/>
          <w:szCs w:val="20"/>
        </w:rPr>
        <w:t xml:space="preserve"> </w:t>
      </w:r>
      <w:r w:rsidRPr="00584328">
        <w:rPr>
          <w:rFonts w:ascii="Arial" w:hAnsi="Arial" w:cs="Arial"/>
          <w:iCs/>
          <w:sz w:val="20"/>
          <w:szCs w:val="20"/>
        </w:rPr>
        <w:t>degradation.</w:t>
      </w:r>
    </w:p>
    <w:p w14:paraId="7610BA5E" w14:textId="2009214E" w:rsidR="00DB4837" w:rsidRPr="00584328" w:rsidRDefault="00777CEC" w:rsidP="00584328">
      <w:pPr>
        <w:tabs>
          <w:tab w:val="left" w:pos="360"/>
          <w:tab w:val="left" w:pos="8100"/>
        </w:tabs>
        <w:spacing w:after="240" w:line="240" w:lineRule="auto"/>
        <w:jc w:val="both"/>
        <w:rPr>
          <w:rFonts w:ascii="Arial" w:hAnsi="Arial" w:cs="Arial"/>
          <w:iCs/>
          <w:sz w:val="20"/>
          <w:szCs w:val="20"/>
        </w:rPr>
      </w:pPr>
      <w:r w:rsidRPr="00584328">
        <w:rPr>
          <w:rFonts w:ascii="Arial" w:hAnsi="Arial" w:cs="Arial"/>
          <w:iCs/>
          <w:sz w:val="20"/>
          <w:szCs w:val="20"/>
        </w:rPr>
        <w:t>This</w:t>
      </w:r>
      <w:r w:rsidR="001E0947" w:rsidRPr="00584328">
        <w:rPr>
          <w:rFonts w:ascii="Arial" w:hAnsi="Arial" w:cs="Arial"/>
          <w:iCs/>
          <w:sz w:val="20"/>
          <w:szCs w:val="20"/>
        </w:rPr>
        <w:t xml:space="preserve"> </w:t>
      </w:r>
      <w:r w:rsidRPr="00584328">
        <w:rPr>
          <w:rFonts w:ascii="Arial" w:hAnsi="Arial" w:cs="Arial"/>
          <w:iCs/>
          <w:sz w:val="20"/>
          <w:szCs w:val="20"/>
        </w:rPr>
        <w:t>investigation</w:t>
      </w:r>
      <w:r w:rsidR="001E0947" w:rsidRPr="00584328">
        <w:rPr>
          <w:rFonts w:ascii="Arial" w:hAnsi="Arial" w:cs="Arial"/>
          <w:iCs/>
          <w:sz w:val="20"/>
          <w:szCs w:val="20"/>
        </w:rPr>
        <w:t xml:space="preserve"> </w:t>
      </w:r>
      <w:r w:rsidRPr="00584328">
        <w:rPr>
          <w:rFonts w:ascii="Arial" w:hAnsi="Arial" w:cs="Arial"/>
          <w:iCs/>
          <w:sz w:val="20"/>
          <w:szCs w:val="20"/>
        </w:rPr>
        <w:t>involves</w:t>
      </w:r>
      <w:r w:rsidR="001E0947" w:rsidRPr="00584328">
        <w:rPr>
          <w:rFonts w:ascii="Arial" w:hAnsi="Arial" w:cs="Arial"/>
          <w:iCs/>
          <w:sz w:val="20"/>
          <w:szCs w:val="20"/>
        </w:rPr>
        <w:t xml:space="preserve"> </w:t>
      </w:r>
      <w:r w:rsidR="008B2F27" w:rsidRPr="00584328">
        <w:rPr>
          <w:rFonts w:ascii="Arial" w:hAnsi="Arial" w:cs="Arial"/>
          <w:iCs/>
          <w:sz w:val="20"/>
          <w:szCs w:val="20"/>
        </w:rPr>
        <w:t>cultural and morphological examination</w:t>
      </w:r>
      <w:r w:rsidR="001E0947" w:rsidRPr="00584328">
        <w:rPr>
          <w:rFonts w:ascii="Arial" w:hAnsi="Arial" w:cs="Arial"/>
          <w:iCs/>
          <w:sz w:val="20"/>
          <w:szCs w:val="20"/>
        </w:rPr>
        <w:t xml:space="preserve"> </w:t>
      </w:r>
      <w:r w:rsidRPr="00584328">
        <w:rPr>
          <w:rFonts w:ascii="Arial" w:hAnsi="Arial" w:cs="Arial"/>
          <w:iCs/>
          <w:sz w:val="20"/>
          <w:szCs w:val="20"/>
        </w:rPr>
        <w:t>to</w:t>
      </w:r>
      <w:r w:rsidR="001E0947" w:rsidRPr="00584328">
        <w:rPr>
          <w:rFonts w:ascii="Arial" w:hAnsi="Arial" w:cs="Arial"/>
          <w:iCs/>
          <w:sz w:val="20"/>
          <w:szCs w:val="20"/>
        </w:rPr>
        <w:t xml:space="preserve"> </w:t>
      </w:r>
      <w:r w:rsidRPr="00584328">
        <w:rPr>
          <w:rFonts w:ascii="Arial" w:hAnsi="Arial" w:cs="Arial"/>
          <w:iCs/>
          <w:sz w:val="20"/>
          <w:szCs w:val="20"/>
        </w:rPr>
        <w:t>identify</w:t>
      </w:r>
      <w:r w:rsidR="001E0947" w:rsidRPr="00584328">
        <w:rPr>
          <w:rFonts w:ascii="Arial" w:hAnsi="Arial" w:cs="Arial"/>
          <w:iCs/>
          <w:sz w:val="20"/>
          <w:szCs w:val="20"/>
        </w:rPr>
        <w:t xml:space="preserve"> </w:t>
      </w:r>
      <w:r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br/>
        <w:t>characterize</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keratinolytic</w:t>
      </w:r>
      <w:r w:rsidR="001E0947" w:rsidRPr="00584328">
        <w:rPr>
          <w:rFonts w:ascii="Arial" w:hAnsi="Arial" w:cs="Arial"/>
          <w:iCs/>
          <w:sz w:val="20"/>
          <w:szCs w:val="20"/>
        </w:rPr>
        <w:t xml:space="preserve"> </w:t>
      </w:r>
      <w:r w:rsidRPr="00584328">
        <w:rPr>
          <w:rFonts w:ascii="Arial" w:hAnsi="Arial" w:cs="Arial"/>
          <w:iCs/>
          <w:sz w:val="20"/>
          <w:szCs w:val="20"/>
        </w:rPr>
        <w:t>microorganisms</w:t>
      </w:r>
      <w:r w:rsidR="001E0947" w:rsidRPr="00584328">
        <w:rPr>
          <w:rFonts w:ascii="Arial" w:hAnsi="Arial" w:cs="Arial"/>
          <w:iCs/>
          <w:sz w:val="20"/>
          <w:szCs w:val="20"/>
        </w:rPr>
        <w:t xml:space="preserve"> </w:t>
      </w:r>
      <w:r w:rsidRPr="00584328">
        <w:rPr>
          <w:rFonts w:ascii="Arial" w:hAnsi="Arial" w:cs="Arial"/>
          <w:iCs/>
          <w:sz w:val="20"/>
          <w:szCs w:val="20"/>
        </w:rPr>
        <w:t>from</w:t>
      </w:r>
      <w:r w:rsidR="001E0947" w:rsidRPr="00584328">
        <w:rPr>
          <w:rFonts w:ascii="Arial" w:hAnsi="Arial" w:cs="Arial"/>
          <w:iCs/>
          <w:sz w:val="20"/>
          <w:szCs w:val="20"/>
        </w:rPr>
        <w:t xml:space="preserve"> </w:t>
      </w:r>
      <w:r w:rsidRPr="00584328">
        <w:rPr>
          <w:rFonts w:ascii="Arial" w:hAnsi="Arial" w:cs="Arial"/>
          <w:iCs/>
          <w:sz w:val="20"/>
          <w:szCs w:val="20"/>
        </w:rPr>
        <w:t>diverse</w:t>
      </w:r>
      <w:r w:rsidR="001E0947" w:rsidRPr="00584328">
        <w:rPr>
          <w:rFonts w:ascii="Arial" w:hAnsi="Arial" w:cs="Arial"/>
          <w:iCs/>
          <w:sz w:val="20"/>
          <w:szCs w:val="20"/>
        </w:rPr>
        <w:t xml:space="preserve"> </w:t>
      </w:r>
      <w:r w:rsidRPr="00584328">
        <w:rPr>
          <w:rFonts w:ascii="Arial" w:hAnsi="Arial" w:cs="Arial"/>
          <w:iCs/>
          <w:sz w:val="20"/>
          <w:szCs w:val="20"/>
        </w:rPr>
        <w:t>ecological</w:t>
      </w:r>
      <w:r w:rsidR="001E0947" w:rsidRPr="00584328">
        <w:rPr>
          <w:rFonts w:ascii="Arial" w:hAnsi="Arial" w:cs="Arial"/>
          <w:iCs/>
          <w:sz w:val="20"/>
          <w:szCs w:val="20"/>
        </w:rPr>
        <w:t xml:space="preserve"> </w:t>
      </w:r>
      <w:r w:rsidRPr="00584328">
        <w:rPr>
          <w:rFonts w:ascii="Arial" w:hAnsi="Arial" w:cs="Arial"/>
          <w:iCs/>
          <w:sz w:val="20"/>
          <w:szCs w:val="20"/>
        </w:rPr>
        <w:t>aspects.</w:t>
      </w:r>
      <w:r w:rsidR="001E0947" w:rsidRPr="00584328">
        <w:rPr>
          <w:rFonts w:ascii="Arial" w:hAnsi="Arial" w:cs="Arial"/>
          <w:iCs/>
          <w:sz w:val="20"/>
          <w:szCs w:val="20"/>
        </w:rPr>
        <w:t xml:space="preserve"> </w:t>
      </w:r>
      <w:r w:rsidRPr="00584328">
        <w:rPr>
          <w:rFonts w:ascii="Arial" w:hAnsi="Arial" w:cs="Arial"/>
          <w:iCs/>
          <w:sz w:val="20"/>
          <w:szCs w:val="20"/>
        </w:rPr>
        <w:t>Also,</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br/>
        <w:t>project</w:t>
      </w:r>
      <w:r w:rsidR="001E0947" w:rsidRPr="00584328">
        <w:rPr>
          <w:rFonts w:ascii="Arial" w:hAnsi="Arial" w:cs="Arial"/>
          <w:iCs/>
          <w:sz w:val="20"/>
          <w:szCs w:val="20"/>
        </w:rPr>
        <w:t xml:space="preserve"> </w:t>
      </w:r>
      <w:r w:rsidRPr="00584328">
        <w:rPr>
          <w:rFonts w:ascii="Arial" w:hAnsi="Arial" w:cs="Arial"/>
          <w:iCs/>
          <w:sz w:val="20"/>
          <w:szCs w:val="20"/>
        </w:rPr>
        <w:t>focuses</w:t>
      </w:r>
      <w:r w:rsidR="001E0947" w:rsidRPr="00584328">
        <w:rPr>
          <w:rFonts w:ascii="Arial" w:hAnsi="Arial" w:cs="Arial"/>
          <w:iCs/>
          <w:sz w:val="20"/>
          <w:szCs w:val="20"/>
        </w:rPr>
        <w:t xml:space="preserve"> </w:t>
      </w:r>
      <w:r w:rsidRPr="00584328">
        <w:rPr>
          <w:rFonts w:ascii="Arial" w:hAnsi="Arial" w:cs="Arial"/>
          <w:iCs/>
          <w:sz w:val="20"/>
          <w:szCs w:val="20"/>
        </w:rPr>
        <w:t>on</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practical</w:t>
      </w:r>
      <w:r w:rsidR="001E0947" w:rsidRPr="00584328">
        <w:rPr>
          <w:rFonts w:ascii="Arial" w:hAnsi="Arial" w:cs="Arial"/>
          <w:iCs/>
          <w:sz w:val="20"/>
          <w:szCs w:val="20"/>
        </w:rPr>
        <w:t xml:space="preserve"> </w:t>
      </w:r>
      <w:r w:rsidRPr="00584328">
        <w:rPr>
          <w:rFonts w:ascii="Arial" w:hAnsi="Arial" w:cs="Arial"/>
          <w:iCs/>
          <w:sz w:val="20"/>
          <w:szCs w:val="20"/>
        </w:rPr>
        <w:t>implications</w:t>
      </w:r>
      <w:r w:rsidR="001E0947" w:rsidRPr="00584328">
        <w:rPr>
          <w:rFonts w:ascii="Arial" w:hAnsi="Arial" w:cs="Arial"/>
          <w:iCs/>
          <w:sz w:val="20"/>
          <w:szCs w:val="20"/>
        </w:rPr>
        <w:t xml:space="preserve"> </w:t>
      </w:r>
      <w:r w:rsidRPr="00584328">
        <w:rPr>
          <w:rFonts w:ascii="Arial" w:hAnsi="Arial" w:cs="Arial"/>
          <w:iCs/>
          <w:sz w:val="20"/>
          <w:szCs w:val="20"/>
        </w:rPr>
        <w:t>of</w:t>
      </w:r>
      <w:r w:rsidR="001E0947" w:rsidRPr="00584328">
        <w:rPr>
          <w:rFonts w:ascii="Arial" w:hAnsi="Arial" w:cs="Arial"/>
          <w:iCs/>
          <w:sz w:val="20"/>
          <w:szCs w:val="20"/>
        </w:rPr>
        <w:t xml:space="preserve"> </w:t>
      </w:r>
      <w:r w:rsidRPr="00584328">
        <w:rPr>
          <w:rFonts w:ascii="Arial" w:hAnsi="Arial" w:cs="Arial"/>
          <w:iCs/>
          <w:sz w:val="20"/>
          <w:szCs w:val="20"/>
        </w:rPr>
        <w:t>keratin</w:t>
      </w:r>
      <w:r w:rsidR="001E0947" w:rsidRPr="00584328">
        <w:rPr>
          <w:rFonts w:ascii="Arial" w:hAnsi="Arial" w:cs="Arial"/>
          <w:iCs/>
          <w:sz w:val="20"/>
          <w:szCs w:val="20"/>
        </w:rPr>
        <w:t xml:space="preserve"> </w:t>
      </w:r>
      <w:r w:rsidRPr="00584328">
        <w:rPr>
          <w:rFonts w:ascii="Arial" w:hAnsi="Arial" w:cs="Arial"/>
          <w:iCs/>
          <w:sz w:val="20"/>
          <w:szCs w:val="20"/>
        </w:rPr>
        <w:t>degradation.</w:t>
      </w:r>
      <w:r w:rsidR="001E0947" w:rsidRPr="00584328">
        <w:rPr>
          <w:rFonts w:ascii="Arial" w:hAnsi="Arial" w:cs="Arial"/>
          <w:iCs/>
          <w:sz w:val="20"/>
          <w:szCs w:val="20"/>
        </w:rPr>
        <w:t xml:space="preserve"> </w:t>
      </w:r>
      <w:r w:rsidRPr="00584328">
        <w:rPr>
          <w:rFonts w:ascii="Arial" w:hAnsi="Arial" w:cs="Arial"/>
          <w:iCs/>
          <w:sz w:val="20"/>
          <w:szCs w:val="20"/>
        </w:rPr>
        <w:t>Understanding</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br/>
        <w:t>enzymatic</w:t>
      </w:r>
      <w:r w:rsidR="001E0947" w:rsidRPr="00584328">
        <w:rPr>
          <w:rFonts w:ascii="Arial" w:hAnsi="Arial" w:cs="Arial"/>
          <w:iCs/>
          <w:sz w:val="20"/>
          <w:szCs w:val="20"/>
        </w:rPr>
        <w:t xml:space="preserve"> </w:t>
      </w:r>
      <w:r w:rsidRPr="00584328">
        <w:rPr>
          <w:rFonts w:ascii="Arial" w:hAnsi="Arial" w:cs="Arial"/>
          <w:iCs/>
          <w:sz w:val="20"/>
          <w:szCs w:val="20"/>
        </w:rPr>
        <w:t>processes</w:t>
      </w:r>
      <w:r w:rsidR="001E0947" w:rsidRPr="00584328">
        <w:rPr>
          <w:rFonts w:ascii="Arial" w:hAnsi="Arial" w:cs="Arial"/>
          <w:iCs/>
          <w:sz w:val="20"/>
          <w:szCs w:val="20"/>
        </w:rPr>
        <w:t xml:space="preserve"> </w:t>
      </w:r>
      <w:r w:rsidRPr="00584328">
        <w:rPr>
          <w:rFonts w:ascii="Arial" w:hAnsi="Arial" w:cs="Arial"/>
          <w:iCs/>
          <w:sz w:val="20"/>
          <w:szCs w:val="20"/>
        </w:rPr>
        <w:t>underlying</w:t>
      </w:r>
      <w:r w:rsidR="001E0947" w:rsidRPr="00584328">
        <w:rPr>
          <w:rFonts w:ascii="Arial" w:hAnsi="Arial" w:cs="Arial"/>
          <w:iCs/>
          <w:sz w:val="20"/>
          <w:szCs w:val="20"/>
        </w:rPr>
        <w:t xml:space="preserve"> </w:t>
      </w:r>
      <w:r w:rsidRPr="00584328">
        <w:rPr>
          <w:rFonts w:ascii="Arial" w:hAnsi="Arial" w:cs="Arial"/>
          <w:iCs/>
          <w:sz w:val="20"/>
          <w:szCs w:val="20"/>
        </w:rPr>
        <w:t>keratin</w:t>
      </w:r>
      <w:r w:rsidR="001E0947" w:rsidRPr="00584328">
        <w:rPr>
          <w:rFonts w:ascii="Arial" w:hAnsi="Arial" w:cs="Arial"/>
          <w:iCs/>
          <w:sz w:val="20"/>
          <w:szCs w:val="20"/>
        </w:rPr>
        <w:t xml:space="preserve"> </w:t>
      </w:r>
      <w:r w:rsidRPr="00584328">
        <w:rPr>
          <w:rFonts w:ascii="Arial" w:hAnsi="Arial" w:cs="Arial"/>
          <w:iCs/>
          <w:sz w:val="20"/>
          <w:szCs w:val="20"/>
        </w:rPr>
        <w:t>breakdown</w:t>
      </w:r>
      <w:r w:rsidR="001E0947" w:rsidRPr="00584328">
        <w:rPr>
          <w:rFonts w:ascii="Arial" w:hAnsi="Arial" w:cs="Arial"/>
          <w:iCs/>
          <w:sz w:val="20"/>
          <w:szCs w:val="20"/>
        </w:rPr>
        <w:t xml:space="preserve"> </w:t>
      </w:r>
      <w:r w:rsidRPr="00584328">
        <w:rPr>
          <w:rFonts w:ascii="Arial" w:hAnsi="Arial" w:cs="Arial"/>
          <w:iCs/>
          <w:sz w:val="20"/>
          <w:szCs w:val="20"/>
        </w:rPr>
        <w:t>could</w:t>
      </w:r>
      <w:r w:rsidR="001E0947" w:rsidRPr="00584328">
        <w:rPr>
          <w:rFonts w:ascii="Arial" w:hAnsi="Arial" w:cs="Arial"/>
          <w:iCs/>
          <w:sz w:val="20"/>
          <w:szCs w:val="20"/>
        </w:rPr>
        <w:t xml:space="preserve"> </w:t>
      </w:r>
      <w:r w:rsidRPr="00584328">
        <w:rPr>
          <w:rFonts w:ascii="Arial" w:hAnsi="Arial" w:cs="Arial"/>
          <w:iCs/>
          <w:sz w:val="20"/>
          <w:szCs w:val="20"/>
        </w:rPr>
        <w:t>pave</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way</w:t>
      </w:r>
      <w:r w:rsidR="001E0947" w:rsidRPr="00584328">
        <w:rPr>
          <w:rFonts w:ascii="Arial" w:hAnsi="Arial" w:cs="Arial"/>
          <w:iCs/>
          <w:sz w:val="20"/>
          <w:szCs w:val="20"/>
        </w:rPr>
        <w:t xml:space="preserve"> </w:t>
      </w:r>
      <w:r w:rsidRPr="00584328">
        <w:rPr>
          <w:rFonts w:ascii="Arial" w:hAnsi="Arial" w:cs="Arial"/>
          <w:iCs/>
          <w:sz w:val="20"/>
          <w:szCs w:val="20"/>
        </w:rPr>
        <w:t>for</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design</w:t>
      </w:r>
      <w:r w:rsidR="001E0947" w:rsidRPr="00584328">
        <w:rPr>
          <w:rFonts w:ascii="Arial" w:hAnsi="Arial" w:cs="Arial"/>
          <w:iCs/>
          <w:sz w:val="20"/>
          <w:szCs w:val="20"/>
        </w:rPr>
        <w:t xml:space="preserve"> </w:t>
      </w:r>
      <w:r w:rsidRPr="00584328">
        <w:rPr>
          <w:rFonts w:ascii="Arial" w:hAnsi="Arial" w:cs="Arial"/>
          <w:iCs/>
          <w:sz w:val="20"/>
          <w:szCs w:val="20"/>
        </w:rPr>
        <w:t>of</w:t>
      </w:r>
      <w:r w:rsidR="001E0947" w:rsidRPr="00584328">
        <w:rPr>
          <w:rFonts w:ascii="Arial" w:hAnsi="Arial" w:cs="Arial"/>
          <w:iCs/>
          <w:sz w:val="20"/>
          <w:szCs w:val="20"/>
        </w:rPr>
        <w:t xml:space="preserve"> </w:t>
      </w:r>
      <w:r w:rsidRPr="00584328">
        <w:rPr>
          <w:rFonts w:ascii="Arial" w:hAnsi="Arial" w:cs="Arial"/>
          <w:iCs/>
          <w:sz w:val="20"/>
          <w:szCs w:val="20"/>
        </w:rPr>
        <w:br/>
        <w:t>innovative</w:t>
      </w:r>
      <w:r w:rsidR="001E0947" w:rsidRPr="00584328">
        <w:rPr>
          <w:rFonts w:ascii="Arial" w:hAnsi="Arial" w:cs="Arial"/>
          <w:iCs/>
          <w:sz w:val="20"/>
          <w:szCs w:val="20"/>
        </w:rPr>
        <w:t xml:space="preserve"> </w:t>
      </w:r>
      <w:r w:rsidRPr="00584328">
        <w:rPr>
          <w:rFonts w:ascii="Arial" w:hAnsi="Arial" w:cs="Arial"/>
          <w:iCs/>
          <w:sz w:val="20"/>
          <w:szCs w:val="20"/>
        </w:rPr>
        <w:t>biocatalysts</w:t>
      </w:r>
      <w:r w:rsidR="001E0947" w:rsidRPr="00584328">
        <w:rPr>
          <w:rFonts w:ascii="Arial" w:hAnsi="Arial" w:cs="Arial"/>
          <w:iCs/>
          <w:sz w:val="20"/>
          <w:szCs w:val="20"/>
        </w:rPr>
        <w:t xml:space="preserve"> </w:t>
      </w:r>
      <w:r w:rsidRPr="00584328">
        <w:rPr>
          <w:rFonts w:ascii="Arial" w:hAnsi="Arial" w:cs="Arial"/>
          <w:iCs/>
          <w:sz w:val="20"/>
          <w:szCs w:val="20"/>
        </w:rPr>
        <w:t>and</w:t>
      </w:r>
      <w:r w:rsidR="001E0947" w:rsidRPr="00584328">
        <w:rPr>
          <w:rFonts w:ascii="Arial" w:hAnsi="Arial" w:cs="Arial"/>
          <w:iCs/>
          <w:sz w:val="20"/>
          <w:szCs w:val="20"/>
        </w:rPr>
        <w:t xml:space="preserve"> </w:t>
      </w:r>
      <w:r w:rsidRPr="00584328">
        <w:rPr>
          <w:rFonts w:ascii="Arial" w:hAnsi="Arial" w:cs="Arial"/>
          <w:iCs/>
          <w:sz w:val="20"/>
          <w:szCs w:val="20"/>
        </w:rPr>
        <w:t>bioremediation</w:t>
      </w:r>
      <w:r w:rsidR="001E0947" w:rsidRPr="00584328">
        <w:rPr>
          <w:rFonts w:ascii="Arial" w:hAnsi="Arial" w:cs="Arial"/>
          <w:iCs/>
          <w:sz w:val="20"/>
          <w:szCs w:val="20"/>
        </w:rPr>
        <w:t xml:space="preserve"> </w:t>
      </w:r>
      <w:r w:rsidRPr="00584328">
        <w:rPr>
          <w:rFonts w:ascii="Arial" w:hAnsi="Arial" w:cs="Arial"/>
          <w:iCs/>
          <w:sz w:val="20"/>
          <w:szCs w:val="20"/>
        </w:rPr>
        <w:t>strategies</w:t>
      </w:r>
      <w:r w:rsidR="001E0947" w:rsidRPr="00584328">
        <w:rPr>
          <w:rFonts w:ascii="Arial" w:hAnsi="Arial" w:cs="Arial"/>
          <w:iCs/>
          <w:sz w:val="20"/>
          <w:szCs w:val="20"/>
        </w:rPr>
        <w:t xml:space="preserve"> </w:t>
      </w:r>
      <w:r w:rsidRPr="00584328">
        <w:rPr>
          <w:rFonts w:ascii="Arial" w:hAnsi="Arial" w:cs="Arial"/>
          <w:iCs/>
          <w:sz w:val="20"/>
          <w:szCs w:val="20"/>
        </w:rPr>
        <w:t>for</w:t>
      </w:r>
      <w:r w:rsidR="001E0947" w:rsidRPr="00584328">
        <w:rPr>
          <w:rFonts w:ascii="Arial" w:hAnsi="Arial" w:cs="Arial"/>
          <w:iCs/>
          <w:sz w:val="20"/>
          <w:szCs w:val="20"/>
        </w:rPr>
        <w:t xml:space="preserve"> </w:t>
      </w:r>
      <w:r w:rsidRPr="00584328">
        <w:rPr>
          <w:rFonts w:ascii="Arial" w:hAnsi="Arial" w:cs="Arial"/>
          <w:iCs/>
          <w:sz w:val="20"/>
          <w:szCs w:val="20"/>
        </w:rPr>
        <w:t>the</w:t>
      </w:r>
      <w:r w:rsidR="001E0947" w:rsidRPr="00584328">
        <w:rPr>
          <w:rFonts w:ascii="Arial" w:hAnsi="Arial" w:cs="Arial"/>
          <w:iCs/>
          <w:sz w:val="20"/>
          <w:szCs w:val="20"/>
        </w:rPr>
        <w:t xml:space="preserve"> </w:t>
      </w:r>
      <w:r w:rsidRPr="00584328">
        <w:rPr>
          <w:rFonts w:ascii="Arial" w:hAnsi="Arial" w:cs="Arial"/>
          <w:iCs/>
          <w:sz w:val="20"/>
          <w:szCs w:val="20"/>
        </w:rPr>
        <w:t>efficient</w:t>
      </w:r>
      <w:r w:rsidR="001E0947" w:rsidRPr="00584328">
        <w:rPr>
          <w:rFonts w:ascii="Arial" w:hAnsi="Arial" w:cs="Arial"/>
          <w:iCs/>
          <w:sz w:val="20"/>
          <w:szCs w:val="20"/>
        </w:rPr>
        <w:t xml:space="preserve"> </w:t>
      </w:r>
      <w:r w:rsidRPr="00584328">
        <w:rPr>
          <w:rFonts w:ascii="Arial" w:hAnsi="Arial" w:cs="Arial"/>
          <w:iCs/>
          <w:sz w:val="20"/>
          <w:szCs w:val="20"/>
        </w:rPr>
        <w:t>utilization</w:t>
      </w:r>
      <w:r w:rsidR="001E0947" w:rsidRPr="00584328">
        <w:rPr>
          <w:rFonts w:ascii="Arial" w:hAnsi="Arial" w:cs="Arial"/>
          <w:iCs/>
          <w:sz w:val="20"/>
          <w:szCs w:val="20"/>
        </w:rPr>
        <w:t xml:space="preserve"> </w:t>
      </w:r>
      <w:r w:rsidRPr="00584328">
        <w:rPr>
          <w:rFonts w:ascii="Arial" w:hAnsi="Arial" w:cs="Arial"/>
          <w:iCs/>
          <w:sz w:val="20"/>
          <w:szCs w:val="20"/>
        </w:rPr>
        <w:t>of</w:t>
      </w:r>
      <w:r w:rsidR="001E0947" w:rsidRPr="00584328">
        <w:rPr>
          <w:rFonts w:ascii="Arial" w:hAnsi="Arial" w:cs="Arial"/>
          <w:iCs/>
          <w:sz w:val="20"/>
          <w:szCs w:val="20"/>
        </w:rPr>
        <w:t xml:space="preserve"> </w:t>
      </w:r>
      <w:r w:rsidRPr="00584328">
        <w:rPr>
          <w:rFonts w:ascii="Arial" w:hAnsi="Arial" w:cs="Arial"/>
          <w:iCs/>
          <w:sz w:val="20"/>
          <w:szCs w:val="20"/>
        </w:rPr>
        <w:t>keratin</w:t>
      </w:r>
      <w:r w:rsidR="001E0947" w:rsidRPr="00584328">
        <w:rPr>
          <w:rFonts w:ascii="Arial" w:hAnsi="Arial" w:cs="Arial"/>
          <w:iCs/>
          <w:sz w:val="20"/>
          <w:szCs w:val="20"/>
        </w:rPr>
        <w:t xml:space="preserve"> </w:t>
      </w:r>
      <w:r w:rsidRPr="00584328">
        <w:rPr>
          <w:rFonts w:ascii="Arial" w:hAnsi="Arial" w:cs="Arial"/>
          <w:iCs/>
          <w:sz w:val="20"/>
          <w:szCs w:val="20"/>
        </w:rPr>
        <w:t>-</w:t>
      </w:r>
      <w:r w:rsidRPr="00584328">
        <w:rPr>
          <w:rFonts w:ascii="Arial" w:hAnsi="Arial" w:cs="Arial"/>
          <w:iCs/>
          <w:sz w:val="20"/>
          <w:szCs w:val="20"/>
        </w:rPr>
        <w:br/>
        <w:t>rich</w:t>
      </w:r>
      <w:r w:rsidR="001E0947" w:rsidRPr="00584328">
        <w:rPr>
          <w:rFonts w:ascii="Arial" w:hAnsi="Arial" w:cs="Arial"/>
          <w:iCs/>
          <w:sz w:val="20"/>
          <w:szCs w:val="20"/>
        </w:rPr>
        <w:t xml:space="preserve"> </w:t>
      </w:r>
      <w:r w:rsidRPr="00584328">
        <w:rPr>
          <w:rFonts w:ascii="Arial" w:hAnsi="Arial" w:cs="Arial"/>
          <w:iCs/>
          <w:sz w:val="20"/>
          <w:szCs w:val="20"/>
        </w:rPr>
        <w:t>waste</w:t>
      </w:r>
      <w:r w:rsidR="001E0947" w:rsidRPr="00584328">
        <w:rPr>
          <w:rFonts w:ascii="Arial" w:hAnsi="Arial" w:cs="Arial"/>
          <w:iCs/>
          <w:sz w:val="20"/>
          <w:szCs w:val="20"/>
        </w:rPr>
        <w:t xml:space="preserve"> </w:t>
      </w:r>
      <w:r w:rsidRPr="00584328">
        <w:rPr>
          <w:rFonts w:ascii="Arial" w:hAnsi="Arial" w:cs="Arial"/>
          <w:iCs/>
          <w:sz w:val="20"/>
          <w:szCs w:val="20"/>
        </w:rPr>
        <w:t>streams.</w:t>
      </w:r>
    </w:p>
    <w:p w14:paraId="26184811" w14:textId="1E60620A" w:rsidR="008D578B" w:rsidRPr="00584328" w:rsidRDefault="00777CEC" w:rsidP="00584328">
      <w:pPr>
        <w:tabs>
          <w:tab w:val="left" w:pos="360"/>
          <w:tab w:val="left" w:pos="8100"/>
        </w:tabs>
        <w:spacing w:after="240" w:line="240" w:lineRule="auto"/>
        <w:rPr>
          <w:rFonts w:ascii="Arial" w:hAnsi="Arial" w:cs="Arial"/>
          <w:b/>
        </w:rPr>
      </w:pPr>
      <w:r w:rsidRPr="00584328">
        <w:rPr>
          <w:rFonts w:ascii="Arial" w:hAnsi="Arial" w:cs="Arial"/>
          <w:b/>
          <w:i/>
        </w:rPr>
        <w:t>Keywords</w:t>
      </w:r>
      <w:r w:rsidR="001E0947" w:rsidRPr="00584328">
        <w:rPr>
          <w:rFonts w:ascii="Arial" w:hAnsi="Arial" w:cs="Arial"/>
          <w:b/>
          <w:i/>
        </w:rPr>
        <w:t xml:space="preserve"> </w:t>
      </w:r>
      <w:r w:rsidRPr="00584328">
        <w:rPr>
          <w:rFonts w:ascii="Arial" w:hAnsi="Arial" w:cs="Arial"/>
          <w:b/>
          <w:i/>
        </w:rPr>
        <w:t>-</w:t>
      </w:r>
      <w:r w:rsidR="001E0947" w:rsidRPr="00584328">
        <w:rPr>
          <w:rFonts w:ascii="Arial" w:hAnsi="Arial" w:cs="Arial"/>
          <w:b/>
          <w:i/>
        </w:rPr>
        <w:t xml:space="preserve"> </w:t>
      </w:r>
      <w:r w:rsidRPr="00584328">
        <w:rPr>
          <w:rFonts w:ascii="Arial" w:hAnsi="Arial" w:cs="Arial"/>
          <w:b/>
          <w:i/>
        </w:rPr>
        <w:t>Feather</w:t>
      </w:r>
      <w:r w:rsidR="001E0947" w:rsidRPr="00584328">
        <w:rPr>
          <w:rFonts w:ascii="Arial" w:hAnsi="Arial" w:cs="Arial"/>
          <w:b/>
          <w:i/>
        </w:rPr>
        <w:t xml:space="preserve"> </w:t>
      </w:r>
      <w:r w:rsidRPr="00584328">
        <w:rPr>
          <w:rFonts w:ascii="Arial" w:hAnsi="Arial" w:cs="Arial"/>
          <w:b/>
          <w:i/>
        </w:rPr>
        <w:t>degrading</w:t>
      </w:r>
      <w:r w:rsidR="001E0947" w:rsidRPr="00584328">
        <w:rPr>
          <w:rFonts w:ascii="Arial" w:hAnsi="Arial" w:cs="Arial"/>
          <w:b/>
          <w:i/>
        </w:rPr>
        <w:t xml:space="preserve"> </w:t>
      </w:r>
      <w:r w:rsidRPr="00584328">
        <w:rPr>
          <w:rFonts w:ascii="Arial" w:hAnsi="Arial" w:cs="Arial"/>
          <w:b/>
          <w:i/>
        </w:rPr>
        <w:t>Bacteria,</w:t>
      </w:r>
      <w:r w:rsidR="001E0947" w:rsidRPr="00584328">
        <w:rPr>
          <w:rFonts w:ascii="Arial" w:hAnsi="Arial" w:cs="Arial"/>
          <w:b/>
          <w:i/>
        </w:rPr>
        <w:t xml:space="preserve"> </w:t>
      </w:r>
      <w:r w:rsidRPr="00584328">
        <w:rPr>
          <w:rFonts w:ascii="Arial" w:hAnsi="Arial" w:cs="Arial"/>
          <w:b/>
          <w:i/>
        </w:rPr>
        <w:t>Characterization,</w:t>
      </w:r>
      <w:r w:rsidR="001E0947" w:rsidRPr="00584328">
        <w:rPr>
          <w:rFonts w:ascii="Arial" w:hAnsi="Arial" w:cs="Arial"/>
          <w:b/>
          <w:i/>
        </w:rPr>
        <w:t xml:space="preserve"> </w:t>
      </w:r>
      <w:r w:rsidRPr="00584328">
        <w:rPr>
          <w:rFonts w:ascii="Arial" w:hAnsi="Arial" w:cs="Arial"/>
          <w:b/>
          <w:i/>
        </w:rPr>
        <w:t>Identification,</w:t>
      </w:r>
      <w:r w:rsidR="00584328">
        <w:rPr>
          <w:rFonts w:ascii="Arial" w:hAnsi="Arial" w:cs="Arial"/>
          <w:b/>
          <w:i/>
        </w:rPr>
        <w:t xml:space="preserve"> </w:t>
      </w:r>
      <w:r w:rsidR="00666551" w:rsidRPr="00584328">
        <w:rPr>
          <w:rFonts w:ascii="Arial" w:hAnsi="Arial" w:cs="Arial"/>
          <w:b/>
          <w:i/>
        </w:rPr>
        <w:t>Keratinase,</w:t>
      </w:r>
      <w:r w:rsidR="001E0947" w:rsidRPr="00584328">
        <w:rPr>
          <w:rFonts w:ascii="Arial" w:hAnsi="Arial" w:cs="Arial"/>
          <w:b/>
          <w:i/>
        </w:rPr>
        <w:t xml:space="preserve"> </w:t>
      </w:r>
      <w:r w:rsidR="00666551" w:rsidRPr="00584328">
        <w:rPr>
          <w:rFonts w:ascii="Arial" w:hAnsi="Arial" w:cs="Arial"/>
          <w:b/>
          <w:i/>
        </w:rPr>
        <w:t>Poultry</w:t>
      </w:r>
      <w:r w:rsidR="0012306C" w:rsidRPr="00584328">
        <w:rPr>
          <w:rFonts w:ascii="Arial" w:hAnsi="Arial" w:cs="Arial"/>
          <w:b/>
          <w:i/>
        </w:rPr>
        <w:t xml:space="preserve"> </w:t>
      </w:r>
      <w:r w:rsidR="00666551" w:rsidRPr="00584328">
        <w:rPr>
          <w:rFonts w:ascii="Arial" w:hAnsi="Arial" w:cs="Arial"/>
          <w:b/>
        </w:rPr>
        <w:t>waste.</w:t>
      </w:r>
      <w:r w:rsidR="001E0947" w:rsidRPr="00584328">
        <w:rPr>
          <w:rFonts w:ascii="Arial" w:hAnsi="Arial" w:cs="Arial"/>
          <w:b/>
        </w:rPr>
        <w:t xml:space="preserve">   </w:t>
      </w:r>
      <w:r w:rsidR="00666551" w:rsidRPr="00584328">
        <w:rPr>
          <w:rFonts w:ascii="Arial" w:hAnsi="Arial" w:cs="Arial"/>
          <w:b/>
        </w:rPr>
        <w:br/>
      </w:r>
    </w:p>
    <w:p w14:paraId="0BEF47E3" w14:textId="7125C8E9" w:rsidR="00B72EA8" w:rsidRPr="00584328" w:rsidRDefault="00777CEC" w:rsidP="00584328">
      <w:pPr>
        <w:pStyle w:val="Heading1"/>
        <w:tabs>
          <w:tab w:val="left" w:pos="360"/>
        </w:tabs>
        <w:spacing w:before="0" w:after="240"/>
        <w:ind w:left="0" w:firstLine="0"/>
        <w:rPr>
          <w:rFonts w:ascii="Arial" w:hAnsi="Arial" w:cs="Arial"/>
          <w:caps/>
          <w:smallCaps w:val="0"/>
          <w:sz w:val="22"/>
          <w:szCs w:val="22"/>
        </w:rPr>
      </w:pPr>
      <w:r w:rsidRPr="00584328">
        <w:rPr>
          <w:rFonts w:ascii="Arial" w:hAnsi="Arial" w:cs="Arial"/>
          <w:caps/>
          <w:smallCaps w:val="0"/>
          <w:sz w:val="22"/>
          <w:szCs w:val="22"/>
        </w:rPr>
        <w:t>Introduction</w:t>
      </w:r>
    </w:p>
    <w:p w14:paraId="3907DC1B" w14:textId="74583CCF" w:rsidR="001332D6" w:rsidRPr="00584328" w:rsidRDefault="00777CEC" w:rsidP="00584328">
      <w:pPr>
        <w:tabs>
          <w:tab w:val="left" w:pos="360"/>
          <w:tab w:val="left" w:pos="8100"/>
        </w:tabs>
        <w:spacing w:after="240"/>
        <w:jc w:val="both"/>
        <w:rPr>
          <w:rFonts w:ascii="Arial" w:hAnsi="Arial" w:cs="Arial"/>
          <w:sz w:val="20"/>
          <w:szCs w:val="20"/>
        </w:rPr>
      </w:pPr>
      <w:r w:rsidRPr="00584328">
        <w:rPr>
          <w:rFonts w:ascii="Arial" w:hAnsi="Arial" w:cs="Arial"/>
          <w:sz w:val="20"/>
          <w:szCs w:val="20"/>
        </w:rPr>
        <w:t>Animal</w:t>
      </w:r>
      <w:r w:rsidR="001E0947" w:rsidRPr="00584328">
        <w:rPr>
          <w:rFonts w:ascii="Arial" w:hAnsi="Arial" w:cs="Arial"/>
          <w:sz w:val="20"/>
          <w:szCs w:val="20"/>
        </w:rPr>
        <w:t xml:space="preserve"> </w:t>
      </w:r>
      <w:r w:rsidRPr="00584328">
        <w:rPr>
          <w:rFonts w:ascii="Arial" w:hAnsi="Arial" w:cs="Arial"/>
          <w:sz w:val="20"/>
          <w:szCs w:val="20"/>
        </w:rPr>
        <w:t>tissues</w:t>
      </w:r>
      <w:r w:rsidR="001E0947" w:rsidRPr="00584328">
        <w:rPr>
          <w:rFonts w:ascii="Arial" w:hAnsi="Arial" w:cs="Arial"/>
          <w:sz w:val="20"/>
          <w:szCs w:val="20"/>
        </w:rPr>
        <w:t xml:space="preserve"> </w:t>
      </w:r>
      <w:r w:rsidRPr="00584328">
        <w:rPr>
          <w:rFonts w:ascii="Arial" w:hAnsi="Arial" w:cs="Arial"/>
          <w:sz w:val="20"/>
          <w:szCs w:val="20"/>
        </w:rPr>
        <w:t>such</w:t>
      </w:r>
      <w:r w:rsidR="001E0947" w:rsidRPr="00584328">
        <w:rPr>
          <w:rFonts w:ascii="Arial" w:hAnsi="Arial" w:cs="Arial"/>
          <w:sz w:val="20"/>
          <w:szCs w:val="20"/>
        </w:rPr>
        <w:t xml:space="preserve"> </w:t>
      </w:r>
      <w:r w:rsidRPr="00584328">
        <w:rPr>
          <w:rFonts w:ascii="Arial" w:hAnsi="Arial" w:cs="Arial"/>
          <w:sz w:val="20"/>
          <w:szCs w:val="20"/>
        </w:rPr>
        <w:t>as</w:t>
      </w:r>
      <w:r w:rsidR="001E0947" w:rsidRPr="00584328">
        <w:rPr>
          <w:rFonts w:ascii="Arial" w:hAnsi="Arial" w:cs="Arial"/>
          <w:sz w:val="20"/>
          <w:szCs w:val="20"/>
        </w:rPr>
        <w:t xml:space="preserve"> </w:t>
      </w:r>
      <w:r w:rsidRPr="00584328">
        <w:rPr>
          <w:rFonts w:ascii="Arial" w:hAnsi="Arial" w:cs="Arial"/>
          <w:sz w:val="20"/>
          <w:szCs w:val="20"/>
        </w:rPr>
        <w:t>hair,</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horns,</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nails</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home</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t</w:t>
      </w:r>
      <w:r w:rsidR="00F3296B" w:rsidRPr="00584328">
        <w:rPr>
          <w:rFonts w:ascii="Arial" w:hAnsi="Arial" w:cs="Arial"/>
          <w:sz w:val="20"/>
          <w:szCs w:val="20"/>
        </w:rPr>
        <w:t>he</w:t>
      </w:r>
      <w:r w:rsidR="001E0947" w:rsidRPr="00584328">
        <w:rPr>
          <w:rFonts w:ascii="Arial" w:hAnsi="Arial" w:cs="Arial"/>
          <w:sz w:val="20"/>
          <w:szCs w:val="20"/>
        </w:rPr>
        <w:t xml:space="preserve"> </w:t>
      </w:r>
      <w:r w:rsidR="00F3296B" w:rsidRPr="00584328">
        <w:rPr>
          <w:rFonts w:ascii="Arial" w:hAnsi="Arial" w:cs="Arial"/>
          <w:sz w:val="20"/>
          <w:szCs w:val="20"/>
        </w:rPr>
        <w:t>keratin,</w:t>
      </w:r>
      <w:r w:rsidR="001E0947" w:rsidRPr="00584328">
        <w:rPr>
          <w:rFonts w:ascii="Arial" w:hAnsi="Arial" w:cs="Arial"/>
          <w:sz w:val="20"/>
          <w:szCs w:val="20"/>
        </w:rPr>
        <w:t xml:space="preserve"> </w:t>
      </w:r>
      <w:r w:rsidR="00F3296B" w:rsidRPr="00584328">
        <w:rPr>
          <w:rFonts w:ascii="Arial" w:hAnsi="Arial" w:cs="Arial"/>
          <w:sz w:val="20"/>
          <w:szCs w:val="20"/>
        </w:rPr>
        <w:t>it</w:t>
      </w:r>
      <w:r w:rsidR="001E0947" w:rsidRPr="00584328">
        <w:rPr>
          <w:rFonts w:ascii="Arial" w:hAnsi="Arial" w:cs="Arial"/>
          <w:sz w:val="20"/>
          <w:szCs w:val="20"/>
        </w:rPr>
        <w:t xml:space="preserve"> </w:t>
      </w:r>
      <w:r w:rsidR="00F3296B" w:rsidRPr="00584328">
        <w:rPr>
          <w:rFonts w:ascii="Arial" w:hAnsi="Arial" w:cs="Arial"/>
          <w:sz w:val="20"/>
          <w:szCs w:val="20"/>
        </w:rPr>
        <w:t>is</w:t>
      </w:r>
      <w:r w:rsidR="001E0947" w:rsidRPr="00584328">
        <w:rPr>
          <w:rFonts w:ascii="Arial" w:hAnsi="Arial" w:cs="Arial"/>
          <w:sz w:val="20"/>
          <w:szCs w:val="20"/>
        </w:rPr>
        <w:t xml:space="preserve"> </w:t>
      </w:r>
      <w:r w:rsidR="00F3296B" w:rsidRPr="00584328">
        <w:rPr>
          <w:rFonts w:ascii="Arial" w:hAnsi="Arial" w:cs="Arial"/>
          <w:sz w:val="20"/>
          <w:szCs w:val="20"/>
        </w:rPr>
        <w:t>a</w:t>
      </w:r>
      <w:r w:rsidR="001E0947" w:rsidRPr="00584328">
        <w:rPr>
          <w:rFonts w:ascii="Arial" w:hAnsi="Arial" w:cs="Arial"/>
          <w:sz w:val="20"/>
          <w:szCs w:val="20"/>
        </w:rPr>
        <w:t xml:space="preserve"> </w:t>
      </w:r>
      <w:r w:rsidR="00F3296B" w:rsidRPr="00584328">
        <w:rPr>
          <w:rFonts w:ascii="Arial" w:hAnsi="Arial" w:cs="Arial"/>
          <w:sz w:val="20"/>
          <w:szCs w:val="20"/>
        </w:rPr>
        <w:t>structural</w:t>
      </w:r>
      <w:r w:rsidR="001E0947" w:rsidRPr="00584328">
        <w:rPr>
          <w:rFonts w:ascii="Arial" w:hAnsi="Arial" w:cs="Arial"/>
          <w:sz w:val="20"/>
          <w:szCs w:val="20"/>
        </w:rPr>
        <w:t xml:space="preserve"> </w:t>
      </w:r>
      <w:r w:rsidRPr="00584328">
        <w:rPr>
          <w:rFonts w:ascii="Arial" w:hAnsi="Arial" w:cs="Arial"/>
          <w:sz w:val="20"/>
          <w:szCs w:val="20"/>
        </w:rPr>
        <w:t>protein.</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number</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branches,</w:t>
      </w:r>
      <w:r w:rsidR="001E0947" w:rsidRPr="00584328">
        <w:rPr>
          <w:rFonts w:ascii="Arial" w:hAnsi="Arial" w:cs="Arial"/>
          <w:sz w:val="20"/>
          <w:szCs w:val="20"/>
        </w:rPr>
        <w:t xml:space="preserve"> </w:t>
      </w:r>
      <w:r w:rsidRPr="00584328">
        <w:rPr>
          <w:rFonts w:ascii="Arial" w:hAnsi="Arial" w:cs="Arial"/>
          <w:sz w:val="20"/>
          <w:szCs w:val="20"/>
        </w:rPr>
        <w:t>including</w:t>
      </w:r>
      <w:r w:rsidR="001E0947" w:rsidRPr="00584328">
        <w:rPr>
          <w:rFonts w:ascii="Arial" w:hAnsi="Arial" w:cs="Arial"/>
          <w:sz w:val="20"/>
          <w:szCs w:val="20"/>
        </w:rPr>
        <w:t xml:space="preserve"> </w:t>
      </w:r>
      <w:r w:rsidRPr="00584328">
        <w:rPr>
          <w:rFonts w:ascii="Arial" w:hAnsi="Arial" w:cs="Arial"/>
          <w:sz w:val="20"/>
          <w:szCs w:val="20"/>
        </w:rPr>
        <w:t>biotechnology,</w:t>
      </w:r>
      <w:r w:rsidR="001E0947" w:rsidRPr="00584328">
        <w:rPr>
          <w:rFonts w:ascii="Arial" w:hAnsi="Arial" w:cs="Arial"/>
          <w:sz w:val="20"/>
          <w:szCs w:val="20"/>
        </w:rPr>
        <w:t xml:space="preserve"> </w:t>
      </w:r>
      <w:r w:rsidRPr="00584328">
        <w:rPr>
          <w:rFonts w:ascii="Arial" w:hAnsi="Arial" w:cs="Arial"/>
          <w:sz w:val="20"/>
          <w:szCs w:val="20"/>
        </w:rPr>
        <w:t>environme</w:t>
      </w:r>
      <w:r w:rsidR="00F3296B" w:rsidRPr="00584328">
        <w:rPr>
          <w:rFonts w:ascii="Arial" w:hAnsi="Arial" w:cs="Arial"/>
          <w:sz w:val="20"/>
          <w:szCs w:val="20"/>
        </w:rPr>
        <w:t>ntal</w:t>
      </w:r>
      <w:r w:rsidR="001E0947" w:rsidRPr="00584328">
        <w:rPr>
          <w:rFonts w:ascii="Arial" w:hAnsi="Arial" w:cs="Arial"/>
          <w:sz w:val="20"/>
          <w:szCs w:val="20"/>
        </w:rPr>
        <w:t xml:space="preserve"> </w:t>
      </w:r>
      <w:r w:rsidR="00F3296B" w:rsidRPr="00584328">
        <w:rPr>
          <w:rFonts w:ascii="Arial" w:hAnsi="Arial" w:cs="Arial"/>
          <w:sz w:val="20"/>
          <w:szCs w:val="20"/>
        </w:rPr>
        <w:t>science</w:t>
      </w:r>
      <w:r w:rsidR="001E0947"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00F3296B" w:rsidRPr="00584328">
        <w:rPr>
          <w:rFonts w:ascii="Arial" w:hAnsi="Arial" w:cs="Arial"/>
          <w:sz w:val="20"/>
          <w:szCs w:val="20"/>
        </w:rPr>
        <w:t>agriculture,</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particularly</w:t>
      </w:r>
      <w:r w:rsidR="001E0947" w:rsidRPr="00584328">
        <w:rPr>
          <w:rFonts w:ascii="Arial" w:hAnsi="Arial" w:cs="Arial"/>
          <w:sz w:val="20"/>
          <w:szCs w:val="20"/>
        </w:rPr>
        <w:t xml:space="preserve"> </w:t>
      </w:r>
      <w:r w:rsidRPr="00584328">
        <w:rPr>
          <w:rFonts w:ascii="Arial" w:hAnsi="Arial" w:cs="Arial"/>
          <w:sz w:val="20"/>
          <w:szCs w:val="20"/>
        </w:rPr>
        <w:t>interested</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breakdown</w:t>
      </w:r>
      <w:r w:rsidR="001E0947" w:rsidRPr="00584328">
        <w:rPr>
          <w:rFonts w:ascii="Arial" w:hAnsi="Arial" w:cs="Arial"/>
          <w:sz w:val="20"/>
          <w:szCs w:val="20"/>
        </w:rPr>
        <w:t xml:space="preserve"> </w:t>
      </w:r>
      <w:r w:rsidRPr="00584328">
        <w:rPr>
          <w:rFonts w:ascii="Arial" w:hAnsi="Arial" w:cs="Arial"/>
          <w:sz w:val="20"/>
          <w:szCs w:val="20"/>
        </w:rPr>
        <w:t>p</w:t>
      </w:r>
      <w:r w:rsidR="00F3296B" w:rsidRPr="00584328">
        <w:rPr>
          <w:rFonts w:ascii="Arial" w:hAnsi="Arial" w:cs="Arial"/>
          <w:sz w:val="20"/>
          <w:szCs w:val="20"/>
        </w:rPr>
        <w:t>rocess.</w:t>
      </w:r>
      <w:r w:rsidR="001E0947" w:rsidRPr="00584328">
        <w:rPr>
          <w:rFonts w:ascii="Arial" w:hAnsi="Arial" w:cs="Arial"/>
          <w:sz w:val="20"/>
          <w:szCs w:val="20"/>
        </w:rPr>
        <w:t xml:space="preserve"> </w:t>
      </w:r>
      <w:r w:rsidR="00F3296B"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processes</w:t>
      </w:r>
      <w:r w:rsidR="001E0947" w:rsidRPr="00584328">
        <w:rPr>
          <w:rFonts w:ascii="Arial" w:hAnsi="Arial" w:cs="Arial"/>
          <w:sz w:val="20"/>
          <w:szCs w:val="20"/>
        </w:rPr>
        <w:t xml:space="preserve"> </w:t>
      </w:r>
      <w:r w:rsidR="00F3296B" w:rsidRPr="00584328">
        <w:rPr>
          <w:rFonts w:ascii="Arial" w:hAnsi="Arial" w:cs="Arial"/>
          <w:sz w:val="20"/>
          <w:szCs w:val="20"/>
        </w:rPr>
        <w:t>involved</w:t>
      </w:r>
      <w:r w:rsidR="001E0947" w:rsidRPr="00584328">
        <w:rPr>
          <w:rFonts w:ascii="Arial" w:hAnsi="Arial" w:cs="Arial"/>
          <w:sz w:val="20"/>
          <w:szCs w:val="20"/>
        </w:rPr>
        <w:t xml:space="preserve"> </w:t>
      </w:r>
      <w:r w:rsidR="00F3296B" w:rsidRPr="00584328">
        <w:rPr>
          <w:rFonts w:ascii="Arial" w:hAnsi="Arial" w:cs="Arial"/>
          <w:sz w:val="20"/>
          <w:szCs w:val="20"/>
        </w:rPr>
        <w:t>in</w:t>
      </w:r>
      <w:r w:rsidR="001E0947" w:rsidRPr="00584328">
        <w:rPr>
          <w:rFonts w:ascii="Arial" w:hAnsi="Arial" w:cs="Arial"/>
          <w:sz w:val="20"/>
          <w:szCs w:val="20"/>
        </w:rPr>
        <w:t xml:space="preserve"> </w:t>
      </w:r>
      <w:r w:rsidR="00F3296B"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may</w:t>
      </w:r>
      <w:r w:rsidR="001E0947" w:rsidRPr="00584328">
        <w:rPr>
          <w:rFonts w:ascii="Arial" w:hAnsi="Arial" w:cs="Arial"/>
          <w:sz w:val="20"/>
          <w:szCs w:val="20"/>
        </w:rPr>
        <w:t xml:space="preserve"> </w:t>
      </w:r>
      <w:r w:rsidRPr="00584328">
        <w:rPr>
          <w:rFonts w:ascii="Arial" w:hAnsi="Arial" w:cs="Arial"/>
          <w:sz w:val="20"/>
          <w:szCs w:val="20"/>
        </w:rPr>
        <w:t>have</w:t>
      </w:r>
      <w:r w:rsidR="001E0947" w:rsidRPr="00584328">
        <w:rPr>
          <w:rFonts w:ascii="Arial" w:hAnsi="Arial" w:cs="Arial"/>
          <w:sz w:val="20"/>
          <w:szCs w:val="20"/>
        </w:rPr>
        <w:t xml:space="preserve"> </w:t>
      </w:r>
      <w:r w:rsidRPr="00584328">
        <w:rPr>
          <w:rFonts w:ascii="Arial" w:hAnsi="Arial" w:cs="Arial"/>
          <w:sz w:val="20"/>
          <w:szCs w:val="20"/>
        </w:rPr>
        <w:t>noteworthy</w:t>
      </w:r>
      <w:r w:rsidR="001E0947" w:rsidRPr="00584328">
        <w:rPr>
          <w:rFonts w:ascii="Arial" w:hAnsi="Arial" w:cs="Arial"/>
          <w:sz w:val="20"/>
          <w:szCs w:val="20"/>
        </w:rPr>
        <w:t xml:space="preserve"> </w:t>
      </w:r>
      <w:r w:rsidRPr="00584328">
        <w:rPr>
          <w:rFonts w:ascii="Arial" w:hAnsi="Arial" w:cs="Arial"/>
          <w:sz w:val="20"/>
          <w:szCs w:val="20"/>
        </w:rPr>
        <w:t>consequences</w:t>
      </w:r>
      <w:r w:rsidR="001E0947" w:rsidRPr="00584328">
        <w:rPr>
          <w:rFonts w:ascii="Arial" w:hAnsi="Arial" w:cs="Arial"/>
          <w:sz w:val="20"/>
          <w:szCs w:val="20"/>
        </w:rPr>
        <w:t xml:space="preserve"> </w:t>
      </w:r>
      <w:r w:rsidRPr="00584328">
        <w:rPr>
          <w:rFonts w:ascii="Arial" w:hAnsi="Arial" w:cs="Arial"/>
          <w:sz w:val="20"/>
          <w:szCs w:val="20"/>
        </w:rPr>
        <w:t>for</w:t>
      </w:r>
      <w:r w:rsidR="001E0947" w:rsidRPr="00584328">
        <w:rPr>
          <w:rFonts w:ascii="Arial" w:hAnsi="Arial" w:cs="Arial"/>
          <w:sz w:val="20"/>
          <w:szCs w:val="20"/>
        </w:rPr>
        <w:t xml:space="preserve"> </w:t>
      </w:r>
      <w:r w:rsidR="00F3296B" w:rsidRPr="00584328">
        <w:rPr>
          <w:rFonts w:ascii="Arial" w:hAnsi="Arial" w:cs="Arial"/>
          <w:sz w:val="20"/>
          <w:szCs w:val="20"/>
        </w:rPr>
        <w:t>waste</w:t>
      </w:r>
      <w:r w:rsidR="001E0947" w:rsidRPr="00584328">
        <w:rPr>
          <w:rFonts w:ascii="Arial" w:hAnsi="Arial" w:cs="Arial"/>
          <w:sz w:val="20"/>
          <w:szCs w:val="20"/>
        </w:rPr>
        <w:t xml:space="preserve"> </w:t>
      </w:r>
      <w:r w:rsidR="00F3296B" w:rsidRPr="00584328">
        <w:rPr>
          <w:rFonts w:ascii="Arial" w:hAnsi="Arial" w:cs="Arial"/>
          <w:sz w:val="20"/>
          <w:szCs w:val="20"/>
        </w:rPr>
        <w:t>handling,</w:t>
      </w:r>
      <w:r w:rsidR="001E0947" w:rsidRPr="00584328">
        <w:rPr>
          <w:rFonts w:ascii="Arial" w:hAnsi="Arial" w:cs="Arial"/>
          <w:sz w:val="20"/>
          <w:szCs w:val="20"/>
        </w:rPr>
        <w:t xml:space="preserve"> </w:t>
      </w:r>
      <w:r w:rsidR="00F3296B" w:rsidRPr="00584328">
        <w:rPr>
          <w:rFonts w:ascii="Arial" w:hAnsi="Arial" w:cs="Arial"/>
          <w:sz w:val="20"/>
          <w:szCs w:val="20"/>
        </w:rPr>
        <w:t>bioremediation</w:t>
      </w:r>
      <w:r w:rsidR="009F32E4"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00F3296B" w:rsidRPr="00584328">
        <w:rPr>
          <w:rFonts w:ascii="Arial" w:hAnsi="Arial" w:cs="Arial"/>
          <w:sz w:val="20"/>
          <w:szCs w:val="20"/>
        </w:rPr>
        <w:t>product</w:t>
      </w:r>
      <w:r w:rsidR="001E0947" w:rsidRPr="00584328">
        <w:rPr>
          <w:rFonts w:ascii="Arial" w:hAnsi="Arial" w:cs="Arial"/>
          <w:sz w:val="20"/>
          <w:szCs w:val="20"/>
        </w:rPr>
        <w:t xml:space="preserve"> </w:t>
      </w:r>
      <w:r w:rsidRPr="00584328">
        <w:rPr>
          <w:rFonts w:ascii="Arial" w:hAnsi="Arial" w:cs="Arial"/>
          <w:sz w:val="20"/>
          <w:szCs w:val="20"/>
        </w:rPr>
        <w:t>innovation.</w:t>
      </w:r>
      <w:r w:rsidR="001E0947" w:rsidRPr="00584328">
        <w:rPr>
          <w:rFonts w:ascii="Arial" w:hAnsi="Arial" w:cs="Arial"/>
          <w:sz w:val="20"/>
          <w:szCs w:val="20"/>
        </w:rPr>
        <w:t xml:space="preserve"> </w:t>
      </w:r>
      <w:r w:rsidR="00F3296B" w:rsidRPr="00584328">
        <w:rPr>
          <w:rFonts w:ascii="Arial" w:hAnsi="Arial" w:cs="Arial"/>
          <w:sz w:val="20"/>
          <w:szCs w:val="20"/>
        </w:rPr>
        <w:t>Discovery</w:t>
      </w:r>
      <w:r w:rsidR="001E0947" w:rsidRPr="00584328">
        <w:rPr>
          <w:rFonts w:ascii="Arial" w:hAnsi="Arial" w:cs="Arial"/>
          <w:sz w:val="20"/>
          <w:szCs w:val="20"/>
        </w:rPr>
        <w:t xml:space="preserve"> </w:t>
      </w:r>
      <w:r w:rsidR="00F3296B" w:rsidRPr="00584328">
        <w:rPr>
          <w:rFonts w:ascii="Arial" w:hAnsi="Arial" w:cs="Arial"/>
          <w:sz w:val="20"/>
          <w:szCs w:val="20"/>
        </w:rPr>
        <w:t>says</w:t>
      </w:r>
      <w:r w:rsidR="001E0947" w:rsidRPr="00584328">
        <w:rPr>
          <w:rFonts w:ascii="Arial" w:hAnsi="Arial" w:cs="Arial"/>
          <w:sz w:val="20"/>
          <w:szCs w:val="20"/>
        </w:rPr>
        <w:t xml:space="preserve"> </w:t>
      </w:r>
      <w:r w:rsidRPr="00584328">
        <w:rPr>
          <w:rFonts w:ascii="Arial" w:hAnsi="Arial" w:cs="Arial"/>
          <w:sz w:val="20"/>
          <w:szCs w:val="20"/>
        </w:rPr>
        <w:t>that</w:t>
      </w:r>
      <w:r w:rsidR="001E0947" w:rsidRPr="00584328">
        <w:rPr>
          <w:rFonts w:ascii="Arial" w:hAnsi="Arial" w:cs="Arial"/>
          <w:sz w:val="20"/>
          <w:szCs w:val="20"/>
        </w:rPr>
        <w:t xml:space="preserve"> </w:t>
      </w:r>
      <w:r w:rsidRPr="00584328">
        <w:rPr>
          <w:rFonts w:ascii="Arial" w:hAnsi="Arial" w:cs="Arial"/>
          <w:sz w:val="20"/>
          <w:szCs w:val="20"/>
        </w:rPr>
        <w:t>microorganisms,</w:t>
      </w:r>
      <w:r w:rsidR="001E0947" w:rsidRPr="00584328">
        <w:rPr>
          <w:rFonts w:ascii="Arial" w:hAnsi="Arial" w:cs="Arial"/>
          <w:sz w:val="20"/>
          <w:szCs w:val="20"/>
        </w:rPr>
        <w:t xml:space="preserve"> </w:t>
      </w:r>
      <w:r w:rsidRPr="00584328">
        <w:rPr>
          <w:rFonts w:ascii="Arial" w:hAnsi="Arial" w:cs="Arial"/>
          <w:sz w:val="20"/>
          <w:szCs w:val="20"/>
        </w:rPr>
        <w:t>including</w:t>
      </w:r>
      <w:r w:rsidR="001E0947" w:rsidRPr="00584328">
        <w:rPr>
          <w:rFonts w:ascii="Arial" w:hAnsi="Arial" w:cs="Arial"/>
          <w:sz w:val="20"/>
          <w:szCs w:val="20"/>
        </w:rPr>
        <w:t xml:space="preserve"> </w:t>
      </w:r>
      <w:r w:rsidRPr="00584328">
        <w:rPr>
          <w:rFonts w:ascii="Arial" w:hAnsi="Arial" w:cs="Arial"/>
          <w:sz w:val="20"/>
          <w:szCs w:val="20"/>
        </w:rPr>
        <w:t>bacteria</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fungi,</w:t>
      </w:r>
      <w:r w:rsidR="001E0947" w:rsidRPr="00584328">
        <w:rPr>
          <w:rFonts w:ascii="Arial" w:hAnsi="Arial" w:cs="Arial"/>
          <w:sz w:val="20"/>
          <w:szCs w:val="20"/>
        </w:rPr>
        <w:t xml:space="preserve"> </w:t>
      </w:r>
      <w:r w:rsidRPr="00584328">
        <w:rPr>
          <w:rFonts w:ascii="Arial" w:hAnsi="Arial" w:cs="Arial"/>
          <w:sz w:val="20"/>
          <w:szCs w:val="20"/>
        </w:rPr>
        <w:t>have</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enzymes</w:t>
      </w:r>
      <w:r w:rsidR="001E0947" w:rsidRPr="00584328">
        <w:rPr>
          <w:rFonts w:ascii="Arial" w:hAnsi="Arial" w:cs="Arial"/>
          <w:sz w:val="20"/>
          <w:szCs w:val="20"/>
        </w:rPr>
        <w:t xml:space="preserve"> </w:t>
      </w:r>
      <w:r w:rsidR="00F3296B" w:rsidRPr="00584328">
        <w:rPr>
          <w:rFonts w:ascii="Arial" w:hAnsi="Arial" w:cs="Arial"/>
          <w:sz w:val="20"/>
          <w:szCs w:val="20"/>
        </w:rPr>
        <w:t>required</w:t>
      </w:r>
      <w:r w:rsidR="001E0947" w:rsidRPr="00584328">
        <w:rPr>
          <w:rFonts w:ascii="Arial" w:hAnsi="Arial" w:cs="Arial"/>
          <w:sz w:val="20"/>
          <w:szCs w:val="20"/>
        </w:rPr>
        <w:t xml:space="preserve"> </w:t>
      </w:r>
      <w:r w:rsidR="00F3296B" w:rsidRPr="00584328">
        <w:rPr>
          <w:rFonts w:ascii="Arial" w:hAnsi="Arial" w:cs="Arial"/>
          <w:sz w:val="20"/>
          <w:szCs w:val="20"/>
        </w:rPr>
        <w:t>to</w:t>
      </w:r>
      <w:r w:rsidR="001E0947" w:rsidRPr="00584328">
        <w:rPr>
          <w:rFonts w:ascii="Arial" w:hAnsi="Arial" w:cs="Arial"/>
          <w:sz w:val="20"/>
          <w:szCs w:val="20"/>
        </w:rPr>
        <w:t xml:space="preserve"> </w:t>
      </w:r>
      <w:r w:rsidR="00F3296B" w:rsidRPr="00584328">
        <w:rPr>
          <w:rFonts w:ascii="Arial" w:hAnsi="Arial" w:cs="Arial"/>
          <w:sz w:val="20"/>
          <w:szCs w:val="20"/>
        </w:rPr>
        <w:t>decompose</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into</w:t>
      </w:r>
      <w:r w:rsidR="001E0947" w:rsidRPr="00584328">
        <w:rPr>
          <w:rFonts w:ascii="Arial" w:hAnsi="Arial" w:cs="Arial"/>
          <w:sz w:val="20"/>
          <w:szCs w:val="20"/>
        </w:rPr>
        <w:t xml:space="preserve"> </w:t>
      </w:r>
      <w:r w:rsidRPr="00584328">
        <w:rPr>
          <w:rFonts w:ascii="Arial" w:hAnsi="Arial" w:cs="Arial"/>
          <w:sz w:val="20"/>
          <w:szCs w:val="20"/>
        </w:rPr>
        <w:t>its</w:t>
      </w:r>
      <w:r w:rsidR="001E0947" w:rsidRPr="00584328">
        <w:rPr>
          <w:rFonts w:ascii="Arial" w:hAnsi="Arial" w:cs="Arial"/>
          <w:sz w:val="20"/>
          <w:szCs w:val="20"/>
        </w:rPr>
        <w:t xml:space="preserve"> </w:t>
      </w:r>
      <w:r w:rsidRPr="00584328">
        <w:rPr>
          <w:rFonts w:ascii="Arial" w:hAnsi="Arial" w:cs="Arial"/>
          <w:sz w:val="20"/>
          <w:szCs w:val="20"/>
        </w:rPr>
        <w:t>constituent</w:t>
      </w:r>
      <w:r w:rsidR="001E0947" w:rsidRPr="00584328">
        <w:rPr>
          <w:rFonts w:ascii="Arial" w:hAnsi="Arial" w:cs="Arial"/>
          <w:sz w:val="20"/>
          <w:szCs w:val="20"/>
        </w:rPr>
        <w:t xml:space="preserve"> </w:t>
      </w:r>
      <w:r w:rsidRPr="00584328">
        <w:rPr>
          <w:rFonts w:ascii="Arial" w:hAnsi="Arial" w:cs="Arial"/>
          <w:sz w:val="20"/>
          <w:szCs w:val="20"/>
        </w:rPr>
        <w:t>amino</w:t>
      </w:r>
      <w:r w:rsidR="001E0947" w:rsidRPr="00584328">
        <w:rPr>
          <w:rFonts w:ascii="Arial" w:hAnsi="Arial" w:cs="Arial"/>
          <w:sz w:val="20"/>
          <w:szCs w:val="20"/>
        </w:rPr>
        <w:t xml:space="preserve"> </w:t>
      </w:r>
      <w:r w:rsidRPr="00584328">
        <w:rPr>
          <w:rFonts w:ascii="Arial" w:hAnsi="Arial" w:cs="Arial"/>
          <w:sz w:val="20"/>
          <w:szCs w:val="20"/>
        </w:rPr>
        <w:t>acids.</w:t>
      </w:r>
      <w:r w:rsidR="001E0947" w:rsidRPr="00584328">
        <w:rPr>
          <w:rFonts w:ascii="Arial" w:hAnsi="Arial" w:cs="Arial"/>
          <w:sz w:val="20"/>
          <w:szCs w:val="20"/>
        </w:rPr>
        <w:t xml:space="preserve"> </w:t>
      </w:r>
      <w:r w:rsidRPr="00584328">
        <w:rPr>
          <w:rFonts w:ascii="Arial" w:hAnsi="Arial" w:cs="Arial"/>
          <w:sz w:val="20"/>
          <w:szCs w:val="20"/>
        </w:rPr>
        <w:t>Because</w:t>
      </w:r>
      <w:r w:rsidR="009F32E4" w:rsidRPr="00584328">
        <w:rPr>
          <w:rFonts w:ascii="Arial" w:hAnsi="Arial" w:cs="Arial"/>
          <w:sz w:val="20"/>
          <w:szCs w:val="20"/>
        </w:rPr>
        <w:t>,</w:t>
      </w:r>
      <w:r w:rsidR="001E0947" w:rsidRPr="00584328">
        <w:rPr>
          <w:rFonts w:ascii="Arial" w:hAnsi="Arial" w:cs="Arial"/>
          <w:sz w:val="20"/>
          <w:szCs w:val="20"/>
        </w:rPr>
        <w:t xml:space="preserve"> </w:t>
      </w:r>
      <w:r w:rsidRPr="00584328">
        <w:rPr>
          <w:rFonts w:ascii="Arial" w:hAnsi="Arial" w:cs="Arial"/>
          <w:sz w:val="20"/>
          <w:szCs w:val="20"/>
        </w:rPr>
        <w:t>they</w:t>
      </w:r>
      <w:r w:rsidR="001E0947" w:rsidRPr="00584328">
        <w:rPr>
          <w:rFonts w:ascii="Arial" w:hAnsi="Arial" w:cs="Arial"/>
          <w:sz w:val="20"/>
          <w:szCs w:val="20"/>
        </w:rPr>
        <w:t xml:space="preserve"> </w:t>
      </w:r>
      <w:r w:rsidRPr="00584328">
        <w:rPr>
          <w:rFonts w:ascii="Arial" w:hAnsi="Arial" w:cs="Arial"/>
          <w:sz w:val="20"/>
          <w:szCs w:val="20"/>
        </w:rPr>
        <w:t>have</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disulfide</w:t>
      </w:r>
      <w:r w:rsidR="001E0947" w:rsidRPr="00584328">
        <w:rPr>
          <w:rFonts w:ascii="Arial" w:hAnsi="Arial" w:cs="Arial"/>
          <w:sz w:val="20"/>
          <w:szCs w:val="20"/>
        </w:rPr>
        <w:t xml:space="preserve"> </w:t>
      </w:r>
      <w:r w:rsidRPr="00584328">
        <w:rPr>
          <w:rFonts w:ascii="Arial" w:hAnsi="Arial" w:cs="Arial"/>
          <w:sz w:val="20"/>
          <w:szCs w:val="20"/>
        </w:rPr>
        <w:t>links</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d</w:t>
      </w:r>
      <w:r w:rsidR="00F3296B" w:rsidRPr="00584328">
        <w:rPr>
          <w:rFonts w:ascii="Arial" w:hAnsi="Arial" w:cs="Arial"/>
          <w:sz w:val="20"/>
          <w:szCs w:val="20"/>
        </w:rPr>
        <w:t>isrupt</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protein</w:t>
      </w:r>
      <w:r w:rsidR="001E0947" w:rsidRPr="00584328">
        <w:rPr>
          <w:rFonts w:ascii="Arial" w:hAnsi="Arial" w:cs="Arial"/>
          <w:sz w:val="20"/>
          <w:szCs w:val="20"/>
        </w:rPr>
        <w:t xml:space="preserve"> </w:t>
      </w:r>
      <w:r w:rsidRPr="00584328">
        <w:rPr>
          <w:rFonts w:ascii="Arial" w:hAnsi="Arial" w:cs="Arial"/>
          <w:sz w:val="20"/>
          <w:szCs w:val="20"/>
        </w:rPr>
        <w:t>structure,</w:t>
      </w:r>
      <w:r w:rsidR="001E0947" w:rsidRPr="00584328">
        <w:rPr>
          <w:rFonts w:ascii="Arial" w:hAnsi="Arial" w:cs="Arial"/>
          <w:sz w:val="20"/>
          <w:szCs w:val="20"/>
        </w:rPr>
        <w:t xml:space="preserve"> </w:t>
      </w:r>
      <w:r w:rsidRPr="00584328">
        <w:rPr>
          <w:rFonts w:ascii="Arial" w:hAnsi="Arial" w:cs="Arial"/>
          <w:sz w:val="20"/>
          <w:szCs w:val="20"/>
        </w:rPr>
        <w:t>these</w:t>
      </w:r>
      <w:r w:rsidR="001E0947" w:rsidRPr="00584328">
        <w:rPr>
          <w:rFonts w:ascii="Arial" w:hAnsi="Arial" w:cs="Arial"/>
          <w:sz w:val="20"/>
          <w:szCs w:val="20"/>
        </w:rPr>
        <w:t xml:space="preserve"> </w:t>
      </w:r>
      <w:r w:rsidRPr="00584328">
        <w:rPr>
          <w:rFonts w:ascii="Arial" w:hAnsi="Arial" w:cs="Arial"/>
          <w:sz w:val="20"/>
          <w:szCs w:val="20"/>
        </w:rPr>
        <w:t>enzymes,</w:t>
      </w:r>
      <w:r w:rsidR="001E0947" w:rsidRPr="00584328">
        <w:rPr>
          <w:rFonts w:ascii="Arial" w:hAnsi="Arial" w:cs="Arial"/>
          <w:sz w:val="20"/>
          <w:szCs w:val="20"/>
        </w:rPr>
        <w:t xml:space="preserve"> </w:t>
      </w:r>
      <w:r w:rsidRPr="00584328">
        <w:rPr>
          <w:rFonts w:ascii="Arial" w:hAnsi="Arial" w:cs="Arial"/>
          <w:sz w:val="20"/>
          <w:szCs w:val="20"/>
        </w:rPr>
        <w:t>often</w:t>
      </w:r>
      <w:r w:rsidR="001E0947" w:rsidRPr="00584328">
        <w:rPr>
          <w:rFonts w:ascii="Arial" w:hAnsi="Arial" w:cs="Arial"/>
          <w:sz w:val="20"/>
          <w:szCs w:val="20"/>
        </w:rPr>
        <w:t xml:space="preserve"> </w:t>
      </w:r>
      <w:r w:rsidRPr="00584328">
        <w:rPr>
          <w:rFonts w:ascii="Arial" w:hAnsi="Arial" w:cs="Arial"/>
          <w:sz w:val="20"/>
          <w:szCs w:val="20"/>
        </w:rPr>
        <w:t>referred</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as</w:t>
      </w:r>
      <w:r w:rsidR="001E0947" w:rsidRPr="00584328">
        <w:rPr>
          <w:rFonts w:ascii="Arial" w:hAnsi="Arial" w:cs="Arial"/>
          <w:sz w:val="20"/>
          <w:szCs w:val="20"/>
        </w:rPr>
        <w:t xml:space="preserve"> </w:t>
      </w:r>
      <w:r w:rsidRPr="00584328">
        <w:rPr>
          <w:rFonts w:ascii="Arial" w:hAnsi="Arial" w:cs="Arial"/>
          <w:sz w:val="20"/>
          <w:szCs w:val="20"/>
        </w:rPr>
        <w:t>keratinases,</w:t>
      </w:r>
      <w:r w:rsidR="001E0947" w:rsidRPr="00584328">
        <w:rPr>
          <w:rFonts w:ascii="Arial" w:hAnsi="Arial" w:cs="Arial"/>
          <w:sz w:val="20"/>
          <w:szCs w:val="20"/>
        </w:rPr>
        <w:t xml:space="preserve"> </w:t>
      </w:r>
      <w:r w:rsidRPr="00584328">
        <w:rPr>
          <w:rFonts w:ascii="Arial" w:hAnsi="Arial" w:cs="Arial"/>
          <w:sz w:val="20"/>
          <w:szCs w:val="20"/>
        </w:rPr>
        <w:t>which</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essential</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th</w:t>
      </w:r>
      <w:r w:rsidR="001332D6" w:rsidRPr="00584328">
        <w:rPr>
          <w:rFonts w:ascii="Arial" w:hAnsi="Arial" w:cs="Arial"/>
          <w:sz w:val="20"/>
          <w:szCs w:val="20"/>
        </w:rPr>
        <w:t>e</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process.</w:t>
      </w:r>
      <w:r w:rsidR="001E0947" w:rsidRPr="00584328">
        <w:rPr>
          <w:rFonts w:ascii="Arial" w:hAnsi="Arial" w:cs="Arial"/>
          <w:sz w:val="20"/>
          <w:szCs w:val="20"/>
        </w:rPr>
        <w:t xml:space="preserve"> </w:t>
      </w:r>
    </w:p>
    <w:p w14:paraId="122D5A58" w14:textId="7BD6B1B9" w:rsidR="001332D6" w:rsidRPr="00584328" w:rsidRDefault="00777CEC" w:rsidP="00584328">
      <w:pPr>
        <w:tabs>
          <w:tab w:val="left" w:pos="360"/>
          <w:tab w:val="left" w:pos="8100"/>
        </w:tabs>
        <w:spacing w:after="240"/>
        <w:jc w:val="both"/>
        <w:rPr>
          <w:rFonts w:ascii="Arial" w:hAnsi="Arial" w:cs="Arial"/>
          <w:sz w:val="20"/>
          <w:szCs w:val="20"/>
        </w:rPr>
      </w:pP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which</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predominant</w:t>
      </w:r>
      <w:r w:rsidR="00F3296B" w:rsidRPr="00584328">
        <w:rPr>
          <w:rFonts w:ascii="Arial" w:hAnsi="Arial" w:cs="Arial"/>
          <w:sz w:val="20"/>
          <w:szCs w:val="20"/>
        </w:rPr>
        <w:t>ly</w:t>
      </w:r>
      <w:r w:rsidR="001E0947" w:rsidRPr="00584328">
        <w:rPr>
          <w:rFonts w:ascii="Arial" w:hAnsi="Arial" w:cs="Arial"/>
          <w:sz w:val="20"/>
          <w:szCs w:val="20"/>
        </w:rPr>
        <w:t xml:space="preserve"> </w:t>
      </w:r>
      <w:r w:rsidR="00F3296B" w:rsidRPr="00584328">
        <w:rPr>
          <w:rFonts w:ascii="Arial" w:hAnsi="Arial" w:cs="Arial"/>
          <w:sz w:val="20"/>
          <w:szCs w:val="20"/>
        </w:rPr>
        <w:t>composed</w:t>
      </w:r>
      <w:r w:rsidR="001E0947" w:rsidRPr="00584328">
        <w:rPr>
          <w:rFonts w:ascii="Arial" w:hAnsi="Arial" w:cs="Arial"/>
          <w:sz w:val="20"/>
          <w:szCs w:val="20"/>
        </w:rPr>
        <w:t xml:space="preserve"> </w:t>
      </w:r>
      <w:r w:rsidR="00F3296B" w:rsidRPr="00584328">
        <w:rPr>
          <w:rFonts w:ascii="Arial" w:hAnsi="Arial" w:cs="Arial"/>
          <w:sz w:val="20"/>
          <w:szCs w:val="20"/>
        </w:rPr>
        <w:t>of</w:t>
      </w:r>
      <w:r w:rsidR="001E0947" w:rsidRPr="00584328">
        <w:rPr>
          <w:rFonts w:ascii="Arial" w:hAnsi="Arial" w:cs="Arial"/>
          <w:sz w:val="20"/>
          <w:szCs w:val="20"/>
        </w:rPr>
        <w:t xml:space="preserve"> </w:t>
      </w:r>
      <w:r w:rsidR="00F3296B" w:rsidRPr="00584328">
        <w:rPr>
          <w:rFonts w:ascii="Arial" w:hAnsi="Arial" w:cs="Arial"/>
          <w:sz w:val="20"/>
          <w:szCs w:val="20"/>
        </w:rPr>
        <w:t>keratin,</w:t>
      </w:r>
      <w:r w:rsidR="001E0947" w:rsidRPr="00584328">
        <w:rPr>
          <w:rFonts w:ascii="Arial" w:hAnsi="Arial" w:cs="Arial"/>
          <w:sz w:val="20"/>
          <w:szCs w:val="20"/>
        </w:rPr>
        <w:t xml:space="preserve"> </w:t>
      </w:r>
      <w:r w:rsidR="00F3296B" w:rsidRPr="00584328">
        <w:rPr>
          <w:rFonts w:ascii="Arial" w:hAnsi="Arial" w:cs="Arial"/>
          <w:sz w:val="20"/>
          <w:szCs w:val="20"/>
        </w:rPr>
        <w:t>are</w:t>
      </w:r>
      <w:r w:rsidR="001E0947" w:rsidRPr="00584328">
        <w:rPr>
          <w:rFonts w:ascii="Arial" w:hAnsi="Arial" w:cs="Arial"/>
          <w:sz w:val="20"/>
          <w:szCs w:val="20"/>
        </w:rPr>
        <w:t xml:space="preserve"> </w:t>
      </w:r>
      <w:r w:rsidR="00F3296B" w:rsidRPr="00584328">
        <w:rPr>
          <w:rFonts w:ascii="Arial" w:hAnsi="Arial" w:cs="Arial"/>
          <w:sz w:val="20"/>
          <w:szCs w:val="20"/>
        </w:rPr>
        <w:t>one</w:t>
      </w:r>
      <w:r w:rsidR="001E0947" w:rsidRPr="00584328">
        <w:rPr>
          <w:rFonts w:ascii="Arial" w:hAnsi="Arial" w:cs="Arial"/>
          <w:sz w:val="20"/>
          <w:szCs w:val="20"/>
        </w:rPr>
        <w:t xml:space="preserve"> </w:t>
      </w:r>
      <w:r w:rsidR="00F3296B" w:rsidRPr="00584328">
        <w:rPr>
          <w:rFonts w:ascii="Arial" w:hAnsi="Arial" w:cs="Arial"/>
          <w:sz w:val="20"/>
          <w:szCs w:val="20"/>
        </w:rPr>
        <w:t>of</w:t>
      </w:r>
      <w:r w:rsidR="001E0947" w:rsidRPr="00584328">
        <w:rPr>
          <w:rFonts w:ascii="Arial" w:hAnsi="Arial" w:cs="Arial"/>
          <w:sz w:val="20"/>
          <w:szCs w:val="20"/>
        </w:rPr>
        <w:t xml:space="preserve"> </w:t>
      </w:r>
      <w:r w:rsidR="00F3296B"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most</w:t>
      </w:r>
      <w:r w:rsidR="001E0947" w:rsidRPr="00584328">
        <w:rPr>
          <w:rFonts w:ascii="Arial" w:hAnsi="Arial" w:cs="Arial"/>
          <w:sz w:val="20"/>
          <w:szCs w:val="20"/>
        </w:rPr>
        <w:t xml:space="preserve"> </w:t>
      </w:r>
      <w:r w:rsidRPr="00584328">
        <w:rPr>
          <w:rFonts w:ascii="Arial" w:hAnsi="Arial" w:cs="Arial"/>
          <w:sz w:val="20"/>
          <w:szCs w:val="20"/>
        </w:rPr>
        <w:t>available</w:t>
      </w:r>
      <w:r w:rsidR="001E0947" w:rsidRPr="00584328">
        <w:rPr>
          <w:rFonts w:ascii="Arial" w:hAnsi="Arial" w:cs="Arial"/>
          <w:sz w:val="20"/>
          <w:szCs w:val="20"/>
        </w:rPr>
        <w:t xml:space="preserve"> </w:t>
      </w:r>
      <w:r w:rsidRPr="00584328">
        <w:rPr>
          <w:rFonts w:ascii="Arial" w:hAnsi="Arial" w:cs="Arial"/>
          <w:sz w:val="20"/>
          <w:szCs w:val="20"/>
        </w:rPr>
        <w:t>waste</w:t>
      </w:r>
      <w:r w:rsidR="001E0947" w:rsidRPr="00584328">
        <w:rPr>
          <w:rFonts w:ascii="Arial" w:hAnsi="Arial" w:cs="Arial"/>
          <w:sz w:val="20"/>
          <w:szCs w:val="20"/>
        </w:rPr>
        <w:t xml:space="preserve"> </w:t>
      </w:r>
      <w:r w:rsidRPr="00584328">
        <w:rPr>
          <w:rFonts w:ascii="Arial" w:hAnsi="Arial" w:cs="Arial"/>
          <w:sz w:val="20"/>
          <w:szCs w:val="20"/>
        </w:rPr>
        <w:t>products</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poultry</w:t>
      </w:r>
      <w:r w:rsidR="001E0947" w:rsidRPr="00584328">
        <w:rPr>
          <w:rFonts w:ascii="Arial" w:hAnsi="Arial" w:cs="Arial"/>
          <w:sz w:val="20"/>
          <w:szCs w:val="20"/>
        </w:rPr>
        <w:t xml:space="preserve"> </w:t>
      </w:r>
      <w:r w:rsidRPr="00584328">
        <w:rPr>
          <w:rFonts w:ascii="Arial" w:hAnsi="Arial" w:cs="Arial"/>
          <w:sz w:val="20"/>
          <w:szCs w:val="20"/>
        </w:rPr>
        <w:t>industries.</w:t>
      </w:r>
      <w:r w:rsidR="001E0947" w:rsidRPr="00584328">
        <w:rPr>
          <w:rFonts w:ascii="Arial" w:hAnsi="Arial" w:cs="Arial"/>
          <w:sz w:val="20"/>
          <w:szCs w:val="20"/>
        </w:rPr>
        <w:t xml:space="preserve"> </w:t>
      </w:r>
      <w:r w:rsidRPr="00584328">
        <w:rPr>
          <w:rFonts w:ascii="Arial" w:hAnsi="Arial" w:cs="Arial"/>
          <w:sz w:val="20"/>
          <w:szCs w:val="20"/>
        </w:rPr>
        <w:t>Chicken</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00F3296B" w:rsidRPr="00584328">
        <w:rPr>
          <w:rFonts w:ascii="Arial" w:hAnsi="Arial" w:cs="Arial"/>
          <w:sz w:val="20"/>
          <w:szCs w:val="20"/>
        </w:rPr>
        <w:t>are</w:t>
      </w:r>
      <w:r w:rsidR="001E0947" w:rsidRPr="00584328">
        <w:rPr>
          <w:rFonts w:ascii="Arial" w:hAnsi="Arial" w:cs="Arial"/>
          <w:sz w:val="20"/>
          <w:szCs w:val="20"/>
        </w:rPr>
        <w:t xml:space="preserve"> </w:t>
      </w:r>
      <w:r w:rsidR="00F3296B" w:rsidRPr="00584328">
        <w:rPr>
          <w:rFonts w:ascii="Arial" w:hAnsi="Arial" w:cs="Arial"/>
          <w:sz w:val="20"/>
          <w:szCs w:val="20"/>
        </w:rPr>
        <w:t>characterized</w:t>
      </w:r>
      <w:r w:rsidR="001E0947" w:rsidRPr="00584328">
        <w:rPr>
          <w:rFonts w:ascii="Arial" w:hAnsi="Arial" w:cs="Arial"/>
          <w:sz w:val="20"/>
          <w:szCs w:val="20"/>
        </w:rPr>
        <w:t xml:space="preserve"> </w:t>
      </w:r>
      <w:r w:rsidR="00F3296B" w:rsidRPr="00584328">
        <w:rPr>
          <w:rFonts w:ascii="Arial" w:hAnsi="Arial" w:cs="Arial"/>
          <w:sz w:val="20"/>
          <w:szCs w:val="20"/>
        </w:rPr>
        <w:t>as</w:t>
      </w:r>
      <w:r w:rsidR="001E0947" w:rsidRPr="00584328">
        <w:rPr>
          <w:rFonts w:ascii="Arial" w:hAnsi="Arial" w:cs="Arial"/>
          <w:sz w:val="20"/>
          <w:szCs w:val="20"/>
        </w:rPr>
        <w:t xml:space="preserve"> </w:t>
      </w:r>
      <w:r w:rsidR="00F3296B" w:rsidRPr="00584328">
        <w:rPr>
          <w:rFonts w:ascii="Arial" w:hAnsi="Arial" w:cs="Arial"/>
          <w:sz w:val="20"/>
          <w:szCs w:val="20"/>
        </w:rPr>
        <w:t>a</w:t>
      </w:r>
      <w:r w:rsidR="001E0947" w:rsidRPr="00584328">
        <w:rPr>
          <w:rFonts w:ascii="Arial" w:hAnsi="Arial" w:cs="Arial"/>
          <w:sz w:val="20"/>
          <w:szCs w:val="20"/>
        </w:rPr>
        <w:t xml:space="preserve"> </w:t>
      </w:r>
      <w:r w:rsidR="00F3296B" w:rsidRPr="00584328">
        <w:rPr>
          <w:rFonts w:ascii="Arial" w:hAnsi="Arial" w:cs="Arial"/>
          <w:sz w:val="20"/>
          <w:szCs w:val="20"/>
        </w:rPr>
        <w:t>unique</w:t>
      </w:r>
      <w:r w:rsidR="001E0947" w:rsidRPr="00584328">
        <w:rPr>
          <w:rFonts w:ascii="Arial" w:hAnsi="Arial" w:cs="Arial"/>
          <w:sz w:val="20"/>
          <w:szCs w:val="20"/>
        </w:rPr>
        <w:t xml:space="preserve"> </w:t>
      </w:r>
      <w:r w:rsidRPr="00584328">
        <w:rPr>
          <w:rFonts w:ascii="Arial" w:hAnsi="Arial" w:cs="Arial"/>
          <w:sz w:val="20"/>
          <w:szCs w:val="20"/>
        </w:rPr>
        <w:t>source</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amino</w:t>
      </w:r>
      <w:r w:rsidR="001E0947" w:rsidRPr="00584328">
        <w:rPr>
          <w:rFonts w:ascii="Arial" w:hAnsi="Arial" w:cs="Arial"/>
          <w:sz w:val="20"/>
          <w:szCs w:val="20"/>
        </w:rPr>
        <w:t xml:space="preserve"> </w:t>
      </w:r>
      <w:r w:rsidRPr="00584328">
        <w:rPr>
          <w:rFonts w:ascii="Arial" w:hAnsi="Arial" w:cs="Arial"/>
          <w:sz w:val="20"/>
          <w:szCs w:val="20"/>
        </w:rPr>
        <w:t>acids,</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their</w:t>
      </w:r>
      <w:r w:rsidR="001E0947" w:rsidRPr="00584328">
        <w:rPr>
          <w:rFonts w:ascii="Arial" w:hAnsi="Arial" w:cs="Arial"/>
          <w:sz w:val="20"/>
          <w:szCs w:val="20"/>
        </w:rPr>
        <w:t xml:space="preserve"> </w:t>
      </w:r>
      <w:r w:rsidRPr="00584328">
        <w:rPr>
          <w:rFonts w:ascii="Arial" w:hAnsi="Arial" w:cs="Arial"/>
          <w:sz w:val="20"/>
          <w:szCs w:val="20"/>
        </w:rPr>
        <w:t>content</w:t>
      </w:r>
      <w:r w:rsidR="001E0947" w:rsidRPr="00584328">
        <w:rPr>
          <w:rFonts w:ascii="Arial" w:hAnsi="Arial" w:cs="Arial"/>
          <w:sz w:val="20"/>
          <w:szCs w:val="20"/>
        </w:rPr>
        <w:t xml:space="preserve"> </w:t>
      </w:r>
      <w:r w:rsidRPr="00584328">
        <w:rPr>
          <w:rFonts w:ascii="Arial" w:hAnsi="Arial" w:cs="Arial"/>
          <w:sz w:val="20"/>
          <w:szCs w:val="20"/>
        </w:rPr>
        <w:t>depends</w:t>
      </w:r>
      <w:r w:rsidR="001E0947" w:rsidRPr="00584328">
        <w:rPr>
          <w:rFonts w:ascii="Arial" w:hAnsi="Arial" w:cs="Arial"/>
          <w:sz w:val="20"/>
          <w:szCs w:val="20"/>
        </w:rPr>
        <w:t xml:space="preserve"> </w:t>
      </w:r>
      <w:r w:rsidRPr="00584328">
        <w:rPr>
          <w:rFonts w:ascii="Arial" w:hAnsi="Arial" w:cs="Arial"/>
          <w:sz w:val="20"/>
          <w:szCs w:val="20"/>
        </w:rPr>
        <w:t>on</w:t>
      </w:r>
      <w:r w:rsidR="001E0947" w:rsidRPr="00584328">
        <w:rPr>
          <w:rFonts w:ascii="Arial" w:hAnsi="Arial" w:cs="Arial"/>
          <w:sz w:val="20"/>
          <w:szCs w:val="20"/>
        </w:rPr>
        <w:t xml:space="preserve"> </w:t>
      </w:r>
      <w:r w:rsidRPr="00584328">
        <w:rPr>
          <w:rFonts w:ascii="Arial" w:hAnsi="Arial" w:cs="Arial"/>
          <w:sz w:val="20"/>
          <w:szCs w:val="20"/>
        </w:rPr>
        <w:t>environment,</w:t>
      </w:r>
      <w:r w:rsidR="001E0947" w:rsidRPr="00584328">
        <w:rPr>
          <w:rFonts w:ascii="Arial" w:hAnsi="Arial" w:cs="Arial"/>
          <w:sz w:val="20"/>
          <w:szCs w:val="20"/>
        </w:rPr>
        <w:t xml:space="preserve"> </w:t>
      </w:r>
      <w:r w:rsidRPr="00584328">
        <w:rPr>
          <w:rFonts w:ascii="Arial" w:hAnsi="Arial" w:cs="Arial"/>
          <w:sz w:val="20"/>
          <w:szCs w:val="20"/>
        </w:rPr>
        <w:t>f</w:t>
      </w:r>
      <w:r w:rsidR="00F3296B" w:rsidRPr="00584328">
        <w:rPr>
          <w:rFonts w:ascii="Arial" w:hAnsi="Arial" w:cs="Arial"/>
          <w:sz w:val="20"/>
          <w:szCs w:val="20"/>
        </w:rPr>
        <w:t>ood,</w:t>
      </w:r>
      <w:r w:rsidR="001E0947" w:rsidRPr="00584328">
        <w:rPr>
          <w:rFonts w:ascii="Arial" w:hAnsi="Arial" w:cs="Arial"/>
          <w:sz w:val="20"/>
          <w:szCs w:val="20"/>
        </w:rPr>
        <w:t xml:space="preserve"> </w:t>
      </w:r>
      <w:r w:rsidR="00F3296B" w:rsidRPr="00584328">
        <w:rPr>
          <w:rFonts w:ascii="Arial" w:hAnsi="Arial" w:cs="Arial"/>
          <w:sz w:val="20"/>
          <w:szCs w:val="20"/>
        </w:rPr>
        <w:t>age</w:t>
      </w:r>
      <w:r w:rsidR="001E0947"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00F3296B" w:rsidRPr="00584328">
        <w:rPr>
          <w:rFonts w:ascii="Arial" w:hAnsi="Arial" w:cs="Arial"/>
          <w:sz w:val="20"/>
          <w:szCs w:val="20"/>
        </w:rPr>
        <w:t>breed.</w:t>
      </w:r>
      <w:r w:rsidR="001E0947" w:rsidRPr="00584328">
        <w:rPr>
          <w:rFonts w:ascii="Arial" w:hAnsi="Arial" w:cs="Arial"/>
          <w:sz w:val="20"/>
          <w:szCs w:val="20"/>
        </w:rPr>
        <w:t xml:space="preserve"> </w:t>
      </w:r>
      <w:r w:rsidR="00F3296B" w:rsidRPr="00584328">
        <w:rPr>
          <w:rFonts w:ascii="Arial" w:hAnsi="Arial" w:cs="Arial"/>
          <w:sz w:val="20"/>
          <w:szCs w:val="20"/>
        </w:rPr>
        <w:t>Generally,</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have</w:t>
      </w:r>
      <w:r w:rsidR="001E0947" w:rsidRPr="00584328">
        <w:rPr>
          <w:rFonts w:ascii="Arial" w:hAnsi="Arial" w:cs="Arial"/>
          <w:sz w:val="20"/>
          <w:szCs w:val="20"/>
        </w:rPr>
        <w:t xml:space="preserve"> </w:t>
      </w:r>
      <w:r w:rsidRPr="00584328">
        <w:rPr>
          <w:rFonts w:ascii="Arial" w:hAnsi="Arial" w:cs="Arial"/>
          <w:sz w:val="20"/>
          <w:szCs w:val="20"/>
        </w:rPr>
        <w:t>been</w:t>
      </w:r>
      <w:r w:rsidR="001E0947" w:rsidRPr="00584328">
        <w:rPr>
          <w:rFonts w:ascii="Arial" w:hAnsi="Arial" w:cs="Arial"/>
          <w:sz w:val="20"/>
          <w:szCs w:val="20"/>
        </w:rPr>
        <w:t xml:space="preserve"> </w:t>
      </w:r>
      <w:r w:rsidRPr="00584328">
        <w:rPr>
          <w:rFonts w:ascii="Arial" w:hAnsi="Arial" w:cs="Arial"/>
          <w:sz w:val="20"/>
          <w:szCs w:val="20"/>
        </w:rPr>
        <w:t>reported</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contain</w:t>
      </w:r>
      <w:r w:rsidR="001E0947" w:rsidRPr="00584328">
        <w:rPr>
          <w:rFonts w:ascii="Arial" w:hAnsi="Arial" w:cs="Arial"/>
          <w:sz w:val="20"/>
          <w:szCs w:val="20"/>
        </w:rPr>
        <w:t xml:space="preserve"> </w:t>
      </w:r>
      <w:r w:rsidRPr="00584328">
        <w:rPr>
          <w:rFonts w:ascii="Arial" w:hAnsi="Arial" w:cs="Arial"/>
          <w:sz w:val="20"/>
          <w:szCs w:val="20"/>
        </w:rPr>
        <w:t>high</w:t>
      </w:r>
      <w:r w:rsidR="001E0947" w:rsidRPr="00584328">
        <w:rPr>
          <w:rFonts w:ascii="Arial" w:hAnsi="Arial" w:cs="Arial"/>
          <w:sz w:val="20"/>
          <w:szCs w:val="20"/>
        </w:rPr>
        <w:t xml:space="preserve"> </w:t>
      </w:r>
      <w:r w:rsidRPr="00584328">
        <w:rPr>
          <w:rFonts w:ascii="Arial" w:hAnsi="Arial" w:cs="Arial"/>
          <w:sz w:val="20"/>
          <w:szCs w:val="20"/>
        </w:rPr>
        <w:t>proportion</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non</w:t>
      </w:r>
      <w:r w:rsidR="001E0947" w:rsidRPr="00584328">
        <w:rPr>
          <w:rFonts w:ascii="Arial" w:hAnsi="Arial" w:cs="Arial"/>
          <w:sz w:val="20"/>
          <w:szCs w:val="20"/>
        </w:rPr>
        <w:t xml:space="preserve"> </w:t>
      </w:r>
      <w:r w:rsidRPr="00584328">
        <w:rPr>
          <w:rFonts w:ascii="Arial" w:hAnsi="Arial" w:cs="Arial"/>
          <w:sz w:val="20"/>
          <w:szCs w:val="20"/>
        </w:rPr>
        <w:t>-</w:t>
      </w:r>
      <w:r w:rsidR="001E0947" w:rsidRPr="00584328">
        <w:rPr>
          <w:rFonts w:ascii="Arial" w:hAnsi="Arial" w:cs="Arial"/>
          <w:sz w:val="20"/>
          <w:szCs w:val="20"/>
        </w:rPr>
        <w:t xml:space="preserve"> </w:t>
      </w:r>
      <w:r w:rsidRPr="00584328">
        <w:rPr>
          <w:rFonts w:ascii="Arial" w:hAnsi="Arial" w:cs="Arial"/>
          <w:sz w:val="20"/>
          <w:szCs w:val="20"/>
        </w:rPr>
        <w:t>essential</w:t>
      </w:r>
      <w:r w:rsidR="001E0947" w:rsidRPr="00584328">
        <w:rPr>
          <w:rFonts w:ascii="Arial" w:hAnsi="Arial" w:cs="Arial"/>
          <w:sz w:val="20"/>
          <w:szCs w:val="20"/>
        </w:rPr>
        <w:t xml:space="preserve"> </w:t>
      </w:r>
      <w:r w:rsidRPr="00584328">
        <w:rPr>
          <w:rFonts w:ascii="Arial" w:hAnsi="Arial" w:cs="Arial"/>
          <w:sz w:val="20"/>
          <w:szCs w:val="20"/>
        </w:rPr>
        <w:t>amino</w:t>
      </w:r>
      <w:r w:rsidR="001E0947" w:rsidRPr="00584328">
        <w:rPr>
          <w:rFonts w:ascii="Arial" w:hAnsi="Arial" w:cs="Arial"/>
          <w:sz w:val="20"/>
          <w:szCs w:val="20"/>
        </w:rPr>
        <w:t xml:space="preserve"> </w:t>
      </w:r>
      <w:r w:rsidRPr="00584328">
        <w:rPr>
          <w:rFonts w:ascii="Arial" w:hAnsi="Arial" w:cs="Arial"/>
          <w:sz w:val="20"/>
          <w:szCs w:val="20"/>
        </w:rPr>
        <w:t>acids</w:t>
      </w:r>
      <w:r w:rsidR="001332D6" w:rsidRPr="00584328">
        <w:rPr>
          <w:rFonts w:ascii="Arial" w:hAnsi="Arial" w:cs="Arial"/>
          <w:sz w:val="20"/>
          <w:szCs w:val="20"/>
        </w:rPr>
        <w:t>.</w:t>
      </w:r>
    </w:p>
    <w:p w14:paraId="75A5791F" w14:textId="1BF46BD9" w:rsidR="00F3296B" w:rsidRPr="00584328" w:rsidRDefault="00777CEC" w:rsidP="00584328">
      <w:pPr>
        <w:tabs>
          <w:tab w:val="left" w:pos="360"/>
          <w:tab w:val="left" w:pos="8100"/>
        </w:tabs>
        <w:spacing w:after="240"/>
        <w:jc w:val="both"/>
        <w:rPr>
          <w:rFonts w:ascii="Arial" w:hAnsi="Arial" w:cs="Arial"/>
          <w:sz w:val="20"/>
          <w:szCs w:val="20"/>
        </w:rPr>
      </w:pPr>
      <w:r w:rsidRPr="00584328">
        <w:rPr>
          <w:rFonts w:ascii="Arial" w:hAnsi="Arial" w:cs="Arial"/>
          <w:sz w:val="20"/>
          <w:szCs w:val="20"/>
        </w:rPr>
        <w:lastRenderedPageBreak/>
        <w:t>In</w:t>
      </w:r>
      <w:r w:rsidR="001E0947" w:rsidRPr="00584328">
        <w:rPr>
          <w:rFonts w:ascii="Arial" w:hAnsi="Arial" w:cs="Arial"/>
          <w:sz w:val="20"/>
          <w:szCs w:val="20"/>
        </w:rPr>
        <w:t xml:space="preserve"> </w:t>
      </w:r>
      <w:r w:rsidRPr="00584328">
        <w:rPr>
          <w:rFonts w:ascii="Arial" w:hAnsi="Arial" w:cs="Arial"/>
          <w:sz w:val="20"/>
          <w:szCs w:val="20"/>
        </w:rPr>
        <w:t>addition</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009F32E4" w:rsidRPr="00584328">
        <w:rPr>
          <w:rFonts w:ascii="Arial" w:hAnsi="Arial" w:cs="Arial"/>
          <w:sz w:val="20"/>
          <w:szCs w:val="20"/>
        </w:rPr>
        <w:t>C</w:t>
      </w:r>
      <w:r w:rsidRPr="00584328">
        <w:rPr>
          <w:rFonts w:ascii="Arial" w:hAnsi="Arial" w:cs="Arial"/>
          <w:sz w:val="20"/>
          <w:szCs w:val="20"/>
        </w:rPr>
        <w:t>arbon,</w:t>
      </w:r>
      <w:r w:rsidR="001E0947" w:rsidRPr="00584328">
        <w:rPr>
          <w:rFonts w:ascii="Arial" w:hAnsi="Arial" w:cs="Arial"/>
          <w:sz w:val="20"/>
          <w:szCs w:val="20"/>
        </w:rPr>
        <w:t xml:space="preserve"> </w:t>
      </w:r>
      <w:r w:rsidR="009F32E4" w:rsidRPr="00584328">
        <w:rPr>
          <w:rFonts w:ascii="Arial" w:hAnsi="Arial" w:cs="Arial"/>
          <w:sz w:val="20"/>
          <w:szCs w:val="20"/>
        </w:rPr>
        <w:t>N</w:t>
      </w:r>
      <w:r w:rsidRPr="00584328">
        <w:rPr>
          <w:rFonts w:ascii="Arial" w:hAnsi="Arial" w:cs="Arial"/>
          <w:sz w:val="20"/>
          <w:szCs w:val="20"/>
        </w:rPr>
        <w:t>itrogen,</w:t>
      </w:r>
      <w:r w:rsidR="001E0947" w:rsidRPr="00584328">
        <w:rPr>
          <w:rFonts w:ascii="Arial" w:hAnsi="Arial" w:cs="Arial"/>
          <w:sz w:val="20"/>
          <w:szCs w:val="20"/>
        </w:rPr>
        <w:t xml:space="preserve"> </w:t>
      </w:r>
      <w:r w:rsidR="003318EE" w:rsidRPr="00584328">
        <w:rPr>
          <w:rFonts w:ascii="Arial" w:hAnsi="Arial" w:cs="Arial"/>
          <w:sz w:val="20"/>
          <w:szCs w:val="20"/>
        </w:rPr>
        <w:t>S</w:t>
      </w:r>
      <w:r w:rsidRPr="00584328">
        <w:rPr>
          <w:rFonts w:ascii="Arial" w:hAnsi="Arial" w:cs="Arial"/>
          <w:sz w:val="20"/>
          <w:szCs w:val="20"/>
        </w:rPr>
        <w:t>ulphur,</w:t>
      </w:r>
      <w:r w:rsidR="001E0947" w:rsidRPr="00584328">
        <w:rPr>
          <w:rFonts w:ascii="Arial" w:hAnsi="Arial" w:cs="Arial"/>
          <w:sz w:val="20"/>
          <w:szCs w:val="20"/>
        </w:rPr>
        <w:t xml:space="preserve"> </w:t>
      </w:r>
      <w:r w:rsidR="009F32E4" w:rsidRPr="00584328">
        <w:rPr>
          <w:rFonts w:ascii="Arial" w:hAnsi="Arial" w:cs="Arial"/>
          <w:sz w:val="20"/>
          <w:szCs w:val="20"/>
        </w:rPr>
        <w:t>H</w:t>
      </w:r>
      <w:r w:rsidRPr="00584328">
        <w:rPr>
          <w:rFonts w:ascii="Arial" w:hAnsi="Arial" w:cs="Arial"/>
          <w:sz w:val="20"/>
          <w:szCs w:val="20"/>
        </w:rPr>
        <w:t>ydrogen,</w:t>
      </w:r>
      <w:r w:rsidR="001E0947" w:rsidRPr="00584328">
        <w:rPr>
          <w:rFonts w:ascii="Arial" w:hAnsi="Arial" w:cs="Arial"/>
          <w:sz w:val="20"/>
          <w:szCs w:val="20"/>
        </w:rPr>
        <w:t xml:space="preserve"> </w:t>
      </w:r>
      <w:r w:rsidRPr="00584328">
        <w:rPr>
          <w:rFonts w:ascii="Arial" w:hAnsi="Arial" w:cs="Arial"/>
          <w:sz w:val="20"/>
          <w:szCs w:val="20"/>
        </w:rPr>
        <w:t>chicken</w:t>
      </w:r>
      <w:r w:rsidR="001E0947" w:rsidRPr="00584328">
        <w:rPr>
          <w:rFonts w:ascii="Arial" w:hAnsi="Arial" w:cs="Arial"/>
          <w:sz w:val="20"/>
          <w:szCs w:val="20"/>
        </w:rPr>
        <w:t xml:space="preserve"> </w:t>
      </w:r>
      <w:r w:rsidRPr="00584328">
        <w:rPr>
          <w:rFonts w:ascii="Arial" w:hAnsi="Arial" w:cs="Arial"/>
          <w:sz w:val="20"/>
          <w:szCs w:val="20"/>
        </w:rPr>
        <w:t>feath</w:t>
      </w:r>
      <w:r w:rsidR="00F3296B" w:rsidRPr="00584328">
        <w:rPr>
          <w:rFonts w:ascii="Arial" w:hAnsi="Arial" w:cs="Arial"/>
          <w:sz w:val="20"/>
          <w:szCs w:val="20"/>
        </w:rPr>
        <w:t>ers</w:t>
      </w:r>
      <w:r w:rsidR="001E0947" w:rsidRPr="00584328">
        <w:rPr>
          <w:rFonts w:ascii="Arial" w:hAnsi="Arial" w:cs="Arial"/>
          <w:sz w:val="20"/>
          <w:szCs w:val="20"/>
        </w:rPr>
        <w:t xml:space="preserve"> </w:t>
      </w:r>
      <w:r w:rsidR="00F3296B" w:rsidRPr="00584328">
        <w:rPr>
          <w:rFonts w:ascii="Arial" w:hAnsi="Arial" w:cs="Arial"/>
          <w:sz w:val="20"/>
          <w:szCs w:val="20"/>
        </w:rPr>
        <w:t>have</w:t>
      </w:r>
      <w:r w:rsidR="001E0947" w:rsidRPr="00584328">
        <w:rPr>
          <w:rFonts w:ascii="Arial" w:hAnsi="Arial" w:cs="Arial"/>
          <w:sz w:val="20"/>
          <w:szCs w:val="20"/>
        </w:rPr>
        <w:t xml:space="preserve"> </w:t>
      </w:r>
      <w:r w:rsidR="00F3296B" w:rsidRPr="00584328">
        <w:rPr>
          <w:rFonts w:ascii="Arial" w:hAnsi="Arial" w:cs="Arial"/>
          <w:sz w:val="20"/>
          <w:szCs w:val="20"/>
        </w:rPr>
        <w:t>been</w:t>
      </w:r>
      <w:r w:rsidR="001E0947" w:rsidRPr="00584328">
        <w:rPr>
          <w:rFonts w:ascii="Arial" w:hAnsi="Arial" w:cs="Arial"/>
          <w:sz w:val="20"/>
          <w:szCs w:val="20"/>
        </w:rPr>
        <w:t xml:space="preserve"> </w:t>
      </w:r>
      <w:r w:rsidR="00F3296B" w:rsidRPr="00584328">
        <w:rPr>
          <w:rFonts w:ascii="Arial" w:hAnsi="Arial" w:cs="Arial"/>
          <w:sz w:val="20"/>
          <w:szCs w:val="20"/>
        </w:rPr>
        <w:t>found</w:t>
      </w:r>
      <w:r w:rsidR="001E0947" w:rsidRPr="00584328">
        <w:rPr>
          <w:rFonts w:ascii="Arial" w:hAnsi="Arial" w:cs="Arial"/>
          <w:sz w:val="20"/>
          <w:szCs w:val="20"/>
        </w:rPr>
        <w:t xml:space="preserve"> </w:t>
      </w:r>
      <w:r w:rsidR="00F3296B" w:rsidRPr="00584328">
        <w:rPr>
          <w:rFonts w:ascii="Arial" w:hAnsi="Arial" w:cs="Arial"/>
          <w:sz w:val="20"/>
          <w:szCs w:val="20"/>
        </w:rPr>
        <w:t>to</w:t>
      </w:r>
      <w:r w:rsidR="001E0947" w:rsidRPr="00584328">
        <w:rPr>
          <w:rFonts w:ascii="Arial" w:hAnsi="Arial" w:cs="Arial"/>
          <w:sz w:val="20"/>
          <w:szCs w:val="20"/>
        </w:rPr>
        <w:t xml:space="preserve"> </w:t>
      </w:r>
      <w:r w:rsidR="00F3296B" w:rsidRPr="00584328">
        <w:rPr>
          <w:rFonts w:ascii="Arial" w:hAnsi="Arial" w:cs="Arial"/>
          <w:sz w:val="20"/>
          <w:szCs w:val="20"/>
        </w:rPr>
        <w:t>contain</w:t>
      </w:r>
      <w:r w:rsidR="001E0947" w:rsidRPr="00584328">
        <w:rPr>
          <w:rFonts w:ascii="Arial" w:hAnsi="Arial" w:cs="Arial"/>
          <w:sz w:val="20"/>
          <w:szCs w:val="20"/>
        </w:rPr>
        <w:t xml:space="preserve"> </w:t>
      </w:r>
      <w:r w:rsidRPr="00584328">
        <w:rPr>
          <w:rFonts w:ascii="Arial" w:hAnsi="Arial" w:cs="Arial"/>
          <w:sz w:val="20"/>
          <w:szCs w:val="20"/>
        </w:rPr>
        <w:t>usable</w:t>
      </w:r>
      <w:r w:rsidR="001E0947" w:rsidRPr="00584328">
        <w:rPr>
          <w:rFonts w:ascii="Arial" w:hAnsi="Arial" w:cs="Arial"/>
          <w:sz w:val="20"/>
          <w:szCs w:val="20"/>
        </w:rPr>
        <w:t xml:space="preserve"> </w:t>
      </w:r>
      <w:r w:rsidRPr="00584328">
        <w:rPr>
          <w:rFonts w:ascii="Arial" w:hAnsi="Arial" w:cs="Arial"/>
          <w:sz w:val="20"/>
          <w:szCs w:val="20"/>
        </w:rPr>
        <w:t>macronutrients</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micronutrients,</w:t>
      </w:r>
      <w:r w:rsidR="001E0947" w:rsidRPr="00584328">
        <w:rPr>
          <w:rFonts w:ascii="Arial" w:hAnsi="Arial" w:cs="Arial"/>
          <w:sz w:val="20"/>
          <w:szCs w:val="20"/>
        </w:rPr>
        <w:t xml:space="preserve"> </w:t>
      </w:r>
      <w:r w:rsidRPr="00584328">
        <w:rPr>
          <w:rFonts w:ascii="Arial" w:hAnsi="Arial" w:cs="Arial"/>
          <w:sz w:val="20"/>
          <w:szCs w:val="20"/>
        </w:rPr>
        <w:t>including</w:t>
      </w:r>
      <w:r w:rsidR="001E0947" w:rsidRPr="00584328">
        <w:rPr>
          <w:rFonts w:ascii="Arial" w:hAnsi="Arial" w:cs="Arial"/>
          <w:sz w:val="20"/>
          <w:szCs w:val="20"/>
        </w:rPr>
        <w:t xml:space="preserve"> </w:t>
      </w:r>
      <w:r w:rsidR="009F32E4" w:rsidRPr="00584328">
        <w:rPr>
          <w:rFonts w:ascii="Arial" w:hAnsi="Arial" w:cs="Arial"/>
          <w:sz w:val="20"/>
          <w:szCs w:val="20"/>
        </w:rPr>
        <w:t>P</w:t>
      </w:r>
      <w:r w:rsidRPr="00584328">
        <w:rPr>
          <w:rFonts w:ascii="Arial" w:hAnsi="Arial" w:cs="Arial"/>
          <w:sz w:val="20"/>
          <w:szCs w:val="20"/>
        </w:rPr>
        <w:t>hosphor</w:t>
      </w:r>
      <w:r w:rsidR="00F3296B" w:rsidRPr="00584328">
        <w:rPr>
          <w:rFonts w:ascii="Arial" w:hAnsi="Arial" w:cs="Arial"/>
          <w:sz w:val="20"/>
          <w:szCs w:val="20"/>
        </w:rPr>
        <w:t>us,</w:t>
      </w:r>
      <w:r w:rsidR="001E0947" w:rsidRPr="00584328">
        <w:rPr>
          <w:rFonts w:ascii="Arial" w:hAnsi="Arial" w:cs="Arial"/>
          <w:sz w:val="20"/>
          <w:szCs w:val="20"/>
        </w:rPr>
        <w:t xml:space="preserve"> </w:t>
      </w:r>
      <w:r w:rsidR="009F32E4" w:rsidRPr="00584328">
        <w:rPr>
          <w:rFonts w:ascii="Arial" w:hAnsi="Arial" w:cs="Arial"/>
          <w:sz w:val="20"/>
          <w:szCs w:val="20"/>
        </w:rPr>
        <w:t>C</w:t>
      </w:r>
      <w:r w:rsidR="00F3296B" w:rsidRPr="00584328">
        <w:rPr>
          <w:rFonts w:ascii="Arial" w:hAnsi="Arial" w:cs="Arial"/>
          <w:sz w:val="20"/>
          <w:szCs w:val="20"/>
        </w:rPr>
        <w:t>alcium,</w:t>
      </w:r>
      <w:r w:rsidR="001E0947" w:rsidRPr="00584328">
        <w:rPr>
          <w:rFonts w:ascii="Arial" w:hAnsi="Arial" w:cs="Arial"/>
          <w:sz w:val="20"/>
          <w:szCs w:val="20"/>
        </w:rPr>
        <w:t xml:space="preserve"> </w:t>
      </w:r>
      <w:r w:rsidR="009F32E4" w:rsidRPr="00584328">
        <w:rPr>
          <w:rFonts w:ascii="Arial" w:hAnsi="Arial" w:cs="Arial"/>
          <w:sz w:val="20"/>
          <w:szCs w:val="20"/>
        </w:rPr>
        <w:t>M</w:t>
      </w:r>
      <w:r w:rsidR="00F3296B" w:rsidRPr="00584328">
        <w:rPr>
          <w:rFonts w:ascii="Arial" w:hAnsi="Arial" w:cs="Arial"/>
          <w:sz w:val="20"/>
          <w:szCs w:val="20"/>
        </w:rPr>
        <w:t>agnesium,</w:t>
      </w:r>
      <w:r w:rsidR="001E0947" w:rsidRPr="00584328">
        <w:rPr>
          <w:rFonts w:ascii="Arial" w:hAnsi="Arial" w:cs="Arial"/>
          <w:sz w:val="20"/>
          <w:szCs w:val="20"/>
        </w:rPr>
        <w:t xml:space="preserve"> </w:t>
      </w:r>
      <w:r w:rsidR="009F32E4" w:rsidRPr="00584328">
        <w:rPr>
          <w:rFonts w:ascii="Arial" w:hAnsi="Arial" w:cs="Arial"/>
          <w:sz w:val="20"/>
          <w:szCs w:val="20"/>
        </w:rPr>
        <w:t>I</w:t>
      </w:r>
      <w:r w:rsidR="00F3296B" w:rsidRPr="00584328">
        <w:rPr>
          <w:rFonts w:ascii="Arial" w:hAnsi="Arial" w:cs="Arial"/>
          <w:sz w:val="20"/>
          <w:szCs w:val="20"/>
        </w:rPr>
        <w:t>ron,</w:t>
      </w:r>
      <w:r w:rsidR="001E0947" w:rsidRPr="00584328">
        <w:rPr>
          <w:rFonts w:ascii="Arial" w:hAnsi="Arial" w:cs="Arial"/>
          <w:sz w:val="20"/>
          <w:szCs w:val="20"/>
        </w:rPr>
        <w:t xml:space="preserve"> </w:t>
      </w:r>
      <w:r w:rsidR="009F32E4" w:rsidRPr="00584328">
        <w:rPr>
          <w:rFonts w:ascii="Arial" w:hAnsi="Arial" w:cs="Arial"/>
          <w:sz w:val="20"/>
          <w:szCs w:val="20"/>
        </w:rPr>
        <w:t>Z</w:t>
      </w:r>
      <w:r w:rsidRPr="00584328">
        <w:rPr>
          <w:rFonts w:ascii="Arial" w:hAnsi="Arial" w:cs="Arial"/>
          <w:sz w:val="20"/>
          <w:szCs w:val="20"/>
        </w:rPr>
        <w:t>inc,</w:t>
      </w:r>
      <w:r w:rsidR="001E0947" w:rsidRPr="00584328">
        <w:rPr>
          <w:rFonts w:ascii="Arial" w:hAnsi="Arial" w:cs="Arial"/>
          <w:sz w:val="20"/>
          <w:szCs w:val="20"/>
        </w:rPr>
        <w:t xml:space="preserve"> </w:t>
      </w:r>
      <w:r w:rsidR="009F32E4" w:rsidRPr="00584328">
        <w:rPr>
          <w:rFonts w:ascii="Arial" w:hAnsi="Arial" w:cs="Arial"/>
          <w:sz w:val="20"/>
          <w:szCs w:val="20"/>
        </w:rPr>
        <w:t>P</w:t>
      </w:r>
      <w:r w:rsidRPr="00584328">
        <w:rPr>
          <w:rFonts w:ascii="Arial" w:hAnsi="Arial" w:cs="Arial"/>
          <w:sz w:val="20"/>
          <w:szCs w:val="20"/>
        </w:rPr>
        <w:t>otassium,</w:t>
      </w:r>
      <w:r w:rsidR="001E0947" w:rsidRPr="00584328">
        <w:rPr>
          <w:rFonts w:ascii="Arial" w:hAnsi="Arial" w:cs="Arial"/>
          <w:sz w:val="20"/>
          <w:szCs w:val="20"/>
        </w:rPr>
        <w:t xml:space="preserve"> </w:t>
      </w:r>
      <w:r w:rsidR="003318EE" w:rsidRPr="00584328">
        <w:rPr>
          <w:rFonts w:ascii="Arial" w:hAnsi="Arial" w:cs="Arial"/>
          <w:sz w:val="20"/>
          <w:szCs w:val="20"/>
        </w:rPr>
        <w:t>S</w:t>
      </w:r>
      <w:r w:rsidRPr="00584328">
        <w:rPr>
          <w:rFonts w:ascii="Arial" w:hAnsi="Arial" w:cs="Arial"/>
          <w:sz w:val="20"/>
          <w:szCs w:val="20"/>
        </w:rPr>
        <w:t>ulphur,</w:t>
      </w:r>
      <w:r w:rsidR="001E0947" w:rsidRPr="00584328">
        <w:rPr>
          <w:rFonts w:ascii="Arial" w:hAnsi="Arial" w:cs="Arial"/>
          <w:sz w:val="20"/>
          <w:szCs w:val="20"/>
        </w:rPr>
        <w:t xml:space="preserve"> </w:t>
      </w:r>
      <w:r w:rsidR="009F32E4" w:rsidRPr="00584328">
        <w:rPr>
          <w:rFonts w:ascii="Arial" w:hAnsi="Arial" w:cs="Arial"/>
          <w:sz w:val="20"/>
          <w:szCs w:val="20"/>
        </w:rPr>
        <w:t>S</w:t>
      </w:r>
      <w:r w:rsidRPr="00584328">
        <w:rPr>
          <w:rFonts w:ascii="Arial" w:hAnsi="Arial" w:cs="Arial"/>
          <w:sz w:val="20"/>
          <w:szCs w:val="20"/>
        </w:rPr>
        <w:t>odium,</w:t>
      </w:r>
      <w:r w:rsidR="001E0947" w:rsidRPr="00584328">
        <w:rPr>
          <w:rFonts w:ascii="Arial" w:hAnsi="Arial" w:cs="Arial"/>
          <w:sz w:val="20"/>
          <w:szCs w:val="20"/>
        </w:rPr>
        <w:t xml:space="preserve"> </w:t>
      </w:r>
      <w:r w:rsidR="009F32E4" w:rsidRPr="00584328">
        <w:rPr>
          <w:rFonts w:ascii="Arial" w:hAnsi="Arial" w:cs="Arial"/>
          <w:sz w:val="20"/>
          <w:szCs w:val="20"/>
        </w:rPr>
        <w:t>C</w:t>
      </w:r>
      <w:r w:rsidRPr="00584328">
        <w:rPr>
          <w:rFonts w:ascii="Arial" w:hAnsi="Arial" w:cs="Arial"/>
          <w:sz w:val="20"/>
          <w:szCs w:val="20"/>
        </w:rPr>
        <w:t>opper</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009F32E4" w:rsidRPr="00584328">
        <w:rPr>
          <w:rFonts w:ascii="Arial" w:hAnsi="Arial" w:cs="Arial"/>
          <w:sz w:val="20"/>
          <w:szCs w:val="20"/>
        </w:rPr>
        <w:t>M</w:t>
      </w:r>
      <w:r w:rsidRPr="00584328">
        <w:rPr>
          <w:rFonts w:ascii="Arial" w:hAnsi="Arial" w:cs="Arial"/>
          <w:sz w:val="20"/>
          <w:szCs w:val="20"/>
        </w:rPr>
        <w:t>anganese</w:t>
      </w:r>
      <w:r w:rsidR="001E0947" w:rsidRPr="00584328">
        <w:rPr>
          <w:rFonts w:ascii="Arial" w:hAnsi="Arial" w:cs="Arial"/>
          <w:sz w:val="20"/>
          <w:szCs w:val="20"/>
        </w:rPr>
        <w:t xml:space="preserve"> </w:t>
      </w:r>
      <w:r w:rsidRPr="00584328">
        <w:rPr>
          <w:rFonts w:ascii="Arial" w:hAnsi="Arial" w:cs="Arial"/>
          <w:sz w:val="20"/>
          <w:szCs w:val="20"/>
        </w:rPr>
        <w:t>(Staron</w:t>
      </w:r>
      <w:r w:rsidR="001E0947" w:rsidRPr="00584328">
        <w:rPr>
          <w:rFonts w:ascii="Arial" w:hAnsi="Arial" w:cs="Arial"/>
          <w:sz w:val="20"/>
          <w:szCs w:val="20"/>
        </w:rPr>
        <w:t xml:space="preserve"> </w:t>
      </w:r>
      <w:r w:rsidRPr="00584328">
        <w:rPr>
          <w:rFonts w:ascii="Arial" w:hAnsi="Arial" w:cs="Arial"/>
          <w:sz w:val="20"/>
          <w:szCs w:val="20"/>
        </w:rPr>
        <w:t>P</w:t>
      </w:r>
      <w:r w:rsidR="001E0947" w:rsidRPr="00584328">
        <w:rPr>
          <w:rFonts w:ascii="Arial" w:hAnsi="Arial" w:cs="Arial"/>
          <w:sz w:val="20"/>
          <w:szCs w:val="20"/>
        </w:rPr>
        <w:t xml:space="preserve"> </w:t>
      </w:r>
      <w:r w:rsidRPr="00584328">
        <w:rPr>
          <w:rFonts w:ascii="Arial" w:hAnsi="Arial" w:cs="Arial"/>
          <w:sz w:val="20"/>
          <w:szCs w:val="20"/>
        </w:rPr>
        <w:t>et.al,</w:t>
      </w:r>
      <w:r w:rsidR="001E0947" w:rsidRPr="00584328">
        <w:rPr>
          <w:rFonts w:ascii="Arial" w:hAnsi="Arial" w:cs="Arial"/>
          <w:sz w:val="20"/>
          <w:szCs w:val="20"/>
        </w:rPr>
        <w:t xml:space="preserve"> </w:t>
      </w:r>
      <w:r w:rsidRPr="00584328">
        <w:rPr>
          <w:rFonts w:ascii="Arial" w:hAnsi="Arial" w:cs="Arial"/>
          <w:sz w:val="20"/>
          <w:szCs w:val="20"/>
        </w:rPr>
        <w:t>2017</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proofErr w:type="spellStart"/>
      <w:r w:rsidRPr="00584328">
        <w:rPr>
          <w:rFonts w:ascii="Arial" w:hAnsi="Arial" w:cs="Arial"/>
          <w:sz w:val="20"/>
          <w:szCs w:val="20"/>
        </w:rPr>
        <w:t>Nurdiawati</w:t>
      </w:r>
      <w:proofErr w:type="spellEnd"/>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et.al,</w:t>
      </w:r>
      <w:r w:rsidR="001E0947" w:rsidRPr="00584328">
        <w:rPr>
          <w:rFonts w:ascii="Arial" w:hAnsi="Arial" w:cs="Arial"/>
          <w:sz w:val="20"/>
          <w:szCs w:val="20"/>
        </w:rPr>
        <w:t xml:space="preserve"> </w:t>
      </w:r>
      <w:r w:rsidRPr="00584328">
        <w:rPr>
          <w:rFonts w:ascii="Arial" w:hAnsi="Arial" w:cs="Arial"/>
          <w:sz w:val="20"/>
          <w:szCs w:val="20"/>
        </w:rPr>
        <w:t>2017).</w:t>
      </w:r>
      <w:r w:rsidR="001E0947" w:rsidRPr="00584328">
        <w:rPr>
          <w:rFonts w:ascii="Arial" w:hAnsi="Arial" w:cs="Arial"/>
          <w:sz w:val="20"/>
          <w:szCs w:val="20"/>
        </w:rPr>
        <w:t xml:space="preserve"> </w:t>
      </w:r>
      <w:r w:rsidRPr="00584328">
        <w:rPr>
          <w:rFonts w:ascii="Arial" w:hAnsi="Arial" w:cs="Arial"/>
          <w:sz w:val="20"/>
          <w:szCs w:val="20"/>
        </w:rPr>
        <w:t>It</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tough</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insoluble</w:t>
      </w:r>
      <w:r w:rsidR="001E0947" w:rsidRPr="00584328">
        <w:rPr>
          <w:rFonts w:ascii="Arial" w:hAnsi="Arial" w:cs="Arial"/>
          <w:sz w:val="20"/>
          <w:szCs w:val="20"/>
        </w:rPr>
        <w:t xml:space="preserve"> </w:t>
      </w:r>
      <w:r w:rsidRPr="00584328">
        <w:rPr>
          <w:rFonts w:ascii="Arial" w:hAnsi="Arial" w:cs="Arial"/>
          <w:sz w:val="20"/>
          <w:szCs w:val="20"/>
        </w:rPr>
        <w:t>protein</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it</w:t>
      </w:r>
      <w:r w:rsidR="001E0947" w:rsidRPr="00584328">
        <w:rPr>
          <w:rFonts w:ascii="Arial" w:hAnsi="Arial" w:cs="Arial"/>
          <w:sz w:val="20"/>
          <w:szCs w:val="20"/>
        </w:rPr>
        <w:t xml:space="preserve"> </w:t>
      </w:r>
      <w:r w:rsidRPr="00584328">
        <w:rPr>
          <w:rFonts w:ascii="Arial" w:hAnsi="Arial" w:cs="Arial"/>
          <w:sz w:val="20"/>
          <w:szCs w:val="20"/>
        </w:rPr>
        <w:t>poses</w:t>
      </w:r>
      <w:r w:rsidR="001E0947" w:rsidRPr="00584328">
        <w:rPr>
          <w:rFonts w:ascii="Arial" w:hAnsi="Arial" w:cs="Arial"/>
          <w:sz w:val="20"/>
          <w:szCs w:val="20"/>
        </w:rPr>
        <w:t xml:space="preserve"> </w:t>
      </w:r>
      <w:r w:rsidR="00F3296B" w:rsidRPr="00584328">
        <w:rPr>
          <w:rFonts w:ascii="Arial" w:hAnsi="Arial" w:cs="Arial"/>
          <w:sz w:val="20"/>
          <w:szCs w:val="20"/>
        </w:rPr>
        <w:t>an</w:t>
      </w:r>
      <w:r w:rsidR="001E0947" w:rsidRPr="00584328">
        <w:rPr>
          <w:rFonts w:ascii="Arial" w:hAnsi="Arial" w:cs="Arial"/>
          <w:sz w:val="20"/>
          <w:szCs w:val="20"/>
        </w:rPr>
        <w:t xml:space="preserve"> </w:t>
      </w:r>
      <w:r w:rsidR="00F3296B" w:rsidRPr="00584328">
        <w:rPr>
          <w:rFonts w:ascii="Arial" w:hAnsi="Arial" w:cs="Arial"/>
          <w:sz w:val="20"/>
          <w:szCs w:val="20"/>
        </w:rPr>
        <w:t>environmental</w:t>
      </w:r>
      <w:r w:rsidR="001E0947" w:rsidRPr="00584328">
        <w:rPr>
          <w:rFonts w:ascii="Arial" w:hAnsi="Arial" w:cs="Arial"/>
          <w:sz w:val="20"/>
          <w:szCs w:val="20"/>
        </w:rPr>
        <w:t xml:space="preserve"> </w:t>
      </w:r>
      <w:r w:rsidR="00F3296B" w:rsidRPr="00584328">
        <w:rPr>
          <w:rFonts w:ascii="Arial" w:hAnsi="Arial" w:cs="Arial"/>
          <w:sz w:val="20"/>
          <w:szCs w:val="20"/>
        </w:rPr>
        <w:t>challenge</w:t>
      </w:r>
      <w:r w:rsidR="001E0947" w:rsidRPr="00584328">
        <w:rPr>
          <w:rFonts w:ascii="Arial" w:hAnsi="Arial" w:cs="Arial"/>
          <w:sz w:val="20"/>
          <w:szCs w:val="20"/>
        </w:rPr>
        <w:t xml:space="preserve"> </w:t>
      </w:r>
      <w:r w:rsidR="00F3296B" w:rsidRPr="00584328">
        <w:rPr>
          <w:rFonts w:ascii="Arial" w:hAnsi="Arial" w:cs="Arial"/>
          <w:sz w:val="20"/>
          <w:szCs w:val="20"/>
        </w:rPr>
        <w:t>due</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its</w:t>
      </w:r>
      <w:r w:rsidR="001E0947" w:rsidRPr="00584328">
        <w:rPr>
          <w:rFonts w:ascii="Arial" w:hAnsi="Arial" w:cs="Arial"/>
          <w:sz w:val="20"/>
          <w:szCs w:val="20"/>
        </w:rPr>
        <w:t xml:space="preserve"> </w:t>
      </w:r>
      <w:r w:rsidRPr="00584328">
        <w:rPr>
          <w:rFonts w:ascii="Arial" w:hAnsi="Arial" w:cs="Arial"/>
          <w:sz w:val="20"/>
          <w:szCs w:val="20"/>
        </w:rPr>
        <w:t>slow</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rate.</w:t>
      </w:r>
      <w:r w:rsidR="001E0947" w:rsidRPr="00584328">
        <w:rPr>
          <w:rFonts w:ascii="Arial" w:hAnsi="Arial" w:cs="Arial"/>
          <w:sz w:val="20"/>
          <w:szCs w:val="20"/>
        </w:rPr>
        <w:t xml:space="preserve"> </w:t>
      </w:r>
      <w:r w:rsidRPr="00584328">
        <w:rPr>
          <w:rFonts w:ascii="Arial" w:hAnsi="Arial" w:cs="Arial"/>
          <w:sz w:val="20"/>
          <w:szCs w:val="20"/>
        </w:rPr>
        <w:t>However,</w:t>
      </w:r>
      <w:r w:rsidR="001E0947" w:rsidRPr="00584328">
        <w:rPr>
          <w:rFonts w:ascii="Arial" w:hAnsi="Arial" w:cs="Arial"/>
          <w:sz w:val="20"/>
          <w:szCs w:val="20"/>
        </w:rPr>
        <w:t xml:space="preserve"> </w:t>
      </w:r>
      <w:r w:rsidRPr="00584328">
        <w:rPr>
          <w:rFonts w:ascii="Arial" w:hAnsi="Arial" w:cs="Arial"/>
          <w:sz w:val="20"/>
          <w:szCs w:val="20"/>
        </w:rPr>
        <w:t>nature</w:t>
      </w:r>
      <w:r w:rsidR="001E0947" w:rsidRPr="00584328">
        <w:rPr>
          <w:rFonts w:ascii="Arial" w:hAnsi="Arial" w:cs="Arial"/>
          <w:sz w:val="20"/>
          <w:szCs w:val="20"/>
        </w:rPr>
        <w:t xml:space="preserve"> </w:t>
      </w:r>
      <w:r w:rsidRPr="00584328">
        <w:rPr>
          <w:rFonts w:ascii="Arial" w:hAnsi="Arial" w:cs="Arial"/>
          <w:sz w:val="20"/>
          <w:szCs w:val="20"/>
        </w:rPr>
        <w:t>provide</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00F3296B" w:rsidRPr="00584328">
        <w:rPr>
          <w:rFonts w:ascii="Arial" w:hAnsi="Arial" w:cs="Arial"/>
          <w:sz w:val="20"/>
          <w:szCs w:val="20"/>
        </w:rPr>
        <w:t>great</w:t>
      </w:r>
      <w:r w:rsidR="001E0947" w:rsidRPr="00584328">
        <w:rPr>
          <w:rFonts w:ascii="Arial" w:hAnsi="Arial" w:cs="Arial"/>
          <w:sz w:val="20"/>
          <w:szCs w:val="20"/>
        </w:rPr>
        <w:t xml:space="preserve"> </w:t>
      </w:r>
      <w:r w:rsidR="00F3296B" w:rsidRPr="00584328">
        <w:rPr>
          <w:rFonts w:ascii="Arial" w:hAnsi="Arial" w:cs="Arial"/>
          <w:sz w:val="20"/>
          <w:szCs w:val="20"/>
        </w:rPr>
        <w:t>solution</w:t>
      </w:r>
      <w:r w:rsidR="001E0947" w:rsidRPr="00584328">
        <w:rPr>
          <w:rFonts w:ascii="Arial" w:hAnsi="Arial" w:cs="Arial"/>
          <w:sz w:val="20"/>
          <w:szCs w:val="20"/>
        </w:rPr>
        <w:t xml:space="preserve"> </w:t>
      </w:r>
      <w:r w:rsidR="00F3296B" w:rsidRPr="00584328">
        <w:rPr>
          <w:rFonts w:ascii="Arial" w:hAnsi="Arial" w:cs="Arial"/>
          <w:sz w:val="20"/>
          <w:szCs w:val="20"/>
        </w:rPr>
        <w:t>in</w:t>
      </w:r>
      <w:r w:rsidR="001E0947" w:rsidRPr="00584328">
        <w:rPr>
          <w:rFonts w:ascii="Arial" w:hAnsi="Arial" w:cs="Arial"/>
          <w:sz w:val="20"/>
          <w:szCs w:val="20"/>
        </w:rPr>
        <w:t xml:space="preserve"> </w:t>
      </w:r>
      <w:r w:rsidR="00F3296B"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form</w:t>
      </w:r>
      <w:r w:rsidR="001E0947" w:rsidRPr="00584328">
        <w:rPr>
          <w:rFonts w:ascii="Arial" w:hAnsi="Arial" w:cs="Arial"/>
          <w:sz w:val="20"/>
          <w:szCs w:val="20"/>
        </w:rPr>
        <w:t xml:space="preserve"> </w:t>
      </w:r>
      <w:r w:rsidR="00F3296B"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keratinolytic</w:t>
      </w:r>
      <w:r w:rsidR="001E0947" w:rsidRPr="00584328">
        <w:rPr>
          <w:rFonts w:ascii="Arial" w:hAnsi="Arial" w:cs="Arial"/>
          <w:sz w:val="20"/>
          <w:szCs w:val="20"/>
        </w:rPr>
        <w:t xml:space="preserve"> </w:t>
      </w:r>
      <w:r w:rsidRPr="00584328">
        <w:rPr>
          <w:rFonts w:ascii="Arial" w:hAnsi="Arial" w:cs="Arial"/>
          <w:sz w:val="20"/>
          <w:szCs w:val="20"/>
        </w:rPr>
        <w:t>microorganisms,</w:t>
      </w:r>
      <w:r w:rsidR="001E0947" w:rsidRPr="00584328">
        <w:rPr>
          <w:rFonts w:ascii="Arial" w:hAnsi="Arial" w:cs="Arial"/>
          <w:sz w:val="20"/>
          <w:szCs w:val="20"/>
        </w:rPr>
        <w:t xml:space="preserve"> </w:t>
      </w:r>
      <w:r w:rsidRPr="00584328">
        <w:rPr>
          <w:rFonts w:ascii="Arial" w:hAnsi="Arial" w:cs="Arial"/>
          <w:sz w:val="20"/>
          <w:szCs w:val="20"/>
        </w:rPr>
        <w:t>which</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capable</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breaking</w:t>
      </w:r>
      <w:r w:rsidR="001E0947" w:rsidRPr="00584328">
        <w:rPr>
          <w:rFonts w:ascii="Arial" w:hAnsi="Arial" w:cs="Arial"/>
          <w:sz w:val="20"/>
          <w:szCs w:val="20"/>
        </w:rPr>
        <w:t xml:space="preserve"> </w:t>
      </w:r>
      <w:r w:rsidRPr="00584328">
        <w:rPr>
          <w:rFonts w:ascii="Arial" w:hAnsi="Arial" w:cs="Arial"/>
          <w:sz w:val="20"/>
          <w:szCs w:val="20"/>
        </w:rPr>
        <w:t>down</w:t>
      </w:r>
      <w:r w:rsidR="001E0947" w:rsidRPr="00584328">
        <w:rPr>
          <w:rFonts w:ascii="Arial" w:hAnsi="Arial" w:cs="Arial"/>
          <w:sz w:val="20"/>
          <w:szCs w:val="20"/>
        </w:rPr>
        <w:t xml:space="preserve"> </w:t>
      </w:r>
      <w:r w:rsidR="00F3296B"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keratinaceous</w:t>
      </w:r>
      <w:r w:rsidR="001E0947" w:rsidRPr="00584328">
        <w:rPr>
          <w:rFonts w:ascii="Arial" w:hAnsi="Arial" w:cs="Arial"/>
          <w:sz w:val="20"/>
          <w:szCs w:val="20"/>
        </w:rPr>
        <w:t xml:space="preserve"> </w:t>
      </w:r>
      <w:r w:rsidR="00F3296B" w:rsidRPr="00584328">
        <w:rPr>
          <w:rFonts w:ascii="Arial" w:hAnsi="Arial" w:cs="Arial"/>
          <w:sz w:val="20"/>
          <w:szCs w:val="20"/>
        </w:rPr>
        <w:t>materials.</w:t>
      </w:r>
      <w:r w:rsidR="001E0947" w:rsidRPr="00584328">
        <w:rPr>
          <w:rFonts w:ascii="Arial" w:hAnsi="Arial" w:cs="Arial"/>
          <w:sz w:val="20"/>
          <w:szCs w:val="20"/>
        </w:rPr>
        <w:t xml:space="preserve">  </w:t>
      </w:r>
      <w:r w:rsidRPr="00584328">
        <w:rPr>
          <w:rFonts w:ascii="Arial" w:hAnsi="Arial" w:cs="Arial"/>
          <w:sz w:val="20"/>
          <w:szCs w:val="20"/>
        </w:rPr>
        <w:t>This</w:t>
      </w:r>
      <w:r w:rsidR="001E0947" w:rsidRPr="00584328">
        <w:rPr>
          <w:rFonts w:ascii="Arial" w:hAnsi="Arial" w:cs="Arial"/>
          <w:sz w:val="20"/>
          <w:szCs w:val="20"/>
        </w:rPr>
        <w:t xml:space="preserve"> </w:t>
      </w:r>
      <w:r w:rsidR="009F32E4" w:rsidRPr="00584328">
        <w:rPr>
          <w:rFonts w:ascii="Arial" w:hAnsi="Arial" w:cs="Arial"/>
          <w:sz w:val="20"/>
          <w:szCs w:val="20"/>
        </w:rPr>
        <w:t>study</w:t>
      </w:r>
      <w:r w:rsidR="001E0947" w:rsidRPr="00584328">
        <w:rPr>
          <w:rFonts w:ascii="Arial" w:hAnsi="Arial" w:cs="Arial"/>
          <w:sz w:val="20"/>
          <w:szCs w:val="20"/>
        </w:rPr>
        <w:t xml:space="preserve"> </w:t>
      </w:r>
      <w:r w:rsidRPr="00584328">
        <w:rPr>
          <w:rFonts w:ascii="Arial" w:hAnsi="Arial" w:cs="Arial"/>
          <w:sz w:val="20"/>
          <w:szCs w:val="20"/>
        </w:rPr>
        <w:t>aims</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delve</w:t>
      </w:r>
      <w:r w:rsidR="001E0947" w:rsidRPr="00584328">
        <w:rPr>
          <w:rFonts w:ascii="Arial" w:hAnsi="Arial" w:cs="Arial"/>
          <w:sz w:val="20"/>
          <w:szCs w:val="20"/>
        </w:rPr>
        <w:t xml:space="preserve"> </w:t>
      </w:r>
      <w:r w:rsidRPr="00584328">
        <w:rPr>
          <w:rFonts w:ascii="Arial" w:hAnsi="Arial" w:cs="Arial"/>
          <w:sz w:val="20"/>
          <w:szCs w:val="20"/>
        </w:rPr>
        <w:t>into</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realm</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these</w:t>
      </w:r>
      <w:r w:rsidR="001E0947" w:rsidRPr="00584328">
        <w:rPr>
          <w:rFonts w:ascii="Arial" w:hAnsi="Arial" w:cs="Arial"/>
          <w:sz w:val="20"/>
          <w:szCs w:val="20"/>
        </w:rPr>
        <w:t xml:space="preserve"> </w:t>
      </w:r>
      <w:r w:rsidRPr="00584328">
        <w:rPr>
          <w:rFonts w:ascii="Arial" w:hAnsi="Arial" w:cs="Arial"/>
          <w:sz w:val="20"/>
          <w:szCs w:val="20"/>
        </w:rPr>
        <w:t>microorganis</w:t>
      </w:r>
      <w:r w:rsidR="00F3296B" w:rsidRPr="00584328">
        <w:rPr>
          <w:rFonts w:ascii="Arial" w:hAnsi="Arial" w:cs="Arial"/>
          <w:sz w:val="20"/>
          <w:szCs w:val="20"/>
        </w:rPr>
        <w:t>ms</w:t>
      </w:r>
      <w:r w:rsidR="001E0947" w:rsidRPr="00584328">
        <w:rPr>
          <w:rFonts w:ascii="Arial" w:hAnsi="Arial" w:cs="Arial"/>
          <w:sz w:val="20"/>
          <w:szCs w:val="20"/>
        </w:rPr>
        <w:t xml:space="preserve"> </w:t>
      </w:r>
      <w:r w:rsidR="00F3296B" w:rsidRPr="00584328">
        <w:rPr>
          <w:rFonts w:ascii="Arial" w:hAnsi="Arial" w:cs="Arial"/>
          <w:sz w:val="20"/>
          <w:szCs w:val="20"/>
        </w:rPr>
        <w:t>inhabiting</w:t>
      </w:r>
      <w:r w:rsidR="001E0947" w:rsidRPr="00584328">
        <w:rPr>
          <w:rFonts w:ascii="Arial" w:hAnsi="Arial" w:cs="Arial"/>
          <w:sz w:val="20"/>
          <w:szCs w:val="20"/>
        </w:rPr>
        <w:t xml:space="preserve"> </w:t>
      </w:r>
      <w:r w:rsidR="00F3296B" w:rsidRPr="00584328">
        <w:rPr>
          <w:rFonts w:ascii="Arial" w:hAnsi="Arial" w:cs="Arial"/>
          <w:sz w:val="20"/>
          <w:szCs w:val="20"/>
        </w:rPr>
        <w:t>poultry</w:t>
      </w:r>
      <w:r w:rsidR="001E0947" w:rsidRPr="00584328">
        <w:rPr>
          <w:rFonts w:ascii="Arial" w:hAnsi="Arial" w:cs="Arial"/>
          <w:sz w:val="20"/>
          <w:szCs w:val="20"/>
        </w:rPr>
        <w:t xml:space="preserve"> </w:t>
      </w:r>
      <w:r w:rsidR="00F3296B" w:rsidRPr="00584328">
        <w:rPr>
          <w:rFonts w:ascii="Arial" w:hAnsi="Arial" w:cs="Arial"/>
          <w:sz w:val="20"/>
          <w:szCs w:val="20"/>
        </w:rPr>
        <w:t>soil,</w:t>
      </w:r>
      <w:r w:rsidR="001E0947" w:rsidRPr="00584328">
        <w:rPr>
          <w:rFonts w:ascii="Arial" w:hAnsi="Arial" w:cs="Arial"/>
          <w:sz w:val="20"/>
          <w:szCs w:val="20"/>
        </w:rPr>
        <w:t xml:space="preserve"> </w:t>
      </w:r>
      <w:r w:rsidR="00F3296B" w:rsidRPr="00584328">
        <w:rPr>
          <w:rFonts w:ascii="Arial" w:hAnsi="Arial" w:cs="Arial"/>
          <w:sz w:val="20"/>
          <w:szCs w:val="20"/>
        </w:rPr>
        <w:t>by</w:t>
      </w:r>
      <w:r w:rsidR="001E0947" w:rsidRPr="00584328">
        <w:rPr>
          <w:rFonts w:ascii="Arial" w:hAnsi="Arial" w:cs="Arial"/>
          <w:sz w:val="20"/>
          <w:szCs w:val="20"/>
        </w:rPr>
        <w:t xml:space="preserve"> </w:t>
      </w:r>
      <w:r w:rsidRPr="00584328">
        <w:rPr>
          <w:rFonts w:ascii="Arial" w:hAnsi="Arial" w:cs="Arial"/>
          <w:sz w:val="20"/>
          <w:szCs w:val="20"/>
        </w:rPr>
        <w:t>focusing</w:t>
      </w:r>
      <w:r w:rsidR="001E0947" w:rsidRPr="00584328">
        <w:rPr>
          <w:rFonts w:ascii="Arial" w:hAnsi="Arial" w:cs="Arial"/>
          <w:sz w:val="20"/>
          <w:szCs w:val="20"/>
        </w:rPr>
        <w:t xml:space="preserve"> </w:t>
      </w:r>
      <w:r w:rsidRPr="00584328">
        <w:rPr>
          <w:rFonts w:ascii="Arial" w:hAnsi="Arial" w:cs="Arial"/>
          <w:sz w:val="20"/>
          <w:szCs w:val="20"/>
        </w:rPr>
        <w:t>on</w:t>
      </w:r>
      <w:r w:rsidR="001E0947" w:rsidRPr="00584328">
        <w:rPr>
          <w:rFonts w:ascii="Arial" w:hAnsi="Arial" w:cs="Arial"/>
          <w:sz w:val="20"/>
          <w:szCs w:val="20"/>
        </w:rPr>
        <w:t xml:space="preserve"> </w:t>
      </w:r>
      <w:r w:rsidRPr="00584328">
        <w:rPr>
          <w:rFonts w:ascii="Arial" w:hAnsi="Arial" w:cs="Arial"/>
          <w:sz w:val="20"/>
          <w:szCs w:val="20"/>
        </w:rPr>
        <w:t>isolating,</w:t>
      </w:r>
      <w:r w:rsidR="001E0947" w:rsidRPr="00584328">
        <w:rPr>
          <w:rFonts w:ascii="Arial" w:hAnsi="Arial" w:cs="Arial"/>
          <w:sz w:val="20"/>
          <w:szCs w:val="20"/>
        </w:rPr>
        <w:t xml:space="preserve"> </w:t>
      </w:r>
      <w:r w:rsidRPr="00584328">
        <w:rPr>
          <w:rFonts w:ascii="Arial" w:hAnsi="Arial" w:cs="Arial"/>
          <w:sz w:val="20"/>
          <w:szCs w:val="20"/>
        </w:rPr>
        <w:t>identifying,</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characterizing</w:t>
      </w:r>
      <w:r w:rsidR="001E0947" w:rsidRPr="00584328">
        <w:rPr>
          <w:rFonts w:ascii="Arial" w:hAnsi="Arial" w:cs="Arial"/>
          <w:sz w:val="20"/>
          <w:szCs w:val="20"/>
        </w:rPr>
        <w:t xml:space="preserve"> </w:t>
      </w:r>
      <w:r w:rsidRPr="00584328">
        <w:rPr>
          <w:rFonts w:ascii="Arial" w:hAnsi="Arial" w:cs="Arial"/>
          <w:sz w:val="20"/>
          <w:szCs w:val="20"/>
        </w:rPr>
        <w:t>their</w:t>
      </w:r>
      <w:r w:rsidR="001E0947" w:rsidRPr="00584328">
        <w:rPr>
          <w:rFonts w:ascii="Arial" w:hAnsi="Arial" w:cs="Arial"/>
          <w:sz w:val="20"/>
          <w:szCs w:val="20"/>
        </w:rPr>
        <w:t xml:space="preserve"> </w:t>
      </w:r>
      <w:r w:rsidRPr="00584328">
        <w:rPr>
          <w:rFonts w:ascii="Arial" w:hAnsi="Arial" w:cs="Arial"/>
          <w:sz w:val="20"/>
          <w:szCs w:val="20"/>
        </w:rPr>
        <w:t>kerati</w:t>
      </w:r>
      <w:r w:rsidR="00F3296B" w:rsidRPr="00584328">
        <w:rPr>
          <w:rFonts w:ascii="Arial" w:hAnsi="Arial" w:cs="Arial"/>
          <w:sz w:val="20"/>
          <w:szCs w:val="20"/>
        </w:rPr>
        <w:t>nolytic</w:t>
      </w:r>
      <w:r w:rsidR="001E0947" w:rsidRPr="00584328">
        <w:rPr>
          <w:rFonts w:ascii="Arial" w:hAnsi="Arial" w:cs="Arial"/>
          <w:sz w:val="20"/>
          <w:szCs w:val="20"/>
        </w:rPr>
        <w:t xml:space="preserve"> </w:t>
      </w:r>
      <w:r w:rsidR="00F3296B" w:rsidRPr="00584328">
        <w:rPr>
          <w:rFonts w:ascii="Arial" w:hAnsi="Arial" w:cs="Arial"/>
          <w:sz w:val="20"/>
          <w:szCs w:val="20"/>
        </w:rPr>
        <w:t>potential.</w:t>
      </w:r>
      <w:r w:rsidR="001E0947" w:rsidRPr="00584328">
        <w:rPr>
          <w:rFonts w:ascii="Arial" w:hAnsi="Arial" w:cs="Arial"/>
          <w:sz w:val="20"/>
          <w:szCs w:val="20"/>
        </w:rPr>
        <w:t xml:space="preserve"> </w:t>
      </w:r>
      <w:r w:rsidR="00F3296B" w:rsidRPr="00584328">
        <w:rPr>
          <w:rFonts w:ascii="Arial" w:hAnsi="Arial" w:cs="Arial"/>
          <w:sz w:val="20"/>
          <w:szCs w:val="20"/>
        </w:rPr>
        <w:t>It</w:t>
      </w:r>
      <w:r w:rsidR="001E0947" w:rsidRPr="00584328">
        <w:rPr>
          <w:rFonts w:ascii="Arial" w:hAnsi="Arial" w:cs="Arial"/>
          <w:sz w:val="20"/>
          <w:szCs w:val="20"/>
        </w:rPr>
        <w:t xml:space="preserve"> </w:t>
      </w:r>
      <w:r w:rsidR="00F3296B" w:rsidRPr="00584328">
        <w:rPr>
          <w:rFonts w:ascii="Arial" w:hAnsi="Arial" w:cs="Arial"/>
          <w:sz w:val="20"/>
          <w:szCs w:val="20"/>
        </w:rPr>
        <w:t>helps</w:t>
      </w:r>
      <w:r w:rsidR="001E0947" w:rsidRPr="00584328">
        <w:rPr>
          <w:rFonts w:ascii="Arial" w:hAnsi="Arial" w:cs="Arial"/>
          <w:sz w:val="20"/>
          <w:szCs w:val="20"/>
        </w:rPr>
        <w:t xml:space="preserve"> </w:t>
      </w:r>
      <w:r w:rsidR="00F3296B"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understand</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diversity</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capabilities</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these</w:t>
      </w:r>
      <w:r w:rsidR="001E0947" w:rsidRPr="00584328">
        <w:rPr>
          <w:rFonts w:ascii="Arial" w:hAnsi="Arial" w:cs="Arial"/>
          <w:sz w:val="20"/>
          <w:szCs w:val="20"/>
        </w:rPr>
        <w:t xml:space="preserve"> </w:t>
      </w:r>
      <w:r w:rsidRPr="00584328">
        <w:rPr>
          <w:rFonts w:ascii="Arial" w:hAnsi="Arial" w:cs="Arial"/>
          <w:sz w:val="20"/>
          <w:szCs w:val="20"/>
        </w:rPr>
        <w:t>microorganism</w:t>
      </w:r>
      <w:r w:rsidR="00F3296B" w:rsidRPr="00584328">
        <w:rPr>
          <w:rFonts w:ascii="Arial" w:hAnsi="Arial" w:cs="Arial"/>
          <w:sz w:val="20"/>
          <w:szCs w:val="20"/>
        </w:rPr>
        <w:t>s</w:t>
      </w:r>
      <w:r w:rsidR="009F32E4" w:rsidRPr="00584328">
        <w:rPr>
          <w:rFonts w:ascii="Arial" w:hAnsi="Arial" w:cs="Arial"/>
          <w:sz w:val="20"/>
          <w:szCs w:val="20"/>
        </w:rPr>
        <w:t xml:space="preserve"> which</w:t>
      </w:r>
      <w:r w:rsidR="001E0947" w:rsidRPr="00584328">
        <w:rPr>
          <w:rFonts w:ascii="Arial" w:hAnsi="Arial" w:cs="Arial"/>
          <w:sz w:val="20"/>
          <w:szCs w:val="20"/>
        </w:rPr>
        <w:t xml:space="preserve"> </w:t>
      </w:r>
      <w:r w:rsidR="00F3296B" w:rsidRPr="00584328">
        <w:rPr>
          <w:rFonts w:ascii="Arial" w:hAnsi="Arial" w:cs="Arial"/>
          <w:sz w:val="20"/>
          <w:szCs w:val="20"/>
        </w:rPr>
        <w:t>can</w:t>
      </w:r>
      <w:r w:rsidR="001E0947" w:rsidRPr="00584328">
        <w:rPr>
          <w:rFonts w:ascii="Arial" w:hAnsi="Arial" w:cs="Arial"/>
          <w:sz w:val="20"/>
          <w:szCs w:val="20"/>
        </w:rPr>
        <w:t xml:space="preserve"> </w:t>
      </w:r>
      <w:r w:rsidR="009F32E4" w:rsidRPr="00584328">
        <w:rPr>
          <w:rFonts w:ascii="Arial" w:hAnsi="Arial" w:cs="Arial"/>
          <w:sz w:val="20"/>
          <w:szCs w:val="20"/>
        </w:rPr>
        <w:t>be studied to explore</w:t>
      </w:r>
      <w:r w:rsidR="001E0947" w:rsidRPr="00584328">
        <w:rPr>
          <w:rFonts w:ascii="Arial" w:hAnsi="Arial" w:cs="Arial"/>
          <w:sz w:val="20"/>
          <w:szCs w:val="20"/>
        </w:rPr>
        <w:t xml:space="preserve"> </w:t>
      </w:r>
      <w:r w:rsidR="00F3296B" w:rsidRPr="00584328">
        <w:rPr>
          <w:rFonts w:ascii="Arial" w:hAnsi="Arial" w:cs="Arial"/>
          <w:sz w:val="20"/>
          <w:szCs w:val="20"/>
        </w:rPr>
        <w:t>their</w:t>
      </w:r>
      <w:r w:rsidR="001E0947" w:rsidRPr="00584328">
        <w:rPr>
          <w:rFonts w:ascii="Arial" w:hAnsi="Arial" w:cs="Arial"/>
          <w:sz w:val="20"/>
          <w:szCs w:val="20"/>
        </w:rPr>
        <w:t xml:space="preserve"> </w:t>
      </w:r>
      <w:r w:rsidR="00F3296B" w:rsidRPr="00584328">
        <w:rPr>
          <w:rFonts w:ascii="Arial" w:hAnsi="Arial" w:cs="Arial"/>
          <w:sz w:val="20"/>
          <w:szCs w:val="20"/>
        </w:rPr>
        <w:t>enzymatic</w:t>
      </w:r>
      <w:r w:rsidR="001E0947" w:rsidRPr="00584328">
        <w:rPr>
          <w:rFonts w:ascii="Arial" w:hAnsi="Arial" w:cs="Arial"/>
          <w:sz w:val="20"/>
          <w:szCs w:val="20"/>
        </w:rPr>
        <w:t xml:space="preserve"> </w:t>
      </w:r>
      <w:r w:rsidRPr="00584328">
        <w:rPr>
          <w:rFonts w:ascii="Arial" w:hAnsi="Arial" w:cs="Arial"/>
          <w:sz w:val="20"/>
          <w:szCs w:val="20"/>
        </w:rPr>
        <w:t>powers</w:t>
      </w:r>
      <w:r w:rsidR="001E0947" w:rsidRPr="00584328">
        <w:rPr>
          <w:rFonts w:ascii="Arial" w:hAnsi="Arial" w:cs="Arial"/>
          <w:sz w:val="20"/>
          <w:szCs w:val="20"/>
        </w:rPr>
        <w:t xml:space="preserve"> </w:t>
      </w:r>
      <w:r w:rsidRPr="00584328">
        <w:rPr>
          <w:rFonts w:ascii="Arial" w:hAnsi="Arial" w:cs="Arial"/>
          <w:sz w:val="20"/>
          <w:szCs w:val="20"/>
        </w:rPr>
        <w:t>for</w:t>
      </w:r>
      <w:r w:rsidR="001E0947" w:rsidRPr="00584328">
        <w:rPr>
          <w:rFonts w:ascii="Arial" w:hAnsi="Arial" w:cs="Arial"/>
          <w:sz w:val="20"/>
          <w:szCs w:val="20"/>
        </w:rPr>
        <w:t xml:space="preserve"> </w:t>
      </w:r>
      <w:r w:rsidRPr="00584328">
        <w:rPr>
          <w:rFonts w:ascii="Arial" w:hAnsi="Arial" w:cs="Arial"/>
          <w:sz w:val="20"/>
          <w:szCs w:val="20"/>
        </w:rPr>
        <w:t>sustainable</w:t>
      </w:r>
      <w:r w:rsidR="001E0947" w:rsidRPr="00584328">
        <w:rPr>
          <w:rFonts w:ascii="Arial" w:hAnsi="Arial" w:cs="Arial"/>
          <w:sz w:val="20"/>
          <w:szCs w:val="20"/>
        </w:rPr>
        <w:t xml:space="preserve"> </w:t>
      </w:r>
      <w:r w:rsidRPr="00584328">
        <w:rPr>
          <w:rFonts w:ascii="Arial" w:hAnsi="Arial" w:cs="Arial"/>
          <w:sz w:val="20"/>
          <w:szCs w:val="20"/>
        </w:rPr>
        <w:t>waste</w:t>
      </w:r>
      <w:r w:rsidR="001E0947" w:rsidRPr="00584328">
        <w:rPr>
          <w:rFonts w:ascii="Arial" w:hAnsi="Arial" w:cs="Arial"/>
          <w:sz w:val="20"/>
          <w:szCs w:val="20"/>
        </w:rPr>
        <w:t xml:space="preserve"> </w:t>
      </w:r>
      <w:r w:rsidRPr="00584328">
        <w:rPr>
          <w:rFonts w:ascii="Arial" w:hAnsi="Arial" w:cs="Arial"/>
          <w:sz w:val="20"/>
          <w:szCs w:val="20"/>
        </w:rPr>
        <w:t>management</w:t>
      </w:r>
      <w:r w:rsidR="001E0947" w:rsidRPr="00584328">
        <w:rPr>
          <w:rFonts w:ascii="Arial" w:hAnsi="Arial" w:cs="Arial"/>
          <w:sz w:val="20"/>
          <w:szCs w:val="20"/>
        </w:rPr>
        <w:t xml:space="preserve"> </w:t>
      </w:r>
      <w:r w:rsidRPr="00584328">
        <w:rPr>
          <w:rFonts w:ascii="Arial" w:hAnsi="Arial" w:cs="Arial"/>
          <w:sz w:val="20"/>
          <w:szCs w:val="20"/>
        </w:rPr>
        <w:t>practices</w:t>
      </w:r>
      <w:r w:rsidR="009F32E4" w:rsidRPr="00584328">
        <w:rPr>
          <w:rFonts w:ascii="Arial" w:hAnsi="Arial" w:cs="Arial"/>
          <w:sz w:val="20"/>
          <w:szCs w:val="20"/>
        </w:rPr>
        <w:t>. P</w:t>
      </w:r>
      <w:r w:rsidRPr="00584328">
        <w:rPr>
          <w:rFonts w:ascii="Arial" w:hAnsi="Arial" w:cs="Arial"/>
          <w:sz w:val="20"/>
          <w:szCs w:val="20"/>
        </w:rPr>
        <w:t>articular</w:t>
      </w:r>
      <w:r w:rsidR="006306A1" w:rsidRPr="00584328">
        <w:rPr>
          <w:rFonts w:ascii="Arial" w:hAnsi="Arial" w:cs="Arial"/>
          <w:sz w:val="20"/>
          <w:szCs w:val="20"/>
        </w:rPr>
        <w:t>ly</w:t>
      </w:r>
      <w:r w:rsidR="009F32E4" w:rsidRPr="00584328">
        <w:rPr>
          <w:rFonts w:ascii="Arial" w:hAnsi="Arial" w:cs="Arial"/>
          <w:sz w:val="20"/>
          <w:szCs w:val="20"/>
        </w:rPr>
        <w:t>,</w:t>
      </w:r>
      <w:r w:rsidR="001E0947" w:rsidRPr="00584328">
        <w:rPr>
          <w:rFonts w:ascii="Arial" w:hAnsi="Arial" w:cs="Arial"/>
          <w:sz w:val="20"/>
          <w:szCs w:val="20"/>
        </w:rPr>
        <w:t xml:space="preserve"> </w:t>
      </w:r>
      <w:r w:rsidR="006306A1" w:rsidRPr="00584328">
        <w:rPr>
          <w:rFonts w:ascii="Arial" w:hAnsi="Arial" w:cs="Arial"/>
          <w:sz w:val="20"/>
          <w:szCs w:val="20"/>
        </w:rPr>
        <w:t>the</w:t>
      </w:r>
      <w:r w:rsidR="001E0947" w:rsidRPr="00584328">
        <w:rPr>
          <w:rFonts w:ascii="Arial" w:hAnsi="Arial" w:cs="Arial"/>
          <w:sz w:val="20"/>
          <w:szCs w:val="20"/>
        </w:rPr>
        <w:t xml:space="preserve"> </w:t>
      </w:r>
      <w:r w:rsidR="006306A1" w:rsidRPr="00584328">
        <w:rPr>
          <w:rFonts w:ascii="Arial" w:hAnsi="Arial" w:cs="Arial"/>
          <w:sz w:val="20"/>
          <w:szCs w:val="20"/>
        </w:rPr>
        <w:t>process</w:t>
      </w:r>
      <w:r w:rsidR="001E0947" w:rsidRPr="00584328">
        <w:rPr>
          <w:rFonts w:ascii="Arial" w:hAnsi="Arial" w:cs="Arial"/>
          <w:sz w:val="20"/>
          <w:szCs w:val="20"/>
        </w:rPr>
        <w:t xml:space="preserve"> </w:t>
      </w:r>
      <w:r w:rsidR="006306A1" w:rsidRPr="00584328">
        <w:rPr>
          <w:rFonts w:ascii="Arial" w:hAnsi="Arial" w:cs="Arial"/>
          <w:sz w:val="20"/>
          <w:szCs w:val="20"/>
        </w:rPr>
        <w:t>begins</w:t>
      </w:r>
      <w:r w:rsidR="001E0947" w:rsidRPr="00584328">
        <w:rPr>
          <w:rFonts w:ascii="Arial" w:hAnsi="Arial" w:cs="Arial"/>
          <w:sz w:val="20"/>
          <w:szCs w:val="20"/>
        </w:rPr>
        <w:t xml:space="preserve"> </w:t>
      </w:r>
      <w:r w:rsidR="006306A1" w:rsidRPr="00584328">
        <w:rPr>
          <w:rFonts w:ascii="Arial" w:hAnsi="Arial" w:cs="Arial"/>
          <w:sz w:val="20"/>
          <w:szCs w:val="20"/>
        </w:rPr>
        <w:t>with</w:t>
      </w:r>
      <w:r w:rsidR="001E0947" w:rsidRPr="00584328">
        <w:rPr>
          <w:rFonts w:ascii="Arial" w:hAnsi="Arial" w:cs="Arial"/>
          <w:sz w:val="20"/>
          <w:szCs w:val="20"/>
        </w:rPr>
        <w:t xml:space="preserve"> </w:t>
      </w:r>
      <w:r w:rsidR="006306A1"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isolation</w:t>
      </w:r>
      <w:r w:rsidR="001E0947" w:rsidRPr="00584328">
        <w:rPr>
          <w:rFonts w:ascii="Arial" w:hAnsi="Arial" w:cs="Arial"/>
          <w:sz w:val="20"/>
          <w:szCs w:val="20"/>
        </w:rPr>
        <w:t xml:space="preserve"> </w:t>
      </w:r>
      <w:r w:rsidR="00F3296B" w:rsidRPr="00584328">
        <w:rPr>
          <w:rFonts w:ascii="Arial" w:hAnsi="Arial" w:cs="Arial"/>
          <w:sz w:val="20"/>
          <w:szCs w:val="20"/>
        </w:rPr>
        <w:t>of</w:t>
      </w:r>
      <w:r w:rsidR="001E0947" w:rsidRPr="00584328">
        <w:rPr>
          <w:rFonts w:ascii="Arial" w:hAnsi="Arial" w:cs="Arial"/>
          <w:sz w:val="20"/>
          <w:szCs w:val="20"/>
        </w:rPr>
        <w:t xml:space="preserve"> </w:t>
      </w:r>
      <w:r w:rsidR="00F3296B" w:rsidRPr="00584328">
        <w:rPr>
          <w:rFonts w:ascii="Arial" w:hAnsi="Arial" w:cs="Arial"/>
          <w:sz w:val="20"/>
          <w:szCs w:val="20"/>
        </w:rPr>
        <w:t>keratin–degrading</w:t>
      </w:r>
      <w:r w:rsidR="001E0947" w:rsidRPr="00584328">
        <w:rPr>
          <w:rFonts w:ascii="Arial" w:hAnsi="Arial" w:cs="Arial"/>
          <w:sz w:val="20"/>
          <w:szCs w:val="20"/>
        </w:rPr>
        <w:t xml:space="preserve"> </w:t>
      </w:r>
      <w:r w:rsidRPr="00584328">
        <w:rPr>
          <w:rFonts w:ascii="Arial" w:hAnsi="Arial" w:cs="Arial"/>
          <w:sz w:val="20"/>
          <w:szCs w:val="20"/>
        </w:rPr>
        <w:t>microorganisms</w:t>
      </w:r>
      <w:r w:rsidR="001E0947" w:rsidRPr="00584328">
        <w:rPr>
          <w:rFonts w:ascii="Arial" w:hAnsi="Arial" w:cs="Arial"/>
          <w:sz w:val="20"/>
          <w:szCs w:val="20"/>
        </w:rPr>
        <w:t xml:space="preserve"> </w:t>
      </w:r>
      <w:r w:rsidRPr="00584328">
        <w:rPr>
          <w:rFonts w:ascii="Arial" w:hAnsi="Arial" w:cs="Arial"/>
          <w:sz w:val="20"/>
          <w:szCs w:val="20"/>
        </w:rPr>
        <w:t>from</w:t>
      </w:r>
      <w:r w:rsidR="001E0947" w:rsidRPr="00584328">
        <w:rPr>
          <w:rFonts w:ascii="Arial" w:hAnsi="Arial" w:cs="Arial"/>
          <w:sz w:val="20"/>
          <w:szCs w:val="20"/>
        </w:rPr>
        <w:t xml:space="preserve"> </w:t>
      </w:r>
      <w:r w:rsidRPr="00584328">
        <w:rPr>
          <w:rFonts w:ascii="Arial" w:hAnsi="Arial" w:cs="Arial"/>
          <w:sz w:val="20"/>
          <w:szCs w:val="20"/>
        </w:rPr>
        <w:t>poultry</w:t>
      </w:r>
      <w:r w:rsidR="001E0947" w:rsidRPr="00584328">
        <w:rPr>
          <w:rFonts w:ascii="Arial" w:hAnsi="Arial" w:cs="Arial"/>
          <w:sz w:val="20"/>
          <w:szCs w:val="20"/>
        </w:rPr>
        <w:t xml:space="preserve"> </w:t>
      </w:r>
      <w:r w:rsidRPr="00584328">
        <w:rPr>
          <w:rFonts w:ascii="Arial" w:hAnsi="Arial" w:cs="Arial"/>
          <w:sz w:val="20"/>
          <w:szCs w:val="20"/>
        </w:rPr>
        <w:t>so</w:t>
      </w:r>
      <w:r w:rsidR="00F3296B" w:rsidRPr="00584328">
        <w:rPr>
          <w:rFonts w:ascii="Arial" w:hAnsi="Arial" w:cs="Arial"/>
          <w:sz w:val="20"/>
          <w:szCs w:val="20"/>
        </w:rPr>
        <w:t>il</w:t>
      </w:r>
      <w:r w:rsidR="001E0947" w:rsidRPr="00584328">
        <w:rPr>
          <w:rFonts w:ascii="Arial" w:hAnsi="Arial" w:cs="Arial"/>
          <w:sz w:val="20"/>
          <w:szCs w:val="20"/>
        </w:rPr>
        <w:t xml:space="preserve"> </w:t>
      </w:r>
      <w:r w:rsidR="00F3296B" w:rsidRPr="00584328">
        <w:rPr>
          <w:rFonts w:ascii="Arial" w:hAnsi="Arial" w:cs="Arial"/>
          <w:sz w:val="20"/>
          <w:szCs w:val="20"/>
        </w:rPr>
        <w:t>samples,</w:t>
      </w:r>
      <w:r w:rsidR="001E0947" w:rsidRPr="00584328">
        <w:rPr>
          <w:rFonts w:ascii="Arial" w:hAnsi="Arial" w:cs="Arial"/>
          <w:sz w:val="20"/>
          <w:szCs w:val="20"/>
        </w:rPr>
        <w:t xml:space="preserve"> </w:t>
      </w:r>
      <w:r w:rsidR="00F3296B" w:rsidRPr="00584328">
        <w:rPr>
          <w:rFonts w:ascii="Arial" w:hAnsi="Arial" w:cs="Arial"/>
          <w:sz w:val="20"/>
          <w:szCs w:val="20"/>
        </w:rPr>
        <w:t>by</w:t>
      </w:r>
      <w:r w:rsidR="001E0947" w:rsidRPr="00584328">
        <w:rPr>
          <w:rFonts w:ascii="Arial" w:hAnsi="Arial" w:cs="Arial"/>
          <w:sz w:val="20"/>
          <w:szCs w:val="20"/>
        </w:rPr>
        <w:t xml:space="preserve"> </w:t>
      </w:r>
      <w:r w:rsidR="00F3296B" w:rsidRPr="00584328">
        <w:rPr>
          <w:rFonts w:ascii="Arial" w:hAnsi="Arial" w:cs="Arial"/>
          <w:sz w:val="20"/>
          <w:szCs w:val="20"/>
        </w:rPr>
        <w:t>using</w:t>
      </w:r>
      <w:r w:rsidR="001E0947" w:rsidRPr="00584328">
        <w:rPr>
          <w:rFonts w:ascii="Arial" w:hAnsi="Arial" w:cs="Arial"/>
          <w:sz w:val="20"/>
          <w:szCs w:val="20"/>
        </w:rPr>
        <w:t xml:space="preserve"> </w:t>
      </w:r>
      <w:r w:rsidR="00F3296B" w:rsidRPr="00584328">
        <w:rPr>
          <w:rFonts w:ascii="Arial" w:hAnsi="Arial" w:cs="Arial"/>
          <w:sz w:val="20"/>
          <w:szCs w:val="20"/>
        </w:rPr>
        <w:t>selective</w:t>
      </w:r>
      <w:r w:rsidR="001E0947" w:rsidRPr="00584328">
        <w:rPr>
          <w:rFonts w:ascii="Arial" w:hAnsi="Arial" w:cs="Arial"/>
          <w:sz w:val="20"/>
          <w:szCs w:val="20"/>
        </w:rPr>
        <w:t xml:space="preserve"> </w:t>
      </w:r>
      <w:r w:rsidRPr="00584328">
        <w:rPr>
          <w:rFonts w:ascii="Arial" w:hAnsi="Arial" w:cs="Arial"/>
          <w:sz w:val="20"/>
          <w:szCs w:val="20"/>
        </w:rPr>
        <w:t>culture</w:t>
      </w:r>
      <w:r w:rsidR="001E0947" w:rsidRPr="00584328">
        <w:rPr>
          <w:rFonts w:ascii="Arial" w:hAnsi="Arial" w:cs="Arial"/>
          <w:sz w:val="20"/>
          <w:szCs w:val="20"/>
        </w:rPr>
        <w:t xml:space="preserve"> </w:t>
      </w:r>
      <w:r w:rsidRPr="00584328">
        <w:rPr>
          <w:rFonts w:ascii="Arial" w:hAnsi="Arial" w:cs="Arial"/>
          <w:sz w:val="20"/>
          <w:szCs w:val="20"/>
        </w:rPr>
        <w:t>techniques</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identified</w:t>
      </w:r>
      <w:r w:rsidR="001E0947" w:rsidRPr="00584328">
        <w:rPr>
          <w:rFonts w:ascii="Arial" w:hAnsi="Arial" w:cs="Arial"/>
          <w:sz w:val="20"/>
          <w:szCs w:val="20"/>
        </w:rPr>
        <w:t xml:space="preserve"> </w:t>
      </w:r>
      <w:r w:rsidRPr="00584328">
        <w:rPr>
          <w:rFonts w:ascii="Arial" w:hAnsi="Arial" w:cs="Arial"/>
          <w:sz w:val="20"/>
          <w:szCs w:val="20"/>
        </w:rPr>
        <w:t>isolates</w:t>
      </w:r>
      <w:r w:rsidR="001E0947" w:rsidRPr="00584328">
        <w:rPr>
          <w:rFonts w:ascii="Arial" w:hAnsi="Arial" w:cs="Arial"/>
          <w:sz w:val="20"/>
          <w:szCs w:val="20"/>
        </w:rPr>
        <w:t xml:space="preserve"> </w:t>
      </w:r>
      <w:r w:rsidRPr="00584328">
        <w:rPr>
          <w:rFonts w:ascii="Arial" w:hAnsi="Arial" w:cs="Arial"/>
          <w:sz w:val="20"/>
          <w:szCs w:val="20"/>
        </w:rPr>
        <w:t>undergo</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charac</w:t>
      </w:r>
      <w:r w:rsidR="00F3296B" w:rsidRPr="00584328">
        <w:rPr>
          <w:rFonts w:ascii="Arial" w:hAnsi="Arial" w:cs="Arial"/>
          <w:sz w:val="20"/>
          <w:szCs w:val="20"/>
        </w:rPr>
        <w:t>terization</w:t>
      </w:r>
      <w:r w:rsidR="001E0947" w:rsidRPr="00584328">
        <w:rPr>
          <w:rFonts w:ascii="Arial" w:hAnsi="Arial" w:cs="Arial"/>
          <w:sz w:val="20"/>
          <w:szCs w:val="20"/>
        </w:rPr>
        <w:t xml:space="preserve"> </w:t>
      </w:r>
      <w:r w:rsidR="00F3296B" w:rsidRPr="00584328">
        <w:rPr>
          <w:rFonts w:ascii="Arial" w:hAnsi="Arial" w:cs="Arial"/>
          <w:sz w:val="20"/>
          <w:szCs w:val="20"/>
        </w:rPr>
        <w:t>to</w:t>
      </w:r>
      <w:r w:rsidR="001E0947" w:rsidRPr="00584328">
        <w:rPr>
          <w:rFonts w:ascii="Arial" w:hAnsi="Arial" w:cs="Arial"/>
          <w:sz w:val="20"/>
          <w:szCs w:val="20"/>
        </w:rPr>
        <w:t xml:space="preserve"> </w:t>
      </w:r>
      <w:r w:rsidR="00F3296B" w:rsidRPr="00584328">
        <w:rPr>
          <w:rFonts w:ascii="Arial" w:hAnsi="Arial" w:cs="Arial"/>
          <w:sz w:val="20"/>
          <w:szCs w:val="20"/>
        </w:rPr>
        <w:t>illustrate</w:t>
      </w:r>
      <w:r w:rsidR="001E0947" w:rsidRPr="00584328">
        <w:rPr>
          <w:rFonts w:ascii="Arial" w:hAnsi="Arial" w:cs="Arial"/>
          <w:sz w:val="20"/>
          <w:szCs w:val="20"/>
        </w:rPr>
        <w:t xml:space="preserve"> </w:t>
      </w:r>
      <w:r w:rsidR="00F3296B" w:rsidRPr="00584328">
        <w:rPr>
          <w:rFonts w:ascii="Arial" w:hAnsi="Arial" w:cs="Arial"/>
          <w:sz w:val="20"/>
          <w:szCs w:val="20"/>
        </w:rPr>
        <w:t>their</w:t>
      </w:r>
      <w:r w:rsidR="001E0947" w:rsidRPr="00584328">
        <w:rPr>
          <w:rFonts w:ascii="Arial" w:hAnsi="Arial" w:cs="Arial"/>
          <w:sz w:val="20"/>
          <w:szCs w:val="20"/>
        </w:rPr>
        <w:t xml:space="preserve"> </w:t>
      </w:r>
      <w:r w:rsidRPr="00584328">
        <w:rPr>
          <w:rFonts w:ascii="Arial" w:hAnsi="Arial" w:cs="Arial"/>
          <w:sz w:val="20"/>
          <w:szCs w:val="20"/>
        </w:rPr>
        <w:t>taxonomic</w:t>
      </w:r>
      <w:r w:rsidR="001E0947" w:rsidRPr="00584328">
        <w:rPr>
          <w:rFonts w:ascii="Arial" w:hAnsi="Arial" w:cs="Arial"/>
          <w:sz w:val="20"/>
          <w:szCs w:val="20"/>
        </w:rPr>
        <w:t xml:space="preserve"> </w:t>
      </w:r>
      <w:r w:rsidRPr="00584328">
        <w:rPr>
          <w:rFonts w:ascii="Arial" w:hAnsi="Arial" w:cs="Arial"/>
          <w:sz w:val="20"/>
          <w:szCs w:val="20"/>
        </w:rPr>
        <w:t>diversity</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phylogenetic</w:t>
      </w:r>
      <w:r w:rsidR="001E0947" w:rsidRPr="00584328">
        <w:rPr>
          <w:rFonts w:ascii="Arial" w:hAnsi="Arial" w:cs="Arial"/>
          <w:sz w:val="20"/>
          <w:szCs w:val="20"/>
        </w:rPr>
        <w:t xml:space="preserve"> </w:t>
      </w:r>
      <w:r w:rsidRPr="00584328">
        <w:rPr>
          <w:rFonts w:ascii="Arial" w:hAnsi="Arial" w:cs="Arial"/>
          <w:sz w:val="20"/>
          <w:szCs w:val="20"/>
        </w:rPr>
        <w:t>relationships.</w:t>
      </w:r>
      <w:r w:rsidR="001E0947" w:rsidRPr="00584328">
        <w:rPr>
          <w:rFonts w:ascii="Arial" w:hAnsi="Arial" w:cs="Arial"/>
          <w:sz w:val="20"/>
          <w:szCs w:val="20"/>
        </w:rPr>
        <w:t xml:space="preserve"> </w:t>
      </w:r>
      <w:r w:rsidRPr="00584328">
        <w:rPr>
          <w:rFonts w:ascii="Arial" w:hAnsi="Arial" w:cs="Arial"/>
          <w:sz w:val="20"/>
          <w:szCs w:val="20"/>
        </w:rPr>
        <w:t>This</w:t>
      </w:r>
      <w:r w:rsidR="001E0947" w:rsidRPr="00584328">
        <w:rPr>
          <w:rFonts w:ascii="Arial" w:hAnsi="Arial" w:cs="Arial"/>
          <w:sz w:val="20"/>
          <w:szCs w:val="20"/>
        </w:rPr>
        <w:t xml:space="preserve"> </w:t>
      </w:r>
      <w:r w:rsidRPr="00584328">
        <w:rPr>
          <w:rFonts w:ascii="Arial" w:hAnsi="Arial" w:cs="Arial"/>
          <w:sz w:val="20"/>
          <w:szCs w:val="20"/>
        </w:rPr>
        <w:t>step</w:t>
      </w:r>
      <w:r w:rsidR="001E0947" w:rsidRPr="00584328">
        <w:rPr>
          <w:rFonts w:ascii="Arial" w:hAnsi="Arial" w:cs="Arial"/>
          <w:sz w:val="20"/>
          <w:szCs w:val="20"/>
        </w:rPr>
        <w:t xml:space="preserve"> </w:t>
      </w:r>
      <w:r w:rsidR="006306A1" w:rsidRPr="00584328">
        <w:rPr>
          <w:rFonts w:ascii="Arial" w:hAnsi="Arial" w:cs="Arial"/>
          <w:sz w:val="20"/>
          <w:szCs w:val="20"/>
        </w:rPr>
        <w:t>provides</w:t>
      </w:r>
      <w:r w:rsidR="001E0947" w:rsidRPr="00584328">
        <w:rPr>
          <w:rFonts w:ascii="Arial" w:hAnsi="Arial" w:cs="Arial"/>
          <w:sz w:val="20"/>
          <w:szCs w:val="20"/>
        </w:rPr>
        <w:t xml:space="preserve"> </w:t>
      </w:r>
      <w:r w:rsidR="006306A1" w:rsidRPr="00584328">
        <w:rPr>
          <w:rFonts w:ascii="Arial" w:hAnsi="Arial" w:cs="Arial"/>
          <w:sz w:val="20"/>
          <w:szCs w:val="20"/>
        </w:rPr>
        <w:t>the</w:t>
      </w:r>
      <w:r w:rsidR="001E0947" w:rsidRPr="00584328">
        <w:rPr>
          <w:rFonts w:ascii="Arial" w:hAnsi="Arial" w:cs="Arial"/>
          <w:sz w:val="20"/>
          <w:szCs w:val="20"/>
        </w:rPr>
        <w:t xml:space="preserve"> </w:t>
      </w:r>
      <w:r w:rsidR="006306A1" w:rsidRPr="00584328">
        <w:rPr>
          <w:rFonts w:ascii="Arial" w:hAnsi="Arial" w:cs="Arial"/>
          <w:sz w:val="20"/>
          <w:szCs w:val="20"/>
        </w:rPr>
        <w:t>insights</w:t>
      </w:r>
      <w:r w:rsidR="001E0947" w:rsidRPr="00584328">
        <w:rPr>
          <w:rFonts w:ascii="Arial" w:hAnsi="Arial" w:cs="Arial"/>
          <w:sz w:val="20"/>
          <w:szCs w:val="20"/>
        </w:rPr>
        <w:t xml:space="preserve"> </w:t>
      </w:r>
      <w:r w:rsidR="006306A1" w:rsidRPr="00584328">
        <w:rPr>
          <w:rFonts w:ascii="Arial" w:hAnsi="Arial" w:cs="Arial"/>
          <w:sz w:val="20"/>
          <w:szCs w:val="20"/>
        </w:rPr>
        <w:t>into</w:t>
      </w:r>
      <w:r w:rsidR="001E0947" w:rsidRPr="00584328">
        <w:rPr>
          <w:rFonts w:ascii="Arial" w:hAnsi="Arial" w:cs="Arial"/>
          <w:sz w:val="20"/>
          <w:szCs w:val="20"/>
        </w:rPr>
        <w:t xml:space="preserve"> </w:t>
      </w:r>
      <w:r w:rsidR="006306A1"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microbial</w:t>
      </w:r>
      <w:r w:rsidR="001E0947" w:rsidRPr="00584328">
        <w:rPr>
          <w:rFonts w:ascii="Arial" w:hAnsi="Arial" w:cs="Arial"/>
          <w:sz w:val="20"/>
          <w:szCs w:val="20"/>
        </w:rPr>
        <w:t xml:space="preserve"> </w:t>
      </w:r>
      <w:r w:rsidRPr="00584328">
        <w:rPr>
          <w:rFonts w:ascii="Arial" w:hAnsi="Arial" w:cs="Arial"/>
          <w:sz w:val="20"/>
          <w:szCs w:val="20"/>
        </w:rPr>
        <w:t>community</w:t>
      </w:r>
      <w:r w:rsidR="001E0947" w:rsidRPr="00584328">
        <w:rPr>
          <w:rFonts w:ascii="Arial" w:hAnsi="Arial" w:cs="Arial"/>
          <w:sz w:val="20"/>
          <w:szCs w:val="20"/>
        </w:rPr>
        <w:t xml:space="preserve"> </w:t>
      </w:r>
      <w:r w:rsidRPr="00584328">
        <w:rPr>
          <w:rFonts w:ascii="Arial" w:hAnsi="Arial" w:cs="Arial"/>
          <w:sz w:val="20"/>
          <w:szCs w:val="20"/>
        </w:rPr>
        <w:t>structure</w:t>
      </w:r>
      <w:r w:rsidR="001E0947" w:rsidRPr="00584328">
        <w:rPr>
          <w:rFonts w:ascii="Arial" w:hAnsi="Arial" w:cs="Arial"/>
          <w:sz w:val="20"/>
          <w:szCs w:val="20"/>
        </w:rPr>
        <w:t xml:space="preserve"> </w:t>
      </w:r>
      <w:r w:rsidRPr="00584328">
        <w:rPr>
          <w:rFonts w:ascii="Arial" w:hAnsi="Arial" w:cs="Arial"/>
          <w:sz w:val="20"/>
          <w:szCs w:val="20"/>
        </w:rPr>
        <w:t>but</w:t>
      </w:r>
      <w:r w:rsidR="001E0947" w:rsidRPr="00584328">
        <w:rPr>
          <w:rFonts w:ascii="Arial" w:hAnsi="Arial" w:cs="Arial"/>
          <w:sz w:val="20"/>
          <w:szCs w:val="20"/>
        </w:rPr>
        <w:t xml:space="preserve"> </w:t>
      </w:r>
      <w:r w:rsidRPr="00584328">
        <w:rPr>
          <w:rFonts w:ascii="Arial" w:hAnsi="Arial" w:cs="Arial"/>
          <w:sz w:val="20"/>
          <w:szCs w:val="20"/>
        </w:rPr>
        <w:t>also</w:t>
      </w:r>
      <w:r w:rsidR="001E0947" w:rsidRPr="00584328">
        <w:rPr>
          <w:rFonts w:ascii="Arial" w:hAnsi="Arial" w:cs="Arial"/>
          <w:sz w:val="20"/>
          <w:szCs w:val="20"/>
        </w:rPr>
        <w:t xml:space="preserve"> </w:t>
      </w:r>
      <w:r w:rsidRPr="00584328">
        <w:rPr>
          <w:rFonts w:ascii="Arial" w:hAnsi="Arial" w:cs="Arial"/>
          <w:sz w:val="20"/>
          <w:szCs w:val="20"/>
        </w:rPr>
        <w:t>aids</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identifying</w:t>
      </w:r>
      <w:r w:rsidR="001E0947" w:rsidRPr="00584328">
        <w:rPr>
          <w:rFonts w:ascii="Arial" w:hAnsi="Arial" w:cs="Arial"/>
          <w:sz w:val="20"/>
          <w:szCs w:val="20"/>
        </w:rPr>
        <w:t xml:space="preserve"> </w:t>
      </w:r>
      <w:r w:rsidRPr="00584328">
        <w:rPr>
          <w:rFonts w:ascii="Arial" w:hAnsi="Arial" w:cs="Arial"/>
          <w:sz w:val="20"/>
          <w:szCs w:val="20"/>
        </w:rPr>
        <w:t>novel</w:t>
      </w:r>
      <w:r w:rsidR="001E0947" w:rsidRPr="00584328">
        <w:rPr>
          <w:rFonts w:ascii="Arial" w:hAnsi="Arial" w:cs="Arial"/>
          <w:sz w:val="20"/>
          <w:szCs w:val="20"/>
        </w:rPr>
        <w:t xml:space="preserve"> </w:t>
      </w:r>
      <w:r w:rsidR="00F3296B" w:rsidRPr="00584328">
        <w:rPr>
          <w:rFonts w:ascii="Arial" w:hAnsi="Arial" w:cs="Arial"/>
          <w:sz w:val="20"/>
          <w:szCs w:val="20"/>
        </w:rPr>
        <w:t>species</w:t>
      </w:r>
      <w:r w:rsidR="001E0947" w:rsidRPr="00584328">
        <w:rPr>
          <w:rFonts w:ascii="Arial" w:hAnsi="Arial" w:cs="Arial"/>
          <w:sz w:val="20"/>
          <w:szCs w:val="20"/>
        </w:rPr>
        <w:t xml:space="preserve"> </w:t>
      </w:r>
      <w:r w:rsidR="00F3296B" w:rsidRPr="00584328">
        <w:rPr>
          <w:rFonts w:ascii="Arial" w:hAnsi="Arial" w:cs="Arial"/>
          <w:sz w:val="20"/>
          <w:szCs w:val="20"/>
        </w:rPr>
        <w:t>with</w:t>
      </w:r>
      <w:r w:rsidR="001E0947" w:rsidRPr="00584328">
        <w:rPr>
          <w:rFonts w:ascii="Arial" w:hAnsi="Arial" w:cs="Arial"/>
          <w:sz w:val="20"/>
          <w:szCs w:val="20"/>
        </w:rPr>
        <w:t xml:space="preserve"> </w:t>
      </w:r>
      <w:r w:rsidR="00F3296B" w:rsidRPr="00584328">
        <w:rPr>
          <w:rFonts w:ascii="Arial" w:hAnsi="Arial" w:cs="Arial"/>
          <w:sz w:val="20"/>
          <w:szCs w:val="20"/>
        </w:rPr>
        <w:t>their</w:t>
      </w:r>
      <w:r w:rsidR="001E0947" w:rsidRPr="00584328">
        <w:rPr>
          <w:rFonts w:ascii="Arial" w:hAnsi="Arial" w:cs="Arial"/>
          <w:sz w:val="20"/>
          <w:szCs w:val="20"/>
        </w:rPr>
        <w:t xml:space="preserve"> </w:t>
      </w:r>
      <w:r w:rsidR="00F3296B" w:rsidRPr="00584328">
        <w:rPr>
          <w:rFonts w:ascii="Arial" w:hAnsi="Arial" w:cs="Arial"/>
          <w:sz w:val="20"/>
          <w:szCs w:val="20"/>
        </w:rPr>
        <w:t>unique</w:t>
      </w:r>
      <w:r w:rsidR="001E0947" w:rsidRPr="00584328">
        <w:rPr>
          <w:rFonts w:ascii="Arial" w:hAnsi="Arial" w:cs="Arial"/>
          <w:sz w:val="20"/>
          <w:szCs w:val="20"/>
        </w:rPr>
        <w:t xml:space="preserve"> </w:t>
      </w:r>
      <w:r w:rsidRPr="00584328">
        <w:rPr>
          <w:rFonts w:ascii="Arial" w:hAnsi="Arial" w:cs="Arial"/>
          <w:sz w:val="20"/>
          <w:szCs w:val="20"/>
        </w:rPr>
        <w:t>keratinolytic</w:t>
      </w:r>
      <w:r w:rsidR="001E0947" w:rsidRPr="00584328">
        <w:rPr>
          <w:rFonts w:ascii="Arial" w:hAnsi="Arial" w:cs="Arial"/>
          <w:sz w:val="20"/>
          <w:szCs w:val="20"/>
        </w:rPr>
        <w:t xml:space="preserve"> </w:t>
      </w:r>
      <w:r w:rsidRPr="00584328">
        <w:rPr>
          <w:rFonts w:ascii="Arial" w:hAnsi="Arial" w:cs="Arial"/>
          <w:sz w:val="20"/>
          <w:szCs w:val="20"/>
        </w:rPr>
        <w:t>capabilities.</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enzymatic</w:t>
      </w:r>
      <w:r w:rsidR="001E0947" w:rsidRPr="00584328">
        <w:rPr>
          <w:rFonts w:ascii="Arial" w:hAnsi="Arial" w:cs="Arial"/>
          <w:sz w:val="20"/>
          <w:szCs w:val="20"/>
        </w:rPr>
        <w:t xml:space="preserve"> </w:t>
      </w:r>
      <w:r w:rsidRPr="00584328">
        <w:rPr>
          <w:rFonts w:ascii="Arial" w:hAnsi="Arial" w:cs="Arial"/>
          <w:sz w:val="20"/>
          <w:szCs w:val="20"/>
        </w:rPr>
        <w:t>arsenal</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these</w:t>
      </w:r>
      <w:r w:rsidR="001E0947" w:rsidRPr="00584328">
        <w:rPr>
          <w:rFonts w:ascii="Arial" w:hAnsi="Arial" w:cs="Arial"/>
          <w:sz w:val="20"/>
          <w:szCs w:val="20"/>
        </w:rPr>
        <w:t xml:space="preserve"> </w:t>
      </w:r>
      <w:r w:rsidRPr="00584328">
        <w:rPr>
          <w:rFonts w:ascii="Arial" w:hAnsi="Arial" w:cs="Arial"/>
          <w:sz w:val="20"/>
          <w:szCs w:val="20"/>
        </w:rPr>
        <w:t>micr</w:t>
      </w:r>
      <w:r w:rsidR="00F3296B" w:rsidRPr="00584328">
        <w:rPr>
          <w:rFonts w:ascii="Arial" w:hAnsi="Arial" w:cs="Arial"/>
          <w:sz w:val="20"/>
          <w:szCs w:val="20"/>
        </w:rPr>
        <w:t>oorganisms</w:t>
      </w:r>
      <w:r w:rsidR="001E0947" w:rsidRPr="00584328">
        <w:rPr>
          <w:rFonts w:ascii="Arial" w:hAnsi="Arial" w:cs="Arial"/>
          <w:sz w:val="20"/>
          <w:szCs w:val="20"/>
        </w:rPr>
        <w:t xml:space="preserve"> </w:t>
      </w:r>
      <w:r w:rsidR="00F3296B" w:rsidRPr="00584328">
        <w:rPr>
          <w:rFonts w:ascii="Arial" w:hAnsi="Arial" w:cs="Arial"/>
          <w:sz w:val="20"/>
          <w:szCs w:val="20"/>
        </w:rPr>
        <w:t>can</w:t>
      </w:r>
      <w:r w:rsidR="001E0947" w:rsidRPr="00584328">
        <w:rPr>
          <w:rFonts w:ascii="Arial" w:hAnsi="Arial" w:cs="Arial"/>
          <w:sz w:val="20"/>
          <w:szCs w:val="20"/>
        </w:rPr>
        <w:t xml:space="preserve"> </w:t>
      </w:r>
      <w:r w:rsidR="00F3296B" w:rsidRPr="00584328">
        <w:rPr>
          <w:rFonts w:ascii="Arial" w:hAnsi="Arial" w:cs="Arial"/>
          <w:sz w:val="20"/>
          <w:szCs w:val="20"/>
        </w:rPr>
        <w:t>be</w:t>
      </w:r>
      <w:r w:rsidR="001E0947" w:rsidRPr="00584328">
        <w:rPr>
          <w:rFonts w:ascii="Arial" w:hAnsi="Arial" w:cs="Arial"/>
          <w:sz w:val="20"/>
          <w:szCs w:val="20"/>
        </w:rPr>
        <w:t xml:space="preserve"> </w:t>
      </w:r>
      <w:r w:rsidR="003318EE" w:rsidRPr="00584328">
        <w:rPr>
          <w:rFonts w:ascii="Arial" w:hAnsi="Arial" w:cs="Arial"/>
          <w:sz w:val="20"/>
          <w:szCs w:val="20"/>
        </w:rPr>
        <w:t>explored;</w:t>
      </w:r>
      <w:r w:rsidR="001E0947" w:rsidRPr="00584328">
        <w:rPr>
          <w:rFonts w:ascii="Arial" w:hAnsi="Arial" w:cs="Arial"/>
          <w:sz w:val="20"/>
          <w:szCs w:val="20"/>
        </w:rPr>
        <w:t xml:space="preserve"> </w:t>
      </w:r>
      <w:r w:rsidR="00F3296B" w:rsidRPr="00584328">
        <w:rPr>
          <w:rFonts w:ascii="Arial" w:hAnsi="Arial" w:cs="Arial"/>
          <w:sz w:val="20"/>
          <w:szCs w:val="20"/>
        </w:rPr>
        <w:t>we</w:t>
      </w:r>
      <w:r w:rsidR="001E0947" w:rsidRPr="00584328">
        <w:rPr>
          <w:rFonts w:ascii="Arial" w:hAnsi="Arial" w:cs="Arial"/>
          <w:sz w:val="20"/>
          <w:szCs w:val="20"/>
        </w:rPr>
        <w:t xml:space="preserve"> </w:t>
      </w:r>
      <w:r w:rsidRPr="00584328">
        <w:rPr>
          <w:rFonts w:ascii="Arial" w:hAnsi="Arial" w:cs="Arial"/>
          <w:sz w:val="20"/>
          <w:szCs w:val="20"/>
        </w:rPr>
        <w:t>can</w:t>
      </w:r>
      <w:r w:rsidR="001E0947" w:rsidRPr="00584328">
        <w:rPr>
          <w:rFonts w:ascii="Arial" w:hAnsi="Arial" w:cs="Arial"/>
          <w:sz w:val="20"/>
          <w:szCs w:val="20"/>
        </w:rPr>
        <w:t xml:space="preserve"> </w:t>
      </w:r>
      <w:r w:rsidRPr="00584328">
        <w:rPr>
          <w:rFonts w:ascii="Arial" w:hAnsi="Arial" w:cs="Arial"/>
          <w:sz w:val="20"/>
          <w:szCs w:val="20"/>
        </w:rPr>
        <w:t>focus</w:t>
      </w:r>
      <w:r w:rsidR="001E0947" w:rsidRPr="00584328">
        <w:rPr>
          <w:rFonts w:ascii="Arial" w:hAnsi="Arial" w:cs="Arial"/>
          <w:sz w:val="20"/>
          <w:szCs w:val="20"/>
        </w:rPr>
        <w:t xml:space="preserve"> </w:t>
      </w:r>
      <w:r w:rsidRPr="00584328">
        <w:rPr>
          <w:rFonts w:ascii="Arial" w:hAnsi="Arial" w:cs="Arial"/>
          <w:sz w:val="20"/>
          <w:szCs w:val="20"/>
        </w:rPr>
        <w:t>on</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production</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optimization</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keratinases.</w:t>
      </w:r>
      <w:r w:rsidR="001E0947" w:rsidRPr="00584328">
        <w:rPr>
          <w:rFonts w:ascii="Arial" w:hAnsi="Arial" w:cs="Arial"/>
          <w:sz w:val="20"/>
          <w:szCs w:val="20"/>
        </w:rPr>
        <w:t xml:space="preserve"> </w:t>
      </w:r>
      <w:r w:rsidRPr="00584328">
        <w:rPr>
          <w:rFonts w:ascii="Arial" w:hAnsi="Arial" w:cs="Arial"/>
          <w:sz w:val="20"/>
          <w:szCs w:val="20"/>
        </w:rPr>
        <w:t>T</w:t>
      </w:r>
      <w:r w:rsidR="006306A1" w:rsidRPr="00584328">
        <w:rPr>
          <w:rFonts w:ascii="Arial" w:hAnsi="Arial" w:cs="Arial"/>
          <w:sz w:val="20"/>
          <w:szCs w:val="20"/>
        </w:rPr>
        <w:t>hese</w:t>
      </w:r>
      <w:r w:rsidR="001E0947" w:rsidRPr="00584328">
        <w:rPr>
          <w:rFonts w:ascii="Arial" w:hAnsi="Arial" w:cs="Arial"/>
          <w:sz w:val="20"/>
          <w:szCs w:val="20"/>
        </w:rPr>
        <w:t xml:space="preserve"> </w:t>
      </w:r>
      <w:r w:rsidR="006306A1" w:rsidRPr="00584328">
        <w:rPr>
          <w:rFonts w:ascii="Arial" w:hAnsi="Arial" w:cs="Arial"/>
          <w:sz w:val="20"/>
          <w:szCs w:val="20"/>
        </w:rPr>
        <w:t>enzymes</w:t>
      </w:r>
      <w:r w:rsidR="001E0947" w:rsidRPr="00584328">
        <w:rPr>
          <w:rFonts w:ascii="Arial" w:hAnsi="Arial" w:cs="Arial"/>
          <w:sz w:val="20"/>
          <w:szCs w:val="20"/>
        </w:rPr>
        <w:t xml:space="preserve"> </w:t>
      </w:r>
      <w:r w:rsidR="006306A1" w:rsidRPr="00584328">
        <w:rPr>
          <w:rFonts w:ascii="Arial" w:hAnsi="Arial" w:cs="Arial"/>
          <w:sz w:val="20"/>
          <w:szCs w:val="20"/>
        </w:rPr>
        <w:t>hold</w:t>
      </w:r>
      <w:r w:rsidR="001E0947" w:rsidRPr="00584328">
        <w:rPr>
          <w:rFonts w:ascii="Arial" w:hAnsi="Arial" w:cs="Arial"/>
          <w:sz w:val="20"/>
          <w:szCs w:val="20"/>
        </w:rPr>
        <w:t xml:space="preserve"> </w:t>
      </w:r>
      <w:r w:rsidR="006306A1" w:rsidRPr="00584328">
        <w:rPr>
          <w:rFonts w:ascii="Arial" w:hAnsi="Arial" w:cs="Arial"/>
          <w:sz w:val="20"/>
          <w:szCs w:val="20"/>
        </w:rPr>
        <w:t>a</w:t>
      </w:r>
      <w:r w:rsidR="001E0947" w:rsidRPr="00584328">
        <w:rPr>
          <w:rFonts w:ascii="Arial" w:hAnsi="Arial" w:cs="Arial"/>
          <w:sz w:val="20"/>
          <w:szCs w:val="20"/>
        </w:rPr>
        <w:t xml:space="preserve"> </w:t>
      </w:r>
      <w:r w:rsidR="006306A1" w:rsidRPr="00584328">
        <w:rPr>
          <w:rFonts w:ascii="Arial" w:hAnsi="Arial" w:cs="Arial"/>
          <w:sz w:val="20"/>
          <w:szCs w:val="20"/>
        </w:rPr>
        <w:t>very</w:t>
      </w:r>
      <w:r w:rsidR="001E0947" w:rsidRPr="00584328">
        <w:rPr>
          <w:rFonts w:ascii="Arial" w:hAnsi="Arial" w:cs="Arial"/>
          <w:sz w:val="20"/>
          <w:szCs w:val="20"/>
        </w:rPr>
        <w:t xml:space="preserve"> </w:t>
      </w:r>
      <w:r w:rsidR="006306A1" w:rsidRPr="00584328">
        <w:rPr>
          <w:rFonts w:ascii="Arial" w:hAnsi="Arial" w:cs="Arial"/>
          <w:sz w:val="20"/>
          <w:szCs w:val="20"/>
        </w:rPr>
        <w:t>big</w:t>
      </w:r>
      <w:r w:rsidR="001E0947" w:rsidRPr="00584328">
        <w:rPr>
          <w:rFonts w:ascii="Arial" w:hAnsi="Arial" w:cs="Arial"/>
          <w:sz w:val="20"/>
          <w:szCs w:val="20"/>
        </w:rPr>
        <w:t xml:space="preserve"> </w:t>
      </w:r>
      <w:r w:rsidRPr="00584328">
        <w:rPr>
          <w:rFonts w:ascii="Arial" w:hAnsi="Arial" w:cs="Arial"/>
          <w:sz w:val="20"/>
          <w:szCs w:val="20"/>
        </w:rPr>
        <w:t>potential</w:t>
      </w:r>
      <w:r w:rsidR="001E0947" w:rsidRPr="00584328">
        <w:rPr>
          <w:rFonts w:ascii="Arial" w:hAnsi="Arial" w:cs="Arial"/>
          <w:sz w:val="20"/>
          <w:szCs w:val="20"/>
        </w:rPr>
        <w:t xml:space="preserve"> </w:t>
      </w:r>
      <w:r w:rsidRPr="00584328">
        <w:rPr>
          <w:rFonts w:ascii="Arial" w:hAnsi="Arial" w:cs="Arial"/>
          <w:sz w:val="20"/>
          <w:szCs w:val="20"/>
        </w:rPr>
        <w:t>for</w:t>
      </w:r>
      <w:r w:rsidR="001E0947" w:rsidRPr="00584328">
        <w:rPr>
          <w:rFonts w:ascii="Arial" w:hAnsi="Arial" w:cs="Arial"/>
          <w:sz w:val="20"/>
          <w:szCs w:val="20"/>
        </w:rPr>
        <w:t xml:space="preserve"> </w:t>
      </w:r>
      <w:r w:rsidRPr="00584328">
        <w:rPr>
          <w:rFonts w:ascii="Arial" w:hAnsi="Arial" w:cs="Arial"/>
          <w:sz w:val="20"/>
          <w:szCs w:val="20"/>
        </w:rPr>
        <w:t>various</w:t>
      </w:r>
      <w:r w:rsidR="001E0947" w:rsidRPr="00584328">
        <w:rPr>
          <w:rFonts w:ascii="Arial" w:hAnsi="Arial" w:cs="Arial"/>
          <w:sz w:val="20"/>
          <w:szCs w:val="20"/>
        </w:rPr>
        <w:t xml:space="preserve"> </w:t>
      </w:r>
      <w:r w:rsidRPr="00584328">
        <w:rPr>
          <w:rFonts w:ascii="Arial" w:hAnsi="Arial" w:cs="Arial"/>
          <w:sz w:val="20"/>
          <w:szCs w:val="20"/>
        </w:rPr>
        <w:t>industrial</w:t>
      </w:r>
      <w:r w:rsidR="001E0947" w:rsidRPr="00584328">
        <w:rPr>
          <w:rFonts w:ascii="Arial" w:hAnsi="Arial" w:cs="Arial"/>
          <w:sz w:val="20"/>
          <w:szCs w:val="20"/>
        </w:rPr>
        <w:t xml:space="preserve"> </w:t>
      </w:r>
      <w:r w:rsidRPr="00584328">
        <w:rPr>
          <w:rFonts w:ascii="Arial" w:hAnsi="Arial" w:cs="Arial"/>
          <w:sz w:val="20"/>
          <w:szCs w:val="20"/>
        </w:rPr>
        <w:t>applications</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also</w:t>
      </w:r>
      <w:r w:rsidR="001E0947" w:rsidRPr="00584328">
        <w:rPr>
          <w:rFonts w:ascii="Arial" w:hAnsi="Arial" w:cs="Arial"/>
          <w:sz w:val="20"/>
          <w:szCs w:val="20"/>
        </w:rPr>
        <w:t xml:space="preserve"> </w:t>
      </w:r>
      <w:r w:rsidRPr="00584328">
        <w:rPr>
          <w:rFonts w:ascii="Arial" w:hAnsi="Arial" w:cs="Arial"/>
          <w:sz w:val="20"/>
          <w:szCs w:val="20"/>
        </w:rPr>
        <w:t>animal</w:t>
      </w:r>
      <w:r w:rsidR="001E0947" w:rsidRPr="00584328">
        <w:rPr>
          <w:rFonts w:ascii="Arial" w:hAnsi="Arial" w:cs="Arial"/>
          <w:sz w:val="20"/>
          <w:szCs w:val="20"/>
        </w:rPr>
        <w:t xml:space="preserve"> </w:t>
      </w:r>
      <w:r w:rsidR="00F3296B" w:rsidRPr="00584328">
        <w:rPr>
          <w:rFonts w:ascii="Arial" w:hAnsi="Arial" w:cs="Arial"/>
          <w:sz w:val="20"/>
          <w:szCs w:val="20"/>
        </w:rPr>
        <w:t>feed</w:t>
      </w:r>
      <w:r w:rsidR="001E0947" w:rsidRPr="00584328">
        <w:rPr>
          <w:rFonts w:ascii="Arial" w:hAnsi="Arial" w:cs="Arial"/>
          <w:sz w:val="20"/>
          <w:szCs w:val="20"/>
        </w:rPr>
        <w:t xml:space="preserve"> </w:t>
      </w:r>
      <w:r w:rsidR="00F3296B" w:rsidRPr="00584328">
        <w:rPr>
          <w:rFonts w:ascii="Arial" w:hAnsi="Arial" w:cs="Arial"/>
          <w:sz w:val="20"/>
          <w:szCs w:val="20"/>
        </w:rPr>
        <w:t>production,</w:t>
      </w:r>
      <w:r w:rsidR="001E0947" w:rsidRPr="00584328">
        <w:rPr>
          <w:rFonts w:ascii="Arial" w:hAnsi="Arial" w:cs="Arial"/>
          <w:sz w:val="20"/>
          <w:szCs w:val="20"/>
        </w:rPr>
        <w:t xml:space="preserve"> </w:t>
      </w:r>
      <w:r w:rsidR="00F3296B" w:rsidRPr="00584328">
        <w:rPr>
          <w:rFonts w:ascii="Arial" w:hAnsi="Arial" w:cs="Arial"/>
          <w:sz w:val="20"/>
          <w:szCs w:val="20"/>
        </w:rPr>
        <w:t>biofertilizer</w:t>
      </w:r>
      <w:r w:rsidR="001E0947" w:rsidRPr="00584328">
        <w:rPr>
          <w:rFonts w:ascii="Arial" w:hAnsi="Arial" w:cs="Arial"/>
          <w:sz w:val="20"/>
          <w:szCs w:val="20"/>
        </w:rPr>
        <w:t xml:space="preserve"> </w:t>
      </w:r>
      <w:r w:rsidR="00F3296B" w:rsidRPr="00584328">
        <w:rPr>
          <w:rFonts w:ascii="Arial" w:hAnsi="Arial" w:cs="Arial"/>
          <w:sz w:val="20"/>
          <w:szCs w:val="20"/>
        </w:rPr>
        <w:t>development,</w:t>
      </w:r>
      <w:r w:rsidR="001E0947"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bioremediation</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keratin-rich</w:t>
      </w:r>
      <w:r w:rsidR="001E0947" w:rsidRPr="00584328">
        <w:rPr>
          <w:rFonts w:ascii="Arial" w:hAnsi="Arial" w:cs="Arial"/>
          <w:sz w:val="20"/>
          <w:szCs w:val="20"/>
        </w:rPr>
        <w:t xml:space="preserve"> </w:t>
      </w:r>
      <w:r w:rsidRPr="00584328">
        <w:rPr>
          <w:rFonts w:ascii="Arial" w:hAnsi="Arial" w:cs="Arial"/>
          <w:sz w:val="20"/>
          <w:szCs w:val="20"/>
        </w:rPr>
        <w:t>waste</w:t>
      </w:r>
      <w:r w:rsidR="001E0947" w:rsidRPr="00584328">
        <w:rPr>
          <w:rFonts w:ascii="Arial" w:hAnsi="Arial" w:cs="Arial"/>
          <w:sz w:val="20"/>
          <w:szCs w:val="20"/>
        </w:rPr>
        <w:t xml:space="preserve"> </w:t>
      </w:r>
      <w:r w:rsidRPr="00584328">
        <w:rPr>
          <w:rFonts w:ascii="Arial" w:hAnsi="Arial" w:cs="Arial"/>
          <w:sz w:val="20"/>
          <w:szCs w:val="20"/>
        </w:rPr>
        <w:t>streams.</w:t>
      </w:r>
      <w:r w:rsidR="001E0947" w:rsidRPr="00584328">
        <w:rPr>
          <w:rFonts w:ascii="Arial" w:hAnsi="Arial" w:cs="Arial"/>
          <w:sz w:val="20"/>
          <w:szCs w:val="20"/>
        </w:rPr>
        <w:t xml:space="preserve"> </w:t>
      </w:r>
      <w:r w:rsidRPr="00584328">
        <w:rPr>
          <w:rFonts w:ascii="Arial" w:hAnsi="Arial" w:cs="Arial"/>
          <w:sz w:val="20"/>
          <w:szCs w:val="20"/>
        </w:rPr>
        <w:t>Th</w:t>
      </w:r>
      <w:r w:rsidR="009F32E4" w:rsidRPr="00584328">
        <w:rPr>
          <w:rFonts w:ascii="Arial" w:hAnsi="Arial" w:cs="Arial"/>
          <w:sz w:val="20"/>
          <w:szCs w:val="20"/>
        </w:rPr>
        <w:t xml:space="preserve">is study </w:t>
      </w:r>
      <w:r w:rsidRPr="00584328">
        <w:rPr>
          <w:rFonts w:ascii="Arial" w:hAnsi="Arial" w:cs="Arial"/>
          <w:sz w:val="20"/>
          <w:szCs w:val="20"/>
        </w:rPr>
        <w:t>seeks</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evaluate</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potential</w:t>
      </w:r>
      <w:r w:rsidR="001E0947" w:rsidRPr="00584328">
        <w:rPr>
          <w:rFonts w:ascii="Arial" w:hAnsi="Arial" w:cs="Arial"/>
          <w:sz w:val="20"/>
          <w:szCs w:val="20"/>
        </w:rPr>
        <w:t xml:space="preserve"> </w:t>
      </w:r>
      <w:r w:rsidR="00F3296B" w:rsidRPr="00584328">
        <w:rPr>
          <w:rFonts w:ascii="Arial" w:hAnsi="Arial" w:cs="Arial"/>
          <w:sz w:val="20"/>
          <w:szCs w:val="20"/>
        </w:rPr>
        <w:t>of</w:t>
      </w:r>
      <w:r w:rsidR="001E0947" w:rsidRPr="00584328">
        <w:rPr>
          <w:rFonts w:ascii="Arial" w:hAnsi="Arial" w:cs="Arial"/>
          <w:sz w:val="20"/>
          <w:szCs w:val="20"/>
        </w:rPr>
        <w:t xml:space="preserve"> </w:t>
      </w:r>
      <w:r w:rsidR="00F3296B" w:rsidRPr="00584328">
        <w:rPr>
          <w:rFonts w:ascii="Arial" w:hAnsi="Arial" w:cs="Arial"/>
          <w:sz w:val="20"/>
          <w:szCs w:val="20"/>
        </w:rPr>
        <w:t>the</w:t>
      </w:r>
      <w:r w:rsidR="001E0947" w:rsidRPr="00584328">
        <w:rPr>
          <w:rFonts w:ascii="Arial" w:hAnsi="Arial" w:cs="Arial"/>
          <w:sz w:val="20"/>
          <w:szCs w:val="20"/>
        </w:rPr>
        <w:t xml:space="preserve"> </w:t>
      </w:r>
      <w:r w:rsidR="00F3296B" w:rsidRPr="00584328">
        <w:rPr>
          <w:rFonts w:ascii="Arial" w:hAnsi="Arial" w:cs="Arial"/>
          <w:sz w:val="20"/>
          <w:szCs w:val="20"/>
        </w:rPr>
        <w:t>isolated</w:t>
      </w:r>
      <w:r w:rsidR="001E0947" w:rsidRPr="00584328">
        <w:rPr>
          <w:rFonts w:ascii="Arial" w:hAnsi="Arial" w:cs="Arial"/>
          <w:sz w:val="20"/>
          <w:szCs w:val="20"/>
        </w:rPr>
        <w:t xml:space="preserve"> </w:t>
      </w:r>
      <w:r w:rsidR="00F3296B" w:rsidRPr="00584328">
        <w:rPr>
          <w:rFonts w:ascii="Arial" w:hAnsi="Arial" w:cs="Arial"/>
          <w:sz w:val="20"/>
          <w:szCs w:val="20"/>
        </w:rPr>
        <w:t>microorganisms</w:t>
      </w:r>
      <w:r w:rsidR="001E0947" w:rsidRPr="00584328">
        <w:rPr>
          <w:rFonts w:ascii="Arial" w:hAnsi="Arial" w:cs="Arial"/>
          <w:sz w:val="20"/>
          <w:szCs w:val="20"/>
        </w:rPr>
        <w:t xml:space="preserve"> </w:t>
      </w:r>
      <w:r w:rsidRPr="00584328">
        <w:rPr>
          <w:rFonts w:ascii="Arial" w:hAnsi="Arial" w:cs="Arial"/>
          <w:sz w:val="20"/>
          <w:szCs w:val="20"/>
        </w:rPr>
        <w:t>under</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different</w:t>
      </w:r>
      <w:r w:rsidR="001E0947" w:rsidRPr="00584328">
        <w:rPr>
          <w:rFonts w:ascii="Arial" w:hAnsi="Arial" w:cs="Arial"/>
          <w:sz w:val="20"/>
          <w:szCs w:val="20"/>
        </w:rPr>
        <w:t xml:space="preserve"> </w:t>
      </w:r>
      <w:r w:rsidRPr="00584328">
        <w:rPr>
          <w:rFonts w:ascii="Arial" w:hAnsi="Arial" w:cs="Arial"/>
          <w:sz w:val="20"/>
          <w:szCs w:val="20"/>
        </w:rPr>
        <w:t>environmental</w:t>
      </w:r>
      <w:r w:rsidR="001E0947" w:rsidRPr="00584328">
        <w:rPr>
          <w:rFonts w:ascii="Arial" w:hAnsi="Arial" w:cs="Arial"/>
          <w:sz w:val="20"/>
          <w:szCs w:val="20"/>
        </w:rPr>
        <w:t xml:space="preserve"> </w:t>
      </w:r>
      <w:r w:rsidRPr="00584328">
        <w:rPr>
          <w:rFonts w:ascii="Arial" w:hAnsi="Arial" w:cs="Arial"/>
          <w:sz w:val="20"/>
          <w:szCs w:val="20"/>
        </w:rPr>
        <w:t>conditions.</w:t>
      </w:r>
      <w:r w:rsidR="001E0947" w:rsidRPr="00584328">
        <w:rPr>
          <w:rFonts w:ascii="Arial" w:hAnsi="Arial" w:cs="Arial"/>
          <w:sz w:val="20"/>
          <w:szCs w:val="20"/>
        </w:rPr>
        <w:t xml:space="preserve"> </w:t>
      </w:r>
      <w:r w:rsidRPr="00584328">
        <w:rPr>
          <w:rFonts w:ascii="Arial" w:hAnsi="Arial" w:cs="Arial"/>
          <w:sz w:val="20"/>
          <w:szCs w:val="20"/>
        </w:rPr>
        <w:t>By</w:t>
      </w:r>
      <w:r w:rsidR="001E0947" w:rsidRPr="00584328">
        <w:rPr>
          <w:rFonts w:ascii="Arial" w:hAnsi="Arial" w:cs="Arial"/>
          <w:sz w:val="20"/>
          <w:szCs w:val="20"/>
        </w:rPr>
        <w:t xml:space="preserve"> </w:t>
      </w:r>
      <w:r w:rsidRPr="00584328">
        <w:rPr>
          <w:rFonts w:ascii="Arial" w:hAnsi="Arial" w:cs="Arial"/>
          <w:sz w:val="20"/>
          <w:szCs w:val="20"/>
        </w:rPr>
        <w:t>understanding</w:t>
      </w:r>
      <w:r w:rsidR="001E0947" w:rsidRPr="00584328">
        <w:rPr>
          <w:rFonts w:ascii="Arial" w:hAnsi="Arial" w:cs="Arial"/>
          <w:sz w:val="20"/>
          <w:szCs w:val="20"/>
        </w:rPr>
        <w:t xml:space="preserve"> </w:t>
      </w:r>
      <w:r w:rsidRPr="00584328">
        <w:rPr>
          <w:rFonts w:ascii="Arial" w:hAnsi="Arial" w:cs="Arial"/>
          <w:sz w:val="20"/>
          <w:szCs w:val="20"/>
        </w:rPr>
        <w:t>t</w:t>
      </w:r>
      <w:r w:rsidR="00F3296B" w:rsidRPr="00584328">
        <w:rPr>
          <w:rFonts w:ascii="Arial" w:hAnsi="Arial" w:cs="Arial"/>
          <w:sz w:val="20"/>
          <w:szCs w:val="20"/>
        </w:rPr>
        <w:t>he</w:t>
      </w:r>
      <w:r w:rsidR="001E0947" w:rsidRPr="00584328">
        <w:rPr>
          <w:rFonts w:ascii="Arial" w:hAnsi="Arial" w:cs="Arial"/>
          <w:sz w:val="20"/>
          <w:szCs w:val="20"/>
        </w:rPr>
        <w:t xml:space="preserve"> </w:t>
      </w:r>
      <w:r w:rsidR="00F3296B" w:rsidRPr="00584328">
        <w:rPr>
          <w:rFonts w:ascii="Arial" w:hAnsi="Arial" w:cs="Arial"/>
          <w:sz w:val="20"/>
          <w:szCs w:val="20"/>
        </w:rPr>
        <w:t>factors</w:t>
      </w:r>
      <w:r w:rsidR="001E0947" w:rsidRPr="00584328">
        <w:rPr>
          <w:rFonts w:ascii="Arial" w:hAnsi="Arial" w:cs="Arial"/>
          <w:sz w:val="20"/>
          <w:szCs w:val="20"/>
        </w:rPr>
        <w:t xml:space="preserve"> </w:t>
      </w:r>
      <w:r w:rsidR="00F3296B" w:rsidRPr="00584328">
        <w:rPr>
          <w:rFonts w:ascii="Arial" w:hAnsi="Arial" w:cs="Arial"/>
          <w:sz w:val="20"/>
          <w:szCs w:val="20"/>
        </w:rPr>
        <w:t>influencing</w:t>
      </w:r>
      <w:r w:rsidR="001E0947" w:rsidRPr="00584328">
        <w:rPr>
          <w:rFonts w:ascii="Arial" w:hAnsi="Arial" w:cs="Arial"/>
          <w:sz w:val="20"/>
          <w:szCs w:val="20"/>
        </w:rPr>
        <w:t xml:space="preserve"> </w:t>
      </w:r>
      <w:r w:rsidR="00F3296B"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we</w:t>
      </w:r>
      <w:r w:rsidR="001E0947" w:rsidRPr="00584328">
        <w:rPr>
          <w:rFonts w:ascii="Arial" w:hAnsi="Arial" w:cs="Arial"/>
          <w:sz w:val="20"/>
          <w:szCs w:val="20"/>
        </w:rPr>
        <w:t xml:space="preserve"> </w:t>
      </w:r>
      <w:r w:rsidRPr="00584328">
        <w:rPr>
          <w:rFonts w:ascii="Arial" w:hAnsi="Arial" w:cs="Arial"/>
          <w:sz w:val="20"/>
          <w:szCs w:val="20"/>
        </w:rPr>
        <w:t>can</w:t>
      </w:r>
      <w:r w:rsidR="001E0947" w:rsidRPr="00584328">
        <w:rPr>
          <w:rFonts w:ascii="Arial" w:hAnsi="Arial" w:cs="Arial"/>
          <w:sz w:val="20"/>
          <w:szCs w:val="20"/>
        </w:rPr>
        <w:t xml:space="preserve"> </w:t>
      </w:r>
      <w:r w:rsidRPr="00584328">
        <w:rPr>
          <w:rFonts w:ascii="Arial" w:hAnsi="Arial" w:cs="Arial"/>
          <w:sz w:val="20"/>
          <w:szCs w:val="20"/>
        </w:rPr>
        <w:t>enhance</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efficiency</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microbial</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006306A1" w:rsidRPr="00584328">
        <w:rPr>
          <w:rFonts w:ascii="Arial" w:hAnsi="Arial" w:cs="Arial"/>
          <w:sz w:val="20"/>
          <w:szCs w:val="20"/>
        </w:rPr>
        <w:t>degradation</w:t>
      </w:r>
      <w:r w:rsidR="001E0947" w:rsidRPr="00584328">
        <w:rPr>
          <w:rFonts w:ascii="Arial" w:hAnsi="Arial" w:cs="Arial"/>
          <w:sz w:val="20"/>
          <w:szCs w:val="20"/>
        </w:rPr>
        <w:t xml:space="preserve"> </w:t>
      </w:r>
      <w:r w:rsidR="006306A1" w:rsidRPr="00584328">
        <w:rPr>
          <w:rFonts w:ascii="Arial" w:hAnsi="Arial" w:cs="Arial"/>
          <w:sz w:val="20"/>
          <w:szCs w:val="20"/>
        </w:rPr>
        <w:t>processes,</w:t>
      </w:r>
      <w:r w:rsidR="001E0947" w:rsidRPr="00584328">
        <w:rPr>
          <w:rFonts w:ascii="Arial" w:hAnsi="Arial" w:cs="Arial"/>
          <w:sz w:val="20"/>
          <w:szCs w:val="20"/>
        </w:rPr>
        <w:t xml:space="preserve"> </w:t>
      </w:r>
      <w:r w:rsidR="006306A1" w:rsidRPr="00584328">
        <w:rPr>
          <w:rFonts w:ascii="Arial" w:hAnsi="Arial" w:cs="Arial"/>
          <w:sz w:val="20"/>
          <w:szCs w:val="20"/>
        </w:rPr>
        <w:t>paving</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way</w:t>
      </w:r>
      <w:r w:rsidR="001E0947" w:rsidRPr="00584328">
        <w:rPr>
          <w:rFonts w:ascii="Arial" w:hAnsi="Arial" w:cs="Arial"/>
          <w:sz w:val="20"/>
          <w:szCs w:val="20"/>
        </w:rPr>
        <w:t xml:space="preserve"> </w:t>
      </w:r>
      <w:r w:rsidRPr="00584328">
        <w:rPr>
          <w:rFonts w:ascii="Arial" w:hAnsi="Arial" w:cs="Arial"/>
          <w:sz w:val="20"/>
          <w:szCs w:val="20"/>
        </w:rPr>
        <w:t>for</w:t>
      </w:r>
      <w:r w:rsidR="001E0947" w:rsidRPr="00584328">
        <w:rPr>
          <w:rFonts w:ascii="Arial" w:hAnsi="Arial" w:cs="Arial"/>
          <w:sz w:val="20"/>
          <w:szCs w:val="20"/>
        </w:rPr>
        <w:t xml:space="preserve"> </w:t>
      </w:r>
      <w:r w:rsidRPr="00584328">
        <w:rPr>
          <w:rFonts w:ascii="Arial" w:hAnsi="Arial" w:cs="Arial"/>
          <w:sz w:val="20"/>
          <w:szCs w:val="20"/>
        </w:rPr>
        <w:t>sustainable</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eco-friendly</w:t>
      </w:r>
      <w:r w:rsidR="001E0947" w:rsidRPr="00584328">
        <w:rPr>
          <w:rFonts w:ascii="Arial" w:hAnsi="Arial" w:cs="Arial"/>
          <w:sz w:val="20"/>
          <w:szCs w:val="20"/>
        </w:rPr>
        <w:t xml:space="preserve"> </w:t>
      </w:r>
      <w:r w:rsidRPr="00584328">
        <w:rPr>
          <w:rFonts w:ascii="Arial" w:hAnsi="Arial" w:cs="Arial"/>
          <w:sz w:val="20"/>
          <w:szCs w:val="20"/>
        </w:rPr>
        <w:t>waste</w:t>
      </w:r>
      <w:r w:rsidR="001E0947" w:rsidRPr="00584328">
        <w:rPr>
          <w:rFonts w:ascii="Arial" w:hAnsi="Arial" w:cs="Arial"/>
          <w:sz w:val="20"/>
          <w:szCs w:val="20"/>
        </w:rPr>
        <w:t xml:space="preserve"> </w:t>
      </w:r>
      <w:r w:rsidRPr="00584328">
        <w:rPr>
          <w:rFonts w:ascii="Arial" w:hAnsi="Arial" w:cs="Arial"/>
          <w:sz w:val="20"/>
          <w:szCs w:val="20"/>
        </w:rPr>
        <w:t>management</w:t>
      </w:r>
      <w:r w:rsidR="001E0947" w:rsidRPr="00584328">
        <w:rPr>
          <w:rFonts w:ascii="Arial" w:hAnsi="Arial" w:cs="Arial"/>
          <w:sz w:val="20"/>
          <w:szCs w:val="20"/>
        </w:rPr>
        <w:t xml:space="preserve"> </w:t>
      </w:r>
      <w:r w:rsidRPr="00584328">
        <w:rPr>
          <w:rFonts w:ascii="Arial" w:hAnsi="Arial" w:cs="Arial"/>
          <w:sz w:val="20"/>
          <w:szCs w:val="20"/>
        </w:rPr>
        <w:t>strategies</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poultry</w:t>
      </w:r>
      <w:r w:rsidR="001E0947" w:rsidRPr="00584328">
        <w:rPr>
          <w:rFonts w:ascii="Arial" w:hAnsi="Arial" w:cs="Arial"/>
          <w:sz w:val="20"/>
          <w:szCs w:val="20"/>
        </w:rPr>
        <w:t xml:space="preserve"> </w:t>
      </w:r>
      <w:r w:rsidRPr="00584328">
        <w:rPr>
          <w:rFonts w:ascii="Arial" w:hAnsi="Arial" w:cs="Arial"/>
          <w:sz w:val="20"/>
          <w:szCs w:val="20"/>
        </w:rPr>
        <w:t>industry.</w:t>
      </w:r>
      <w:r w:rsidR="001E0947" w:rsidRPr="00584328">
        <w:rPr>
          <w:rFonts w:ascii="Arial" w:hAnsi="Arial" w:cs="Arial"/>
          <w:sz w:val="20"/>
          <w:szCs w:val="20"/>
        </w:rPr>
        <w:t xml:space="preserve"> </w:t>
      </w:r>
    </w:p>
    <w:p w14:paraId="5F3B197E" w14:textId="0EB2922D" w:rsidR="001332D6" w:rsidRPr="00584328" w:rsidRDefault="00777CEC" w:rsidP="00584328">
      <w:pPr>
        <w:tabs>
          <w:tab w:val="left" w:pos="360"/>
          <w:tab w:val="left" w:pos="8100"/>
        </w:tabs>
        <w:spacing w:after="240"/>
        <w:jc w:val="both"/>
        <w:rPr>
          <w:rFonts w:ascii="Arial" w:hAnsi="Arial" w:cs="Arial"/>
          <w:sz w:val="20"/>
          <w:szCs w:val="20"/>
        </w:rPr>
      </w:pP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primarily</w:t>
      </w:r>
      <w:r w:rsidR="001E0947" w:rsidRPr="00584328">
        <w:rPr>
          <w:rFonts w:ascii="Arial" w:hAnsi="Arial" w:cs="Arial"/>
          <w:sz w:val="20"/>
          <w:szCs w:val="20"/>
        </w:rPr>
        <w:t xml:space="preserve"> </w:t>
      </w:r>
      <w:r w:rsidRPr="00584328">
        <w:rPr>
          <w:rFonts w:ascii="Arial" w:hAnsi="Arial" w:cs="Arial"/>
          <w:sz w:val="20"/>
          <w:szCs w:val="20"/>
        </w:rPr>
        <w:t>composed</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same</w:t>
      </w:r>
      <w:r w:rsidR="001E0947" w:rsidRPr="00584328">
        <w:rPr>
          <w:rFonts w:ascii="Arial" w:hAnsi="Arial" w:cs="Arial"/>
          <w:sz w:val="20"/>
          <w:szCs w:val="20"/>
        </w:rPr>
        <w:t xml:space="preserve"> </w:t>
      </w:r>
      <w:r w:rsidRPr="00584328">
        <w:rPr>
          <w:rFonts w:ascii="Arial" w:hAnsi="Arial" w:cs="Arial"/>
          <w:sz w:val="20"/>
          <w:szCs w:val="20"/>
        </w:rPr>
        <w:t>protein</w:t>
      </w:r>
      <w:r w:rsidR="001E0947" w:rsidRPr="00584328">
        <w:rPr>
          <w:rFonts w:ascii="Arial" w:hAnsi="Arial" w:cs="Arial"/>
          <w:sz w:val="20"/>
          <w:szCs w:val="20"/>
        </w:rPr>
        <w:t xml:space="preserve"> </w:t>
      </w:r>
      <w:r w:rsidR="00F3296B" w:rsidRPr="00584328">
        <w:rPr>
          <w:rFonts w:ascii="Arial" w:hAnsi="Arial" w:cs="Arial"/>
          <w:sz w:val="20"/>
          <w:szCs w:val="20"/>
        </w:rPr>
        <w:t>found</w:t>
      </w:r>
      <w:r w:rsidR="001E0947" w:rsidRPr="00584328">
        <w:rPr>
          <w:rFonts w:ascii="Arial" w:hAnsi="Arial" w:cs="Arial"/>
          <w:sz w:val="20"/>
          <w:szCs w:val="20"/>
        </w:rPr>
        <w:t xml:space="preserve"> </w:t>
      </w:r>
      <w:r w:rsidR="00F3296B" w:rsidRPr="00584328">
        <w:rPr>
          <w:rFonts w:ascii="Arial" w:hAnsi="Arial" w:cs="Arial"/>
          <w:sz w:val="20"/>
          <w:szCs w:val="20"/>
        </w:rPr>
        <w:t>in</w:t>
      </w:r>
      <w:r w:rsidR="001E0947" w:rsidRPr="00584328">
        <w:rPr>
          <w:rFonts w:ascii="Arial" w:hAnsi="Arial" w:cs="Arial"/>
          <w:sz w:val="20"/>
          <w:szCs w:val="20"/>
        </w:rPr>
        <w:t xml:space="preserve"> </w:t>
      </w:r>
      <w:r w:rsidR="00F3296B" w:rsidRPr="00584328">
        <w:rPr>
          <w:rFonts w:ascii="Arial" w:hAnsi="Arial" w:cs="Arial"/>
          <w:sz w:val="20"/>
          <w:szCs w:val="20"/>
        </w:rPr>
        <w:t>human</w:t>
      </w:r>
      <w:r w:rsidR="001E0947" w:rsidRPr="00584328">
        <w:rPr>
          <w:rFonts w:ascii="Arial" w:hAnsi="Arial" w:cs="Arial"/>
          <w:sz w:val="20"/>
          <w:szCs w:val="20"/>
        </w:rPr>
        <w:t xml:space="preserve"> </w:t>
      </w:r>
      <w:r w:rsidR="00F3296B" w:rsidRPr="00584328">
        <w:rPr>
          <w:rFonts w:ascii="Arial" w:hAnsi="Arial" w:cs="Arial"/>
          <w:sz w:val="20"/>
          <w:szCs w:val="20"/>
        </w:rPr>
        <w:t>hair</w:t>
      </w:r>
      <w:r w:rsidR="001E0947"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00F3296B" w:rsidRPr="00584328">
        <w:rPr>
          <w:rFonts w:ascii="Arial" w:hAnsi="Arial" w:cs="Arial"/>
          <w:sz w:val="20"/>
          <w:szCs w:val="20"/>
        </w:rPr>
        <w:t>nails.</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provides</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with</w:t>
      </w:r>
      <w:r w:rsidR="001E0947" w:rsidRPr="00584328">
        <w:rPr>
          <w:rFonts w:ascii="Arial" w:hAnsi="Arial" w:cs="Arial"/>
          <w:sz w:val="20"/>
          <w:szCs w:val="20"/>
        </w:rPr>
        <w:t xml:space="preserve"> </w:t>
      </w:r>
      <w:r w:rsidRPr="00584328">
        <w:rPr>
          <w:rFonts w:ascii="Arial" w:hAnsi="Arial" w:cs="Arial"/>
          <w:sz w:val="20"/>
          <w:szCs w:val="20"/>
        </w:rPr>
        <w:t>strength,</w:t>
      </w:r>
      <w:r w:rsidR="001E0947" w:rsidRPr="00584328">
        <w:rPr>
          <w:rFonts w:ascii="Arial" w:hAnsi="Arial" w:cs="Arial"/>
          <w:sz w:val="20"/>
          <w:szCs w:val="20"/>
        </w:rPr>
        <w:t xml:space="preserve"> </w:t>
      </w:r>
      <w:r w:rsidRPr="00584328">
        <w:rPr>
          <w:rFonts w:ascii="Arial" w:hAnsi="Arial" w:cs="Arial"/>
          <w:sz w:val="20"/>
          <w:szCs w:val="20"/>
        </w:rPr>
        <w:t>flexibility,</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resistance</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00F3296B" w:rsidRPr="00584328">
        <w:rPr>
          <w:rFonts w:ascii="Arial" w:hAnsi="Arial" w:cs="Arial"/>
          <w:sz w:val="20"/>
          <w:szCs w:val="20"/>
        </w:rPr>
        <w:t>wear</w:t>
      </w:r>
      <w:r w:rsidR="001E0947"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00F3296B" w:rsidRPr="00584328">
        <w:rPr>
          <w:rFonts w:ascii="Arial" w:hAnsi="Arial" w:cs="Arial"/>
          <w:sz w:val="20"/>
          <w:szCs w:val="20"/>
        </w:rPr>
        <w:t>tear.</w:t>
      </w:r>
      <w:r w:rsidR="001E0947" w:rsidRPr="00584328">
        <w:rPr>
          <w:rFonts w:ascii="Arial" w:hAnsi="Arial" w:cs="Arial"/>
          <w:sz w:val="20"/>
          <w:szCs w:val="20"/>
        </w:rPr>
        <w:t xml:space="preserve"> </w:t>
      </w:r>
      <w:r w:rsidR="00F3296B" w:rsidRPr="00584328">
        <w:rPr>
          <w:rFonts w:ascii="Arial" w:hAnsi="Arial" w:cs="Arial"/>
          <w:sz w:val="20"/>
          <w:szCs w:val="20"/>
        </w:rPr>
        <w:t>This</w:t>
      </w:r>
      <w:r w:rsidR="001E0947" w:rsidRPr="00584328">
        <w:rPr>
          <w:rFonts w:ascii="Arial" w:hAnsi="Arial" w:cs="Arial"/>
          <w:sz w:val="20"/>
          <w:szCs w:val="20"/>
        </w:rPr>
        <w:t xml:space="preserve"> </w:t>
      </w:r>
      <w:r w:rsidR="00F3296B" w:rsidRPr="00584328">
        <w:rPr>
          <w:rFonts w:ascii="Arial" w:hAnsi="Arial" w:cs="Arial"/>
          <w:sz w:val="20"/>
          <w:szCs w:val="20"/>
        </w:rPr>
        <w:t>structural</w:t>
      </w:r>
      <w:r w:rsidR="001E0947" w:rsidRPr="00584328">
        <w:rPr>
          <w:rFonts w:ascii="Arial" w:hAnsi="Arial" w:cs="Arial"/>
          <w:sz w:val="20"/>
          <w:szCs w:val="20"/>
        </w:rPr>
        <w:t xml:space="preserve"> </w:t>
      </w:r>
      <w:r w:rsidRPr="00584328">
        <w:rPr>
          <w:rFonts w:ascii="Arial" w:hAnsi="Arial" w:cs="Arial"/>
          <w:sz w:val="20"/>
          <w:szCs w:val="20"/>
        </w:rPr>
        <w:t>protein</w:t>
      </w:r>
      <w:r w:rsidR="001E0947" w:rsidRPr="00584328">
        <w:rPr>
          <w:rFonts w:ascii="Arial" w:hAnsi="Arial" w:cs="Arial"/>
          <w:sz w:val="20"/>
          <w:szCs w:val="20"/>
        </w:rPr>
        <w:t xml:space="preserve"> </w:t>
      </w:r>
      <w:r w:rsidRPr="00584328">
        <w:rPr>
          <w:rFonts w:ascii="Arial" w:hAnsi="Arial" w:cs="Arial"/>
          <w:sz w:val="20"/>
          <w:szCs w:val="20"/>
        </w:rPr>
        <w:t>forms</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central</w:t>
      </w:r>
      <w:r w:rsidR="001E0947" w:rsidRPr="00584328">
        <w:rPr>
          <w:rFonts w:ascii="Arial" w:hAnsi="Arial" w:cs="Arial"/>
          <w:sz w:val="20"/>
          <w:szCs w:val="20"/>
        </w:rPr>
        <w:t xml:space="preserve"> </w:t>
      </w:r>
      <w:r w:rsidRPr="00584328">
        <w:rPr>
          <w:rFonts w:ascii="Arial" w:hAnsi="Arial" w:cs="Arial"/>
          <w:sz w:val="20"/>
          <w:szCs w:val="20"/>
        </w:rPr>
        <w:t>shaft,</w:t>
      </w:r>
      <w:r w:rsidR="001E0947" w:rsidRPr="00584328">
        <w:rPr>
          <w:rFonts w:ascii="Arial" w:hAnsi="Arial" w:cs="Arial"/>
          <w:sz w:val="20"/>
          <w:szCs w:val="20"/>
        </w:rPr>
        <w:t xml:space="preserve"> </w:t>
      </w:r>
      <w:r w:rsidRPr="00584328">
        <w:rPr>
          <w:rFonts w:ascii="Arial" w:hAnsi="Arial" w:cs="Arial"/>
          <w:sz w:val="20"/>
          <w:szCs w:val="20"/>
        </w:rPr>
        <w:t>or</w:t>
      </w:r>
      <w:r w:rsidR="001E0947" w:rsidRPr="00584328">
        <w:rPr>
          <w:rFonts w:ascii="Arial" w:hAnsi="Arial" w:cs="Arial"/>
          <w:sz w:val="20"/>
          <w:szCs w:val="20"/>
        </w:rPr>
        <w:t xml:space="preserve"> </w:t>
      </w:r>
      <w:r w:rsidRPr="00584328">
        <w:rPr>
          <w:rFonts w:ascii="Arial" w:hAnsi="Arial" w:cs="Arial"/>
          <w:sz w:val="20"/>
          <w:szCs w:val="20"/>
        </w:rPr>
        <w:t>rachis</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as</w:t>
      </w:r>
      <w:r w:rsidR="001E0947" w:rsidRPr="00584328">
        <w:rPr>
          <w:rFonts w:ascii="Arial" w:hAnsi="Arial" w:cs="Arial"/>
          <w:sz w:val="20"/>
          <w:szCs w:val="20"/>
        </w:rPr>
        <w:t xml:space="preserve"> </w:t>
      </w:r>
      <w:r w:rsidRPr="00584328">
        <w:rPr>
          <w:rFonts w:ascii="Arial" w:hAnsi="Arial" w:cs="Arial"/>
          <w:sz w:val="20"/>
          <w:szCs w:val="20"/>
        </w:rPr>
        <w:t>well</w:t>
      </w:r>
      <w:r w:rsidR="001E0947" w:rsidRPr="00584328">
        <w:rPr>
          <w:rFonts w:ascii="Arial" w:hAnsi="Arial" w:cs="Arial"/>
          <w:sz w:val="20"/>
          <w:szCs w:val="20"/>
        </w:rPr>
        <w:t xml:space="preserve"> </w:t>
      </w:r>
      <w:r w:rsidR="006306A1" w:rsidRPr="00584328">
        <w:rPr>
          <w:rFonts w:ascii="Arial" w:hAnsi="Arial" w:cs="Arial"/>
          <w:sz w:val="20"/>
          <w:szCs w:val="20"/>
        </w:rPr>
        <w:t>as</w:t>
      </w:r>
      <w:r w:rsidR="001E0947" w:rsidRPr="00584328">
        <w:rPr>
          <w:rFonts w:ascii="Arial" w:hAnsi="Arial" w:cs="Arial"/>
          <w:sz w:val="20"/>
          <w:szCs w:val="20"/>
        </w:rPr>
        <w:t xml:space="preserve"> </w:t>
      </w:r>
      <w:r w:rsidR="006306A1" w:rsidRPr="00584328">
        <w:rPr>
          <w:rFonts w:ascii="Arial" w:hAnsi="Arial" w:cs="Arial"/>
          <w:sz w:val="20"/>
          <w:szCs w:val="20"/>
        </w:rPr>
        <w:t>the</w:t>
      </w:r>
      <w:r w:rsidR="001E0947" w:rsidRPr="00584328">
        <w:rPr>
          <w:rFonts w:ascii="Arial" w:hAnsi="Arial" w:cs="Arial"/>
          <w:sz w:val="20"/>
          <w:szCs w:val="20"/>
        </w:rPr>
        <w:t xml:space="preserve"> </w:t>
      </w:r>
      <w:r w:rsidR="006306A1" w:rsidRPr="00584328">
        <w:rPr>
          <w:rFonts w:ascii="Arial" w:hAnsi="Arial" w:cs="Arial"/>
          <w:sz w:val="20"/>
          <w:szCs w:val="20"/>
        </w:rPr>
        <w:t>barbs</w:t>
      </w:r>
      <w:r w:rsidR="001E0947" w:rsidRPr="00584328">
        <w:rPr>
          <w:rFonts w:ascii="Arial" w:hAnsi="Arial" w:cs="Arial"/>
          <w:sz w:val="20"/>
          <w:szCs w:val="20"/>
        </w:rPr>
        <w:t xml:space="preserve"> </w:t>
      </w:r>
      <w:r w:rsidR="006306A1" w:rsidRPr="00584328">
        <w:rPr>
          <w:rFonts w:ascii="Arial" w:hAnsi="Arial" w:cs="Arial"/>
          <w:sz w:val="20"/>
          <w:szCs w:val="20"/>
        </w:rPr>
        <w:t>and</w:t>
      </w:r>
      <w:r w:rsidR="001E0947" w:rsidRPr="00584328">
        <w:rPr>
          <w:rFonts w:ascii="Arial" w:hAnsi="Arial" w:cs="Arial"/>
          <w:sz w:val="20"/>
          <w:szCs w:val="20"/>
        </w:rPr>
        <w:t xml:space="preserve"> </w:t>
      </w:r>
      <w:r w:rsidR="006306A1" w:rsidRPr="00584328">
        <w:rPr>
          <w:rFonts w:ascii="Arial" w:hAnsi="Arial" w:cs="Arial"/>
          <w:sz w:val="20"/>
          <w:szCs w:val="20"/>
        </w:rPr>
        <w:t>barbules</w:t>
      </w:r>
      <w:r w:rsidR="001E0947" w:rsidRPr="00584328">
        <w:rPr>
          <w:rFonts w:ascii="Arial" w:hAnsi="Arial" w:cs="Arial"/>
          <w:sz w:val="20"/>
          <w:szCs w:val="20"/>
        </w:rPr>
        <w:t xml:space="preserve"> </w:t>
      </w:r>
      <w:r w:rsidR="006306A1" w:rsidRPr="00584328">
        <w:rPr>
          <w:rFonts w:ascii="Arial" w:hAnsi="Arial" w:cs="Arial"/>
          <w:sz w:val="20"/>
          <w:szCs w:val="20"/>
        </w:rPr>
        <w:t>that</w:t>
      </w:r>
      <w:r w:rsidR="001E0947" w:rsidRPr="00584328">
        <w:rPr>
          <w:rFonts w:ascii="Arial" w:hAnsi="Arial" w:cs="Arial"/>
          <w:sz w:val="20"/>
          <w:szCs w:val="20"/>
        </w:rPr>
        <w:t xml:space="preserve"> </w:t>
      </w:r>
      <w:r w:rsidRPr="00584328">
        <w:rPr>
          <w:rFonts w:ascii="Arial" w:hAnsi="Arial" w:cs="Arial"/>
          <w:sz w:val="20"/>
          <w:szCs w:val="20"/>
        </w:rPr>
        <w:t>branch</w:t>
      </w:r>
      <w:r w:rsidR="001E0947" w:rsidRPr="00584328">
        <w:rPr>
          <w:rFonts w:ascii="Arial" w:hAnsi="Arial" w:cs="Arial"/>
          <w:sz w:val="20"/>
          <w:szCs w:val="20"/>
        </w:rPr>
        <w:t xml:space="preserve"> </w:t>
      </w:r>
      <w:r w:rsidRPr="00584328">
        <w:rPr>
          <w:rFonts w:ascii="Arial" w:hAnsi="Arial" w:cs="Arial"/>
          <w:sz w:val="20"/>
          <w:szCs w:val="20"/>
        </w:rPr>
        <w:t>off</w:t>
      </w:r>
      <w:r w:rsidR="001E0947" w:rsidRPr="00584328">
        <w:rPr>
          <w:rFonts w:ascii="Arial" w:hAnsi="Arial" w:cs="Arial"/>
          <w:sz w:val="20"/>
          <w:szCs w:val="20"/>
        </w:rPr>
        <w:t xml:space="preserve"> </w:t>
      </w:r>
      <w:r w:rsidRPr="00584328">
        <w:rPr>
          <w:rFonts w:ascii="Arial" w:hAnsi="Arial" w:cs="Arial"/>
          <w:sz w:val="20"/>
          <w:szCs w:val="20"/>
        </w:rPr>
        <w:t>from</w:t>
      </w:r>
      <w:r w:rsidR="001E0947" w:rsidRPr="00584328">
        <w:rPr>
          <w:rFonts w:ascii="Arial" w:hAnsi="Arial" w:cs="Arial"/>
          <w:sz w:val="20"/>
          <w:szCs w:val="20"/>
        </w:rPr>
        <w:t xml:space="preserve"> </w:t>
      </w:r>
      <w:r w:rsidRPr="00584328">
        <w:rPr>
          <w:rFonts w:ascii="Arial" w:hAnsi="Arial" w:cs="Arial"/>
          <w:sz w:val="20"/>
          <w:szCs w:val="20"/>
        </w:rPr>
        <w:t>it.</w:t>
      </w:r>
      <w:r w:rsidR="001E0947" w:rsidRPr="00584328">
        <w:rPr>
          <w:rFonts w:ascii="Arial" w:hAnsi="Arial" w:cs="Arial"/>
          <w:sz w:val="20"/>
          <w:szCs w:val="20"/>
        </w:rPr>
        <w:t xml:space="preserve"> </w:t>
      </w:r>
      <w:r w:rsidRPr="00584328">
        <w:rPr>
          <w:rFonts w:ascii="Arial" w:hAnsi="Arial" w:cs="Arial"/>
          <w:sz w:val="20"/>
          <w:szCs w:val="20"/>
        </w:rPr>
        <w:t>This</w:t>
      </w:r>
      <w:r w:rsidR="001E0947" w:rsidRPr="00584328">
        <w:rPr>
          <w:rFonts w:ascii="Arial" w:hAnsi="Arial" w:cs="Arial"/>
          <w:sz w:val="20"/>
          <w:szCs w:val="20"/>
        </w:rPr>
        <w:t xml:space="preserve"> </w:t>
      </w:r>
      <w:r w:rsidRPr="00584328">
        <w:rPr>
          <w:rFonts w:ascii="Arial" w:hAnsi="Arial" w:cs="Arial"/>
          <w:sz w:val="20"/>
          <w:szCs w:val="20"/>
        </w:rPr>
        <w:t>intricate</w:t>
      </w:r>
      <w:r w:rsidR="001E0947" w:rsidRPr="00584328">
        <w:rPr>
          <w:rFonts w:ascii="Arial" w:hAnsi="Arial" w:cs="Arial"/>
          <w:sz w:val="20"/>
          <w:szCs w:val="20"/>
        </w:rPr>
        <w:t xml:space="preserve"> </w:t>
      </w:r>
      <w:r w:rsidRPr="00584328">
        <w:rPr>
          <w:rFonts w:ascii="Arial" w:hAnsi="Arial" w:cs="Arial"/>
          <w:sz w:val="20"/>
          <w:szCs w:val="20"/>
        </w:rPr>
        <w:t>arrangement</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gives</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their</w:t>
      </w:r>
      <w:r w:rsidR="001E0947" w:rsidRPr="00584328">
        <w:rPr>
          <w:rFonts w:ascii="Arial" w:hAnsi="Arial" w:cs="Arial"/>
          <w:sz w:val="20"/>
          <w:szCs w:val="20"/>
        </w:rPr>
        <w:t xml:space="preserve"> </w:t>
      </w:r>
      <w:r w:rsidR="00F3296B" w:rsidRPr="00584328">
        <w:rPr>
          <w:rFonts w:ascii="Arial" w:hAnsi="Arial" w:cs="Arial"/>
          <w:sz w:val="20"/>
          <w:szCs w:val="20"/>
        </w:rPr>
        <w:t>unique</w:t>
      </w:r>
      <w:r w:rsidR="001E0947" w:rsidRPr="00584328">
        <w:rPr>
          <w:rFonts w:ascii="Arial" w:hAnsi="Arial" w:cs="Arial"/>
          <w:sz w:val="20"/>
          <w:szCs w:val="20"/>
        </w:rPr>
        <w:t xml:space="preserve"> </w:t>
      </w:r>
      <w:r w:rsidR="00F3296B" w:rsidRPr="00584328">
        <w:rPr>
          <w:rFonts w:ascii="Arial" w:hAnsi="Arial" w:cs="Arial"/>
          <w:sz w:val="20"/>
          <w:szCs w:val="20"/>
        </w:rPr>
        <w:t>shape</w:t>
      </w:r>
      <w:r w:rsidR="001E0947" w:rsidRPr="00584328">
        <w:rPr>
          <w:rFonts w:ascii="Arial" w:hAnsi="Arial" w:cs="Arial"/>
          <w:sz w:val="20"/>
          <w:szCs w:val="20"/>
        </w:rPr>
        <w:t xml:space="preserve"> </w:t>
      </w:r>
      <w:r w:rsidR="00F3296B"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enables</w:t>
      </w:r>
      <w:r w:rsidR="001E0947" w:rsidRPr="00584328">
        <w:rPr>
          <w:rFonts w:ascii="Arial" w:hAnsi="Arial" w:cs="Arial"/>
          <w:sz w:val="20"/>
          <w:szCs w:val="20"/>
        </w:rPr>
        <w:t xml:space="preserve"> </w:t>
      </w:r>
      <w:r w:rsidRPr="00584328">
        <w:rPr>
          <w:rFonts w:ascii="Arial" w:hAnsi="Arial" w:cs="Arial"/>
          <w:sz w:val="20"/>
          <w:szCs w:val="20"/>
        </w:rPr>
        <w:t>birds</w:t>
      </w:r>
      <w:r w:rsidR="001E0947" w:rsidRPr="00584328">
        <w:rPr>
          <w:rFonts w:ascii="Arial" w:hAnsi="Arial" w:cs="Arial"/>
          <w:sz w:val="20"/>
          <w:szCs w:val="20"/>
        </w:rPr>
        <w:t xml:space="preserve"> </w:t>
      </w:r>
      <w:r w:rsidRPr="00584328">
        <w:rPr>
          <w:rFonts w:ascii="Arial" w:hAnsi="Arial" w:cs="Arial"/>
          <w:sz w:val="20"/>
          <w:szCs w:val="20"/>
        </w:rPr>
        <w:t>to</w:t>
      </w:r>
      <w:r w:rsidR="001E0947" w:rsidRPr="00584328">
        <w:rPr>
          <w:rFonts w:ascii="Arial" w:hAnsi="Arial" w:cs="Arial"/>
          <w:sz w:val="20"/>
          <w:szCs w:val="20"/>
        </w:rPr>
        <w:t xml:space="preserve"> </w:t>
      </w:r>
      <w:r w:rsidRPr="00584328">
        <w:rPr>
          <w:rFonts w:ascii="Arial" w:hAnsi="Arial" w:cs="Arial"/>
          <w:sz w:val="20"/>
          <w:szCs w:val="20"/>
        </w:rPr>
        <w:t>perform</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variety</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functions,</w:t>
      </w:r>
      <w:r w:rsidR="001E0947" w:rsidRPr="00584328">
        <w:rPr>
          <w:rFonts w:ascii="Arial" w:hAnsi="Arial" w:cs="Arial"/>
          <w:sz w:val="20"/>
          <w:szCs w:val="20"/>
        </w:rPr>
        <w:t xml:space="preserve"> </w:t>
      </w:r>
      <w:r w:rsidRPr="00584328">
        <w:rPr>
          <w:rFonts w:ascii="Arial" w:hAnsi="Arial" w:cs="Arial"/>
          <w:sz w:val="20"/>
          <w:szCs w:val="20"/>
        </w:rPr>
        <w:t>such</w:t>
      </w:r>
      <w:r w:rsidR="001E0947" w:rsidRPr="00584328">
        <w:rPr>
          <w:rFonts w:ascii="Arial" w:hAnsi="Arial" w:cs="Arial"/>
          <w:sz w:val="20"/>
          <w:szCs w:val="20"/>
        </w:rPr>
        <w:t xml:space="preserve"> </w:t>
      </w:r>
      <w:r w:rsidRPr="00584328">
        <w:rPr>
          <w:rFonts w:ascii="Arial" w:hAnsi="Arial" w:cs="Arial"/>
          <w:sz w:val="20"/>
          <w:szCs w:val="20"/>
        </w:rPr>
        <w:t>as</w:t>
      </w:r>
      <w:r w:rsidR="001E0947" w:rsidRPr="00584328">
        <w:rPr>
          <w:rFonts w:ascii="Arial" w:hAnsi="Arial" w:cs="Arial"/>
          <w:sz w:val="20"/>
          <w:szCs w:val="20"/>
        </w:rPr>
        <w:t xml:space="preserve"> </w:t>
      </w:r>
      <w:r w:rsidRPr="00584328">
        <w:rPr>
          <w:rFonts w:ascii="Arial" w:hAnsi="Arial" w:cs="Arial"/>
          <w:sz w:val="20"/>
          <w:szCs w:val="20"/>
        </w:rPr>
        <w:t>fl</w:t>
      </w:r>
      <w:r w:rsidR="00F3296B" w:rsidRPr="00584328">
        <w:rPr>
          <w:rFonts w:ascii="Arial" w:hAnsi="Arial" w:cs="Arial"/>
          <w:sz w:val="20"/>
          <w:szCs w:val="20"/>
        </w:rPr>
        <w:t>ying</w:t>
      </w:r>
      <w:r w:rsidR="001E0947" w:rsidRPr="00584328">
        <w:rPr>
          <w:rFonts w:ascii="Arial" w:hAnsi="Arial" w:cs="Arial"/>
          <w:sz w:val="20"/>
          <w:szCs w:val="20"/>
        </w:rPr>
        <w:t xml:space="preserve"> </w:t>
      </w:r>
      <w:r w:rsidR="007C5AB9" w:rsidRPr="00584328">
        <w:rPr>
          <w:rFonts w:ascii="Arial" w:hAnsi="Arial" w:cs="Arial"/>
          <w:sz w:val="20"/>
          <w:szCs w:val="20"/>
        </w:rPr>
        <w:t xml:space="preserve">and </w:t>
      </w:r>
      <w:r w:rsidR="00F3296B" w:rsidRPr="00584328">
        <w:rPr>
          <w:rFonts w:ascii="Arial" w:hAnsi="Arial" w:cs="Arial"/>
          <w:sz w:val="20"/>
          <w:szCs w:val="20"/>
        </w:rPr>
        <w:t>maintaining</w:t>
      </w:r>
      <w:r w:rsidR="001E0947" w:rsidRPr="00584328">
        <w:rPr>
          <w:rFonts w:ascii="Arial" w:hAnsi="Arial" w:cs="Arial"/>
          <w:sz w:val="20"/>
          <w:szCs w:val="20"/>
        </w:rPr>
        <w:t xml:space="preserve"> </w:t>
      </w:r>
      <w:r w:rsidR="00F3296B" w:rsidRPr="00584328">
        <w:rPr>
          <w:rFonts w:ascii="Arial" w:hAnsi="Arial" w:cs="Arial"/>
          <w:sz w:val="20"/>
          <w:szCs w:val="20"/>
        </w:rPr>
        <w:t>their</w:t>
      </w:r>
      <w:r w:rsidR="001E0947" w:rsidRPr="00584328">
        <w:rPr>
          <w:rFonts w:ascii="Arial" w:hAnsi="Arial" w:cs="Arial"/>
          <w:sz w:val="20"/>
          <w:szCs w:val="20"/>
        </w:rPr>
        <w:t xml:space="preserve"> </w:t>
      </w:r>
      <w:r w:rsidR="00F3296B" w:rsidRPr="00584328">
        <w:rPr>
          <w:rFonts w:ascii="Arial" w:hAnsi="Arial" w:cs="Arial"/>
          <w:sz w:val="20"/>
          <w:szCs w:val="20"/>
        </w:rPr>
        <w:t>body</w:t>
      </w:r>
      <w:r w:rsidR="001E0947" w:rsidRPr="00584328">
        <w:rPr>
          <w:rFonts w:ascii="Arial" w:hAnsi="Arial" w:cs="Arial"/>
          <w:sz w:val="20"/>
          <w:szCs w:val="20"/>
        </w:rPr>
        <w:t xml:space="preserve"> </w:t>
      </w:r>
      <w:r w:rsidRPr="00584328">
        <w:rPr>
          <w:rFonts w:ascii="Arial" w:hAnsi="Arial" w:cs="Arial"/>
          <w:sz w:val="20"/>
          <w:szCs w:val="20"/>
        </w:rPr>
        <w:t>temperature.</w:t>
      </w:r>
      <w:r w:rsidR="001E0947" w:rsidRPr="00584328">
        <w:rPr>
          <w:rFonts w:ascii="Arial" w:hAnsi="Arial" w:cs="Arial"/>
          <w:sz w:val="20"/>
          <w:szCs w:val="20"/>
        </w:rPr>
        <w:t xml:space="preserve"> </w:t>
      </w:r>
      <w:r w:rsidRPr="00584328">
        <w:rPr>
          <w:rFonts w:ascii="Arial" w:hAnsi="Arial" w:cs="Arial"/>
          <w:sz w:val="20"/>
          <w:szCs w:val="20"/>
        </w:rPr>
        <w:t>Keratin</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structural</w:t>
      </w:r>
      <w:r w:rsidR="001E0947" w:rsidRPr="00584328">
        <w:rPr>
          <w:rFonts w:ascii="Arial" w:hAnsi="Arial" w:cs="Arial"/>
          <w:sz w:val="20"/>
          <w:szCs w:val="20"/>
        </w:rPr>
        <w:t xml:space="preserve"> </w:t>
      </w:r>
      <w:r w:rsidRPr="00584328">
        <w:rPr>
          <w:rFonts w:ascii="Arial" w:hAnsi="Arial" w:cs="Arial"/>
          <w:sz w:val="20"/>
          <w:szCs w:val="20"/>
        </w:rPr>
        <w:t>protein</w:t>
      </w:r>
      <w:r w:rsidR="001E0947" w:rsidRPr="00584328">
        <w:rPr>
          <w:rFonts w:ascii="Arial" w:hAnsi="Arial" w:cs="Arial"/>
          <w:sz w:val="20"/>
          <w:szCs w:val="20"/>
        </w:rPr>
        <w:t xml:space="preserve"> </w:t>
      </w:r>
      <w:r w:rsidRPr="00584328">
        <w:rPr>
          <w:rFonts w:ascii="Arial" w:hAnsi="Arial" w:cs="Arial"/>
          <w:sz w:val="20"/>
          <w:szCs w:val="20"/>
        </w:rPr>
        <w:t>which</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found</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avian</w:t>
      </w:r>
      <w:r w:rsidR="001E0947" w:rsidRPr="00584328">
        <w:rPr>
          <w:rFonts w:ascii="Arial" w:hAnsi="Arial" w:cs="Arial"/>
          <w:sz w:val="20"/>
          <w:szCs w:val="20"/>
        </w:rPr>
        <w:t xml:space="preserve"> </w:t>
      </w:r>
      <w:r w:rsidR="00F3296B" w:rsidRPr="00584328">
        <w:rPr>
          <w:rFonts w:ascii="Arial" w:hAnsi="Arial" w:cs="Arial"/>
          <w:sz w:val="20"/>
          <w:szCs w:val="20"/>
        </w:rPr>
        <w:t>feathers.</w:t>
      </w:r>
      <w:r w:rsidR="001E0947" w:rsidRPr="00584328">
        <w:rPr>
          <w:rFonts w:ascii="Arial" w:hAnsi="Arial" w:cs="Arial"/>
          <w:sz w:val="20"/>
          <w:szCs w:val="20"/>
        </w:rPr>
        <w:t xml:space="preserve"> </w:t>
      </w:r>
      <w:r w:rsidR="00F3296B" w:rsidRPr="00584328">
        <w:rPr>
          <w:rFonts w:ascii="Arial" w:hAnsi="Arial" w:cs="Arial"/>
          <w:sz w:val="20"/>
          <w:szCs w:val="20"/>
        </w:rPr>
        <w:t>It</w:t>
      </w:r>
      <w:r w:rsidR="001E0947" w:rsidRPr="00584328">
        <w:rPr>
          <w:rFonts w:ascii="Arial" w:hAnsi="Arial" w:cs="Arial"/>
          <w:sz w:val="20"/>
          <w:szCs w:val="20"/>
        </w:rPr>
        <w:t xml:space="preserve"> </w:t>
      </w:r>
      <w:r w:rsidR="00F3296B" w:rsidRPr="00584328">
        <w:rPr>
          <w:rFonts w:ascii="Arial" w:hAnsi="Arial" w:cs="Arial"/>
          <w:sz w:val="20"/>
          <w:szCs w:val="20"/>
        </w:rPr>
        <w:t>is</w:t>
      </w:r>
      <w:r w:rsidR="001E0947" w:rsidRPr="00584328">
        <w:rPr>
          <w:rFonts w:ascii="Arial" w:hAnsi="Arial" w:cs="Arial"/>
          <w:sz w:val="20"/>
          <w:szCs w:val="20"/>
        </w:rPr>
        <w:t xml:space="preserve"> </w:t>
      </w:r>
      <w:r w:rsidR="00F3296B" w:rsidRPr="00584328">
        <w:rPr>
          <w:rFonts w:ascii="Arial" w:hAnsi="Arial" w:cs="Arial"/>
          <w:sz w:val="20"/>
          <w:szCs w:val="20"/>
        </w:rPr>
        <w:t>a</w:t>
      </w:r>
      <w:r w:rsidR="001E0947" w:rsidRPr="00584328">
        <w:rPr>
          <w:rFonts w:ascii="Arial" w:hAnsi="Arial" w:cs="Arial"/>
          <w:sz w:val="20"/>
          <w:szCs w:val="20"/>
        </w:rPr>
        <w:t xml:space="preserve"> </w:t>
      </w:r>
      <w:r w:rsidR="00F3296B" w:rsidRPr="00584328">
        <w:rPr>
          <w:rFonts w:ascii="Arial" w:hAnsi="Arial" w:cs="Arial"/>
          <w:sz w:val="20"/>
          <w:szCs w:val="20"/>
        </w:rPr>
        <w:t>challenging</w:t>
      </w:r>
      <w:r w:rsidR="001E0947" w:rsidRPr="00584328">
        <w:rPr>
          <w:rFonts w:ascii="Arial" w:hAnsi="Arial" w:cs="Arial"/>
          <w:sz w:val="20"/>
          <w:szCs w:val="20"/>
        </w:rPr>
        <w:t xml:space="preserve"> </w:t>
      </w:r>
      <w:r w:rsidRPr="00584328">
        <w:rPr>
          <w:rFonts w:ascii="Arial" w:hAnsi="Arial" w:cs="Arial"/>
          <w:sz w:val="20"/>
          <w:szCs w:val="20"/>
        </w:rPr>
        <w:t>substrate</w:t>
      </w:r>
      <w:r w:rsidR="001E0947" w:rsidRPr="00584328">
        <w:rPr>
          <w:rFonts w:ascii="Arial" w:hAnsi="Arial" w:cs="Arial"/>
          <w:sz w:val="20"/>
          <w:szCs w:val="20"/>
        </w:rPr>
        <w:t xml:space="preserve"> </w:t>
      </w:r>
      <w:r w:rsidRPr="00584328">
        <w:rPr>
          <w:rFonts w:ascii="Arial" w:hAnsi="Arial" w:cs="Arial"/>
          <w:sz w:val="20"/>
          <w:szCs w:val="20"/>
        </w:rPr>
        <w:t>for</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because</w:t>
      </w:r>
      <w:r w:rsidR="001E0947" w:rsidRPr="00584328">
        <w:rPr>
          <w:rFonts w:ascii="Arial" w:hAnsi="Arial" w:cs="Arial"/>
          <w:sz w:val="20"/>
          <w:szCs w:val="20"/>
        </w:rPr>
        <w:t xml:space="preserve"> </w:t>
      </w:r>
      <w:r w:rsidRPr="00584328">
        <w:rPr>
          <w:rFonts w:ascii="Arial" w:hAnsi="Arial" w:cs="Arial"/>
          <w:sz w:val="20"/>
          <w:szCs w:val="20"/>
        </w:rPr>
        <w:t>it</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highly</w:t>
      </w:r>
      <w:r w:rsidR="001E0947" w:rsidRPr="00584328">
        <w:rPr>
          <w:rFonts w:ascii="Arial" w:hAnsi="Arial" w:cs="Arial"/>
          <w:sz w:val="20"/>
          <w:szCs w:val="20"/>
        </w:rPr>
        <w:t xml:space="preserve"> </w:t>
      </w:r>
      <w:r w:rsidRPr="00584328">
        <w:rPr>
          <w:rFonts w:ascii="Arial" w:hAnsi="Arial" w:cs="Arial"/>
          <w:sz w:val="20"/>
          <w:szCs w:val="20"/>
        </w:rPr>
        <w:t>cross-linked</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resista</w:t>
      </w:r>
      <w:r w:rsidR="00F3296B" w:rsidRPr="00584328">
        <w:rPr>
          <w:rFonts w:ascii="Arial" w:hAnsi="Arial" w:cs="Arial"/>
          <w:sz w:val="20"/>
          <w:szCs w:val="20"/>
        </w:rPr>
        <w:t>nt</w:t>
      </w:r>
      <w:r w:rsidR="001E0947" w:rsidRPr="00584328">
        <w:rPr>
          <w:rFonts w:ascii="Arial" w:hAnsi="Arial" w:cs="Arial"/>
          <w:sz w:val="20"/>
          <w:szCs w:val="20"/>
        </w:rPr>
        <w:t xml:space="preserve"> </w:t>
      </w:r>
      <w:r w:rsidR="00F3296B" w:rsidRPr="00584328">
        <w:rPr>
          <w:rFonts w:ascii="Arial" w:hAnsi="Arial" w:cs="Arial"/>
          <w:sz w:val="20"/>
          <w:szCs w:val="20"/>
        </w:rPr>
        <w:t>in</w:t>
      </w:r>
      <w:r w:rsidR="001E0947" w:rsidRPr="00584328">
        <w:rPr>
          <w:rFonts w:ascii="Arial" w:hAnsi="Arial" w:cs="Arial"/>
          <w:sz w:val="20"/>
          <w:szCs w:val="20"/>
        </w:rPr>
        <w:t xml:space="preserve"> </w:t>
      </w:r>
      <w:r w:rsidR="00F3296B" w:rsidRPr="00584328">
        <w:rPr>
          <w:rFonts w:ascii="Arial" w:hAnsi="Arial" w:cs="Arial"/>
          <w:sz w:val="20"/>
          <w:szCs w:val="20"/>
        </w:rPr>
        <w:t>nature.</w:t>
      </w:r>
      <w:r w:rsidR="001E0947" w:rsidRPr="00584328">
        <w:rPr>
          <w:rFonts w:ascii="Arial" w:hAnsi="Arial" w:cs="Arial"/>
          <w:sz w:val="20"/>
          <w:szCs w:val="20"/>
        </w:rPr>
        <w:t xml:space="preserve"> </w:t>
      </w:r>
      <w:r w:rsidR="00F3296B" w:rsidRPr="00584328">
        <w:rPr>
          <w:rFonts w:ascii="Arial" w:hAnsi="Arial" w:cs="Arial"/>
          <w:sz w:val="20"/>
          <w:szCs w:val="20"/>
        </w:rPr>
        <w:t>Poultry</w:t>
      </w:r>
      <w:r w:rsidR="001E0947" w:rsidRPr="00584328">
        <w:rPr>
          <w:rFonts w:ascii="Arial" w:hAnsi="Arial" w:cs="Arial"/>
          <w:sz w:val="20"/>
          <w:szCs w:val="20"/>
        </w:rPr>
        <w:t xml:space="preserve"> </w:t>
      </w:r>
      <w:r w:rsidR="00F3296B" w:rsidRPr="00584328">
        <w:rPr>
          <w:rFonts w:ascii="Arial" w:hAnsi="Arial" w:cs="Arial"/>
          <w:sz w:val="20"/>
          <w:szCs w:val="20"/>
        </w:rPr>
        <w:t>soil,</w:t>
      </w:r>
      <w:r w:rsidR="001E0947" w:rsidRPr="00584328">
        <w:rPr>
          <w:rFonts w:ascii="Arial" w:hAnsi="Arial" w:cs="Arial"/>
          <w:sz w:val="20"/>
          <w:szCs w:val="20"/>
        </w:rPr>
        <w:t xml:space="preserve"> </w:t>
      </w:r>
      <w:r w:rsidR="00F3296B" w:rsidRPr="00584328">
        <w:rPr>
          <w:rFonts w:ascii="Arial" w:hAnsi="Arial" w:cs="Arial"/>
          <w:sz w:val="20"/>
          <w:szCs w:val="20"/>
        </w:rPr>
        <w:t>it</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enriched</w:t>
      </w:r>
      <w:r w:rsidR="001E0947" w:rsidRPr="00584328">
        <w:rPr>
          <w:rFonts w:ascii="Arial" w:hAnsi="Arial" w:cs="Arial"/>
          <w:sz w:val="20"/>
          <w:szCs w:val="20"/>
        </w:rPr>
        <w:t xml:space="preserve"> </w:t>
      </w:r>
      <w:r w:rsidRPr="00584328">
        <w:rPr>
          <w:rFonts w:ascii="Arial" w:hAnsi="Arial" w:cs="Arial"/>
          <w:sz w:val="20"/>
          <w:szCs w:val="20"/>
        </w:rPr>
        <w:t>with</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waste,</w:t>
      </w:r>
      <w:r w:rsidR="001E0947" w:rsidRPr="00584328">
        <w:rPr>
          <w:rFonts w:ascii="Arial" w:hAnsi="Arial" w:cs="Arial"/>
          <w:sz w:val="20"/>
          <w:szCs w:val="20"/>
        </w:rPr>
        <w:t xml:space="preserve"> </w:t>
      </w:r>
      <w:r w:rsidRPr="00584328">
        <w:rPr>
          <w:rFonts w:ascii="Arial" w:hAnsi="Arial" w:cs="Arial"/>
          <w:sz w:val="20"/>
          <w:szCs w:val="20"/>
        </w:rPr>
        <w:t>it</w:t>
      </w:r>
      <w:r w:rsidR="001E0947" w:rsidRPr="00584328">
        <w:rPr>
          <w:rFonts w:ascii="Arial" w:hAnsi="Arial" w:cs="Arial"/>
          <w:sz w:val="20"/>
          <w:szCs w:val="20"/>
        </w:rPr>
        <w:t xml:space="preserve"> </w:t>
      </w:r>
      <w:r w:rsidRPr="00584328">
        <w:rPr>
          <w:rFonts w:ascii="Arial" w:hAnsi="Arial" w:cs="Arial"/>
          <w:sz w:val="20"/>
          <w:szCs w:val="20"/>
        </w:rPr>
        <w:t>acts</w:t>
      </w:r>
      <w:r w:rsidR="001E0947" w:rsidRPr="00584328">
        <w:rPr>
          <w:rFonts w:ascii="Arial" w:hAnsi="Arial" w:cs="Arial"/>
          <w:sz w:val="20"/>
          <w:szCs w:val="20"/>
        </w:rPr>
        <w:t xml:space="preserve"> </w:t>
      </w:r>
      <w:r w:rsidRPr="00584328">
        <w:rPr>
          <w:rFonts w:ascii="Arial" w:hAnsi="Arial" w:cs="Arial"/>
          <w:sz w:val="20"/>
          <w:szCs w:val="20"/>
        </w:rPr>
        <w:t>as</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promising</w:t>
      </w:r>
      <w:r w:rsidR="001E0947" w:rsidRPr="00584328">
        <w:rPr>
          <w:rFonts w:ascii="Arial" w:hAnsi="Arial" w:cs="Arial"/>
          <w:sz w:val="20"/>
          <w:szCs w:val="20"/>
        </w:rPr>
        <w:t xml:space="preserve"> </w:t>
      </w:r>
      <w:r w:rsidRPr="00584328">
        <w:rPr>
          <w:rFonts w:ascii="Arial" w:hAnsi="Arial" w:cs="Arial"/>
          <w:sz w:val="20"/>
          <w:szCs w:val="20"/>
        </w:rPr>
        <w:t>habitat</w:t>
      </w:r>
      <w:r w:rsidR="001E0947" w:rsidRPr="00584328">
        <w:rPr>
          <w:rFonts w:ascii="Arial" w:hAnsi="Arial" w:cs="Arial"/>
          <w:sz w:val="20"/>
          <w:szCs w:val="20"/>
        </w:rPr>
        <w:t xml:space="preserve"> </w:t>
      </w:r>
      <w:r w:rsidRPr="00584328">
        <w:rPr>
          <w:rFonts w:ascii="Arial" w:hAnsi="Arial" w:cs="Arial"/>
          <w:sz w:val="20"/>
          <w:szCs w:val="20"/>
        </w:rPr>
        <w:t>fo</w:t>
      </w:r>
      <w:r w:rsidR="00F3296B" w:rsidRPr="00584328">
        <w:rPr>
          <w:rFonts w:ascii="Arial" w:hAnsi="Arial" w:cs="Arial"/>
          <w:sz w:val="20"/>
          <w:szCs w:val="20"/>
        </w:rPr>
        <w:t>r</w:t>
      </w:r>
      <w:r w:rsidR="001E0947" w:rsidRPr="00584328">
        <w:rPr>
          <w:rFonts w:ascii="Arial" w:hAnsi="Arial" w:cs="Arial"/>
          <w:sz w:val="20"/>
          <w:szCs w:val="20"/>
        </w:rPr>
        <w:t xml:space="preserve"> </w:t>
      </w:r>
      <w:r w:rsidR="00F3296B" w:rsidRPr="00584328">
        <w:rPr>
          <w:rFonts w:ascii="Arial" w:hAnsi="Arial" w:cs="Arial"/>
          <w:sz w:val="20"/>
          <w:szCs w:val="20"/>
        </w:rPr>
        <w:t>keratinolytic</w:t>
      </w:r>
      <w:r w:rsidR="001E0947" w:rsidRPr="00584328">
        <w:rPr>
          <w:rFonts w:ascii="Arial" w:hAnsi="Arial" w:cs="Arial"/>
          <w:sz w:val="20"/>
          <w:szCs w:val="20"/>
        </w:rPr>
        <w:t xml:space="preserve"> </w:t>
      </w:r>
      <w:r w:rsidR="00F3296B" w:rsidRPr="00584328">
        <w:rPr>
          <w:rFonts w:ascii="Arial" w:hAnsi="Arial" w:cs="Arial"/>
          <w:sz w:val="20"/>
          <w:szCs w:val="20"/>
        </w:rPr>
        <w:t>microorganisms</w:t>
      </w:r>
      <w:r w:rsidR="001E0947" w:rsidRPr="00584328">
        <w:rPr>
          <w:rFonts w:ascii="Arial" w:hAnsi="Arial" w:cs="Arial"/>
          <w:sz w:val="20"/>
          <w:szCs w:val="20"/>
        </w:rPr>
        <w:t xml:space="preserve"> </w:t>
      </w:r>
      <w:r w:rsidRPr="00584328">
        <w:rPr>
          <w:rFonts w:ascii="Arial" w:hAnsi="Arial" w:cs="Arial"/>
          <w:sz w:val="20"/>
          <w:szCs w:val="20"/>
        </w:rPr>
        <w:t>which</w:t>
      </w:r>
      <w:r w:rsidR="001E0947" w:rsidRPr="00584328">
        <w:rPr>
          <w:rFonts w:ascii="Arial" w:hAnsi="Arial" w:cs="Arial"/>
          <w:sz w:val="20"/>
          <w:szCs w:val="20"/>
        </w:rPr>
        <w:t xml:space="preserve"> </w:t>
      </w:r>
      <w:r w:rsidRPr="00584328">
        <w:rPr>
          <w:rFonts w:ascii="Arial" w:hAnsi="Arial" w:cs="Arial"/>
          <w:sz w:val="20"/>
          <w:szCs w:val="20"/>
        </w:rPr>
        <w:t>are</w:t>
      </w:r>
      <w:r w:rsidR="001E0947" w:rsidRPr="00584328">
        <w:rPr>
          <w:rFonts w:ascii="Arial" w:hAnsi="Arial" w:cs="Arial"/>
          <w:sz w:val="20"/>
          <w:szCs w:val="20"/>
        </w:rPr>
        <w:t xml:space="preserve"> </w:t>
      </w:r>
      <w:r w:rsidRPr="00584328">
        <w:rPr>
          <w:rFonts w:ascii="Arial" w:hAnsi="Arial" w:cs="Arial"/>
          <w:sz w:val="20"/>
          <w:szCs w:val="20"/>
        </w:rPr>
        <w:t>capable</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efficiently</w:t>
      </w:r>
      <w:r w:rsidR="001E0947" w:rsidRPr="00584328">
        <w:rPr>
          <w:rFonts w:ascii="Arial" w:hAnsi="Arial" w:cs="Arial"/>
          <w:sz w:val="20"/>
          <w:szCs w:val="20"/>
        </w:rPr>
        <w:t xml:space="preserve"> </w:t>
      </w:r>
      <w:r w:rsidRPr="00584328">
        <w:rPr>
          <w:rFonts w:ascii="Arial" w:hAnsi="Arial" w:cs="Arial"/>
          <w:sz w:val="20"/>
          <w:szCs w:val="20"/>
        </w:rPr>
        <w:t>breaking</w:t>
      </w:r>
      <w:r w:rsidR="001E0947" w:rsidRPr="00584328">
        <w:rPr>
          <w:rFonts w:ascii="Arial" w:hAnsi="Arial" w:cs="Arial"/>
          <w:sz w:val="20"/>
          <w:szCs w:val="20"/>
        </w:rPr>
        <w:t xml:space="preserve"> </w:t>
      </w:r>
      <w:r w:rsidRPr="00584328">
        <w:rPr>
          <w:rFonts w:ascii="Arial" w:hAnsi="Arial" w:cs="Arial"/>
          <w:sz w:val="20"/>
          <w:szCs w:val="20"/>
        </w:rPr>
        <w:t>down</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This</w:t>
      </w:r>
      <w:r w:rsidR="001E0947" w:rsidRPr="00584328">
        <w:rPr>
          <w:rFonts w:ascii="Arial" w:hAnsi="Arial" w:cs="Arial"/>
          <w:sz w:val="20"/>
          <w:szCs w:val="20"/>
        </w:rPr>
        <w:t xml:space="preserve"> </w:t>
      </w:r>
      <w:r w:rsidRPr="00584328">
        <w:rPr>
          <w:rFonts w:ascii="Arial" w:hAnsi="Arial" w:cs="Arial"/>
          <w:sz w:val="20"/>
          <w:szCs w:val="20"/>
        </w:rPr>
        <w:t>literature</w:t>
      </w:r>
      <w:r w:rsidR="001E0947" w:rsidRPr="00584328">
        <w:rPr>
          <w:rFonts w:ascii="Arial" w:hAnsi="Arial" w:cs="Arial"/>
          <w:sz w:val="20"/>
          <w:szCs w:val="20"/>
        </w:rPr>
        <w:t xml:space="preserve"> </w:t>
      </w:r>
      <w:r w:rsidRPr="00584328">
        <w:rPr>
          <w:rFonts w:ascii="Arial" w:hAnsi="Arial" w:cs="Arial"/>
          <w:sz w:val="20"/>
          <w:szCs w:val="20"/>
        </w:rPr>
        <w:t>review</w:t>
      </w:r>
      <w:r w:rsidR="001E0947" w:rsidRPr="00584328">
        <w:rPr>
          <w:rFonts w:ascii="Arial" w:hAnsi="Arial" w:cs="Arial"/>
          <w:sz w:val="20"/>
          <w:szCs w:val="20"/>
        </w:rPr>
        <w:t xml:space="preserve"> </w:t>
      </w:r>
      <w:r w:rsidRPr="00584328">
        <w:rPr>
          <w:rFonts w:ascii="Arial" w:hAnsi="Arial" w:cs="Arial"/>
          <w:sz w:val="20"/>
          <w:szCs w:val="20"/>
        </w:rPr>
        <w:t>explores</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advancements</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isolating,</w:t>
      </w:r>
      <w:r w:rsidR="001E0947" w:rsidRPr="00584328">
        <w:rPr>
          <w:rFonts w:ascii="Arial" w:hAnsi="Arial" w:cs="Arial"/>
          <w:sz w:val="20"/>
          <w:szCs w:val="20"/>
        </w:rPr>
        <w:t xml:space="preserve"> </w:t>
      </w:r>
      <w:r w:rsidRPr="00584328">
        <w:rPr>
          <w:rFonts w:ascii="Arial" w:hAnsi="Arial" w:cs="Arial"/>
          <w:sz w:val="20"/>
          <w:szCs w:val="20"/>
        </w:rPr>
        <w:t>identifying</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ch</w:t>
      </w:r>
      <w:r w:rsidR="00F3296B" w:rsidRPr="00584328">
        <w:rPr>
          <w:rFonts w:ascii="Arial" w:hAnsi="Arial" w:cs="Arial"/>
          <w:sz w:val="20"/>
          <w:szCs w:val="20"/>
        </w:rPr>
        <w:t>aracterizing</w:t>
      </w:r>
      <w:r w:rsidR="001E0947" w:rsidRPr="00584328">
        <w:rPr>
          <w:rFonts w:ascii="Arial" w:hAnsi="Arial" w:cs="Arial"/>
          <w:sz w:val="20"/>
          <w:szCs w:val="20"/>
        </w:rPr>
        <w:t xml:space="preserve"> </w:t>
      </w:r>
      <w:r w:rsidR="00F3296B" w:rsidRPr="00584328">
        <w:rPr>
          <w:rFonts w:ascii="Arial" w:hAnsi="Arial" w:cs="Arial"/>
          <w:sz w:val="20"/>
          <w:szCs w:val="20"/>
        </w:rPr>
        <w:t>keratin–degrading</w:t>
      </w:r>
      <w:r w:rsidR="001E0947" w:rsidRPr="00584328">
        <w:rPr>
          <w:rFonts w:ascii="Arial" w:hAnsi="Arial" w:cs="Arial"/>
          <w:sz w:val="20"/>
          <w:szCs w:val="20"/>
        </w:rPr>
        <w:t xml:space="preserve"> </w:t>
      </w:r>
      <w:r w:rsidR="00F3296B" w:rsidRPr="00584328">
        <w:rPr>
          <w:rFonts w:ascii="Arial" w:hAnsi="Arial" w:cs="Arial"/>
          <w:sz w:val="20"/>
          <w:szCs w:val="20"/>
        </w:rPr>
        <w:t>microorganisms</w:t>
      </w:r>
      <w:r w:rsidR="001E0947" w:rsidRPr="00584328">
        <w:rPr>
          <w:rFonts w:ascii="Arial" w:hAnsi="Arial" w:cs="Arial"/>
          <w:sz w:val="20"/>
          <w:szCs w:val="20"/>
        </w:rPr>
        <w:t xml:space="preserve"> </w:t>
      </w:r>
      <w:r w:rsidR="00F3296B" w:rsidRPr="00584328">
        <w:rPr>
          <w:rFonts w:ascii="Arial" w:hAnsi="Arial" w:cs="Arial"/>
          <w:sz w:val="20"/>
          <w:szCs w:val="20"/>
        </w:rPr>
        <w:t>from</w:t>
      </w:r>
      <w:r w:rsidR="001E0947" w:rsidRPr="00584328">
        <w:rPr>
          <w:rFonts w:ascii="Arial" w:hAnsi="Arial" w:cs="Arial"/>
          <w:sz w:val="20"/>
          <w:szCs w:val="20"/>
        </w:rPr>
        <w:t xml:space="preserve"> </w:t>
      </w:r>
      <w:r w:rsidRPr="00584328">
        <w:rPr>
          <w:rFonts w:ascii="Arial" w:hAnsi="Arial" w:cs="Arial"/>
          <w:sz w:val="20"/>
          <w:szCs w:val="20"/>
        </w:rPr>
        <w:t>poultry</w:t>
      </w:r>
      <w:r w:rsidR="001E0947" w:rsidRPr="00584328">
        <w:rPr>
          <w:rFonts w:ascii="Arial" w:hAnsi="Arial" w:cs="Arial"/>
          <w:sz w:val="20"/>
          <w:szCs w:val="20"/>
        </w:rPr>
        <w:t xml:space="preserve"> </w:t>
      </w:r>
      <w:r w:rsidRPr="00584328">
        <w:rPr>
          <w:rFonts w:ascii="Arial" w:hAnsi="Arial" w:cs="Arial"/>
          <w:sz w:val="20"/>
          <w:szCs w:val="20"/>
        </w:rPr>
        <w:t>soil</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their</w:t>
      </w:r>
      <w:r w:rsidR="001E0947" w:rsidRPr="00584328">
        <w:rPr>
          <w:rFonts w:ascii="Arial" w:hAnsi="Arial" w:cs="Arial"/>
          <w:sz w:val="20"/>
          <w:szCs w:val="20"/>
        </w:rPr>
        <w:t xml:space="preserve"> </w:t>
      </w:r>
      <w:r w:rsidRPr="00584328">
        <w:rPr>
          <w:rFonts w:ascii="Arial" w:hAnsi="Arial" w:cs="Arial"/>
          <w:sz w:val="20"/>
          <w:szCs w:val="20"/>
        </w:rPr>
        <w:t>p</w:t>
      </w:r>
      <w:r w:rsidR="00F3296B" w:rsidRPr="00584328">
        <w:rPr>
          <w:rFonts w:ascii="Arial" w:hAnsi="Arial" w:cs="Arial"/>
          <w:sz w:val="20"/>
          <w:szCs w:val="20"/>
        </w:rPr>
        <w:t>otential</w:t>
      </w:r>
      <w:r w:rsidR="001E0947" w:rsidRPr="00584328">
        <w:rPr>
          <w:rFonts w:ascii="Arial" w:hAnsi="Arial" w:cs="Arial"/>
          <w:sz w:val="20"/>
          <w:szCs w:val="20"/>
        </w:rPr>
        <w:t xml:space="preserve"> </w:t>
      </w:r>
      <w:r w:rsidR="00F3296B" w:rsidRPr="00584328">
        <w:rPr>
          <w:rFonts w:ascii="Arial" w:hAnsi="Arial" w:cs="Arial"/>
          <w:sz w:val="20"/>
          <w:szCs w:val="20"/>
        </w:rPr>
        <w:t>for</w:t>
      </w:r>
      <w:r w:rsidR="001E0947" w:rsidRPr="00584328">
        <w:rPr>
          <w:rFonts w:ascii="Arial" w:hAnsi="Arial" w:cs="Arial"/>
          <w:sz w:val="20"/>
          <w:szCs w:val="20"/>
        </w:rPr>
        <w:t xml:space="preserve"> </w:t>
      </w:r>
      <w:r w:rsidR="00F3296B" w:rsidRPr="00584328">
        <w:rPr>
          <w:rFonts w:ascii="Arial" w:hAnsi="Arial" w:cs="Arial"/>
          <w:sz w:val="20"/>
          <w:szCs w:val="20"/>
        </w:rPr>
        <w:t>feather</w:t>
      </w:r>
      <w:r w:rsidR="001E0947" w:rsidRPr="00584328">
        <w:rPr>
          <w:rFonts w:ascii="Arial" w:hAnsi="Arial" w:cs="Arial"/>
          <w:sz w:val="20"/>
          <w:szCs w:val="20"/>
        </w:rPr>
        <w:t xml:space="preserve"> </w:t>
      </w:r>
      <w:r w:rsidR="00F3296B" w:rsidRPr="00584328">
        <w:rPr>
          <w:rFonts w:ascii="Arial" w:hAnsi="Arial" w:cs="Arial"/>
          <w:sz w:val="20"/>
          <w:szCs w:val="20"/>
        </w:rPr>
        <w:t>degradatio</w:t>
      </w:r>
      <w:r w:rsidRPr="00584328">
        <w:rPr>
          <w:rFonts w:ascii="Arial" w:hAnsi="Arial" w:cs="Arial"/>
          <w:sz w:val="20"/>
          <w:szCs w:val="20"/>
        </w:rPr>
        <w:t>n.</w:t>
      </w:r>
      <w:r w:rsidR="001E0947" w:rsidRPr="00584328">
        <w:rPr>
          <w:rFonts w:ascii="Arial" w:hAnsi="Arial" w:cs="Arial"/>
          <w:sz w:val="20"/>
          <w:szCs w:val="20"/>
        </w:rPr>
        <w:t xml:space="preserve"> </w:t>
      </w:r>
      <w:r w:rsidR="00B2642B" w:rsidRPr="00584328">
        <w:rPr>
          <w:rFonts w:ascii="Arial" w:hAnsi="Arial" w:cs="Arial"/>
          <w:sz w:val="20"/>
          <w:szCs w:val="20"/>
        </w:rPr>
        <w:t xml:space="preserve">Researchers have also isolated keratin-degrading microorganisms for various industrial applications, such as in waste treatment and the production of animal feed. Poultry soil </w:t>
      </w:r>
      <w:proofErr w:type="spellStart"/>
      <w:r w:rsidR="00B2642B" w:rsidRPr="00584328">
        <w:rPr>
          <w:rFonts w:ascii="Arial" w:hAnsi="Arial" w:cs="Arial"/>
          <w:sz w:val="20"/>
          <w:szCs w:val="20"/>
        </w:rPr>
        <w:t>harbours</w:t>
      </w:r>
      <w:proofErr w:type="spellEnd"/>
      <w:r w:rsidR="00B2642B" w:rsidRPr="00584328">
        <w:rPr>
          <w:rFonts w:ascii="Arial" w:hAnsi="Arial" w:cs="Arial"/>
          <w:sz w:val="20"/>
          <w:szCs w:val="20"/>
        </w:rPr>
        <w:t xml:space="preserve"> a diverse microbial community adapted to thrive on keratin-rich substrates. Singh et al. (2019) isolated a novel Bacillus sp. strain from poultry farm soil, demonstrating robust keratinase activity capable of degrading chicken feathers efficiently (Singh et al, 2019). Similarly, Gupta and associates (2020) identified several keratinolytic bacteria from poultry litter, including species of Bacillus and Micrococcus, exhibiting high feather degradation potential (Gupta et al., 2020).</w:t>
      </w:r>
    </w:p>
    <w:p w14:paraId="236B4F08" w14:textId="0A16427D" w:rsidR="00B2642B" w:rsidRPr="00584328" w:rsidRDefault="00415B03"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 xml:space="preserve">Molecular techniques such as 16S rRNA gene sequencing have facilitated the accurate identification of keratinolytic microorganisms. Das et al. (2021) employed molecular phylogenetic analysis to identify a feather-degrading bacterial isolate as </w:t>
      </w:r>
      <w:r w:rsidRPr="00584328">
        <w:rPr>
          <w:rFonts w:ascii="Arial" w:hAnsi="Arial" w:cs="Arial"/>
          <w:i/>
          <w:iCs/>
          <w:sz w:val="20"/>
          <w:szCs w:val="20"/>
          <w:lang w:val="en-IN"/>
        </w:rPr>
        <w:t xml:space="preserve">Bacillus aureus </w:t>
      </w:r>
      <w:r w:rsidRPr="00584328">
        <w:rPr>
          <w:rFonts w:ascii="Arial" w:hAnsi="Arial" w:cs="Arial"/>
          <w:sz w:val="20"/>
          <w:szCs w:val="20"/>
          <w:lang w:val="en-IN"/>
        </w:rPr>
        <w:t xml:space="preserve">strain KDDB3, highlighting its phylogenetic relatedness to known keratinolytic </w:t>
      </w:r>
      <w:r w:rsidRPr="00584328">
        <w:rPr>
          <w:rFonts w:ascii="Arial" w:hAnsi="Arial" w:cs="Arial"/>
          <w:i/>
          <w:iCs/>
          <w:sz w:val="20"/>
          <w:szCs w:val="20"/>
          <w:lang w:val="en-IN"/>
        </w:rPr>
        <w:t xml:space="preserve">Bacillus </w:t>
      </w:r>
      <w:r w:rsidRPr="00584328">
        <w:rPr>
          <w:rFonts w:ascii="Arial" w:hAnsi="Arial" w:cs="Arial"/>
          <w:sz w:val="20"/>
          <w:szCs w:val="20"/>
          <w:lang w:val="en-IN"/>
        </w:rPr>
        <w:t>species (Das et al</w:t>
      </w:r>
      <w:r w:rsidRPr="00584328">
        <w:rPr>
          <w:rFonts w:ascii="Arial" w:hAnsi="Arial" w:cs="Arial"/>
          <w:i/>
          <w:iCs/>
          <w:sz w:val="20"/>
          <w:szCs w:val="20"/>
          <w:lang w:val="en-IN"/>
        </w:rPr>
        <w:t xml:space="preserve">., </w:t>
      </w:r>
      <w:r w:rsidRPr="00584328">
        <w:rPr>
          <w:rFonts w:ascii="Arial" w:hAnsi="Arial" w:cs="Arial"/>
          <w:sz w:val="20"/>
          <w:szCs w:val="20"/>
          <w:lang w:val="en-IN"/>
        </w:rPr>
        <w:t xml:space="preserve">2021). Similarly, Sharma and colleagues (2018) utilized PCR-based methods to identify a keratinolytic fungal isolate as </w:t>
      </w:r>
      <w:r w:rsidRPr="00584328">
        <w:rPr>
          <w:rFonts w:ascii="Arial" w:hAnsi="Arial" w:cs="Arial"/>
          <w:i/>
          <w:iCs/>
          <w:sz w:val="20"/>
          <w:szCs w:val="20"/>
          <w:lang w:val="en-IN"/>
        </w:rPr>
        <w:t xml:space="preserve">Aspergillus </w:t>
      </w:r>
      <w:proofErr w:type="spellStart"/>
      <w:r w:rsidRPr="00584328">
        <w:rPr>
          <w:rFonts w:ascii="Arial" w:hAnsi="Arial" w:cs="Arial"/>
          <w:i/>
          <w:iCs/>
          <w:sz w:val="20"/>
          <w:szCs w:val="20"/>
          <w:lang w:val="en-IN"/>
        </w:rPr>
        <w:t>niger</w:t>
      </w:r>
      <w:proofErr w:type="spellEnd"/>
      <w:r w:rsidRPr="00584328">
        <w:rPr>
          <w:rFonts w:ascii="Arial" w:hAnsi="Arial" w:cs="Arial"/>
          <w:sz w:val="20"/>
          <w:szCs w:val="20"/>
          <w:lang w:val="en-IN"/>
        </w:rPr>
        <w:t>, providing insights into its genetic basis for keratin degradation (Sharma et al.,</w:t>
      </w:r>
      <w:r w:rsidRPr="00584328">
        <w:rPr>
          <w:rFonts w:ascii="Arial" w:hAnsi="Arial" w:cs="Arial"/>
          <w:i/>
          <w:iCs/>
          <w:sz w:val="20"/>
          <w:szCs w:val="20"/>
          <w:lang w:val="en-IN"/>
        </w:rPr>
        <w:t xml:space="preserve"> </w:t>
      </w:r>
      <w:r w:rsidRPr="00584328">
        <w:rPr>
          <w:rFonts w:ascii="Arial" w:hAnsi="Arial" w:cs="Arial"/>
          <w:sz w:val="20"/>
          <w:szCs w:val="20"/>
          <w:lang w:val="en-IN"/>
        </w:rPr>
        <w:t>2018).</w:t>
      </w:r>
    </w:p>
    <w:p w14:paraId="20792CED" w14:textId="565A497E" w:rsidR="0057191E" w:rsidRPr="00584328" w:rsidRDefault="0057191E"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 xml:space="preserve">Metagenomic studies have provided valuable insights into the diversity and functional potential of microbial communities in poultry soil. Khan et al. (2020) utilized shotgun metagenomic sequencing to explore the microbial diversity and metabolic pathways associated with keratin degradation in </w:t>
      </w:r>
      <w:r w:rsidRPr="00584328">
        <w:rPr>
          <w:rFonts w:ascii="Arial" w:hAnsi="Arial" w:cs="Arial"/>
          <w:sz w:val="20"/>
          <w:szCs w:val="20"/>
          <w:lang w:val="en-IN"/>
        </w:rPr>
        <w:lastRenderedPageBreak/>
        <w:t>poultry litter, revealing a diverse array of keratinolytic enzymes and pathways (Khan et al.,</w:t>
      </w:r>
      <w:r w:rsidRPr="00584328">
        <w:rPr>
          <w:rFonts w:ascii="Arial" w:hAnsi="Arial" w:cs="Arial"/>
          <w:i/>
          <w:iCs/>
          <w:sz w:val="20"/>
          <w:szCs w:val="20"/>
          <w:lang w:val="en-IN"/>
        </w:rPr>
        <w:t xml:space="preserve"> </w:t>
      </w:r>
      <w:r w:rsidRPr="00584328">
        <w:rPr>
          <w:rFonts w:ascii="Arial" w:hAnsi="Arial" w:cs="Arial"/>
          <w:sz w:val="20"/>
          <w:szCs w:val="20"/>
          <w:lang w:val="en-IN"/>
        </w:rPr>
        <w:t>2020). This approach enables comprehensive characterization of microbial communities and their potential contributions to feather degradation.</w:t>
      </w:r>
    </w:p>
    <w:p w14:paraId="143C560E" w14:textId="52925B17" w:rsidR="00614AAF" w:rsidRPr="00584328" w:rsidRDefault="00614AAF"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 xml:space="preserve">Chaturvedi and Jain (2017) characterized a keratinase from </w:t>
      </w:r>
      <w:r w:rsidRPr="00584328">
        <w:rPr>
          <w:rFonts w:ascii="Arial" w:hAnsi="Arial" w:cs="Arial"/>
          <w:i/>
          <w:iCs/>
          <w:sz w:val="20"/>
          <w:szCs w:val="20"/>
          <w:lang w:val="en-IN"/>
        </w:rPr>
        <w:t xml:space="preserve">Bacillus subtilis </w:t>
      </w:r>
      <w:r w:rsidRPr="00584328">
        <w:rPr>
          <w:rFonts w:ascii="Arial" w:hAnsi="Arial" w:cs="Arial"/>
          <w:sz w:val="20"/>
          <w:szCs w:val="20"/>
          <w:lang w:val="en-IN"/>
        </w:rPr>
        <w:t xml:space="preserve">strain K1, revealing its optimal activity at alkaline pH and elevated temperatures, indicative of its suitability for industrial applications (Chaturvedi &amp; Jain, 2017). Additionally, Gupta et al. (2020) characterized a feather-degrading enzyme from </w:t>
      </w:r>
      <w:r w:rsidRPr="00584328">
        <w:rPr>
          <w:rFonts w:ascii="Arial" w:hAnsi="Arial" w:cs="Arial"/>
          <w:i/>
          <w:iCs/>
          <w:sz w:val="20"/>
          <w:szCs w:val="20"/>
          <w:lang w:val="en-IN"/>
        </w:rPr>
        <w:t xml:space="preserve">Micrococcus luteus </w:t>
      </w:r>
      <w:r w:rsidRPr="00584328">
        <w:rPr>
          <w:rFonts w:ascii="Arial" w:hAnsi="Arial" w:cs="Arial"/>
          <w:sz w:val="20"/>
          <w:szCs w:val="20"/>
          <w:lang w:val="en-IN"/>
        </w:rPr>
        <w:t>strain PL1, highlighting its substrate specificity and stability under diverse environmental conditions (Gupta et al.,</w:t>
      </w:r>
      <w:r w:rsidRPr="00584328">
        <w:rPr>
          <w:rFonts w:ascii="Arial" w:hAnsi="Arial" w:cs="Arial"/>
          <w:i/>
          <w:iCs/>
          <w:sz w:val="20"/>
          <w:szCs w:val="20"/>
          <w:lang w:val="en-IN"/>
        </w:rPr>
        <w:t xml:space="preserve"> </w:t>
      </w:r>
      <w:r w:rsidRPr="00584328">
        <w:rPr>
          <w:rFonts w:ascii="Arial" w:hAnsi="Arial" w:cs="Arial"/>
          <w:sz w:val="20"/>
          <w:szCs w:val="20"/>
          <w:lang w:val="en-IN"/>
        </w:rPr>
        <w:t>2020).</w:t>
      </w:r>
    </w:p>
    <w:p w14:paraId="6DAA9C65" w14:textId="17EE7CDA" w:rsidR="00350EEE" w:rsidRPr="00584328" w:rsidRDefault="00350EEE"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Yadav et al. (2022) demonstrated the utilization of feather-degrading bacteria for the efficient conversion of poultry feathers into biofertilizers, emphasizing their role in sustainable agricultural practices (Yadav et al</w:t>
      </w:r>
      <w:r w:rsidRPr="00584328">
        <w:rPr>
          <w:rFonts w:ascii="Arial" w:hAnsi="Arial" w:cs="Arial"/>
          <w:i/>
          <w:iCs/>
          <w:sz w:val="20"/>
          <w:szCs w:val="20"/>
          <w:lang w:val="en-IN"/>
        </w:rPr>
        <w:t xml:space="preserve">., </w:t>
      </w:r>
      <w:r w:rsidRPr="00584328">
        <w:rPr>
          <w:rFonts w:ascii="Arial" w:hAnsi="Arial" w:cs="Arial"/>
          <w:sz w:val="20"/>
          <w:szCs w:val="20"/>
          <w:lang w:val="en-IN"/>
        </w:rPr>
        <w:t>2022). Furthermore, Jain and associates (2019) explored the enzymatic degradation of feathers by fungal isolates for the production of keratin hydrolysates with potential applications in the cosmetic and pharmaceutical industries (Jain et al.,</w:t>
      </w:r>
      <w:r w:rsidRPr="00584328">
        <w:rPr>
          <w:rFonts w:ascii="Arial" w:hAnsi="Arial" w:cs="Arial"/>
          <w:i/>
          <w:iCs/>
          <w:sz w:val="20"/>
          <w:szCs w:val="20"/>
          <w:lang w:val="en-IN"/>
        </w:rPr>
        <w:t xml:space="preserve"> </w:t>
      </w:r>
      <w:r w:rsidRPr="00584328">
        <w:rPr>
          <w:rFonts w:ascii="Arial" w:hAnsi="Arial" w:cs="Arial"/>
          <w:sz w:val="20"/>
          <w:szCs w:val="20"/>
          <w:lang w:val="en-IN"/>
        </w:rPr>
        <w:t>2019).</w:t>
      </w:r>
    </w:p>
    <w:p w14:paraId="3C5F86DC" w14:textId="1EB52863" w:rsidR="00943EF4" w:rsidRPr="00584328" w:rsidRDefault="00943EF4"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Patel et al. (2022) conducted a study to optimize fermentation conditions, including pH, temperature</w:t>
      </w:r>
      <w:r w:rsidR="00101DD1" w:rsidRPr="00584328">
        <w:rPr>
          <w:rFonts w:ascii="Arial" w:hAnsi="Arial" w:cs="Arial"/>
          <w:sz w:val="20"/>
          <w:szCs w:val="20"/>
          <w:lang w:val="en-IN"/>
        </w:rPr>
        <w:t xml:space="preserve"> </w:t>
      </w:r>
      <w:r w:rsidRPr="00584328">
        <w:rPr>
          <w:rFonts w:ascii="Arial" w:hAnsi="Arial" w:cs="Arial"/>
          <w:sz w:val="20"/>
          <w:szCs w:val="20"/>
          <w:lang w:val="en-IN"/>
        </w:rPr>
        <w:t xml:space="preserve">and substrate concentration, for the production of keratinase enzyme by a </w:t>
      </w:r>
      <w:r w:rsidRPr="00584328">
        <w:rPr>
          <w:rFonts w:ascii="Arial" w:hAnsi="Arial" w:cs="Arial"/>
          <w:i/>
          <w:iCs/>
          <w:sz w:val="20"/>
          <w:szCs w:val="20"/>
          <w:lang w:val="en-IN"/>
        </w:rPr>
        <w:t>Bacillus</w:t>
      </w:r>
      <w:r w:rsidRPr="00584328">
        <w:rPr>
          <w:rFonts w:ascii="Arial" w:hAnsi="Arial" w:cs="Arial"/>
          <w:sz w:val="20"/>
          <w:szCs w:val="20"/>
          <w:lang w:val="en-IN"/>
        </w:rPr>
        <w:t xml:space="preserve"> strain isolated from poultry soil. Their findings underscored the importance of process optimization in achieving higher yields of keratinolytic enzymes (Patel et al.,</w:t>
      </w:r>
      <w:r w:rsidRPr="00584328">
        <w:rPr>
          <w:rFonts w:ascii="Arial" w:hAnsi="Arial" w:cs="Arial"/>
          <w:i/>
          <w:iCs/>
          <w:sz w:val="20"/>
          <w:szCs w:val="20"/>
          <w:lang w:val="en-IN"/>
        </w:rPr>
        <w:t xml:space="preserve"> </w:t>
      </w:r>
      <w:r w:rsidRPr="00584328">
        <w:rPr>
          <w:rFonts w:ascii="Arial" w:hAnsi="Arial" w:cs="Arial"/>
          <w:sz w:val="20"/>
          <w:szCs w:val="20"/>
          <w:lang w:val="en-IN"/>
        </w:rPr>
        <w:t>2022). Similarly, Wang and colleagues (2020) investigated the effects of different carbon and nitrogen sources on keratinase production by a feather-degrading bacterium, highlighting the significance of substrate utilization for enzyme synthesis (Wang et al.,</w:t>
      </w:r>
      <w:r w:rsidRPr="00584328">
        <w:rPr>
          <w:rFonts w:ascii="Arial" w:hAnsi="Arial" w:cs="Arial"/>
          <w:i/>
          <w:iCs/>
          <w:sz w:val="20"/>
          <w:szCs w:val="20"/>
          <w:lang w:val="en-IN"/>
        </w:rPr>
        <w:t xml:space="preserve"> </w:t>
      </w:r>
      <w:r w:rsidRPr="00584328">
        <w:rPr>
          <w:rFonts w:ascii="Arial" w:hAnsi="Arial" w:cs="Arial"/>
          <w:sz w:val="20"/>
          <w:szCs w:val="20"/>
          <w:lang w:val="en-IN"/>
        </w:rPr>
        <w:t>2020).</w:t>
      </w:r>
    </w:p>
    <w:p w14:paraId="57B7EAC0" w14:textId="606A2A46" w:rsidR="00040B71" w:rsidRPr="00584328" w:rsidRDefault="00040B71"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 xml:space="preserve">Chen et al. (2018) employed transcriptomic analysis to elucidate the expression profiles of genes involved in keratin degradation pathways in a </w:t>
      </w:r>
      <w:r w:rsidRPr="00584328">
        <w:rPr>
          <w:rFonts w:ascii="Arial" w:hAnsi="Arial" w:cs="Arial"/>
          <w:i/>
          <w:iCs/>
          <w:sz w:val="20"/>
          <w:szCs w:val="20"/>
          <w:lang w:val="en-IN"/>
        </w:rPr>
        <w:t xml:space="preserve">Bacillus </w:t>
      </w:r>
      <w:r w:rsidRPr="00584328">
        <w:rPr>
          <w:rFonts w:ascii="Arial" w:hAnsi="Arial" w:cs="Arial"/>
          <w:sz w:val="20"/>
          <w:szCs w:val="20"/>
          <w:lang w:val="en-IN"/>
        </w:rPr>
        <w:t>strain isolated from poultry litter, shedding light on the molecular mechanisms underlying feather degradation (Chen et al.,</w:t>
      </w:r>
      <w:r w:rsidRPr="00584328">
        <w:rPr>
          <w:rFonts w:ascii="Arial" w:hAnsi="Arial" w:cs="Arial"/>
          <w:i/>
          <w:iCs/>
          <w:sz w:val="20"/>
          <w:szCs w:val="20"/>
          <w:lang w:val="en-IN"/>
        </w:rPr>
        <w:t xml:space="preserve"> </w:t>
      </w:r>
      <w:r w:rsidRPr="00584328">
        <w:rPr>
          <w:rFonts w:ascii="Arial" w:hAnsi="Arial" w:cs="Arial"/>
          <w:sz w:val="20"/>
          <w:szCs w:val="20"/>
          <w:lang w:val="en-IN"/>
        </w:rPr>
        <w:t>2018). Furthermore, metabolic engineering approaches offer opportunities to enhance the efficiency and specificity of keratinase enzymes for targeted applications in various industries (Yang et al.,</w:t>
      </w:r>
      <w:r w:rsidRPr="00584328">
        <w:rPr>
          <w:rFonts w:ascii="Arial" w:hAnsi="Arial" w:cs="Arial"/>
          <w:i/>
          <w:iCs/>
          <w:sz w:val="20"/>
          <w:szCs w:val="20"/>
          <w:lang w:val="en-IN"/>
        </w:rPr>
        <w:t xml:space="preserve"> </w:t>
      </w:r>
      <w:r w:rsidRPr="00584328">
        <w:rPr>
          <w:rFonts w:ascii="Arial" w:hAnsi="Arial" w:cs="Arial"/>
          <w:sz w:val="20"/>
          <w:szCs w:val="20"/>
          <w:lang w:val="en-IN"/>
        </w:rPr>
        <w:t>2021).</w:t>
      </w:r>
    </w:p>
    <w:p w14:paraId="11CEA621" w14:textId="04162988" w:rsidR="00262342" w:rsidRPr="00584328" w:rsidRDefault="00262342"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t>The utilization of keratin-degrading microorganisms for feather degradation holds significant environmental and economic implications. By converting poultry feather waste into value-added products such as biofertilizers, animal feed additives, and bioactive compounds, these microorganisms contribute to waste reduction, resource conservation, and sustainable development (Gopinath et al.,</w:t>
      </w:r>
      <w:r w:rsidRPr="00584328">
        <w:rPr>
          <w:rFonts w:ascii="Arial" w:hAnsi="Arial" w:cs="Arial"/>
          <w:i/>
          <w:iCs/>
          <w:sz w:val="20"/>
          <w:szCs w:val="20"/>
          <w:lang w:val="en-IN"/>
        </w:rPr>
        <w:t xml:space="preserve"> </w:t>
      </w:r>
      <w:r w:rsidRPr="00584328">
        <w:rPr>
          <w:rFonts w:ascii="Arial" w:hAnsi="Arial" w:cs="Arial"/>
          <w:sz w:val="20"/>
          <w:szCs w:val="20"/>
          <w:lang w:val="en-IN"/>
        </w:rPr>
        <w:t>2019).</w:t>
      </w:r>
    </w:p>
    <w:p w14:paraId="40BA5B77" w14:textId="46ED2787" w:rsidR="00101DD1" w:rsidRPr="00584328" w:rsidRDefault="008D6A6F" w:rsidP="00584328">
      <w:pPr>
        <w:tabs>
          <w:tab w:val="left" w:pos="360"/>
        </w:tabs>
        <w:spacing w:after="240"/>
        <w:jc w:val="both"/>
        <w:rPr>
          <w:rFonts w:ascii="Arial" w:hAnsi="Arial" w:cs="Arial"/>
          <w:sz w:val="24"/>
          <w:szCs w:val="24"/>
        </w:rPr>
      </w:pPr>
      <w:r w:rsidRPr="00584328">
        <w:rPr>
          <w:rFonts w:ascii="Arial" w:hAnsi="Arial" w:cs="Arial"/>
          <w:sz w:val="20"/>
          <w:szCs w:val="20"/>
          <w:lang w:val="en-IN"/>
        </w:rPr>
        <w:t>Zhang et al. (2021) demonstrated the utilization of keratinolytic bacteria for the production of bioactive peptides with antioxidant and antimicrobial properties, highlighting their potential in functional food and nutraceutical industries (Zhang et al.,</w:t>
      </w:r>
      <w:r w:rsidRPr="00584328">
        <w:rPr>
          <w:rFonts w:ascii="Arial" w:hAnsi="Arial" w:cs="Arial"/>
          <w:i/>
          <w:iCs/>
          <w:sz w:val="20"/>
          <w:szCs w:val="20"/>
          <w:lang w:val="en-IN"/>
        </w:rPr>
        <w:t xml:space="preserve"> </w:t>
      </w:r>
      <w:r w:rsidRPr="00584328">
        <w:rPr>
          <w:rFonts w:ascii="Arial" w:hAnsi="Arial" w:cs="Arial"/>
          <w:sz w:val="20"/>
          <w:szCs w:val="20"/>
          <w:lang w:val="en-IN"/>
        </w:rPr>
        <w:t>2021). Moreover, Li and colleagues (2019) explored the bioremediation potential of keratinolytic fungi for the degradation of keratinaceous waste in contaminated environments, indicating their role in environmental sustainability (Li et al.,</w:t>
      </w:r>
      <w:r w:rsidRPr="00584328">
        <w:rPr>
          <w:rFonts w:ascii="Arial" w:hAnsi="Arial" w:cs="Arial"/>
          <w:i/>
          <w:iCs/>
          <w:sz w:val="20"/>
          <w:szCs w:val="20"/>
          <w:lang w:val="en-IN"/>
        </w:rPr>
        <w:t xml:space="preserve"> </w:t>
      </w:r>
      <w:r w:rsidRPr="00584328">
        <w:rPr>
          <w:rFonts w:ascii="Arial" w:hAnsi="Arial" w:cs="Arial"/>
          <w:sz w:val="20"/>
          <w:szCs w:val="20"/>
          <w:lang w:val="en-IN"/>
        </w:rPr>
        <w:t>2019).</w:t>
      </w:r>
    </w:p>
    <w:p w14:paraId="6E5872B7" w14:textId="77777777" w:rsidR="00584328" w:rsidRDefault="00584328">
      <w:pPr>
        <w:rPr>
          <w:rFonts w:ascii="Arial" w:eastAsiaTheme="majorEastAsia" w:hAnsi="Arial" w:cs="Arial"/>
          <w:b/>
          <w:bCs/>
          <w:caps/>
          <w:color w:val="000000" w:themeColor="text1"/>
        </w:rPr>
      </w:pPr>
      <w:r>
        <w:rPr>
          <w:rFonts w:ascii="Arial" w:hAnsi="Arial" w:cs="Arial"/>
          <w:caps/>
          <w:smallCaps/>
        </w:rPr>
        <w:br w:type="page"/>
      </w:r>
    </w:p>
    <w:p w14:paraId="794DE79D" w14:textId="76D5422B" w:rsidR="009D78D7" w:rsidRPr="00584328" w:rsidRDefault="001332D6" w:rsidP="00584328">
      <w:pPr>
        <w:pStyle w:val="Heading1"/>
        <w:tabs>
          <w:tab w:val="left" w:pos="360"/>
        </w:tabs>
        <w:spacing w:before="0" w:after="240"/>
        <w:ind w:left="0" w:firstLine="0"/>
        <w:rPr>
          <w:rFonts w:ascii="Arial" w:hAnsi="Arial" w:cs="Arial"/>
          <w:caps/>
          <w:smallCaps w:val="0"/>
          <w:sz w:val="22"/>
          <w:szCs w:val="22"/>
        </w:rPr>
      </w:pPr>
      <w:r w:rsidRPr="00584328">
        <w:rPr>
          <w:rFonts w:ascii="Arial" w:hAnsi="Arial" w:cs="Arial"/>
          <w:caps/>
          <w:smallCaps w:val="0"/>
          <w:sz w:val="22"/>
          <w:szCs w:val="22"/>
        </w:rPr>
        <w:lastRenderedPageBreak/>
        <w:t>material</w:t>
      </w:r>
      <w:r w:rsidR="001E0947" w:rsidRPr="00584328">
        <w:rPr>
          <w:rFonts w:ascii="Arial" w:hAnsi="Arial" w:cs="Arial"/>
          <w:caps/>
          <w:smallCaps w:val="0"/>
          <w:sz w:val="22"/>
          <w:szCs w:val="22"/>
        </w:rPr>
        <w:t xml:space="preserve"> </w:t>
      </w:r>
      <w:r w:rsidRPr="00584328">
        <w:rPr>
          <w:rFonts w:ascii="Arial" w:hAnsi="Arial" w:cs="Arial"/>
          <w:caps/>
          <w:smallCaps w:val="0"/>
          <w:sz w:val="22"/>
          <w:szCs w:val="22"/>
        </w:rPr>
        <w:t>and</w:t>
      </w:r>
      <w:r w:rsidR="001E0947" w:rsidRPr="00584328">
        <w:rPr>
          <w:rFonts w:ascii="Arial" w:hAnsi="Arial" w:cs="Arial"/>
          <w:caps/>
          <w:smallCaps w:val="0"/>
          <w:sz w:val="22"/>
          <w:szCs w:val="22"/>
        </w:rPr>
        <w:t xml:space="preserve"> </w:t>
      </w:r>
      <w:r w:rsidRPr="00584328">
        <w:rPr>
          <w:rFonts w:ascii="Arial" w:hAnsi="Arial" w:cs="Arial"/>
          <w:caps/>
          <w:smallCaps w:val="0"/>
          <w:sz w:val="22"/>
          <w:szCs w:val="22"/>
        </w:rPr>
        <w:t>methods</w:t>
      </w:r>
    </w:p>
    <w:p w14:paraId="6901F40D" w14:textId="06E3AE86" w:rsidR="00CD5479" w:rsidRPr="00584328" w:rsidRDefault="00584328" w:rsidP="00584328">
      <w:pPr>
        <w:pStyle w:val="Heading2"/>
        <w:rPr>
          <w:rFonts w:ascii="Arial" w:hAnsi="Arial" w:cs="Arial"/>
          <w:sz w:val="22"/>
          <w:szCs w:val="22"/>
        </w:rPr>
      </w:pPr>
      <w:r w:rsidRPr="00584328">
        <w:rPr>
          <w:rFonts w:ascii="Arial" w:hAnsi="Arial" w:cs="Arial"/>
          <w:sz w:val="22"/>
          <w:szCs w:val="22"/>
        </w:rPr>
        <w:t>SAMPLE</w:t>
      </w:r>
      <w:r w:rsidRPr="00584328">
        <w:rPr>
          <w:rFonts w:ascii="Arial" w:hAnsi="Arial" w:cs="Arial"/>
          <w:spacing w:val="-1"/>
          <w:sz w:val="22"/>
          <w:szCs w:val="22"/>
        </w:rPr>
        <w:t xml:space="preserve"> </w:t>
      </w:r>
      <w:r w:rsidRPr="00584328">
        <w:rPr>
          <w:rFonts w:ascii="Arial" w:hAnsi="Arial" w:cs="Arial"/>
          <w:sz w:val="22"/>
          <w:szCs w:val="22"/>
        </w:rPr>
        <w:t>COLLECTION</w:t>
      </w:r>
    </w:p>
    <w:p w14:paraId="6D4D5FAB" w14:textId="41663D9D" w:rsidR="00CD5479" w:rsidRPr="00584328" w:rsidRDefault="00CD5479" w:rsidP="00584328">
      <w:pPr>
        <w:tabs>
          <w:tab w:val="left" w:pos="360"/>
          <w:tab w:val="left" w:pos="8100"/>
        </w:tabs>
        <w:spacing w:after="240"/>
        <w:jc w:val="both"/>
        <w:rPr>
          <w:rFonts w:ascii="Arial" w:hAnsi="Arial" w:cs="Arial"/>
          <w:sz w:val="20"/>
          <w:szCs w:val="20"/>
        </w:rPr>
      </w:pPr>
      <w:r w:rsidRPr="00584328">
        <w:rPr>
          <w:rFonts w:ascii="Arial" w:hAnsi="Arial" w:cs="Arial"/>
          <w:sz w:val="20"/>
          <w:szCs w:val="20"/>
        </w:rPr>
        <w:t xml:space="preserve">Soil samples was collected from in sterile sampling bottle from </w:t>
      </w:r>
      <w:proofErr w:type="spellStart"/>
      <w:r w:rsidRPr="00584328">
        <w:rPr>
          <w:rFonts w:ascii="Arial" w:hAnsi="Arial" w:cs="Arial"/>
          <w:sz w:val="20"/>
          <w:szCs w:val="20"/>
        </w:rPr>
        <w:t>Pharghale</w:t>
      </w:r>
      <w:proofErr w:type="spellEnd"/>
      <w:r w:rsidRPr="00584328">
        <w:rPr>
          <w:rFonts w:ascii="Arial" w:hAnsi="Arial" w:cs="Arial"/>
          <w:sz w:val="20"/>
          <w:szCs w:val="20"/>
        </w:rPr>
        <w:t xml:space="preserve"> Poultry Farm, </w:t>
      </w:r>
      <w:proofErr w:type="spellStart"/>
      <w:r w:rsidRPr="00584328">
        <w:rPr>
          <w:rFonts w:ascii="Arial" w:hAnsi="Arial" w:cs="Arial"/>
          <w:sz w:val="20"/>
          <w:szCs w:val="20"/>
        </w:rPr>
        <w:t>Rahatani</w:t>
      </w:r>
      <w:proofErr w:type="spellEnd"/>
      <w:r w:rsidRPr="00584328">
        <w:rPr>
          <w:rFonts w:ascii="Arial" w:hAnsi="Arial" w:cs="Arial"/>
          <w:sz w:val="20"/>
          <w:szCs w:val="20"/>
        </w:rPr>
        <w:t xml:space="preserve"> and Deepak Poultry farm, </w:t>
      </w:r>
      <w:proofErr w:type="spellStart"/>
      <w:r w:rsidRPr="00584328">
        <w:rPr>
          <w:rFonts w:ascii="Arial" w:hAnsi="Arial" w:cs="Arial"/>
          <w:sz w:val="20"/>
          <w:szCs w:val="20"/>
        </w:rPr>
        <w:t>Somatane</w:t>
      </w:r>
      <w:proofErr w:type="spellEnd"/>
      <w:r w:rsidRPr="00584328">
        <w:rPr>
          <w:rFonts w:ascii="Arial" w:hAnsi="Arial" w:cs="Arial"/>
          <w:sz w:val="20"/>
          <w:szCs w:val="20"/>
        </w:rPr>
        <w:t>.</w:t>
      </w:r>
      <w:r w:rsidR="00101DD1" w:rsidRPr="00584328">
        <w:rPr>
          <w:rFonts w:ascii="Arial" w:hAnsi="Arial" w:cs="Arial"/>
          <w:sz w:val="20"/>
          <w:szCs w:val="20"/>
        </w:rPr>
        <w:t xml:space="preserve"> </w:t>
      </w:r>
      <w:r w:rsidRPr="00584328">
        <w:rPr>
          <w:rFonts w:ascii="Arial" w:hAnsi="Arial" w:cs="Arial"/>
          <w:sz w:val="20"/>
          <w:szCs w:val="20"/>
        </w:rPr>
        <w:t>Feather sample was collected from poultry farm and chicken shop.</w:t>
      </w:r>
    </w:p>
    <w:p w14:paraId="0636F3BB" w14:textId="77777777" w:rsidR="00CD5479" w:rsidRPr="00584328" w:rsidRDefault="00CD5479" w:rsidP="00584328">
      <w:pPr>
        <w:pStyle w:val="Heading3"/>
        <w:rPr>
          <w:rFonts w:ascii="Arial" w:hAnsi="Arial" w:cs="Arial"/>
          <w:sz w:val="20"/>
          <w:szCs w:val="20"/>
        </w:rPr>
      </w:pPr>
      <w:r w:rsidRPr="00584328">
        <w:rPr>
          <w:rFonts w:ascii="Arial" w:hAnsi="Arial" w:cs="Arial"/>
          <w:sz w:val="20"/>
          <w:szCs w:val="20"/>
        </w:rPr>
        <w:t>Processing</w:t>
      </w:r>
      <w:r w:rsidRPr="00584328">
        <w:rPr>
          <w:rFonts w:ascii="Arial" w:hAnsi="Arial" w:cs="Arial"/>
          <w:spacing w:val="-5"/>
          <w:sz w:val="20"/>
          <w:szCs w:val="20"/>
        </w:rPr>
        <w:t xml:space="preserve"> </w:t>
      </w:r>
      <w:r w:rsidRPr="00584328">
        <w:rPr>
          <w:rFonts w:ascii="Arial" w:hAnsi="Arial" w:cs="Arial"/>
          <w:sz w:val="20"/>
          <w:szCs w:val="20"/>
        </w:rPr>
        <w:t>of</w:t>
      </w:r>
      <w:r w:rsidRPr="00584328">
        <w:rPr>
          <w:rFonts w:ascii="Arial" w:hAnsi="Arial" w:cs="Arial"/>
          <w:spacing w:val="-4"/>
          <w:sz w:val="20"/>
          <w:szCs w:val="20"/>
        </w:rPr>
        <w:t xml:space="preserve"> </w:t>
      </w:r>
      <w:r w:rsidRPr="00584328">
        <w:rPr>
          <w:rFonts w:ascii="Arial" w:hAnsi="Arial" w:cs="Arial"/>
          <w:sz w:val="20"/>
          <w:szCs w:val="20"/>
        </w:rPr>
        <w:t>Chicken</w:t>
      </w:r>
      <w:r w:rsidRPr="00584328">
        <w:rPr>
          <w:rFonts w:ascii="Arial" w:hAnsi="Arial" w:cs="Arial"/>
          <w:spacing w:val="-4"/>
          <w:sz w:val="20"/>
          <w:szCs w:val="20"/>
        </w:rPr>
        <w:t xml:space="preserve"> </w:t>
      </w:r>
      <w:r w:rsidRPr="00584328">
        <w:rPr>
          <w:rFonts w:ascii="Arial" w:hAnsi="Arial" w:cs="Arial"/>
          <w:spacing w:val="-2"/>
          <w:sz w:val="20"/>
          <w:szCs w:val="20"/>
        </w:rPr>
        <w:t>Feathers</w:t>
      </w:r>
    </w:p>
    <w:p w14:paraId="7211816B" w14:textId="335C2D51" w:rsidR="00CD5479" w:rsidRPr="00584328" w:rsidRDefault="00584328" w:rsidP="00584328">
      <w:pPr>
        <w:tabs>
          <w:tab w:val="left" w:pos="360"/>
          <w:tab w:val="left" w:pos="8100"/>
        </w:tabs>
        <w:spacing w:after="240"/>
        <w:jc w:val="both"/>
        <w:rPr>
          <w:rFonts w:ascii="Arial" w:hAnsi="Arial" w:cs="Arial"/>
          <w:sz w:val="20"/>
          <w:szCs w:val="20"/>
        </w:rPr>
      </w:pPr>
      <w:r w:rsidRPr="00584328">
        <w:rPr>
          <w:rFonts w:ascii="Arial" w:hAnsi="Arial" w:cs="Arial"/>
          <w:noProof/>
          <w:sz w:val="20"/>
        </w:rPr>
        <mc:AlternateContent>
          <mc:Choice Requires="wpg">
            <w:drawing>
              <wp:anchor distT="0" distB="0" distL="0" distR="0" simplePos="0" relativeHeight="251661312" behindDoc="1" locked="0" layoutInCell="1" allowOverlap="1" wp14:anchorId="27BED3C0" wp14:editId="4EA9351C">
                <wp:simplePos x="0" y="0"/>
                <wp:positionH relativeFrom="page">
                  <wp:posOffset>5281930</wp:posOffset>
                </wp:positionH>
                <wp:positionV relativeFrom="paragraph">
                  <wp:posOffset>573405</wp:posOffset>
                </wp:positionV>
                <wp:extent cx="1974850" cy="2688336"/>
                <wp:effectExtent l="0" t="0" r="25400" b="1714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2688336"/>
                          <a:chOff x="4761" y="4762"/>
                          <a:chExt cx="1975104" cy="2669165"/>
                        </a:xfrm>
                      </wpg:grpSpPr>
                      <pic:pic xmlns:pic="http://schemas.openxmlformats.org/drawingml/2006/picture">
                        <pic:nvPicPr>
                          <pic:cNvPr id="17" name="Image 17"/>
                          <pic:cNvPicPr/>
                        </pic:nvPicPr>
                        <pic:blipFill>
                          <a:blip r:embed="rId8" cstate="print"/>
                          <a:stretch>
                            <a:fillRect/>
                          </a:stretch>
                        </pic:blipFill>
                        <pic:spPr>
                          <a:xfrm>
                            <a:off x="100647" y="55435"/>
                            <a:ext cx="1772412" cy="2274951"/>
                          </a:xfrm>
                          <a:prstGeom prst="rect">
                            <a:avLst/>
                          </a:prstGeom>
                        </pic:spPr>
                      </pic:pic>
                      <wps:wsp>
                        <wps:cNvPr id="18" name="Textbox 18"/>
                        <wps:cNvSpPr txBox="1"/>
                        <wps:spPr>
                          <a:xfrm>
                            <a:off x="4761" y="4762"/>
                            <a:ext cx="1975104" cy="2669165"/>
                          </a:xfrm>
                          <a:prstGeom prst="rect">
                            <a:avLst/>
                          </a:prstGeom>
                          <a:ln w="9525">
                            <a:solidFill>
                              <a:srgbClr val="000000"/>
                            </a:solidFill>
                            <a:prstDash val="solid"/>
                          </a:ln>
                        </wps:spPr>
                        <wps:txbx>
                          <w:txbxContent>
                            <w:p w14:paraId="1A1476E5" w14:textId="77777777" w:rsidR="00CD5479" w:rsidRDefault="00CD5479" w:rsidP="00CD5479">
                              <w:pPr>
                                <w:rPr>
                                  <w:sz w:val="24"/>
                                </w:rPr>
                              </w:pPr>
                            </w:p>
                            <w:p w14:paraId="1E21E1C5" w14:textId="77777777" w:rsidR="00CD5479" w:rsidRDefault="00CD5479" w:rsidP="00CD5479">
                              <w:pPr>
                                <w:rPr>
                                  <w:sz w:val="24"/>
                                </w:rPr>
                              </w:pPr>
                            </w:p>
                            <w:p w14:paraId="14DF0D59" w14:textId="77777777" w:rsidR="00CD5479" w:rsidRDefault="00CD5479" w:rsidP="00CD5479">
                              <w:pPr>
                                <w:rPr>
                                  <w:sz w:val="24"/>
                                </w:rPr>
                              </w:pPr>
                            </w:p>
                            <w:p w14:paraId="4C0FCD72" w14:textId="77777777" w:rsidR="00CD5479" w:rsidRDefault="00CD5479" w:rsidP="00CD5479">
                              <w:pPr>
                                <w:rPr>
                                  <w:sz w:val="24"/>
                                </w:rPr>
                              </w:pPr>
                            </w:p>
                            <w:p w14:paraId="15497E82" w14:textId="77777777" w:rsidR="00CD5479" w:rsidRDefault="00CD5479" w:rsidP="00CD5479">
                              <w:pPr>
                                <w:rPr>
                                  <w:sz w:val="24"/>
                                </w:rPr>
                              </w:pPr>
                            </w:p>
                            <w:p w14:paraId="3F8710E0" w14:textId="77777777" w:rsidR="00CD5479" w:rsidRDefault="00CD5479" w:rsidP="00CD5479">
                              <w:pPr>
                                <w:rPr>
                                  <w:sz w:val="24"/>
                                </w:rPr>
                              </w:pPr>
                            </w:p>
                            <w:p w14:paraId="3B9F3E70" w14:textId="77777777" w:rsidR="00CD5479" w:rsidRDefault="00CD5479" w:rsidP="00CD5479">
                              <w:pPr>
                                <w:rPr>
                                  <w:sz w:val="24"/>
                                </w:rPr>
                              </w:pPr>
                            </w:p>
                            <w:p w14:paraId="672B1917" w14:textId="77777777" w:rsidR="00CD5479" w:rsidRDefault="00CD5479" w:rsidP="00CD5479">
                              <w:pPr>
                                <w:rPr>
                                  <w:sz w:val="24"/>
                                </w:rPr>
                              </w:pPr>
                            </w:p>
                            <w:p w14:paraId="047A21F3" w14:textId="77777777" w:rsidR="000F35F0" w:rsidRPr="00584328" w:rsidRDefault="000F35F0" w:rsidP="00584328">
                              <w:pPr>
                                <w:ind w:left="144"/>
                                <w:jc w:val="center"/>
                                <w:rPr>
                                  <w:rFonts w:ascii="Arial" w:hAnsi="Arial" w:cs="Arial"/>
                                  <w:bCs/>
                                  <w:sz w:val="20"/>
                                  <w:szCs w:val="18"/>
                                </w:rPr>
                              </w:pPr>
                              <w:r w:rsidRPr="00584328">
                                <w:rPr>
                                  <w:rFonts w:ascii="Arial" w:hAnsi="Arial" w:cs="Arial"/>
                                  <w:bCs/>
                                  <w:sz w:val="20"/>
                                  <w:szCs w:val="18"/>
                                </w:rPr>
                                <w:t>Fig.3:</w:t>
                              </w:r>
                              <w:r w:rsidRPr="00584328">
                                <w:rPr>
                                  <w:rFonts w:ascii="Arial" w:hAnsi="Arial" w:cs="Arial"/>
                                  <w:bCs/>
                                  <w:spacing w:val="-1"/>
                                  <w:sz w:val="20"/>
                                  <w:szCs w:val="18"/>
                                </w:rPr>
                                <w:t xml:space="preserve"> </w:t>
                              </w:r>
                              <w:r w:rsidRPr="00584328">
                                <w:rPr>
                                  <w:rFonts w:ascii="Arial" w:hAnsi="Arial" w:cs="Arial"/>
                                  <w:bCs/>
                                  <w:sz w:val="20"/>
                                  <w:szCs w:val="18"/>
                                </w:rPr>
                                <w:t xml:space="preserve">Cleaning of </w:t>
                              </w:r>
                              <w:r w:rsidRPr="00584328">
                                <w:rPr>
                                  <w:rFonts w:ascii="Arial" w:hAnsi="Arial" w:cs="Arial"/>
                                  <w:bCs/>
                                  <w:spacing w:val="-2"/>
                                  <w:sz w:val="20"/>
                                  <w:szCs w:val="18"/>
                                </w:rPr>
                                <w:t>Feathers</w:t>
                              </w:r>
                            </w:p>
                            <w:p w14:paraId="7B6E6F5A" w14:textId="77777777" w:rsidR="00CD5479" w:rsidRDefault="00CD5479" w:rsidP="00CD5479">
                              <w:pPr>
                                <w:rPr>
                                  <w:sz w:val="24"/>
                                </w:rPr>
                              </w:pPr>
                            </w:p>
                            <w:p w14:paraId="56B2D464" w14:textId="77777777" w:rsidR="00CD5479" w:rsidRDefault="00CD5479" w:rsidP="00CD5479">
                              <w:pPr>
                                <w:rPr>
                                  <w:sz w:val="24"/>
                                </w:rPr>
                              </w:pPr>
                            </w:p>
                            <w:p w14:paraId="258AF48B" w14:textId="77777777" w:rsidR="00CD5479" w:rsidRDefault="00CD5479" w:rsidP="00CD5479">
                              <w:pPr>
                                <w:rPr>
                                  <w:sz w:val="24"/>
                                </w:rPr>
                              </w:pPr>
                            </w:p>
                            <w:p w14:paraId="5ED447C5" w14:textId="77777777" w:rsidR="00CD5479" w:rsidRDefault="00CD5479" w:rsidP="00CD5479">
                              <w:pPr>
                                <w:rPr>
                                  <w:sz w:val="24"/>
                                </w:rPr>
                              </w:pPr>
                            </w:p>
                            <w:p w14:paraId="10D23127" w14:textId="77777777" w:rsidR="00CD5479" w:rsidRDefault="00CD5479" w:rsidP="00CD5479">
                              <w:pPr>
                                <w:spacing w:before="248"/>
                                <w:rPr>
                                  <w:sz w:val="24"/>
                                </w:rPr>
                              </w:pPr>
                            </w:p>
                            <w:p w14:paraId="6AB45DD0" w14:textId="77777777" w:rsidR="00CD5479" w:rsidRDefault="00CD5479" w:rsidP="00CD5479">
                              <w:pPr>
                                <w:ind w:left="144"/>
                                <w:rPr>
                                  <w:b/>
                                  <w:sz w:val="24"/>
                                </w:rPr>
                              </w:pPr>
                              <w:r>
                                <w:rPr>
                                  <w:b/>
                                  <w:sz w:val="24"/>
                                </w:rPr>
                                <w:t>Fig.3:</w:t>
                              </w:r>
                              <w:r>
                                <w:rPr>
                                  <w:b/>
                                  <w:spacing w:val="-1"/>
                                  <w:sz w:val="24"/>
                                </w:rPr>
                                <w:t xml:space="preserve"> </w:t>
                              </w:r>
                              <w:r>
                                <w:rPr>
                                  <w:b/>
                                  <w:sz w:val="24"/>
                                </w:rPr>
                                <w:t xml:space="preserve">Cleaning of </w:t>
                              </w:r>
                              <w:r>
                                <w:rPr>
                                  <w:b/>
                                  <w:spacing w:val="-2"/>
                                  <w:sz w:val="24"/>
                                </w:rPr>
                                <w:t>Feathers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BED3C0" id="Group 16" o:spid="_x0000_s1026" style="position:absolute;left:0;text-align:left;margin-left:415.9pt;margin-top:45.15pt;width:155.5pt;height:211.7pt;z-index:-251655168;mso-wrap-distance-left:0;mso-wrap-distance-right:0;mso-position-horizontal-relative:page;mso-width-relative:margin;mso-height-relative:margin" coordorigin="47,47" coordsize="19751,26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1006;top:554;width:17724;height:2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18" o:spid="_x0000_s1028" type="#_x0000_t202" style="position:absolute;left:47;top:47;width:19751;height:2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14:paraId="1A1476E5" w14:textId="77777777" w:rsidR="00CD5479" w:rsidRDefault="00CD5479" w:rsidP="00CD5479">
                        <w:pPr>
                          <w:rPr>
                            <w:sz w:val="24"/>
                          </w:rPr>
                        </w:pPr>
                      </w:p>
                      <w:p w14:paraId="1E21E1C5" w14:textId="77777777" w:rsidR="00CD5479" w:rsidRDefault="00CD5479" w:rsidP="00CD5479">
                        <w:pPr>
                          <w:rPr>
                            <w:sz w:val="24"/>
                          </w:rPr>
                        </w:pPr>
                      </w:p>
                      <w:p w14:paraId="14DF0D59" w14:textId="77777777" w:rsidR="00CD5479" w:rsidRDefault="00CD5479" w:rsidP="00CD5479">
                        <w:pPr>
                          <w:rPr>
                            <w:sz w:val="24"/>
                          </w:rPr>
                        </w:pPr>
                      </w:p>
                      <w:p w14:paraId="4C0FCD72" w14:textId="77777777" w:rsidR="00CD5479" w:rsidRDefault="00CD5479" w:rsidP="00CD5479">
                        <w:pPr>
                          <w:rPr>
                            <w:sz w:val="24"/>
                          </w:rPr>
                        </w:pPr>
                      </w:p>
                      <w:p w14:paraId="15497E82" w14:textId="77777777" w:rsidR="00CD5479" w:rsidRDefault="00CD5479" w:rsidP="00CD5479">
                        <w:pPr>
                          <w:rPr>
                            <w:sz w:val="24"/>
                          </w:rPr>
                        </w:pPr>
                      </w:p>
                      <w:p w14:paraId="3F8710E0" w14:textId="77777777" w:rsidR="00CD5479" w:rsidRDefault="00CD5479" w:rsidP="00CD5479">
                        <w:pPr>
                          <w:rPr>
                            <w:sz w:val="24"/>
                          </w:rPr>
                        </w:pPr>
                      </w:p>
                      <w:p w14:paraId="3B9F3E70" w14:textId="77777777" w:rsidR="00CD5479" w:rsidRDefault="00CD5479" w:rsidP="00CD5479">
                        <w:pPr>
                          <w:rPr>
                            <w:sz w:val="24"/>
                          </w:rPr>
                        </w:pPr>
                      </w:p>
                      <w:p w14:paraId="672B1917" w14:textId="77777777" w:rsidR="00CD5479" w:rsidRDefault="00CD5479" w:rsidP="00CD5479">
                        <w:pPr>
                          <w:rPr>
                            <w:sz w:val="24"/>
                          </w:rPr>
                        </w:pPr>
                      </w:p>
                      <w:p w14:paraId="047A21F3" w14:textId="77777777" w:rsidR="000F35F0" w:rsidRPr="00584328" w:rsidRDefault="000F35F0" w:rsidP="00584328">
                        <w:pPr>
                          <w:ind w:left="144"/>
                          <w:jc w:val="center"/>
                          <w:rPr>
                            <w:rFonts w:ascii="Arial" w:hAnsi="Arial" w:cs="Arial"/>
                            <w:bCs/>
                            <w:sz w:val="20"/>
                            <w:szCs w:val="18"/>
                          </w:rPr>
                        </w:pPr>
                        <w:r w:rsidRPr="00584328">
                          <w:rPr>
                            <w:rFonts w:ascii="Arial" w:hAnsi="Arial" w:cs="Arial"/>
                            <w:bCs/>
                            <w:sz w:val="20"/>
                            <w:szCs w:val="18"/>
                          </w:rPr>
                          <w:t>Fig.3:</w:t>
                        </w:r>
                        <w:r w:rsidRPr="00584328">
                          <w:rPr>
                            <w:rFonts w:ascii="Arial" w:hAnsi="Arial" w:cs="Arial"/>
                            <w:bCs/>
                            <w:spacing w:val="-1"/>
                            <w:sz w:val="20"/>
                            <w:szCs w:val="18"/>
                          </w:rPr>
                          <w:t xml:space="preserve"> </w:t>
                        </w:r>
                        <w:r w:rsidRPr="00584328">
                          <w:rPr>
                            <w:rFonts w:ascii="Arial" w:hAnsi="Arial" w:cs="Arial"/>
                            <w:bCs/>
                            <w:sz w:val="20"/>
                            <w:szCs w:val="18"/>
                          </w:rPr>
                          <w:t xml:space="preserve">Cleaning of </w:t>
                        </w:r>
                        <w:r w:rsidRPr="00584328">
                          <w:rPr>
                            <w:rFonts w:ascii="Arial" w:hAnsi="Arial" w:cs="Arial"/>
                            <w:bCs/>
                            <w:spacing w:val="-2"/>
                            <w:sz w:val="20"/>
                            <w:szCs w:val="18"/>
                          </w:rPr>
                          <w:t>Feathers</w:t>
                        </w:r>
                      </w:p>
                      <w:p w14:paraId="7B6E6F5A" w14:textId="77777777" w:rsidR="00CD5479" w:rsidRDefault="00CD5479" w:rsidP="00CD5479">
                        <w:pPr>
                          <w:rPr>
                            <w:sz w:val="24"/>
                          </w:rPr>
                        </w:pPr>
                      </w:p>
                      <w:p w14:paraId="56B2D464" w14:textId="77777777" w:rsidR="00CD5479" w:rsidRDefault="00CD5479" w:rsidP="00CD5479">
                        <w:pPr>
                          <w:rPr>
                            <w:sz w:val="24"/>
                          </w:rPr>
                        </w:pPr>
                      </w:p>
                      <w:p w14:paraId="258AF48B" w14:textId="77777777" w:rsidR="00CD5479" w:rsidRDefault="00CD5479" w:rsidP="00CD5479">
                        <w:pPr>
                          <w:rPr>
                            <w:sz w:val="24"/>
                          </w:rPr>
                        </w:pPr>
                      </w:p>
                      <w:p w14:paraId="5ED447C5" w14:textId="77777777" w:rsidR="00CD5479" w:rsidRDefault="00CD5479" w:rsidP="00CD5479">
                        <w:pPr>
                          <w:rPr>
                            <w:sz w:val="24"/>
                          </w:rPr>
                        </w:pPr>
                      </w:p>
                      <w:p w14:paraId="10D23127" w14:textId="77777777" w:rsidR="00CD5479" w:rsidRDefault="00CD5479" w:rsidP="00CD5479">
                        <w:pPr>
                          <w:spacing w:before="248"/>
                          <w:rPr>
                            <w:sz w:val="24"/>
                          </w:rPr>
                        </w:pPr>
                      </w:p>
                      <w:p w14:paraId="6AB45DD0" w14:textId="77777777" w:rsidR="00CD5479" w:rsidRDefault="00CD5479" w:rsidP="00CD5479">
                        <w:pPr>
                          <w:ind w:left="144"/>
                          <w:rPr>
                            <w:b/>
                            <w:sz w:val="24"/>
                          </w:rPr>
                        </w:pPr>
                        <w:r>
                          <w:rPr>
                            <w:b/>
                            <w:sz w:val="24"/>
                          </w:rPr>
                          <w:t>Fig.3:</w:t>
                        </w:r>
                        <w:r>
                          <w:rPr>
                            <w:b/>
                            <w:spacing w:val="-1"/>
                            <w:sz w:val="24"/>
                          </w:rPr>
                          <w:t xml:space="preserve"> </w:t>
                        </w:r>
                        <w:r>
                          <w:rPr>
                            <w:b/>
                            <w:sz w:val="24"/>
                          </w:rPr>
                          <w:t xml:space="preserve">Cleaning of </w:t>
                        </w:r>
                        <w:r>
                          <w:rPr>
                            <w:b/>
                            <w:spacing w:val="-2"/>
                            <w:sz w:val="24"/>
                          </w:rPr>
                          <w:t>Feathers</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60288" behindDoc="1" locked="0" layoutInCell="1" allowOverlap="1" wp14:anchorId="5CFD833E" wp14:editId="72435BF5">
                <wp:simplePos x="0" y="0"/>
                <wp:positionH relativeFrom="page">
                  <wp:posOffset>3033395</wp:posOffset>
                </wp:positionH>
                <wp:positionV relativeFrom="paragraph">
                  <wp:posOffset>573405</wp:posOffset>
                </wp:positionV>
                <wp:extent cx="1974850" cy="2687955"/>
                <wp:effectExtent l="0" t="0" r="25400" b="17145"/>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2687955"/>
                          <a:chOff x="4762" y="4762"/>
                          <a:chExt cx="1975104" cy="2688775"/>
                        </a:xfrm>
                      </wpg:grpSpPr>
                      <pic:pic xmlns:pic="http://schemas.openxmlformats.org/drawingml/2006/picture">
                        <pic:nvPicPr>
                          <pic:cNvPr id="14" name="Image 14"/>
                          <pic:cNvPicPr/>
                        </pic:nvPicPr>
                        <pic:blipFill>
                          <a:blip r:embed="rId10" cstate="print"/>
                          <a:stretch>
                            <a:fillRect/>
                          </a:stretch>
                        </pic:blipFill>
                        <pic:spPr>
                          <a:xfrm>
                            <a:off x="100647" y="55562"/>
                            <a:ext cx="1656461" cy="2256409"/>
                          </a:xfrm>
                          <a:prstGeom prst="rect">
                            <a:avLst/>
                          </a:prstGeom>
                        </pic:spPr>
                      </pic:pic>
                      <wps:wsp>
                        <wps:cNvPr id="15" name="Textbox 15"/>
                        <wps:cNvSpPr txBox="1"/>
                        <wps:spPr>
                          <a:xfrm>
                            <a:off x="4762" y="4762"/>
                            <a:ext cx="1975104" cy="2688775"/>
                          </a:xfrm>
                          <a:prstGeom prst="rect">
                            <a:avLst/>
                          </a:prstGeom>
                          <a:ln w="9525">
                            <a:solidFill>
                              <a:srgbClr val="000000"/>
                            </a:solidFill>
                            <a:prstDash val="solid"/>
                          </a:ln>
                        </wps:spPr>
                        <wps:txbx>
                          <w:txbxContent>
                            <w:p w14:paraId="732C29FD" w14:textId="77777777" w:rsidR="00CD5479" w:rsidRDefault="00CD5479" w:rsidP="00CD5479">
                              <w:pPr>
                                <w:rPr>
                                  <w:sz w:val="24"/>
                                </w:rPr>
                              </w:pPr>
                            </w:p>
                            <w:p w14:paraId="0053CAD9" w14:textId="77777777" w:rsidR="00CD5479" w:rsidRDefault="00CD5479" w:rsidP="00CD5479">
                              <w:pPr>
                                <w:rPr>
                                  <w:sz w:val="24"/>
                                </w:rPr>
                              </w:pPr>
                            </w:p>
                            <w:p w14:paraId="299984BB" w14:textId="77777777" w:rsidR="00CD5479" w:rsidRDefault="00CD5479" w:rsidP="00CD5479">
                              <w:pPr>
                                <w:rPr>
                                  <w:sz w:val="24"/>
                                </w:rPr>
                              </w:pPr>
                            </w:p>
                            <w:p w14:paraId="0185BF9F" w14:textId="77777777" w:rsidR="00CD5479" w:rsidRDefault="00CD5479" w:rsidP="00CD5479">
                              <w:pPr>
                                <w:rPr>
                                  <w:sz w:val="24"/>
                                </w:rPr>
                              </w:pPr>
                            </w:p>
                            <w:p w14:paraId="0314F5C8" w14:textId="77777777" w:rsidR="00CD5479" w:rsidRDefault="00CD5479" w:rsidP="00CD5479">
                              <w:pPr>
                                <w:rPr>
                                  <w:sz w:val="24"/>
                                </w:rPr>
                              </w:pPr>
                            </w:p>
                            <w:p w14:paraId="5625A3EA" w14:textId="77777777" w:rsidR="00CD5479" w:rsidRDefault="00CD5479" w:rsidP="00CD5479">
                              <w:pPr>
                                <w:rPr>
                                  <w:sz w:val="24"/>
                                </w:rPr>
                              </w:pPr>
                            </w:p>
                            <w:p w14:paraId="7D0E3E6D" w14:textId="77777777" w:rsidR="00CD5479" w:rsidRDefault="00CD5479" w:rsidP="00CD5479">
                              <w:pPr>
                                <w:rPr>
                                  <w:sz w:val="24"/>
                                </w:rPr>
                              </w:pPr>
                            </w:p>
                            <w:p w14:paraId="267DDB34" w14:textId="77777777" w:rsidR="00CD5479" w:rsidRDefault="00CD5479" w:rsidP="00CD5479">
                              <w:pPr>
                                <w:rPr>
                                  <w:sz w:val="24"/>
                                </w:rPr>
                              </w:pPr>
                            </w:p>
                            <w:p w14:paraId="3F799FD9" w14:textId="77777777" w:rsidR="000F35F0" w:rsidRPr="00584328" w:rsidRDefault="000F35F0" w:rsidP="00584328">
                              <w:pPr>
                                <w:ind w:left="144"/>
                                <w:jc w:val="center"/>
                                <w:rPr>
                                  <w:rFonts w:ascii="Arial" w:hAnsi="Arial" w:cs="Arial"/>
                                  <w:bCs/>
                                  <w:sz w:val="20"/>
                                  <w:szCs w:val="18"/>
                                </w:rPr>
                              </w:pPr>
                              <w:r w:rsidRPr="00584328">
                                <w:rPr>
                                  <w:rFonts w:ascii="Arial" w:hAnsi="Arial" w:cs="Arial"/>
                                  <w:bCs/>
                                  <w:sz w:val="20"/>
                                  <w:szCs w:val="18"/>
                                </w:rPr>
                                <w:t xml:space="preserve">Fig.2: Soil </w:t>
                              </w:r>
                              <w:r w:rsidRPr="00584328">
                                <w:rPr>
                                  <w:rFonts w:ascii="Arial" w:hAnsi="Arial" w:cs="Arial"/>
                                  <w:bCs/>
                                  <w:spacing w:val="-2"/>
                                  <w:sz w:val="20"/>
                                  <w:szCs w:val="18"/>
                                </w:rPr>
                                <w:t>Sample</w:t>
                              </w:r>
                            </w:p>
                            <w:p w14:paraId="06AF0A94" w14:textId="77777777" w:rsidR="00CD5479" w:rsidRDefault="00CD5479" w:rsidP="00CD5479">
                              <w:pPr>
                                <w:rPr>
                                  <w:sz w:val="24"/>
                                </w:rPr>
                              </w:pPr>
                            </w:p>
                            <w:p w14:paraId="043596E0" w14:textId="77777777" w:rsidR="00CD5479" w:rsidRDefault="00CD5479" w:rsidP="00CD5479">
                              <w:pPr>
                                <w:rPr>
                                  <w:sz w:val="24"/>
                                </w:rPr>
                              </w:pPr>
                            </w:p>
                            <w:p w14:paraId="16E9D151" w14:textId="77777777" w:rsidR="00CD5479" w:rsidRDefault="00CD5479" w:rsidP="00CD5479">
                              <w:pPr>
                                <w:rPr>
                                  <w:sz w:val="24"/>
                                </w:rPr>
                              </w:pPr>
                            </w:p>
                            <w:p w14:paraId="230FBDE9" w14:textId="77777777" w:rsidR="00CD5479" w:rsidRDefault="00CD5479" w:rsidP="00CD5479">
                              <w:pPr>
                                <w:spacing w:before="219"/>
                                <w:rPr>
                                  <w:sz w:val="24"/>
                                </w:rPr>
                              </w:pPr>
                            </w:p>
                            <w:p w14:paraId="2DF550F0" w14:textId="77777777" w:rsidR="00CD5479" w:rsidRDefault="00CD5479" w:rsidP="00CD5479">
                              <w:pPr>
                                <w:ind w:left="144"/>
                                <w:rPr>
                                  <w:b/>
                                  <w:sz w:val="24"/>
                                </w:rPr>
                              </w:pPr>
                              <w:r>
                                <w:rPr>
                                  <w:b/>
                                  <w:sz w:val="24"/>
                                </w:rPr>
                                <w:t xml:space="preserve">Fig.2: Soil </w:t>
                              </w:r>
                              <w:r>
                                <w:rPr>
                                  <w:b/>
                                  <w:spacing w:val="-2"/>
                                  <w:sz w:val="24"/>
                                </w:rPr>
                                <w:t>Sample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FD833E" id="Group 13" o:spid="_x0000_s1029" style="position:absolute;left:0;text-align:left;margin-left:238.85pt;margin-top:45.15pt;width:155.5pt;height:211.65pt;z-index:-251656192;mso-wrap-distance-left:0;mso-wrap-distance-right:0;mso-position-horizontal-relative:page;mso-width-relative:margin;mso-height-relative:margin" coordorigin="47,47" coordsize="19751,26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">
                <v:shape id="Image 14" o:spid="_x0000_s1030" type="#_x0000_t75" style="position:absolute;left:1006;top:555;width:16565;height:2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">
                  <v:imagedata r:id="rId11" o:title=""/>
                </v:shape>
                <v:shape id="Textbox 15" o:spid="_x0000_s1031" type="#_x0000_t202" style="position:absolute;left:47;top:47;width:19751;height:2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y1wwAAANsAAAAPAAAAZHJzL2Rvd25yZXYueG1sRE9Na8JA&#10;EL0L/Q/LFHoR3Vho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1au8tcMAAADbAAAADwAA&#10;AAAAAAAAAAAAAAAHAgAAZHJzL2Rvd25yZXYueG1sUEsFBgAAAAADAAMAtwAAAPcCAAAAAA==&#10;" filled="f">
                  <v:textbox inset="0,0,0,0">
                    <w:txbxContent>
                      <w:p w14:paraId="732C29FD" w14:textId="77777777" w:rsidR="00CD5479" w:rsidRDefault="00CD5479" w:rsidP="00CD5479">
                        <w:pPr>
                          <w:rPr>
                            <w:sz w:val="24"/>
                          </w:rPr>
                        </w:pPr>
                      </w:p>
                      <w:p w14:paraId="0053CAD9" w14:textId="77777777" w:rsidR="00CD5479" w:rsidRDefault="00CD5479" w:rsidP="00CD5479">
                        <w:pPr>
                          <w:rPr>
                            <w:sz w:val="24"/>
                          </w:rPr>
                        </w:pPr>
                      </w:p>
                      <w:p w14:paraId="299984BB" w14:textId="77777777" w:rsidR="00CD5479" w:rsidRDefault="00CD5479" w:rsidP="00CD5479">
                        <w:pPr>
                          <w:rPr>
                            <w:sz w:val="24"/>
                          </w:rPr>
                        </w:pPr>
                      </w:p>
                      <w:p w14:paraId="0185BF9F" w14:textId="77777777" w:rsidR="00CD5479" w:rsidRDefault="00CD5479" w:rsidP="00CD5479">
                        <w:pPr>
                          <w:rPr>
                            <w:sz w:val="24"/>
                          </w:rPr>
                        </w:pPr>
                      </w:p>
                      <w:p w14:paraId="0314F5C8" w14:textId="77777777" w:rsidR="00CD5479" w:rsidRDefault="00CD5479" w:rsidP="00CD5479">
                        <w:pPr>
                          <w:rPr>
                            <w:sz w:val="24"/>
                          </w:rPr>
                        </w:pPr>
                      </w:p>
                      <w:p w14:paraId="5625A3EA" w14:textId="77777777" w:rsidR="00CD5479" w:rsidRDefault="00CD5479" w:rsidP="00CD5479">
                        <w:pPr>
                          <w:rPr>
                            <w:sz w:val="24"/>
                          </w:rPr>
                        </w:pPr>
                      </w:p>
                      <w:p w14:paraId="7D0E3E6D" w14:textId="77777777" w:rsidR="00CD5479" w:rsidRDefault="00CD5479" w:rsidP="00CD5479">
                        <w:pPr>
                          <w:rPr>
                            <w:sz w:val="24"/>
                          </w:rPr>
                        </w:pPr>
                      </w:p>
                      <w:p w14:paraId="267DDB34" w14:textId="77777777" w:rsidR="00CD5479" w:rsidRDefault="00CD5479" w:rsidP="00CD5479">
                        <w:pPr>
                          <w:rPr>
                            <w:sz w:val="24"/>
                          </w:rPr>
                        </w:pPr>
                      </w:p>
                      <w:p w14:paraId="3F799FD9" w14:textId="77777777" w:rsidR="000F35F0" w:rsidRPr="00584328" w:rsidRDefault="000F35F0" w:rsidP="00584328">
                        <w:pPr>
                          <w:ind w:left="144"/>
                          <w:jc w:val="center"/>
                          <w:rPr>
                            <w:rFonts w:ascii="Arial" w:hAnsi="Arial" w:cs="Arial"/>
                            <w:bCs/>
                            <w:sz w:val="20"/>
                            <w:szCs w:val="18"/>
                          </w:rPr>
                        </w:pPr>
                        <w:r w:rsidRPr="00584328">
                          <w:rPr>
                            <w:rFonts w:ascii="Arial" w:hAnsi="Arial" w:cs="Arial"/>
                            <w:bCs/>
                            <w:sz w:val="20"/>
                            <w:szCs w:val="18"/>
                          </w:rPr>
                          <w:t xml:space="preserve">Fig.2: Soil </w:t>
                        </w:r>
                        <w:r w:rsidRPr="00584328">
                          <w:rPr>
                            <w:rFonts w:ascii="Arial" w:hAnsi="Arial" w:cs="Arial"/>
                            <w:bCs/>
                            <w:spacing w:val="-2"/>
                            <w:sz w:val="20"/>
                            <w:szCs w:val="18"/>
                          </w:rPr>
                          <w:t>Sample</w:t>
                        </w:r>
                      </w:p>
                      <w:p w14:paraId="06AF0A94" w14:textId="77777777" w:rsidR="00CD5479" w:rsidRDefault="00CD5479" w:rsidP="00CD5479">
                        <w:pPr>
                          <w:rPr>
                            <w:sz w:val="24"/>
                          </w:rPr>
                        </w:pPr>
                      </w:p>
                      <w:p w14:paraId="043596E0" w14:textId="77777777" w:rsidR="00CD5479" w:rsidRDefault="00CD5479" w:rsidP="00CD5479">
                        <w:pPr>
                          <w:rPr>
                            <w:sz w:val="24"/>
                          </w:rPr>
                        </w:pPr>
                      </w:p>
                      <w:p w14:paraId="16E9D151" w14:textId="77777777" w:rsidR="00CD5479" w:rsidRDefault="00CD5479" w:rsidP="00CD5479">
                        <w:pPr>
                          <w:rPr>
                            <w:sz w:val="24"/>
                          </w:rPr>
                        </w:pPr>
                      </w:p>
                      <w:p w14:paraId="230FBDE9" w14:textId="77777777" w:rsidR="00CD5479" w:rsidRDefault="00CD5479" w:rsidP="00CD5479">
                        <w:pPr>
                          <w:spacing w:before="219"/>
                          <w:rPr>
                            <w:sz w:val="24"/>
                          </w:rPr>
                        </w:pPr>
                      </w:p>
                      <w:p w14:paraId="2DF550F0" w14:textId="77777777" w:rsidR="00CD5479" w:rsidRDefault="00CD5479" w:rsidP="00CD5479">
                        <w:pPr>
                          <w:ind w:left="144"/>
                          <w:rPr>
                            <w:b/>
                            <w:sz w:val="24"/>
                          </w:rPr>
                        </w:pPr>
                        <w:r>
                          <w:rPr>
                            <w:b/>
                            <w:sz w:val="24"/>
                          </w:rPr>
                          <w:t xml:space="preserve">Fig.2: Soil </w:t>
                        </w:r>
                        <w:r>
                          <w:rPr>
                            <w:b/>
                            <w:spacing w:val="-2"/>
                            <w:sz w:val="24"/>
                          </w:rPr>
                          <w:t>Sample</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59264" behindDoc="1" locked="0" layoutInCell="1" allowOverlap="1" wp14:anchorId="0F3EE017" wp14:editId="6664922C">
                <wp:simplePos x="0" y="0"/>
                <wp:positionH relativeFrom="page">
                  <wp:posOffset>648335</wp:posOffset>
                </wp:positionH>
                <wp:positionV relativeFrom="paragraph">
                  <wp:posOffset>579755</wp:posOffset>
                </wp:positionV>
                <wp:extent cx="1971675" cy="2686050"/>
                <wp:effectExtent l="0" t="0" r="28575" b="1905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1675" cy="2686050"/>
                          <a:chOff x="4762" y="4762"/>
                          <a:chExt cx="1971675" cy="2686657"/>
                        </a:xfrm>
                      </wpg:grpSpPr>
                      <pic:pic xmlns:pic="http://schemas.openxmlformats.org/drawingml/2006/picture">
                        <pic:nvPicPr>
                          <pic:cNvPr id="11" name="Image 11"/>
                          <pic:cNvPicPr/>
                        </pic:nvPicPr>
                        <pic:blipFill>
                          <a:blip r:embed="rId12" cstate="print"/>
                          <a:stretch>
                            <a:fillRect/>
                          </a:stretch>
                        </pic:blipFill>
                        <pic:spPr>
                          <a:xfrm>
                            <a:off x="100647" y="55816"/>
                            <a:ext cx="1779524" cy="2294254"/>
                          </a:xfrm>
                          <a:prstGeom prst="rect">
                            <a:avLst/>
                          </a:prstGeom>
                        </pic:spPr>
                      </pic:pic>
                      <wps:wsp>
                        <wps:cNvPr id="12" name="Textbox 12"/>
                        <wps:cNvSpPr txBox="1"/>
                        <wps:spPr>
                          <a:xfrm>
                            <a:off x="4762" y="4762"/>
                            <a:ext cx="1971675" cy="2686657"/>
                          </a:xfrm>
                          <a:prstGeom prst="rect">
                            <a:avLst/>
                          </a:prstGeom>
                          <a:ln w="9525">
                            <a:solidFill>
                              <a:srgbClr val="000000"/>
                            </a:solidFill>
                            <a:prstDash val="solid"/>
                          </a:ln>
                        </wps:spPr>
                        <wps:txbx>
                          <w:txbxContent>
                            <w:p w14:paraId="2B9D0F00" w14:textId="77777777" w:rsidR="00CD5479" w:rsidRDefault="00CD5479" w:rsidP="00CD5479">
                              <w:pPr>
                                <w:rPr>
                                  <w:sz w:val="24"/>
                                </w:rPr>
                              </w:pPr>
                            </w:p>
                            <w:p w14:paraId="43553A2F" w14:textId="77777777" w:rsidR="00CD5479" w:rsidRDefault="00CD5479" w:rsidP="00CD5479">
                              <w:pPr>
                                <w:rPr>
                                  <w:sz w:val="24"/>
                                </w:rPr>
                              </w:pPr>
                            </w:p>
                            <w:p w14:paraId="37A5E5FB" w14:textId="77777777" w:rsidR="00CD5479" w:rsidRDefault="00CD5479" w:rsidP="00CD5479">
                              <w:pPr>
                                <w:rPr>
                                  <w:sz w:val="24"/>
                                </w:rPr>
                              </w:pPr>
                            </w:p>
                            <w:p w14:paraId="72749DE8" w14:textId="77777777" w:rsidR="00CD5479" w:rsidRDefault="00CD5479" w:rsidP="00CD5479">
                              <w:pPr>
                                <w:rPr>
                                  <w:sz w:val="24"/>
                                </w:rPr>
                              </w:pPr>
                            </w:p>
                            <w:p w14:paraId="7EDAB14F" w14:textId="77777777" w:rsidR="00CD5479" w:rsidRDefault="00CD5479" w:rsidP="00CD5479">
                              <w:pPr>
                                <w:rPr>
                                  <w:sz w:val="24"/>
                                </w:rPr>
                              </w:pPr>
                            </w:p>
                            <w:p w14:paraId="26D1106C" w14:textId="77777777" w:rsidR="00CD5479" w:rsidRDefault="00CD5479" w:rsidP="00CD5479">
                              <w:pPr>
                                <w:rPr>
                                  <w:sz w:val="24"/>
                                </w:rPr>
                              </w:pPr>
                            </w:p>
                            <w:p w14:paraId="3D6FC84A" w14:textId="77777777" w:rsidR="00CD5479" w:rsidRDefault="00CD5479" w:rsidP="00CD5479">
                              <w:pPr>
                                <w:rPr>
                                  <w:sz w:val="24"/>
                                </w:rPr>
                              </w:pPr>
                            </w:p>
                            <w:p w14:paraId="04639C8C" w14:textId="77777777" w:rsidR="00CD5479" w:rsidRDefault="00CD5479" w:rsidP="00CD5479">
                              <w:pPr>
                                <w:rPr>
                                  <w:sz w:val="24"/>
                                </w:rPr>
                              </w:pPr>
                            </w:p>
                            <w:p w14:paraId="3A87F796" w14:textId="77777777" w:rsidR="000F35F0" w:rsidRPr="00584328" w:rsidRDefault="000F35F0" w:rsidP="00584328">
                              <w:pPr>
                                <w:ind w:left="142"/>
                                <w:jc w:val="center"/>
                                <w:rPr>
                                  <w:rFonts w:ascii="Arial" w:hAnsi="Arial" w:cs="Arial"/>
                                  <w:bCs/>
                                  <w:sz w:val="20"/>
                                  <w:szCs w:val="18"/>
                                </w:rPr>
                              </w:pPr>
                              <w:r w:rsidRPr="00584328">
                                <w:rPr>
                                  <w:rFonts w:ascii="Arial" w:hAnsi="Arial" w:cs="Arial"/>
                                  <w:bCs/>
                                  <w:sz w:val="20"/>
                                  <w:szCs w:val="18"/>
                                </w:rPr>
                                <w:t>Fig.1:</w:t>
                              </w:r>
                              <w:r w:rsidRPr="00584328">
                                <w:rPr>
                                  <w:rFonts w:ascii="Arial" w:hAnsi="Arial" w:cs="Arial"/>
                                  <w:bCs/>
                                  <w:spacing w:val="-2"/>
                                  <w:sz w:val="20"/>
                                  <w:szCs w:val="18"/>
                                </w:rPr>
                                <w:t xml:space="preserve"> </w:t>
                              </w:r>
                              <w:r w:rsidRPr="00584328">
                                <w:rPr>
                                  <w:rFonts w:ascii="Arial" w:hAnsi="Arial" w:cs="Arial"/>
                                  <w:bCs/>
                                  <w:sz w:val="20"/>
                                  <w:szCs w:val="18"/>
                                </w:rPr>
                                <w:t>Collection</w:t>
                              </w:r>
                              <w:r w:rsidRPr="00584328">
                                <w:rPr>
                                  <w:rFonts w:ascii="Arial" w:hAnsi="Arial" w:cs="Arial"/>
                                  <w:bCs/>
                                  <w:spacing w:val="-2"/>
                                  <w:sz w:val="20"/>
                                  <w:szCs w:val="18"/>
                                </w:rPr>
                                <w:t xml:space="preserve"> </w:t>
                              </w:r>
                              <w:r w:rsidRPr="00584328">
                                <w:rPr>
                                  <w:rFonts w:ascii="Arial" w:hAnsi="Arial" w:cs="Arial"/>
                                  <w:bCs/>
                                  <w:sz w:val="20"/>
                                  <w:szCs w:val="18"/>
                                </w:rPr>
                                <w:t>of</w:t>
                              </w:r>
                              <w:r w:rsidRPr="00584328">
                                <w:rPr>
                                  <w:rFonts w:ascii="Arial" w:hAnsi="Arial" w:cs="Arial"/>
                                  <w:bCs/>
                                  <w:spacing w:val="-2"/>
                                  <w:sz w:val="20"/>
                                  <w:szCs w:val="18"/>
                                </w:rPr>
                                <w:t xml:space="preserve"> </w:t>
                              </w:r>
                              <w:proofErr w:type="gramStart"/>
                              <w:r w:rsidRPr="00584328">
                                <w:rPr>
                                  <w:rFonts w:ascii="Arial" w:hAnsi="Arial" w:cs="Arial"/>
                                  <w:bCs/>
                                  <w:spacing w:val="-2"/>
                                  <w:sz w:val="20"/>
                                  <w:szCs w:val="18"/>
                                </w:rPr>
                                <w:t>sample</w:t>
                              </w:r>
                              <w:proofErr w:type="gramEnd"/>
                            </w:p>
                            <w:p w14:paraId="7C795C48" w14:textId="77777777" w:rsidR="00CD5479" w:rsidRDefault="00CD5479" w:rsidP="00CD5479">
                              <w:pPr>
                                <w:rPr>
                                  <w:sz w:val="24"/>
                                </w:rPr>
                              </w:pPr>
                            </w:p>
                            <w:p w14:paraId="56D6238D" w14:textId="77777777" w:rsidR="00CD5479" w:rsidRDefault="00CD5479" w:rsidP="00CD5479">
                              <w:pPr>
                                <w:rPr>
                                  <w:sz w:val="24"/>
                                </w:rPr>
                              </w:pPr>
                            </w:p>
                            <w:p w14:paraId="701EB98D" w14:textId="77777777" w:rsidR="00CD5479" w:rsidRDefault="00CD5479" w:rsidP="00CD5479">
                              <w:pPr>
                                <w:rPr>
                                  <w:sz w:val="24"/>
                                </w:rPr>
                              </w:pPr>
                            </w:p>
                            <w:p w14:paraId="65C1548D" w14:textId="77777777" w:rsidR="00CD5479" w:rsidRDefault="00CD5479" w:rsidP="00CD5479">
                              <w:pPr>
                                <w:rPr>
                                  <w:sz w:val="24"/>
                                </w:rPr>
                              </w:pPr>
                            </w:p>
                            <w:p w14:paraId="44D588A7" w14:textId="77777777" w:rsidR="00CD5479" w:rsidRDefault="00CD5479" w:rsidP="00CD5479">
                              <w:pPr>
                                <w:rPr>
                                  <w:sz w:val="24"/>
                                </w:rPr>
                              </w:pPr>
                            </w:p>
                            <w:p w14:paraId="4EE849EE" w14:textId="77777777" w:rsidR="00CD5479" w:rsidRDefault="00CD5479" w:rsidP="00CD5479">
                              <w:pPr>
                                <w:spacing w:before="4"/>
                                <w:rPr>
                                  <w:sz w:val="24"/>
                                </w:rPr>
                              </w:pPr>
                            </w:p>
                            <w:p w14:paraId="40691271" w14:textId="77777777" w:rsidR="00CD5479" w:rsidRDefault="00CD5479" w:rsidP="00CD5479">
                              <w:pPr>
                                <w:ind w:left="142"/>
                                <w:rPr>
                                  <w:b/>
                                  <w:sz w:val="24"/>
                                </w:rPr>
                              </w:pPr>
                              <w:r>
                                <w:rPr>
                                  <w:b/>
                                  <w:sz w:val="24"/>
                                </w:rPr>
                                <w:t>Fig.1:</w:t>
                              </w:r>
                              <w:r>
                                <w:rPr>
                                  <w:b/>
                                  <w:spacing w:val="-2"/>
                                  <w:sz w:val="24"/>
                                </w:rPr>
                                <w:t xml:space="preserve"> </w:t>
                              </w:r>
                              <w:r>
                                <w:rPr>
                                  <w:b/>
                                  <w:sz w:val="24"/>
                                </w:rPr>
                                <w:t>Collection</w:t>
                              </w:r>
                              <w:r>
                                <w:rPr>
                                  <w:b/>
                                  <w:spacing w:val="-2"/>
                                  <w:sz w:val="24"/>
                                </w:rPr>
                                <w:t xml:space="preserve"> </w:t>
                              </w:r>
                              <w:r>
                                <w:rPr>
                                  <w:b/>
                                  <w:sz w:val="24"/>
                                </w:rPr>
                                <w:t>of</w:t>
                              </w:r>
                              <w:r>
                                <w:rPr>
                                  <w:b/>
                                  <w:spacing w:val="-2"/>
                                  <w:sz w:val="24"/>
                                </w:rPr>
                                <w:t xml:space="preserve"> </w:t>
                              </w:r>
                              <w:proofErr w:type="gramStart"/>
                              <w:r>
                                <w:rPr>
                                  <w:b/>
                                  <w:spacing w:val="-2"/>
                                  <w:sz w:val="24"/>
                                </w:rPr>
                                <w:t>sample</w:t>
                              </w:r>
                              <w:proofErr w:type="gram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3EE017" id="Group 10" o:spid="_x0000_s1032" style="position:absolute;left:0;text-align:left;margin-left:51.05pt;margin-top:45.65pt;width:155.25pt;height:211.5pt;z-index:-251657216;mso-wrap-distance-left:0;mso-wrap-distance-right:0;mso-position-horizontal-relative:page;mso-width-relative:margin;mso-height-relative:margin" coordorigin="47,47" coordsize="19716,26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">
                <v:shape id="Image 11" o:spid="_x0000_s1033" type="#_x0000_t75" style="position:absolute;left:1006;top:558;width:17795;height:2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">
                  <v:imagedata r:id="rId13" o:title=""/>
                </v:shape>
                <v:shape id="Textbox 12" o:spid="_x0000_s1034" type="#_x0000_t202" style="position:absolute;left:47;top:47;width:19717;height:26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inset="0,0,0,0">
                    <w:txbxContent>
                      <w:p w14:paraId="2B9D0F00" w14:textId="77777777" w:rsidR="00CD5479" w:rsidRDefault="00CD5479" w:rsidP="00CD5479">
                        <w:pPr>
                          <w:rPr>
                            <w:sz w:val="24"/>
                          </w:rPr>
                        </w:pPr>
                      </w:p>
                      <w:p w14:paraId="43553A2F" w14:textId="77777777" w:rsidR="00CD5479" w:rsidRDefault="00CD5479" w:rsidP="00CD5479">
                        <w:pPr>
                          <w:rPr>
                            <w:sz w:val="24"/>
                          </w:rPr>
                        </w:pPr>
                      </w:p>
                      <w:p w14:paraId="37A5E5FB" w14:textId="77777777" w:rsidR="00CD5479" w:rsidRDefault="00CD5479" w:rsidP="00CD5479">
                        <w:pPr>
                          <w:rPr>
                            <w:sz w:val="24"/>
                          </w:rPr>
                        </w:pPr>
                      </w:p>
                      <w:p w14:paraId="72749DE8" w14:textId="77777777" w:rsidR="00CD5479" w:rsidRDefault="00CD5479" w:rsidP="00CD5479">
                        <w:pPr>
                          <w:rPr>
                            <w:sz w:val="24"/>
                          </w:rPr>
                        </w:pPr>
                      </w:p>
                      <w:p w14:paraId="7EDAB14F" w14:textId="77777777" w:rsidR="00CD5479" w:rsidRDefault="00CD5479" w:rsidP="00CD5479">
                        <w:pPr>
                          <w:rPr>
                            <w:sz w:val="24"/>
                          </w:rPr>
                        </w:pPr>
                      </w:p>
                      <w:p w14:paraId="26D1106C" w14:textId="77777777" w:rsidR="00CD5479" w:rsidRDefault="00CD5479" w:rsidP="00CD5479">
                        <w:pPr>
                          <w:rPr>
                            <w:sz w:val="24"/>
                          </w:rPr>
                        </w:pPr>
                      </w:p>
                      <w:p w14:paraId="3D6FC84A" w14:textId="77777777" w:rsidR="00CD5479" w:rsidRDefault="00CD5479" w:rsidP="00CD5479">
                        <w:pPr>
                          <w:rPr>
                            <w:sz w:val="24"/>
                          </w:rPr>
                        </w:pPr>
                      </w:p>
                      <w:p w14:paraId="04639C8C" w14:textId="77777777" w:rsidR="00CD5479" w:rsidRDefault="00CD5479" w:rsidP="00CD5479">
                        <w:pPr>
                          <w:rPr>
                            <w:sz w:val="24"/>
                          </w:rPr>
                        </w:pPr>
                      </w:p>
                      <w:p w14:paraId="3A87F796" w14:textId="77777777" w:rsidR="000F35F0" w:rsidRPr="00584328" w:rsidRDefault="000F35F0" w:rsidP="00584328">
                        <w:pPr>
                          <w:ind w:left="142"/>
                          <w:jc w:val="center"/>
                          <w:rPr>
                            <w:rFonts w:ascii="Arial" w:hAnsi="Arial" w:cs="Arial"/>
                            <w:bCs/>
                            <w:sz w:val="20"/>
                            <w:szCs w:val="18"/>
                          </w:rPr>
                        </w:pPr>
                        <w:r w:rsidRPr="00584328">
                          <w:rPr>
                            <w:rFonts w:ascii="Arial" w:hAnsi="Arial" w:cs="Arial"/>
                            <w:bCs/>
                            <w:sz w:val="20"/>
                            <w:szCs w:val="18"/>
                          </w:rPr>
                          <w:t>Fig.1:</w:t>
                        </w:r>
                        <w:r w:rsidRPr="00584328">
                          <w:rPr>
                            <w:rFonts w:ascii="Arial" w:hAnsi="Arial" w:cs="Arial"/>
                            <w:bCs/>
                            <w:spacing w:val="-2"/>
                            <w:sz w:val="20"/>
                            <w:szCs w:val="18"/>
                          </w:rPr>
                          <w:t xml:space="preserve"> </w:t>
                        </w:r>
                        <w:r w:rsidRPr="00584328">
                          <w:rPr>
                            <w:rFonts w:ascii="Arial" w:hAnsi="Arial" w:cs="Arial"/>
                            <w:bCs/>
                            <w:sz w:val="20"/>
                            <w:szCs w:val="18"/>
                          </w:rPr>
                          <w:t>Collection</w:t>
                        </w:r>
                        <w:r w:rsidRPr="00584328">
                          <w:rPr>
                            <w:rFonts w:ascii="Arial" w:hAnsi="Arial" w:cs="Arial"/>
                            <w:bCs/>
                            <w:spacing w:val="-2"/>
                            <w:sz w:val="20"/>
                            <w:szCs w:val="18"/>
                          </w:rPr>
                          <w:t xml:space="preserve"> </w:t>
                        </w:r>
                        <w:r w:rsidRPr="00584328">
                          <w:rPr>
                            <w:rFonts w:ascii="Arial" w:hAnsi="Arial" w:cs="Arial"/>
                            <w:bCs/>
                            <w:sz w:val="20"/>
                            <w:szCs w:val="18"/>
                          </w:rPr>
                          <w:t>of</w:t>
                        </w:r>
                        <w:r w:rsidRPr="00584328">
                          <w:rPr>
                            <w:rFonts w:ascii="Arial" w:hAnsi="Arial" w:cs="Arial"/>
                            <w:bCs/>
                            <w:spacing w:val="-2"/>
                            <w:sz w:val="20"/>
                            <w:szCs w:val="18"/>
                          </w:rPr>
                          <w:t xml:space="preserve"> </w:t>
                        </w:r>
                        <w:proofErr w:type="gramStart"/>
                        <w:r w:rsidRPr="00584328">
                          <w:rPr>
                            <w:rFonts w:ascii="Arial" w:hAnsi="Arial" w:cs="Arial"/>
                            <w:bCs/>
                            <w:spacing w:val="-2"/>
                            <w:sz w:val="20"/>
                            <w:szCs w:val="18"/>
                          </w:rPr>
                          <w:t>sample</w:t>
                        </w:r>
                        <w:proofErr w:type="gramEnd"/>
                      </w:p>
                      <w:p w14:paraId="7C795C48" w14:textId="77777777" w:rsidR="00CD5479" w:rsidRDefault="00CD5479" w:rsidP="00CD5479">
                        <w:pPr>
                          <w:rPr>
                            <w:sz w:val="24"/>
                          </w:rPr>
                        </w:pPr>
                      </w:p>
                      <w:p w14:paraId="56D6238D" w14:textId="77777777" w:rsidR="00CD5479" w:rsidRDefault="00CD5479" w:rsidP="00CD5479">
                        <w:pPr>
                          <w:rPr>
                            <w:sz w:val="24"/>
                          </w:rPr>
                        </w:pPr>
                      </w:p>
                      <w:p w14:paraId="701EB98D" w14:textId="77777777" w:rsidR="00CD5479" w:rsidRDefault="00CD5479" w:rsidP="00CD5479">
                        <w:pPr>
                          <w:rPr>
                            <w:sz w:val="24"/>
                          </w:rPr>
                        </w:pPr>
                      </w:p>
                      <w:p w14:paraId="65C1548D" w14:textId="77777777" w:rsidR="00CD5479" w:rsidRDefault="00CD5479" w:rsidP="00CD5479">
                        <w:pPr>
                          <w:rPr>
                            <w:sz w:val="24"/>
                          </w:rPr>
                        </w:pPr>
                      </w:p>
                      <w:p w14:paraId="44D588A7" w14:textId="77777777" w:rsidR="00CD5479" w:rsidRDefault="00CD5479" w:rsidP="00CD5479">
                        <w:pPr>
                          <w:rPr>
                            <w:sz w:val="24"/>
                          </w:rPr>
                        </w:pPr>
                      </w:p>
                      <w:p w14:paraId="4EE849EE" w14:textId="77777777" w:rsidR="00CD5479" w:rsidRDefault="00CD5479" w:rsidP="00CD5479">
                        <w:pPr>
                          <w:spacing w:before="4"/>
                          <w:rPr>
                            <w:sz w:val="24"/>
                          </w:rPr>
                        </w:pPr>
                      </w:p>
                      <w:p w14:paraId="40691271" w14:textId="77777777" w:rsidR="00CD5479" w:rsidRDefault="00CD5479" w:rsidP="00CD5479">
                        <w:pPr>
                          <w:ind w:left="142"/>
                          <w:rPr>
                            <w:b/>
                            <w:sz w:val="24"/>
                          </w:rPr>
                        </w:pPr>
                        <w:r>
                          <w:rPr>
                            <w:b/>
                            <w:sz w:val="24"/>
                          </w:rPr>
                          <w:t>Fig.1:</w:t>
                        </w:r>
                        <w:r>
                          <w:rPr>
                            <w:b/>
                            <w:spacing w:val="-2"/>
                            <w:sz w:val="24"/>
                          </w:rPr>
                          <w:t xml:space="preserve"> </w:t>
                        </w:r>
                        <w:r>
                          <w:rPr>
                            <w:b/>
                            <w:sz w:val="24"/>
                          </w:rPr>
                          <w:t>Collection</w:t>
                        </w:r>
                        <w:r>
                          <w:rPr>
                            <w:b/>
                            <w:spacing w:val="-2"/>
                            <w:sz w:val="24"/>
                          </w:rPr>
                          <w:t xml:space="preserve"> </w:t>
                        </w:r>
                        <w:r>
                          <w:rPr>
                            <w:b/>
                            <w:sz w:val="24"/>
                          </w:rPr>
                          <w:t>of</w:t>
                        </w:r>
                        <w:r>
                          <w:rPr>
                            <w:b/>
                            <w:spacing w:val="-2"/>
                            <w:sz w:val="24"/>
                          </w:rPr>
                          <w:t xml:space="preserve"> </w:t>
                        </w:r>
                        <w:proofErr w:type="gramStart"/>
                        <w:r>
                          <w:rPr>
                            <w:b/>
                            <w:spacing w:val="-2"/>
                            <w:sz w:val="24"/>
                          </w:rPr>
                          <w:t>sample</w:t>
                        </w:r>
                        <w:proofErr w:type="gramEnd"/>
                      </w:p>
                    </w:txbxContent>
                  </v:textbox>
                </v:shape>
                <w10:wrap type="topAndBottom" anchorx="page"/>
              </v:group>
            </w:pict>
          </mc:Fallback>
        </mc:AlternateContent>
      </w:r>
      <w:r w:rsidR="00CD5479" w:rsidRPr="00584328">
        <w:rPr>
          <w:rFonts w:ascii="Arial" w:hAnsi="Arial" w:cs="Arial"/>
          <w:sz w:val="20"/>
          <w:szCs w:val="20"/>
        </w:rPr>
        <w:t>The feather was washed with tap water and dried for 24 hours and defatted by soaking in diethyl ether for 24 hours</w:t>
      </w:r>
      <w:r w:rsidR="00101DD1" w:rsidRPr="00584328">
        <w:rPr>
          <w:rFonts w:ascii="Arial" w:hAnsi="Arial" w:cs="Arial"/>
          <w:sz w:val="20"/>
          <w:szCs w:val="20"/>
        </w:rPr>
        <w:t xml:space="preserve"> a</w:t>
      </w:r>
      <w:r w:rsidR="00CD5479" w:rsidRPr="00584328">
        <w:rPr>
          <w:rFonts w:ascii="Arial" w:hAnsi="Arial" w:cs="Arial"/>
          <w:sz w:val="20"/>
          <w:szCs w:val="20"/>
        </w:rPr>
        <w:t>nd then again washed and kept for drying. The feathers were cut into small pieces for further</w:t>
      </w:r>
      <w:r w:rsidR="00101DD1" w:rsidRPr="00584328">
        <w:rPr>
          <w:rFonts w:ascii="Arial" w:hAnsi="Arial" w:cs="Arial"/>
          <w:sz w:val="20"/>
          <w:szCs w:val="20"/>
        </w:rPr>
        <w:t xml:space="preserve"> </w:t>
      </w:r>
      <w:r w:rsidR="00CD5479" w:rsidRPr="00584328">
        <w:rPr>
          <w:rFonts w:ascii="Arial" w:hAnsi="Arial" w:cs="Arial"/>
          <w:sz w:val="20"/>
          <w:szCs w:val="20"/>
        </w:rPr>
        <w:t>processes.</w:t>
      </w:r>
    </w:p>
    <w:p w14:paraId="194CF0C1" w14:textId="43A23DF7" w:rsidR="00CD5479" w:rsidRPr="00584328" w:rsidRDefault="00584328" w:rsidP="00584328">
      <w:pPr>
        <w:spacing w:after="240"/>
        <w:ind w:right="-540"/>
        <w:rPr>
          <w:rFonts w:ascii="Arial" w:hAnsi="Arial" w:cs="Arial"/>
          <w:position w:val="3"/>
          <w:sz w:val="20"/>
        </w:rPr>
      </w:pPr>
      <w:r w:rsidRPr="00584328">
        <w:rPr>
          <w:rFonts w:ascii="Arial" w:hAnsi="Arial" w:cs="Arial"/>
          <w:noProof/>
          <w:position w:val="3"/>
          <w:sz w:val="20"/>
        </w:rPr>
        <mc:AlternateContent>
          <mc:Choice Requires="wpg">
            <w:drawing>
              <wp:anchor distT="0" distB="0" distL="114300" distR="114300" simplePos="0" relativeHeight="251710464" behindDoc="0" locked="0" layoutInCell="1" allowOverlap="1" wp14:anchorId="09BFDBFC" wp14:editId="3D858730">
                <wp:simplePos x="0" y="0"/>
                <wp:positionH relativeFrom="column">
                  <wp:posOffset>4139360</wp:posOffset>
                </wp:positionH>
                <wp:positionV relativeFrom="paragraph">
                  <wp:posOffset>3327160</wp:posOffset>
                </wp:positionV>
                <wp:extent cx="1974850" cy="2687955"/>
                <wp:effectExtent l="0" t="0" r="25400" b="1714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2687955"/>
                          <a:chOff x="3174" y="3175"/>
                          <a:chExt cx="1975104" cy="2688887"/>
                        </a:xfrm>
                      </wpg:grpSpPr>
                      <pic:pic xmlns:pic="http://schemas.openxmlformats.org/drawingml/2006/picture">
                        <pic:nvPicPr>
                          <pic:cNvPr id="26" name="Image 26"/>
                          <pic:cNvPicPr/>
                        </pic:nvPicPr>
                        <pic:blipFill>
                          <a:blip r:embed="rId14" cstate="print"/>
                          <a:stretch>
                            <a:fillRect/>
                          </a:stretch>
                        </pic:blipFill>
                        <pic:spPr>
                          <a:xfrm>
                            <a:off x="97789" y="52069"/>
                            <a:ext cx="1554099" cy="2333625"/>
                          </a:xfrm>
                          <a:prstGeom prst="rect">
                            <a:avLst/>
                          </a:prstGeom>
                        </pic:spPr>
                      </pic:pic>
                      <wps:wsp>
                        <wps:cNvPr id="27" name="Textbox 27"/>
                        <wps:cNvSpPr txBox="1"/>
                        <wps:spPr>
                          <a:xfrm>
                            <a:off x="3174" y="3175"/>
                            <a:ext cx="1975104" cy="2688887"/>
                          </a:xfrm>
                          <a:prstGeom prst="rect">
                            <a:avLst/>
                          </a:prstGeom>
                          <a:ln w="6350">
                            <a:solidFill>
                              <a:srgbClr val="000000"/>
                            </a:solidFill>
                            <a:prstDash val="solid"/>
                          </a:ln>
                        </wps:spPr>
                        <wps:txbx>
                          <w:txbxContent>
                            <w:p w14:paraId="6CEABDC7" w14:textId="77777777" w:rsidR="00584328" w:rsidRDefault="00584328" w:rsidP="00584328">
                              <w:pPr>
                                <w:rPr>
                                  <w:sz w:val="24"/>
                                </w:rPr>
                              </w:pPr>
                            </w:p>
                            <w:p w14:paraId="047F737B" w14:textId="77777777" w:rsidR="00584328" w:rsidRDefault="00584328" w:rsidP="00584328">
                              <w:pPr>
                                <w:rPr>
                                  <w:sz w:val="24"/>
                                </w:rPr>
                              </w:pPr>
                            </w:p>
                            <w:p w14:paraId="287DF6A6" w14:textId="77777777" w:rsidR="00584328" w:rsidRDefault="00584328" w:rsidP="00584328">
                              <w:pPr>
                                <w:rPr>
                                  <w:sz w:val="24"/>
                                </w:rPr>
                              </w:pPr>
                            </w:p>
                            <w:p w14:paraId="036C044B" w14:textId="77777777" w:rsidR="00584328" w:rsidRDefault="00584328" w:rsidP="00584328">
                              <w:pPr>
                                <w:rPr>
                                  <w:sz w:val="24"/>
                                </w:rPr>
                              </w:pPr>
                            </w:p>
                            <w:p w14:paraId="61ED5762" w14:textId="77777777" w:rsidR="00584328" w:rsidRDefault="00584328" w:rsidP="00584328">
                              <w:pPr>
                                <w:rPr>
                                  <w:sz w:val="24"/>
                                </w:rPr>
                              </w:pPr>
                            </w:p>
                            <w:p w14:paraId="693E35E6" w14:textId="77777777" w:rsidR="00584328" w:rsidRDefault="00584328" w:rsidP="00584328">
                              <w:pPr>
                                <w:rPr>
                                  <w:sz w:val="24"/>
                                </w:rPr>
                              </w:pPr>
                            </w:p>
                            <w:p w14:paraId="12A69698" w14:textId="77777777" w:rsidR="00584328" w:rsidRPr="00584328" w:rsidRDefault="00584328" w:rsidP="00584328">
                              <w:pPr>
                                <w:rPr>
                                  <w:sz w:val="14"/>
                                  <w:szCs w:val="12"/>
                                </w:rPr>
                              </w:pPr>
                            </w:p>
                            <w:p w14:paraId="1BEBF720" w14:textId="77777777" w:rsidR="00584328" w:rsidRDefault="00584328" w:rsidP="00584328">
                              <w:pPr>
                                <w:rPr>
                                  <w:sz w:val="24"/>
                                </w:rPr>
                              </w:pPr>
                            </w:p>
                            <w:p w14:paraId="4674390D" w14:textId="77777777" w:rsidR="00584328" w:rsidRDefault="00584328" w:rsidP="00584328">
                              <w:pPr>
                                <w:ind w:left="144"/>
                                <w:jc w:val="center"/>
                                <w:rPr>
                                  <w:rFonts w:ascii="Arial" w:hAnsi="Arial" w:cs="Arial"/>
                                  <w:bCs/>
                                  <w:sz w:val="12"/>
                                  <w:szCs w:val="10"/>
                                </w:rPr>
                              </w:pPr>
                            </w:p>
                            <w:p w14:paraId="73BD8AED" w14:textId="77777777" w:rsidR="00584328" w:rsidRPr="00584328" w:rsidRDefault="00584328" w:rsidP="00584328">
                              <w:pPr>
                                <w:ind w:left="144"/>
                                <w:jc w:val="center"/>
                                <w:rPr>
                                  <w:rFonts w:ascii="Arial" w:hAnsi="Arial" w:cs="Arial"/>
                                  <w:bCs/>
                                  <w:sz w:val="20"/>
                                  <w:szCs w:val="18"/>
                                </w:rPr>
                              </w:pPr>
                              <w:r w:rsidRPr="00584328">
                                <w:rPr>
                                  <w:rFonts w:ascii="Arial" w:hAnsi="Arial" w:cs="Arial"/>
                                  <w:bCs/>
                                  <w:sz w:val="20"/>
                                  <w:szCs w:val="18"/>
                                </w:rPr>
                                <w:t>Fig.6:</w:t>
                              </w:r>
                              <w:r w:rsidRPr="00584328">
                                <w:rPr>
                                  <w:rFonts w:ascii="Arial" w:hAnsi="Arial" w:cs="Arial"/>
                                  <w:bCs/>
                                  <w:spacing w:val="-13"/>
                                  <w:sz w:val="20"/>
                                  <w:szCs w:val="18"/>
                                </w:rPr>
                                <w:t xml:space="preserve"> </w:t>
                              </w:r>
                              <w:r w:rsidRPr="00584328">
                                <w:rPr>
                                  <w:rFonts w:ascii="Arial" w:hAnsi="Arial" w:cs="Arial"/>
                                  <w:bCs/>
                                  <w:sz w:val="20"/>
                                  <w:szCs w:val="18"/>
                                </w:rPr>
                                <w:t>Feathers</w:t>
                              </w:r>
                              <w:r w:rsidRPr="00584328">
                                <w:rPr>
                                  <w:rFonts w:ascii="Arial" w:hAnsi="Arial" w:cs="Arial"/>
                                  <w:bCs/>
                                  <w:spacing w:val="-14"/>
                                  <w:sz w:val="20"/>
                                  <w:szCs w:val="18"/>
                                </w:rPr>
                                <w:t xml:space="preserve"> </w:t>
                              </w:r>
                              <w:r w:rsidRPr="00584328">
                                <w:rPr>
                                  <w:rFonts w:ascii="Arial" w:hAnsi="Arial" w:cs="Arial"/>
                                  <w:bCs/>
                                  <w:sz w:val="20"/>
                                  <w:szCs w:val="18"/>
                                </w:rPr>
                                <w:t>kept</w:t>
                              </w:r>
                              <w:r w:rsidRPr="00584328">
                                <w:rPr>
                                  <w:rFonts w:ascii="Arial" w:hAnsi="Arial" w:cs="Arial"/>
                                  <w:bCs/>
                                  <w:spacing w:val="-12"/>
                                  <w:sz w:val="20"/>
                                  <w:szCs w:val="18"/>
                                </w:rPr>
                                <w:t xml:space="preserve"> </w:t>
                              </w:r>
                              <w:r w:rsidRPr="00584328">
                                <w:rPr>
                                  <w:rFonts w:ascii="Arial" w:hAnsi="Arial" w:cs="Arial"/>
                                  <w:bCs/>
                                  <w:sz w:val="20"/>
                                  <w:szCs w:val="18"/>
                                </w:rPr>
                                <w:t xml:space="preserve">for </w:t>
                              </w:r>
                              <w:r w:rsidRPr="00584328">
                                <w:rPr>
                                  <w:rFonts w:ascii="Arial" w:hAnsi="Arial" w:cs="Arial"/>
                                  <w:bCs/>
                                  <w:spacing w:val="-2"/>
                                  <w:sz w:val="20"/>
                                  <w:szCs w:val="18"/>
                                </w:rPr>
                                <w:t>drying</w:t>
                              </w:r>
                            </w:p>
                            <w:p w14:paraId="498792D1" w14:textId="77777777" w:rsidR="00584328" w:rsidRDefault="00584328" w:rsidP="00584328">
                              <w:pPr>
                                <w:rPr>
                                  <w:sz w:val="24"/>
                                </w:rPr>
                              </w:pPr>
                            </w:p>
                            <w:p w14:paraId="71184B57" w14:textId="77777777" w:rsidR="00584328" w:rsidRDefault="00584328" w:rsidP="00584328">
                              <w:pPr>
                                <w:rPr>
                                  <w:sz w:val="24"/>
                                </w:rPr>
                              </w:pPr>
                            </w:p>
                            <w:p w14:paraId="4C0F4CA1" w14:textId="77777777" w:rsidR="00584328" w:rsidRDefault="00584328" w:rsidP="00584328">
                              <w:pPr>
                                <w:rPr>
                                  <w:sz w:val="24"/>
                                </w:rPr>
                              </w:pPr>
                            </w:p>
                            <w:p w14:paraId="01FB986E" w14:textId="77777777" w:rsidR="00584328" w:rsidRDefault="00584328" w:rsidP="00584328">
                              <w:pPr>
                                <w:rPr>
                                  <w:sz w:val="24"/>
                                </w:rPr>
                              </w:pPr>
                            </w:p>
                            <w:p w14:paraId="2C136291" w14:textId="77777777" w:rsidR="00584328" w:rsidRDefault="00584328" w:rsidP="00584328">
                              <w:pPr>
                                <w:spacing w:before="79"/>
                                <w:rPr>
                                  <w:sz w:val="24"/>
                                </w:rPr>
                              </w:pPr>
                            </w:p>
                            <w:p w14:paraId="7EB92DC4" w14:textId="77777777" w:rsidR="00584328" w:rsidRDefault="00584328" w:rsidP="00584328">
                              <w:pPr>
                                <w:ind w:left="144"/>
                                <w:rPr>
                                  <w:b/>
                                  <w:sz w:val="24"/>
                                </w:rPr>
                              </w:pPr>
                              <w:r>
                                <w:rPr>
                                  <w:b/>
                                  <w:sz w:val="24"/>
                                </w:rPr>
                                <w:t>Fig.6:</w:t>
                              </w:r>
                              <w:r>
                                <w:rPr>
                                  <w:b/>
                                  <w:spacing w:val="-13"/>
                                  <w:sz w:val="24"/>
                                </w:rPr>
                                <w:t xml:space="preserve"> </w:t>
                              </w:r>
                              <w:r>
                                <w:rPr>
                                  <w:b/>
                                  <w:sz w:val="24"/>
                                </w:rPr>
                                <w:t>Feathers</w:t>
                              </w:r>
                              <w:r>
                                <w:rPr>
                                  <w:b/>
                                  <w:spacing w:val="-14"/>
                                  <w:sz w:val="24"/>
                                </w:rPr>
                                <w:t xml:space="preserve"> </w:t>
                              </w:r>
                              <w:r>
                                <w:rPr>
                                  <w:b/>
                                  <w:sz w:val="24"/>
                                </w:rPr>
                                <w:t>kept</w:t>
                              </w:r>
                              <w:r>
                                <w:rPr>
                                  <w:b/>
                                  <w:spacing w:val="-12"/>
                                  <w:sz w:val="24"/>
                                </w:rPr>
                                <w:t xml:space="preserve"> </w:t>
                              </w:r>
                              <w:r>
                                <w:rPr>
                                  <w:b/>
                                  <w:sz w:val="24"/>
                                </w:rPr>
                                <w:t xml:space="preserve">for </w:t>
                              </w:r>
                              <w:r>
                                <w:rPr>
                                  <w:b/>
                                  <w:spacing w:val="-2"/>
                                  <w:sz w:val="24"/>
                                </w:rPr>
                                <w:t>drying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BFDBFC" id="Group 25" o:spid="_x0000_s1035" style="position:absolute;margin-left:325.95pt;margin-top:262pt;width:155.5pt;height:211.65pt;z-index:251710464;mso-width-relative:margin;mso-height-relative:margin" coordorigin="31,31" coordsize="19751,26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">
                <v:shape id="Image 26" o:spid="_x0000_s1036" type="#_x0000_t75" style="position:absolute;left:977;top:520;width:15541;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">
                  <v:imagedata r:id="rId15" o:title=""/>
                </v:shape>
                <v:shape id="Textbox 27" o:spid="_x0000_s1037" type="#_x0000_t202" style="position:absolute;left:31;top:31;width:19751;height:2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" filled="f" strokeweight=".5pt">
                  <v:textbox inset="0,0,0,0">
                    <w:txbxContent>
                      <w:p w14:paraId="6CEABDC7" w14:textId="77777777" w:rsidR="00584328" w:rsidRDefault="00584328" w:rsidP="00584328">
                        <w:pPr>
                          <w:rPr>
                            <w:sz w:val="24"/>
                          </w:rPr>
                        </w:pPr>
                      </w:p>
                      <w:p w14:paraId="047F737B" w14:textId="77777777" w:rsidR="00584328" w:rsidRDefault="00584328" w:rsidP="00584328">
                        <w:pPr>
                          <w:rPr>
                            <w:sz w:val="24"/>
                          </w:rPr>
                        </w:pPr>
                      </w:p>
                      <w:p w14:paraId="287DF6A6" w14:textId="77777777" w:rsidR="00584328" w:rsidRDefault="00584328" w:rsidP="00584328">
                        <w:pPr>
                          <w:rPr>
                            <w:sz w:val="24"/>
                          </w:rPr>
                        </w:pPr>
                      </w:p>
                      <w:p w14:paraId="036C044B" w14:textId="77777777" w:rsidR="00584328" w:rsidRDefault="00584328" w:rsidP="00584328">
                        <w:pPr>
                          <w:rPr>
                            <w:sz w:val="24"/>
                          </w:rPr>
                        </w:pPr>
                      </w:p>
                      <w:p w14:paraId="61ED5762" w14:textId="77777777" w:rsidR="00584328" w:rsidRDefault="00584328" w:rsidP="00584328">
                        <w:pPr>
                          <w:rPr>
                            <w:sz w:val="24"/>
                          </w:rPr>
                        </w:pPr>
                      </w:p>
                      <w:p w14:paraId="693E35E6" w14:textId="77777777" w:rsidR="00584328" w:rsidRDefault="00584328" w:rsidP="00584328">
                        <w:pPr>
                          <w:rPr>
                            <w:sz w:val="24"/>
                          </w:rPr>
                        </w:pPr>
                      </w:p>
                      <w:p w14:paraId="12A69698" w14:textId="77777777" w:rsidR="00584328" w:rsidRPr="00584328" w:rsidRDefault="00584328" w:rsidP="00584328">
                        <w:pPr>
                          <w:rPr>
                            <w:sz w:val="14"/>
                            <w:szCs w:val="12"/>
                          </w:rPr>
                        </w:pPr>
                      </w:p>
                      <w:p w14:paraId="1BEBF720" w14:textId="77777777" w:rsidR="00584328" w:rsidRDefault="00584328" w:rsidP="00584328">
                        <w:pPr>
                          <w:rPr>
                            <w:sz w:val="24"/>
                          </w:rPr>
                        </w:pPr>
                      </w:p>
                      <w:p w14:paraId="4674390D" w14:textId="77777777" w:rsidR="00584328" w:rsidRDefault="00584328" w:rsidP="00584328">
                        <w:pPr>
                          <w:ind w:left="144"/>
                          <w:jc w:val="center"/>
                          <w:rPr>
                            <w:rFonts w:ascii="Arial" w:hAnsi="Arial" w:cs="Arial"/>
                            <w:bCs/>
                            <w:sz w:val="12"/>
                            <w:szCs w:val="10"/>
                          </w:rPr>
                        </w:pPr>
                      </w:p>
                      <w:p w14:paraId="73BD8AED" w14:textId="77777777" w:rsidR="00584328" w:rsidRPr="00584328" w:rsidRDefault="00584328" w:rsidP="00584328">
                        <w:pPr>
                          <w:ind w:left="144"/>
                          <w:jc w:val="center"/>
                          <w:rPr>
                            <w:rFonts w:ascii="Arial" w:hAnsi="Arial" w:cs="Arial"/>
                            <w:bCs/>
                            <w:sz w:val="20"/>
                            <w:szCs w:val="18"/>
                          </w:rPr>
                        </w:pPr>
                        <w:r w:rsidRPr="00584328">
                          <w:rPr>
                            <w:rFonts w:ascii="Arial" w:hAnsi="Arial" w:cs="Arial"/>
                            <w:bCs/>
                            <w:sz w:val="20"/>
                            <w:szCs w:val="18"/>
                          </w:rPr>
                          <w:t>Fig.6:</w:t>
                        </w:r>
                        <w:r w:rsidRPr="00584328">
                          <w:rPr>
                            <w:rFonts w:ascii="Arial" w:hAnsi="Arial" w:cs="Arial"/>
                            <w:bCs/>
                            <w:spacing w:val="-13"/>
                            <w:sz w:val="20"/>
                            <w:szCs w:val="18"/>
                          </w:rPr>
                          <w:t xml:space="preserve"> </w:t>
                        </w:r>
                        <w:r w:rsidRPr="00584328">
                          <w:rPr>
                            <w:rFonts w:ascii="Arial" w:hAnsi="Arial" w:cs="Arial"/>
                            <w:bCs/>
                            <w:sz w:val="20"/>
                            <w:szCs w:val="18"/>
                          </w:rPr>
                          <w:t>Feathers</w:t>
                        </w:r>
                        <w:r w:rsidRPr="00584328">
                          <w:rPr>
                            <w:rFonts w:ascii="Arial" w:hAnsi="Arial" w:cs="Arial"/>
                            <w:bCs/>
                            <w:spacing w:val="-14"/>
                            <w:sz w:val="20"/>
                            <w:szCs w:val="18"/>
                          </w:rPr>
                          <w:t xml:space="preserve"> </w:t>
                        </w:r>
                        <w:r w:rsidRPr="00584328">
                          <w:rPr>
                            <w:rFonts w:ascii="Arial" w:hAnsi="Arial" w:cs="Arial"/>
                            <w:bCs/>
                            <w:sz w:val="20"/>
                            <w:szCs w:val="18"/>
                          </w:rPr>
                          <w:t>kept</w:t>
                        </w:r>
                        <w:r w:rsidRPr="00584328">
                          <w:rPr>
                            <w:rFonts w:ascii="Arial" w:hAnsi="Arial" w:cs="Arial"/>
                            <w:bCs/>
                            <w:spacing w:val="-12"/>
                            <w:sz w:val="20"/>
                            <w:szCs w:val="18"/>
                          </w:rPr>
                          <w:t xml:space="preserve"> </w:t>
                        </w:r>
                        <w:r w:rsidRPr="00584328">
                          <w:rPr>
                            <w:rFonts w:ascii="Arial" w:hAnsi="Arial" w:cs="Arial"/>
                            <w:bCs/>
                            <w:sz w:val="20"/>
                            <w:szCs w:val="18"/>
                          </w:rPr>
                          <w:t xml:space="preserve">for </w:t>
                        </w:r>
                        <w:r w:rsidRPr="00584328">
                          <w:rPr>
                            <w:rFonts w:ascii="Arial" w:hAnsi="Arial" w:cs="Arial"/>
                            <w:bCs/>
                            <w:spacing w:val="-2"/>
                            <w:sz w:val="20"/>
                            <w:szCs w:val="18"/>
                          </w:rPr>
                          <w:t>drying</w:t>
                        </w:r>
                      </w:p>
                      <w:p w14:paraId="498792D1" w14:textId="77777777" w:rsidR="00584328" w:rsidRDefault="00584328" w:rsidP="00584328">
                        <w:pPr>
                          <w:rPr>
                            <w:sz w:val="24"/>
                          </w:rPr>
                        </w:pPr>
                      </w:p>
                      <w:p w14:paraId="71184B57" w14:textId="77777777" w:rsidR="00584328" w:rsidRDefault="00584328" w:rsidP="00584328">
                        <w:pPr>
                          <w:rPr>
                            <w:sz w:val="24"/>
                          </w:rPr>
                        </w:pPr>
                      </w:p>
                      <w:p w14:paraId="4C0F4CA1" w14:textId="77777777" w:rsidR="00584328" w:rsidRDefault="00584328" w:rsidP="00584328">
                        <w:pPr>
                          <w:rPr>
                            <w:sz w:val="24"/>
                          </w:rPr>
                        </w:pPr>
                      </w:p>
                      <w:p w14:paraId="01FB986E" w14:textId="77777777" w:rsidR="00584328" w:rsidRDefault="00584328" w:rsidP="00584328">
                        <w:pPr>
                          <w:rPr>
                            <w:sz w:val="24"/>
                          </w:rPr>
                        </w:pPr>
                      </w:p>
                      <w:p w14:paraId="2C136291" w14:textId="77777777" w:rsidR="00584328" w:rsidRDefault="00584328" w:rsidP="00584328">
                        <w:pPr>
                          <w:spacing w:before="79"/>
                          <w:rPr>
                            <w:sz w:val="24"/>
                          </w:rPr>
                        </w:pPr>
                      </w:p>
                      <w:p w14:paraId="7EB92DC4" w14:textId="77777777" w:rsidR="00584328" w:rsidRDefault="00584328" w:rsidP="00584328">
                        <w:pPr>
                          <w:ind w:left="144"/>
                          <w:rPr>
                            <w:b/>
                            <w:sz w:val="24"/>
                          </w:rPr>
                        </w:pPr>
                        <w:r>
                          <w:rPr>
                            <w:b/>
                            <w:sz w:val="24"/>
                          </w:rPr>
                          <w:t>Fig.6:</w:t>
                        </w:r>
                        <w:r>
                          <w:rPr>
                            <w:b/>
                            <w:spacing w:val="-13"/>
                            <w:sz w:val="24"/>
                          </w:rPr>
                          <w:t xml:space="preserve"> </w:t>
                        </w:r>
                        <w:r>
                          <w:rPr>
                            <w:b/>
                            <w:sz w:val="24"/>
                          </w:rPr>
                          <w:t>Feathers</w:t>
                        </w:r>
                        <w:r>
                          <w:rPr>
                            <w:b/>
                            <w:spacing w:val="-14"/>
                            <w:sz w:val="24"/>
                          </w:rPr>
                          <w:t xml:space="preserve"> </w:t>
                        </w:r>
                        <w:r>
                          <w:rPr>
                            <w:b/>
                            <w:sz w:val="24"/>
                          </w:rPr>
                          <w:t>kept</w:t>
                        </w:r>
                        <w:r>
                          <w:rPr>
                            <w:b/>
                            <w:spacing w:val="-12"/>
                            <w:sz w:val="24"/>
                          </w:rPr>
                          <w:t xml:space="preserve"> </w:t>
                        </w:r>
                        <w:r>
                          <w:rPr>
                            <w:b/>
                            <w:sz w:val="24"/>
                          </w:rPr>
                          <w:t xml:space="preserve">for </w:t>
                        </w:r>
                        <w:r>
                          <w:rPr>
                            <w:b/>
                            <w:spacing w:val="-2"/>
                            <w:sz w:val="24"/>
                          </w:rPr>
                          <w:t>drying</w:t>
                        </w:r>
                      </w:p>
                    </w:txbxContent>
                  </v:textbox>
                </v:shape>
                <w10:wrap type="topAndBottom"/>
              </v:group>
            </w:pict>
          </mc:Fallback>
        </mc:AlternateContent>
      </w:r>
      <w:r w:rsidRPr="00584328">
        <w:rPr>
          <w:rFonts w:ascii="Arial" w:hAnsi="Arial" w:cs="Arial"/>
          <w:noProof/>
          <w:sz w:val="20"/>
        </w:rPr>
        <mc:AlternateContent>
          <mc:Choice Requires="wpg">
            <w:drawing>
              <wp:anchor distT="0" distB="0" distL="114300" distR="114300" simplePos="0" relativeHeight="251709440" behindDoc="0" locked="0" layoutInCell="1" allowOverlap="1" wp14:anchorId="6EA5BB54" wp14:editId="6C3E8D48">
                <wp:simplePos x="0" y="0"/>
                <wp:positionH relativeFrom="column">
                  <wp:posOffset>1877695</wp:posOffset>
                </wp:positionH>
                <wp:positionV relativeFrom="paragraph">
                  <wp:posOffset>3302635</wp:posOffset>
                </wp:positionV>
                <wp:extent cx="1974850" cy="2687955"/>
                <wp:effectExtent l="0" t="0" r="25400" b="17145"/>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2687955"/>
                          <a:chOff x="4762" y="4761"/>
                          <a:chExt cx="1975104" cy="2841973"/>
                        </a:xfrm>
                      </wpg:grpSpPr>
                      <pic:pic xmlns:pic="http://schemas.openxmlformats.org/drawingml/2006/picture">
                        <pic:nvPicPr>
                          <pic:cNvPr id="23" name="Image 23"/>
                          <pic:cNvPicPr/>
                        </pic:nvPicPr>
                        <pic:blipFill>
                          <a:blip r:embed="rId16" cstate="print"/>
                          <a:stretch>
                            <a:fillRect/>
                          </a:stretch>
                        </pic:blipFill>
                        <pic:spPr>
                          <a:xfrm>
                            <a:off x="101155" y="55435"/>
                            <a:ext cx="1807464" cy="2361183"/>
                          </a:xfrm>
                          <a:prstGeom prst="rect">
                            <a:avLst/>
                          </a:prstGeom>
                        </pic:spPr>
                      </pic:pic>
                      <wps:wsp>
                        <wps:cNvPr id="24" name="Textbox 24"/>
                        <wps:cNvSpPr txBox="1"/>
                        <wps:spPr>
                          <a:xfrm>
                            <a:off x="4762" y="4761"/>
                            <a:ext cx="1975104" cy="2841973"/>
                          </a:xfrm>
                          <a:prstGeom prst="rect">
                            <a:avLst/>
                          </a:prstGeom>
                          <a:ln w="9525">
                            <a:solidFill>
                              <a:srgbClr val="000000"/>
                            </a:solidFill>
                            <a:prstDash val="solid"/>
                          </a:ln>
                        </wps:spPr>
                        <wps:txbx>
                          <w:txbxContent>
                            <w:p w14:paraId="09F28C86" w14:textId="77777777" w:rsidR="00CD5479" w:rsidRDefault="00CD5479" w:rsidP="00CD5479">
                              <w:pPr>
                                <w:rPr>
                                  <w:sz w:val="24"/>
                                </w:rPr>
                              </w:pPr>
                            </w:p>
                            <w:p w14:paraId="390599D1" w14:textId="77777777" w:rsidR="00CD5479" w:rsidRDefault="00CD5479" w:rsidP="00CD5479">
                              <w:pPr>
                                <w:rPr>
                                  <w:sz w:val="24"/>
                                </w:rPr>
                              </w:pPr>
                            </w:p>
                            <w:p w14:paraId="26EAB60D" w14:textId="77777777" w:rsidR="00CD5479" w:rsidRDefault="00CD5479" w:rsidP="00CD5479">
                              <w:pPr>
                                <w:rPr>
                                  <w:sz w:val="24"/>
                                </w:rPr>
                              </w:pPr>
                            </w:p>
                            <w:p w14:paraId="1556E35F" w14:textId="77777777" w:rsidR="00CD5479" w:rsidRDefault="00CD5479" w:rsidP="00CD5479">
                              <w:pPr>
                                <w:rPr>
                                  <w:sz w:val="24"/>
                                </w:rPr>
                              </w:pPr>
                            </w:p>
                            <w:p w14:paraId="415D7466" w14:textId="77777777" w:rsidR="00CD5479" w:rsidRDefault="00CD5479" w:rsidP="00CD5479">
                              <w:pPr>
                                <w:rPr>
                                  <w:sz w:val="24"/>
                                </w:rPr>
                              </w:pPr>
                            </w:p>
                            <w:p w14:paraId="3947526F" w14:textId="77777777" w:rsidR="00CD5479" w:rsidRDefault="00CD5479" w:rsidP="00CD5479">
                              <w:pPr>
                                <w:rPr>
                                  <w:sz w:val="24"/>
                                </w:rPr>
                              </w:pPr>
                            </w:p>
                            <w:p w14:paraId="00323CF4" w14:textId="77777777" w:rsidR="00CD5479" w:rsidRDefault="00CD5479" w:rsidP="00CD5479">
                              <w:pPr>
                                <w:rPr>
                                  <w:sz w:val="24"/>
                                </w:rPr>
                              </w:pPr>
                            </w:p>
                            <w:p w14:paraId="2258FAD7" w14:textId="77777777" w:rsidR="00CD5479" w:rsidRDefault="00CD5479" w:rsidP="00CD5479">
                              <w:pPr>
                                <w:rPr>
                                  <w:sz w:val="24"/>
                                </w:rPr>
                              </w:pPr>
                            </w:p>
                            <w:p w14:paraId="098B5F27" w14:textId="77777777" w:rsidR="00584328" w:rsidRDefault="00584328" w:rsidP="00584328">
                              <w:pPr>
                                <w:ind w:left="145" w:right="83"/>
                                <w:jc w:val="center"/>
                                <w:rPr>
                                  <w:rFonts w:ascii="Arial" w:hAnsi="Arial" w:cs="Arial"/>
                                  <w:bCs/>
                                  <w:sz w:val="12"/>
                                  <w:szCs w:val="10"/>
                                </w:rPr>
                              </w:pPr>
                            </w:p>
                            <w:p w14:paraId="19B47DC1" w14:textId="28D18942" w:rsidR="0036165D" w:rsidRPr="00584328" w:rsidRDefault="0036165D" w:rsidP="00584328">
                              <w:pPr>
                                <w:ind w:left="145" w:right="83"/>
                                <w:jc w:val="center"/>
                                <w:rPr>
                                  <w:rFonts w:ascii="Arial" w:hAnsi="Arial" w:cs="Arial"/>
                                  <w:bCs/>
                                  <w:sz w:val="20"/>
                                  <w:szCs w:val="18"/>
                                </w:rPr>
                              </w:pPr>
                              <w:r w:rsidRPr="00584328">
                                <w:rPr>
                                  <w:rFonts w:ascii="Arial" w:hAnsi="Arial" w:cs="Arial"/>
                                  <w:bCs/>
                                  <w:sz w:val="20"/>
                                  <w:szCs w:val="18"/>
                                </w:rPr>
                                <w:t>Fig.5: Feathers again washed</w:t>
                              </w:r>
                              <w:r w:rsidRPr="00584328">
                                <w:rPr>
                                  <w:rFonts w:ascii="Arial" w:hAnsi="Arial" w:cs="Arial"/>
                                  <w:bCs/>
                                  <w:spacing w:val="-13"/>
                                  <w:sz w:val="20"/>
                                  <w:szCs w:val="18"/>
                                </w:rPr>
                                <w:t xml:space="preserve"> </w:t>
                              </w:r>
                              <w:r w:rsidRPr="00584328">
                                <w:rPr>
                                  <w:rFonts w:ascii="Arial" w:hAnsi="Arial" w:cs="Arial"/>
                                  <w:bCs/>
                                  <w:sz w:val="20"/>
                                  <w:szCs w:val="18"/>
                                </w:rPr>
                                <w:t>with</w:t>
                              </w:r>
                              <w:r w:rsidRPr="00584328">
                                <w:rPr>
                                  <w:rFonts w:ascii="Arial" w:hAnsi="Arial" w:cs="Arial"/>
                                  <w:bCs/>
                                  <w:spacing w:val="-14"/>
                                  <w:sz w:val="20"/>
                                  <w:szCs w:val="18"/>
                                </w:rPr>
                                <w:t xml:space="preserve"> </w:t>
                              </w:r>
                              <w:r w:rsidRPr="00584328">
                                <w:rPr>
                                  <w:rFonts w:ascii="Arial" w:hAnsi="Arial" w:cs="Arial"/>
                                  <w:bCs/>
                                  <w:sz w:val="20"/>
                                  <w:szCs w:val="18"/>
                                </w:rPr>
                                <w:t>tap</w:t>
                              </w:r>
                              <w:r w:rsidRPr="00584328">
                                <w:rPr>
                                  <w:rFonts w:ascii="Arial" w:hAnsi="Arial" w:cs="Arial"/>
                                  <w:bCs/>
                                  <w:spacing w:val="-14"/>
                                  <w:sz w:val="20"/>
                                  <w:szCs w:val="18"/>
                                </w:rPr>
                                <w:t xml:space="preserve"> </w:t>
                              </w:r>
                              <w:r w:rsidRPr="00584328">
                                <w:rPr>
                                  <w:rFonts w:ascii="Arial" w:hAnsi="Arial" w:cs="Arial"/>
                                  <w:bCs/>
                                  <w:sz w:val="20"/>
                                  <w:szCs w:val="18"/>
                                </w:rPr>
                                <w:t>water</w:t>
                              </w:r>
                            </w:p>
                            <w:p w14:paraId="54ECEFDE" w14:textId="77777777" w:rsidR="00CD5479" w:rsidRDefault="00CD5479" w:rsidP="00CD5479">
                              <w:pPr>
                                <w:rPr>
                                  <w:sz w:val="24"/>
                                </w:rPr>
                              </w:pPr>
                            </w:p>
                            <w:p w14:paraId="20BAE9C6" w14:textId="77777777" w:rsidR="00CD5479" w:rsidRDefault="00CD5479" w:rsidP="00CD5479">
                              <w:pPr>
                                <w:rPr>
                                  <w:sz w:val="24"/>
                                </w:rPr>
                              </w:pPr>
                            </w:p>
                            <w:p w14:paraId="3DA70767" w14:textId="77777777" w:rsidR="00CD5479" w:rsidRDefault="00CD5479" w:rsidP="00CD5479">
                              <w:pPr>
                                <w:rPr>
                                  <w:sz w:val="24"/>
                                </w:rPr>
                              </w:pPr>
                            </w:p>
                            <w:p w14:paraId="4BD3D648" w14:textId="77777777" w:rsidR="00CD5479" w:rsidRDefault="00CD5479" w:rsidP="00CD5479">
                              <w:pPr>
                                <w:rPr>
                                  <w:sz w:val="24"/>
                                </w:rPr>
                              </w:pPr>
                            </w:p>
                            <w:p w14:paraId="18D05629" w14:textId="77777777" w:rsidR="00CD5479" w:rsidRDefault="00CD5479" w:rsidP="00CD5479">
                              <w:pPr>
                                <w:spacing w:before="108"/>
                                <w:rPr>
                                  <w:sz w:val="24"/>
                                </w:rPr>
                              </w:pPr>
                            </w:p>
                            <w:p w14:paraId="0B8619BF" w14:textId="77777777" w:rsidR="00CD5479" w:rsidRDefault="00CD5479" w:rsidP="00CD5479">
                              <w:pPr>
                                <w:ind w:left="145" w:right="83"/>
                                <w:rPr>
                                  <w:b/>
                                  <w:sz w:val="24"/>
                                </w:rPr>
                              </w:pPr>
                              <w:r>
                                <w:rPr>
                                  <w:b/>
                                  <w:sz w:val="24"/>
                                </w:rPr>
                                <w:t>Fig.5: Feathers again washed</w:t>
                              </w:r>
                              <w:r>
                                <w:rPr>
                                  <w:b/>
                                  <w:spacing w:val="-13"/>
                                  <w:sz w:val="24"/>
                                </w:rPr>
                                <w:t xml:space="preserve"> </w:t>
                              </w:r>
                              <w:r>
                                <w:rPr>
                                  <w:b/>
                                  <w:sz w:val="24"/>
                                </w:rPr>
                                <w:t>with</w:t>
                              </w:r>
                              <w:r>
                                <w:rPr>
                                  <w:b/>
                                  <w:spacing w:val="-14"/>
                                  <w:sz w:val="24"/>
                                </w:rPr>
                                <w:t xml:space="preserve"> </w:t>
                              </w:r>
                              <w:r>
                                <w:rPr>
                                  <w:b/>
                                  <w:sz w:val="24"/>
                                </w:rPr>
                                <w:t>tap</w:t>
                              </w:r>
                              <w:r>
                                <w:rPr>
                                  <w:b/>
                                  <w:spacing w:val="-14"/>
                                  <w:sz w:val="24"/>
                                </w:rPr>
                                <w:t xml:space="preserve"> </w:t>
                              </w:r>
                              <w:r>
                                <w:rPr>
                                  <w:b/>
                                  <w:sz w:val="24"/>
                                </w:rPr>
                                <w:t>water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A5BB54" id="Group 22" o:spid="_x0000_s1038" style="position:absolute;margin-left:147.85pt;margin-top:260.05pt;width:155.5pt;height:211.65pt;z-index:251709440;mso-width-relative:margin;mso-height-relative:margin" coordorigin="47,47" coordsize="19751,28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">
                <v:shape id="Image 23" o:spid="_x0000_s1039" type="#_x0000_t75" style="position:absolute;left:1011;top:554;width:18075;height:2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">
                  <v:imagedata r:id="rId17" o:title=""/>
                </v:shape>
                <v:shape id="Textbox 24" o:spid="_x0000_s1040" type="#_x0000_t202" style="position:absolute;left:47;top:47;width:19751;height:2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14:paraId="09F28C86" w14:textId="77777777" w:rsidR="00CD5479" w:rsidRDefault="00CD5479" w:rsidP="00CD5479">
                        <w:pPr>
                          <w:rPr>
                            <w:sz w:val="24"/>
                          </w:rPr>
                        </w:pPr>
                      </w:p>
                      <w:p w14:paraId="390599D1" w14:textId="77777777" w:rsidR="00CD5479" w:rsidRDefault="00CD5479" w:rsidP="00CD5479">
                        <w:pPr>
                          <w:rPr>
                            <w:sz w:val="24"/>
                          </w:rPr>
                        </w:pPr>
                      </w:p>
                      <w:p w14:paraId="26EAB60D" w14:textId="77777777" w:rsidR="00CD5479" w:rsidRDefault="00CD5479" w:rsidP="00CD5479">
                        <w:pPr>
                          <w:rPr>
                            <w:sz w:val="24"/>
                          </w:rPr>
                        </w:pPr>
                      </w:p>
                      <w:p w14:paraId="1556E35F" w14:textId="77777777" w:rsidR="00CD5479" w:rsidRDefault="00CD5479" w:rsidP="00CD5479">
                        <w:pPr>
                          <w:rPr>
                            <w:sz w:val="24"/>
                          </w:rPr>
                        </w:pPr>
                      </w:p>
                      <w:p w14:paraId="415D7466" w14:textId="77777777" w:rsidR="00CD5479" w:rsidRDefault="00CD5479" w:rsidP="00CD5479">
                        <w:pPr>
                          <w:rPr>
                            <w:sz w:val="24"/>
                          </w:rPr>
                        </w:pPr>
                      </w:p>
                      <w:p w14:paraId="3947526F" w14:textId="77777777" w:rsidR="00CD5479" w:rsidRDefault="00CD5479" w:rsidP="00CD5479">
                        <w:pPr>
                          <w:rPr>
                            <w:sz w:val="24"/>
                          </w:rPr>
                        </w:pPr>
                      </w:p>
                      <w:p w14:paraId="00323CF4" w14:textId="77777777" w:rsidR="00CD5479" w:rsidRDefault="00CD5479" w:rsidP="00CD5479">
                        <w:pPr>
                          <w:rPr>
                            <w:sz w:val="24"/>
                          </w:rPr>
                        </w:pPr>
                      </w:p>
                      <w:p w14:paraId="2258FAD7" w14:textId="77777777" w:rsidR="00CD5479" w:rsidRDefault="00CD5479" w:rsidP="00CD5479">
                        <w:pPr>
                          <w:rPr>
                            <w:sz w:val="24"/>
                          </w:rPr>
                        </w:pPr>
                      </w:p>
                      <w:p w14:paraId="098B5F27" w14:textId="77777777" w:rsidR="00584328" w:rsidRDefault="00584328" w:rsidP="00584328">
                        <w:pPr>
                          <w:ind w:left="145" w:right="83"/>
                          <w:jc w:val="center"/>
                          <w:rPr>
                            <w:rFonts w:ascii="Arial" w:hAnsi="Arial" w:cs="Arial"/>
                            <w:bCs/>
                            <w:sz w:val="12"/>
                            <w:szCs w:val="10"/>
                          </w:rPr>
                        </w:pPr>
                      </w:p>
                      <w:p w14:paraId="19B47DC1" w14:textId="28D18942" w:rsidR="0036165D" w:rsidRPr="00584328" w:rsidRDefault="0036165D" w:rsidP="00584328">
                        <w:pPr>
                          <w:ind w:left="145" w:right="83"/>
                          <w:jc w:val="center"/>
                          <w:rPr>
                            <w:rFonts w:ascii="Arial" w:hAnsi="Arial" w:cs="Arial"/>
                            <w:bCs/>
                            <w:sz w:val="20"/>
                            <w:szCs w:val="18"/>
                          </w:rPr>
                        </w:pPr>
                        <w:r w:rsidRPr="00584328">
                          <w:rPr>
                            <w:rFonts w:ascii="Arial" w:hAnsi="Arial" w:cs="Arial"/>
                            <w:bCs/>
                            <w:sz w:val="20"/>
                            <w:szCs w:val="18"/>
                          </w:rPr>
                          <w:t>Fig.5: Feathers again washed</w:t>
                        </w:r>
                        <w:r w:rsidRPr="00584328">
                          <w:rPr>
                            <w:rFonts w:ascii="Arial" w:hAnsi="Arial" w:cs="Arial"/>
                            <w:bCs/>
                            <w:spacing w:val="-13"/>
                            <w:sz w:val="20"/>
                            <w:szCs w:val="18"/>
                          </w:rPr>
                          <w:t xml:space="preserve"> </w:t>
                        </w:r>
                        <w:r w:rsidRPr="00584328">
                          <w:rPr>
                            <w:rFonts w:ascii="Arial" w:hAnsi="Arial" w:cs="Arial"/>
                            <w:bCs/>
                            <w:sz w:val="20"/>
                            <w:szCs w:val="18"/>
                          </w:rPr>
                          <w:t>with</w:t>
                        </w:r>
                        <w:r w:rsidRPr="00584328">
                          <w:rPr>
                            <w:rFonts w:ascii="Arial" w:hAnsi="Arial" w:cs="Arial"/>
                            <w:bCs/>
                            <w:spacing w:val="-14"/>
                            <w:sz w:val="20"/>
                            <w:szCs w:val="18"/>
                          </w:rPr>
                          <w:t xml:space="preserve"> </w:t>
                        </w:r>
                        <w:r w:rsidRPr="00584328">
                          <w:rPr>
                            <w:rFonts w:ascii="Arial" w:hAnsi="Arial" w:cs="Arial"/>
                            <w:bCs/>
                            <w:sz w:val="20"/>
                            <w:szCs w:val="18"/>
                          </w:rPr>
                          <w:t>tap</w:t>
                        </w:r>
                        <w:r w:rsidRPr="00584328">
                          <w:rPr>
                            <w:rFonts w:ascii="Arial" w:hAnsi="Arial" w:cs="Arial"/>
                            <w:bCs/>
                            <w:spacing w:val="-14"/>
                            <w:sz w:val="20"/>
                            <w:szCs w:val="18"/>
                          </w:rPr>
                          <w:t xml:space="preserve"> </w:t>
                        </w:r>
                        <w:r w:rsidRPr="00584328">
                          <w:rPr>
                            <w:rFonts w:ascii="Arial" w:hAnsi="Arial" w:cs="Arial"/>
                            <w:bCs/>
                            <w:sz w:val="20"/>
                            <w:szCs w:val="18"/>
                          </w:rPr>
                          <w:t>water</w:t>
                        </w:r>
                      </w:p>
                      <w:p w14:paraId="54ECEFDE" w14:textId="77777777" w:rsidR="00CD5479" w:rsidRDefault="00CD5479" w:rsidP="00CD5479">
                        <w:pPr>
                          <w:rPr>
                            <w:sz w:val="24"/>
                          </w:rPr>
                        </w:pPr>
                      </w:p>
                      <w:p w14:paraId="20BAE9C6" w14:textId="77777777" w:rsidR="00CD5479" w:rsidRDefault="00CD5479" w:rsidP="00CD5479">
                        <w:pPr>
                          <w:rPr>
                            <w:sz w:val="24"/>
                          </w:rPr>
                        </w:pPr>
                      </w:p>
                      <w:p w14:paraId="3DA70767" w14:textId="77777777" w:rsidR="00CD5479" w:rsidRDefault="00CD5479" w:rsidP="00CD5479">
                        <w:pPr>
                          <w:rPr>
                            <w:sz w:val="24"/>
                          </w:rPr>
                        </w:pPr>
                      </w:p>
                      <w:p w14:paraId="4BD3D648" w14:textId="77777777" w:rsidR="00CD5479" w:rsidRDefault="00CD5479" w:rsidP="00CD5479">
                        <w:pPr>
                          <w:rPr>
                            <w:sz w:val="24"/>
                          </w:rPr>
                        </w:pPr>
                      </w:p>
                      <w:p w14:paraId="18D05629" w14:textId="77777777" w:rsidR="00CD5479" w:rsidRDefault="00CD5479" w:rsidP="00CD5479">
                        <w:pPr>
                          <w:spacing w:before="108"/>
                          <w:rPr>
                            <w:sz w:val="24"/>
                          </w:rPr>
                        </w:pPr>
                      </w:p>
                      <w:p w14:paraId="0B8619BF" w14:textId="77777777" w:rsidR="00CD5479" w:rsidRDefault="00CD5479" w:rsidP="00CD5479">
                        <w:pPr>
                          <w:ind w:left="145" w:right="83"/>
                          <w:rPr>
                            <w:b/>
                            <w:sz w:val="24"/>
                          </w:rPr>
                        </w:pPr>
                        <w:r>
                          <w:rPr>
                            <w:b/>
                            <w:sz w:val="24"/>
                          </w:rPr>
                          <w:t>Fig.5: Feathers again washed</w:t>
                        </w:r>
                        <w:r>
                          <w:rPr>
                            <w:b/>
                            <w:spacing w:val="-13"/>
                            <w:sz w:val="24"/>
                          </w:rPr>
                          <w:t xml:space="preserve"> </w:t>
                        </w:r>
                        <w:r>
                          <w:rPr>
                            <w:b/>
                            <w:sz w:val="24"/>
                          </w:rPr>
                          <w:t>with</w:t>
                        </w:r>
                        <w:r>
                          <w:rPr>
                            <w:b/>
                            <w:spacing w:val="-14"/>
                            <w:sz w:val="24"/>
                          </w:rPr>
                          <w:t xml:space="preserve"> </w:t>
                        </w:r>
                        <w:r>
                          <w:rPr>
                            <w:b/>
                            <w:sz w:val="24"/>
                          </w:rPr>
                          <w:t>tap</w:t>
                        </w:r>
                        <w:r>
                          <w:rPr>
                            <w:b/>
                            <w:spacing w:val="-14"/>
                            <w:sz w:val="24"/>
                          </w:rPr>
                          <w:t xml:space="preserve"> </w:t>
                        </w:r>
                        <w:r>
                          <w:rPr>
                            <w:b/>
                            <w:sz w:val="24"/>
                          </w:rPr>
                          <w:t>water</w:t>
                        </w:r>
                      </w:p>
                    </w:txbxContent>
                  </v:textbox>
                </v:shape>
                <w10:wrap type="topAndBottom"/>
              </v:group>
            </w:pict>
          </mc:Fallback>
        </mc:AlternateContent>
      </w:r>
      <w:r w:rsidRPr="00584328">
        <w:rPr>
          <w:rFonts w:ascii="Arial" w:hAnsi="Arial" w:cs="Arial"/>
          <w:noProof/>
          <w:position w:val="4"/>
          <w:sz w:val="20"/>
        </w:rPr>
        <mc:AlternateContent>
          <mc:Choice Requires="wpg">
            <w:drawing>
              <wp:anchor distT="0" distB="0" distL="114300" distR="114300" simplePos="0" relativeHeight="251708416" behindDoc="0" locked="0" layoutInCell="1" allowOverlap="1" wp14:anchorId="2586196F" wp14:editId="01D85DE1">
                <wp:simplePos x="0" y="0"/>
                <wp:positionH relativeFrom="column">
                  <wp:posOffset>-426720</wp:posOffset>
                </wp:positionH>
                <wp:positionV relativeFrom="paragraph">
                  <wp:posOffset>3327400</wp:posOffset>
                </wp:positionV>
                <wp:extent cx="1974850" cy="2687955"/>
                <wp:effectExtent l="0" t="0" r="25400" b="1714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2687955"/>
                          <a:chOff x="4762" y="4763"/>
                          <a:chExt cx="1975104" cy="2689040"/>
                        </a:xfrm>
                      </wpg:grpSpPr>
                      <pic:pic xmlns:pic="http://schemas.openxmlformats.org/drawingml/2006/picture">
                        <pic:nvPicPr>
                          <pic:cNvPr id="20" name="Image 20"/>
                          <pic:cNvPicPr/>
                        </pic:nvPicPr>
                        <pic:blipFill>
                          <a:blip r:embed="rId18" cstate="print"/>
                          <a:stretch>
                            <a:fillRect/>
                          </a:stretch>
                        </pic:blipFill>
                        <pic:spPr>
                          <a:xfrm>
                            <a:off x="100901" y="55562"/>
                            <a:ext cx="1712976" cy="2371090"/>
                          </a:xfrm>
                          <a:prstGeom prst="rect">
                            <a:avLst/>
                          </a:prstGeom>
                        </pic:spPr>
                      </pic:pic>
                      <wps:wsp>
                        <wps:cNvPr id="21" name="Textbox 21"/>
                        <wps:cNvSpPr txBox="1"/>
                        <wps:spPr>
                          <a:xfrm>
                            <a:off x="4762" y="4763"/>
                            <a:ext cx="1975104" cy="2689040"/>
                          </a:xfrm>
                          <a:prstGeom prst="rect">
                            <a:avLst/>
                          </a:prstGeom>
                          <a:ln w="9525">
                            <a:solidFill>
                              <a:srgbClr val="000000"/>
                            </a:solidFill>
                            <a:prstDash val="solid"/>
                          </a:ln>
                        </wps:spPr>
                        <wps:txbx>
                          <w:txbxContent>
                            <w:p w14:paraId="57F581E1" w14:textId="77777777" w:rsidR="00CD5479" w:rsidRDefault="00CD5479" w:rsidP="00CD5479">
                              <w:pPr>
                                <w:rPr>
                                  <w:sz w:val="24"/>
                                </w:rPr>
                              </w:pPr>
                            </w:p>
                            <w:p w14:paraId="00847CD1" w14:textId="77777777" w:rsidR="00CD5479" w:rsidRDefault="00CD5479" w:rsidP="00CD5479">
                              <w:pPr>
                                <w:rPr>
                                  <w:sz w:val="24"/>
                                </w:rPr>
                              </w:pPr>
                            </w:p>
                            <w:p w14:paraId="75B51CDD" w14:textId="77777777" w:rsidR="00CD5479" w:rsidRDefault="00CD5479" w:rsidP="00CD5479">
                              <w:pPr>
                                <w:rPr>
                                  <w:sz w:val="24"/>
                                </w:rPr>
                              </w:pPr>
                            </w:p>
                            <w:p w14:paraId="40213A4E" w14:textId="77777777" w:rsidR="00CD5479" w:rsidRDefault="00CD5479" w:rsidP="00CD5479">
                              <w:pPr>
                                <w:rPr>
                                  <w:sz w:val="24"/>
                                </w:rPr>
                              </w:pPr>
                            </w:p>
                            <w:p w14:paraId="55C696A1" w14:textId="77777777" w:rsidR="00CD5479" w:rsidRDefault="00CD5479" w:rsidP="00CD5479">
                              <w:pPr>
                                <w:rPr>
                                  <w:sz w:val="24"/>
                                </w:rPr>
                              </w:pPr>
                            </w:p>
                            <w:p w14:paraId="3E8D8597" w14:textId="77777777" w:rsidR="00CD5479" w:rsidRDefault="00CD5479" w:rsidP="00CD5479">
                              <w:pPr>
                                <w:rPr>
                                  <w:sz w:val="24"/>
                                </w:rPr>
                              </w:pPr>
                            </w:p>
                            <w:p w14:paraId="564AC94C" w14:textId="77777777" w:rsidR="00CD5479" w:rsidRDefault="00CD5479" w:rsidP="00CD5479">
                              <w:pPr>
                                <w:rPr>
                                  <w:sz w:val="24"/>
                                </w:rPr>
                              </w:pPr>
                            </w:p>
                            <w:p w14:paraId="0E19417A" w14:textId="77777777" w:rsidR="00CD5479" w:rsidRPr="00584328" w:rsidRDefault="00CD5479" w:rsidP="00CD5479">
                              <w:pPr>
                                <w:rPr>
                                  <w:sz w:val="18"/>
                                  <w:szCs w:val="16"/>
                                </w:rPr>
                              </w:pPr>
                            </w:p>
                            <w:p w14:paraId="528CFEA0" w14:textId="77777777" w:rsidR="00584328" w:rsidRDefault="00584328" w:rsidP="00584328">
                              <w:pPr>
                                <w:ind w:left="143"/>
                                <w:jc w:val="center"/>
                                <w:rPr>
                                  <w:rFonts w:ascii="Arial" w:hAnsi="Arial" w:cs="Arial"/>
                                  <w:b/>
                                  <w:sz w:val="12"/>
                                  <w:szCs w:val="10"/>
                                </w:rPr>
                              </w:pPr>
                            </w:p>
                            <w:p w14:paraId="65CBA3E2" w14:textId="331BF4D9" w:rsidR="0036165D" w:rsidRPr="00584328" w:rsidRDefault="0036165D" w:rsidP="00584328">
                              <w:pPr>
                                <w:ind w:left="143"/>
                                <w:jc w:val="center"/>
                                <w:rPr>
                                  <w:rFonts w:ascii="Arial" w:hAnsi="Arial" w:cs="Arial"/>
                                  <w:bCs/>
                                  <w:sz w:val="20"/>
                                  <w:szCs w:val="18"/>
                                </w:rPr>
                              </w:pPr>
                              <w:r w:rsidRPr="00584328">
                                <w:rPr>
                                  <w:rFonts w:ascii="Arial" w:hAnsi="Arial" w:cs="Arial"/>
                                  <w:bCs/>
                                  <w:sz w:val="20"/>
                                  <w:szCs w:val="18"/>
                                </w:rPr>
                                <w:t>Fig.</w:t>
                              </w:r>
                              <w:r w:rsidRPr="00584328">
                                <w:rPr>
                                  <w:rFonts w:ascii="Arial" w:hAnsi="Arial" w:cs="Arial"/>
                                  <w:bCs/>
                                  <w:spacing w:val="-10"/>
                                  <w:sz w:val="20"/>
                                  <w:szCs w:val="18"/>
                                </w:rPr>
                                <w:t xml:space="preserve"> </w:t>
                              </w:r>
                              <w:r w:rsidRPr="00584328">
                                <w:rPr>
                                  <w:rFonts w:ascii="Arial" w:hAnsi="Arial" w:cs="Arial"/>
                                  <w:bCs/>
                                  <w:sz w:val="20"/>
                                  <w:szCs w:val="18"/>
                                </w:rPr>
                                <w:t>4:</w:t>
                              </w:r>
                              <w:r w:rsidRPr="00584328">
                                <w:rPr>
                                  <w:rFonts w:ascii="Arial" w:hAnsi="Arial" w:cs="Arial"/>
                                  <w:bCs/>
                                  <w:spacing w:val="-10"/>
                                  <w:sz w:val="20"/>
                                  <w:szCs w:val="18"/>
                                </w:rPr>
                                <w:t xml:space="preserve"> </w:t>
                              </w:r>
                              <w:r w:rsidRPr="00584328">
                                <w:rPr>
                                  <w:rFonts w:ascii="Arial" w:hAnsi="Arial" w:cs="Arial"/>
                                  <w:bCs/>
                                  <w:sz w:val="20"/>
                                  <w:szCs w:val="18"/>
                                </w:rPr>
                                <w:t>Soaked</w:t>
                              </w:r>
                              <w:r w:rsidRPr="00584328">
                                <w:rPr>
                                  <w:rFonts w:ascii="Arial" w:hAnsi="Arial" w:cs="Arial"/>
                                  <w:bCs/>
                                  <w:spacing w:val="-10"/>
                                  <w:sz w:val="20"/>
                                  <w:szCs w:val="18"/>
                                </w:rPr>
                                <w:t xml:space="preserve"> </w:t>
                              </w:r>
                              <w:r w:rsidRPr="00584328">
                                <w:rPr>
                                  <w:rFonts w:ascii="Arial" w:hAnsi="Arial" w:cs="Arial"/>
                                  <w:bCs/>
                                  <w:sz w:val="20"/>
                                  <w:szCs w:val="18"/>
                                </w:rPr>
                                <w:t>in</w:t>
                              </w:r>
                              <w:r w:rsidRPr="00584328">
                                <w:rPr>
                                  <w:rFonts w:ascii="Arial" w:hAnsi="Arial" w:cs="Arial"/>
                                  <w:bCs/>
                                  <w:spacing w:val="-9"/>
                                  <w:sz w:val="20"/>
                                  <w:szCs w:val="18"/>
                                </w:rPr>
                                <w:t xml:space="preserve"> </w:t>
                              </w:r>
                              <w:r w:rsidRPr="00584328">
                                <w:rPr>
                                  <w:rFonts w:ascii="Arial" w:hAnsi="Arial" w:cs="Arial"/>
                                  <w:bCs/>
                                  <w:sz w:val="20"/>
                                  <w:szCs w:val="18"/>
                                </w:rPr>
                                <w:t>Diethyl ether for 24hrs</w:t>
                              </w:r>
                            </w:p>
                            <w:p w14:paraId="79F1A921" w14:textId="77777777" w:rsidR="00CD5479" w:rsidRPr="00584328" w:rsidRDefault="00CD5479" w:rsidP="00584328">
                              <w:pPr>
                                <w:jc w:val="center"/>
                                <w:rPr>
                                  <w:rFonts w:ascii="Arial" w:hAnsi="Arial" w:cs="Arial"/>
                                  <w:sz w:val="20"/>
                                  <w:szCs w:val="18"/>
                                </w:rPr>
                              </w:pPr>
                            </w:p>
                            <w:p w14:paraId="46F23F97" w14:textId="77777777" w:rsidR="00CD5479" w:rsidRDefault="00CD5479" w:rsidP="00CD5479">
                              <w:pPr>
                                <w:rPr>
                                  <w:sz w:val="24"/>
                                </w:rPr>
                              </w:pPr>
                            </w:p>
                            <w:p w14:paraId="567E4D36" w14:textId="77777777" w:rsidR="00CD5479" w:rsidRDefault="00CD5479" w:rsidP="00CD5479">
                              <w:pPr>
                                <w:rPr>
                                  <w:sz w:val="24"/>
                                </w:rPr>
                              </w:pPr>
                            </w:p>
                            <w:p w14:paraId="4664E3CA" w14:textId="77777777" w:rsidR="00CD5479" w:rsidRDefault="00CD5479" w:rsidP="00CD5479">
                              <w:pPr>
                                <w:rPr>
                                  <w:sz w:val="24"/>
                                </w:rPr>
                              </w:pPr>
                            </w:p>
                            <w:p w14:paraId="278387B0" w14:textId="77777777" w:rsidR="00CD5479" w:rsidRDefault="00CD5479" w:rsidP="00CD5479">
                              <w:pPr>
                                <w:rPr>
                                  <w:sz w:val="24"/>
                                </w:rPr>
                              </w:pPr>
                            </w:p>
                            <w:p w14:paraId="7BF93377" w14:textId="77777777" w:rsidR="00CD5479" w:rsidRDefault="00CD5479" w:rsidP="00CD5479">
                              <w:pPr>
                                <w:spacing w:before="140"/>
                                <w:rPr>
                                  <w:sz w:val="24"/>
                                </w:rPr>
                              </w:pPr>
                            </w:p>
                            <w:p w14:paraId="223855D7" w14:textId="77777777" w:rsidR="00CD5479" w:rsidRDefault="00CD5479" w:rsidP="00CD5479">
                              <w:pPr>
                                <w:ind w:left="143"/>
                                <w:rPr>
                                  <w:b/>
                                  <w:sz w:val="24"/>
                                </w:rPr>
                              </w:pPr>
                              <w:r>
                                <w:rPr>
                                  <w:b/>
                                  <w:sz w:val="24"/>
                                </w:rPr>
                                <w:t>Fig.</w:t>
                              </w:r>
                              <w:r>
                                <w:rPr>
                                  <w:b/>
                                  <w:spacing w:val="-10"/>
                                  <w:sz w:val="24"/>
                                </w:rPr>
                                <w:t xml:space="preserve"> </w:t>
                              </w:r>
                              <w:r>
                                <w:rPr>
                                  <w:b/>
                                  <w:sz w:val="24"/>
                                </w:rPr>
                                <w:t>4:</w:t>
                              </w:r>
                              <w:r>
                                <w:rPr>
                                  <w:b/>
                                  <w:spacing w:val="-10"/>
                                  <w:sz w:val="24"/>
                                </w:rPr>
                                <w:t xml:space="preserve"> </w:t>
                              </w:r>
                              <w:r>
                                <w:rPr>
                                  <w:b/>
                                  <w:sz w:val="24"/>
                                </w:rPr>
                                <w:t>Soaked</w:t>
                              </w:r>
                              <w:r>
                                <w:rPr>
                                  <w:b/>
                                  <w:spacing w:val="-10"/>
                                  <w:sz w:val="24"/>
                                </w:rPr>
                                <w:t xml:space="preserve"> </w:t>
                              </w:r>
                              <w:r>
                                <w:rPr>
                                  <w:b/>
                                  <w:sz w:val="24"/>
                                </w:rPr>
                                <w:t>in</w:t>
                              </w:r>
                              <w:r>
                                <w:rPr>
                                  <w:b/>
                                  <w:spacing w:val="-9"/>
                                  <w:sz w:val="24"/>
                                </w:rPr>
                                <w:t xml:space="preserve"> </w:t>
                              </w:r>
                              <w:r>
                                <w:rPr>
                                  <w:b/>
                                  <w:sz w:val="24"/>
                                </w:rPr>
                                <w:t>Diethyl ether for 24hrs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86196F" id="Group 19" o:spid="_x0000_s1041" style="position:absolute;margin-left:-33.6pt;margin-top:262pt;width:155.5pt;height:211.65pt;z-index:251708416;mso-width-relative:margin;mso-height-relative:margin" coordorigin="47,47" coordsize="19751,26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">
                <v:shape id="Image 20" o:spid="_x0000_s1042" type="#_x0000_t75" style="position:absolute;left:1009;top:555;width:17129;height:2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">
                  <v:imagedata r:id="rId19" o:title=""/>
                </v:shape>
                <v:shape id="Textbox 21" o:spid="_x0000_s1043" type="#_x0000_t202" style="position:absolute;left:47;top:47;width:19751;height:2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14:paraId="57F581E1" w14:textId="77777777" w:rsidR="00CD5479" w:rsidRDefault="00CD5479" w:rsidP="00CD5479">
                        <w:pPr>
                          <w:rPr>
                            <w:sz w:val="24"/>
                          </w:rPr>
                        </w:pPr>
                      </w:p>
                      <w:p w14:paraId="00847CD1" w14:textId="77777777" w:rsidR="00CD5479" w:rsidRDefault="00CD5479" w:rsidP="00CD5479">
                        <w:pPr>
                          <w:rPr>
                            <w:sz w:val="24"/>
                          </w:rPr>
                        </w:pPr>
                      </w:p>
                      <w:p w14:paraId="75B51CDD" w14:textId="77777777" w:rsidR="00CD5479" w:rsidRDefault="00CD5479" w:rsidP="00CD5479">
                        <w:pPr>
                          <w:rPr>
                            <w:sz w:val="24"/>
                          </w:rPr>
                        </w:pPr>
                      </w:p>
                      <w:p w14:paraId="40213A4E" w14:textId="77777777" w:rsidR="00CD5479" w:rsidRDefault="00CD5479" w:rsidP="00CD5479">
                        <w:pPr>
                          <w:rPr>
                            <w:sz w:val="24"/>
                          </w:rPr>
                        </w:pPr>
                      </w:p>
                      <w:p w14:paraId="55C696A1" w14:textId="77777777" w:rsidR="00CD5479" w:rsidRDefault="00CD5479" w:rsidP="00CD5479">
                        <w:pPr>
                          <w:rPr>
                            <w:sz w:val="24"/>
                          </w:rPr>
                        </w:pPr>
                      </w:p>
                      <w:p w14:paraId="3E8D8597" w14:textId="77777777" w:rsidR="00CD5479" w:rsidRDefault="00CD5479" w:rsidP="00CD5479">
                        <w:pPr>
                          <w:rPr>
                            <w:sz w:val="24"/>
                          </w:rPr>
                        </w:pPr>
                      </w:p>
                      <w:p w14:paraId="564AC94C" w14:textId="77777777" w:rsidR="00CD5479" w:rsidRDefault="00CD5479" w:rsidP="00CD5479">
                        <w:pPr>
                          <w:rPr>
                            <w:sz w:val="24"/>
                          </w:rPr>
                        </w:pPr>
                      </w:p>
                      <w:p w14:paraId="0E19417A" w14:textId="77777777" w:rsidR="00CD5479" w:rsidRPr="00584328" w:rsidRDefault="00CD5479" w:rsidP="00CD5479">
                        <w:pPr>
                          <w:rPr>
                            <w:sz w:val="18"/>
                            <w:szCs w:val="16"/>
                          </w:rPr>
                        </w:pPr>
                      </w:p>
                      <w:p w14:paraId="528CFEA0" w14:textId="77777777" w:rsidR="00584328" w:rsidRDefault="00584328" w:rsidP="00584328">
                        <w:pPr>
                          <w:ind w:left="143"/>
                          <w:jc w:val="center"/>
                          <w:rPr>
                            <w:rFonts w:ascii="Arial" w:hAnsi="Arial" w:cs="Arial"/>
                            <w:b/>
                            <w:sz w:val="12"/>
                            <w:szCs w:val="10"/>
                          </w:rPr>
                        </w:pPr>
                      </w:p>
                      <w:p w14:paraId="65CBA3E2" w14:textId="331BF4D9" w:rsidR="0036165D" w:rsidRPr="00584328" w:rsidRDefault="0036165D" w:rsidP="00584328">
                        <w:pPr>
                          <w:ind w:left="143"/>
                          <w:jc w:val="center"/>
                          <w:rPr>
                            <w:rFonts w:ascii="Arial" w:hAnsi="Arial" w:cs="Arial"/>
                            <w:bCs/>
                            <w:sz w:val="20"/>
                            <w:szCs w:val="18"/>
                          </w:rPr>
                        </w:pPr>
                        <w:r w:rsidRPr="00584328">
                          <w:rPr>
                            <w:rFonts w:ascii="Arial" w:hAnsi="Arial" w:cs="Arial"/>
                            <w:bCs/>
                            <w:sz w:val="20"/>
                            <w:szCs w:val="18"/>
                          </w:rPr>
                          <w:t>Fig.</w:t>
                        </w:r>
                        <w:r w:rsidRPr="00584328">
                          <w:rPr>
                            <w:rFonts w:ascii="Arial" w:hAnsi="Arial" w:cs="Arial"/>
                            <w:bCs/>
                            <w:spacing w:val="-10"/>
                            <w:sz w:val="20"/>
                            <w:szCs w:val="18"/>
                          </w:rPr>
                          <w:t xml:space="preserve"> </w:t>
                        </w:r>
                        <w:r w:rsidRPr="00584328">
                          <w:rPr>
                            <w:rFonts w:ascii="Arial" w:hAnsi="Arial" w:cs="Arial"/>
                            <w:bCs/>
                            <w:sz w:val="20"/>
                            <w:szCs w:val="18"/>
                          </w:rPr>
                          <w:t>4:</w:t>
                        </w:r>
                        <w:r w:rsidRPr="00584328">
                          <w:rPr>
                            <w:rFonts w:ascii="Arial" w:hAnsi="Arial" w:cs="Arial"/>
                            <w:bCs/>
                            <w:spacing w:val="-10"/>
                            <w:sz w:val="20"/>
                            <w:szCs w:val="18"/>
                          </w:rPr>
                          <w:t xml:space="preserve"> </w:t>
                        </w:r>
                        <w:r w:rsidRPr="00584328">
                          <w:rPr>
                            <w:rFonts w:ascii="Arial" w:hAnsi="Arial" w:cs="Arial"/>
                            <w:bCs/>
                            <w:sz w:val="20"/>
                            <w:szCs w:val="18"/>
                          </w:rPr>
                          <w:t>Soaked</w:t>
                        </w:r>
                        <w:r w:rsidRPr="00584328">
                          <w:rPr>
                            <w:rFonts w:ascii="Arial" w:hAnsi="Arial" w:cs="Arial"/>
                            <w:bCs/>
                            <w:spacing w:val="-10"/>
                            <w:sz w:val="20"/>
                            <w:szCs w:val="18"/>
                          </w:rPr>
                          <w:t xml:space="preserve"> </w:t>
                        </w:r>
                        <w:r w:rsidRPr="00584328">
                          <w:rPr>
                            <w:rFonts w:ascii="Arial" w:hAnsi="Arial" w:cs="Arial"/>
                            <w:bCs/>
                            <w:sz w:val="20"/>
                            <w:szCs w:val="18"/>
                          </w:rPr>
                          <w:t>in</w:t>
                        </w:r>
                        <w:r w:rsidRPr="00584328">
                          <w:rPr>
                            <w:rFonts w:ascii="Arial" w:hAnsi="Arial" w:cs="Arial"/>
                            <w:bCs/>
                            <w:spacing w:val="-9"/>
                            <w:sz w:val="20"/>
                            <w:szCs w:val="18"/>
                          </w:rPr>
                          <w:t xml:space="preserve"> </w:t>
                        </w:r>
                        <w:r w:rsidRPr="00584328">
                          <w:rPr>
                            <w:rFonts w:ascii="Arial" w:hAnsi="Arial" w:cs="Arial"/>
                            <w:bCs/>
                            <w:sz w:val="20"/>
                            <w:szCs w:val="18"/>
                          </w:rPr>
                          <w:t>Diethyl ether for 24hrs</w:t>
                        </w:r>
                      </w:p>
                      <w:p w14:paraId="79F1A921" w14:textId="77777777" w:rsidR="00CD5479" w:rsidRPr="00584328" w:rsidRDefault="00CD5479" w:rsidP="00584328">
                        <w:pPr>
                          <w:jc w:val="center"/>
                          <w:rPr>
                            <w:rFonts w:ascii="Arial" w:hAnsi="Arial" w:cs="Arial"/>
                            <w:sz w:val="20"/>
                            <w:szCs w:val="18"/>
                          </w:rPr>
                        </w:pPr>
                      </w:p>
                      <w:p w14:paraId="46F23F97" w14:textId="77777777" w:rsidR="00CD5479" w:rsidRDefault="00CD5479" w:rsidP="00CD5479">
                        <w:pPr>
                          <w:rPr>
                            <w:sz w:val="24"/>
                          </w:rPr>
                        </w:pPr>
                      </w:p>
                      <w:p w14:paraId="567E4D36" w14:textId="77777777" w:rsidR="00CD5479" w:rsidRDefault="00CD5479" w:rsidP="00CD5479">
                        <w:pPr>
                          <w:rPr>
                            <w:sz w:val="24"/>
                          </w:rPr>
                        </w:pPr>
                      </w:p>
                      <w:p w14:paraId="4664E3CA" w14:textId="77777777" w:rsidR="00CD5479" w:rsidRDefault="00CD5479" w:rsidP="00CD5479">
                        <w:pPr>
                          <w:rPr>
                            <w:sz w:val="24"/>
                          </w:rPr>
                        </w:pPr>
                      </w:p>
                      <w:p w14:paraId="278387B0" w14:textId="77777777" w:rsidR="00CD5479" w:rsidRDefault="00CD5479" w:rsidP="00CD5479">
                        <w:pPr>
                          <w:rPr>
                            <w:sz w:val="24"/>
                          </w:rPr>
                        </w:pPr>
                      </w:p>
                      <w:p w14:paraId="7BF93377" w14:textId="77777777" w:rsidR="00CD5479" w:rsidRDefault="00CD5479" w:rsidP="00CD5479">
                        <w:pPr>
                          <w:spacing w:before="140"/>
                          <w:rPr>
                            <w:sz w:val="24"/>
                          </w:rPr>
                        </w:pPr>
                      </w:p>
                      <w:p w14:paraId="223855D7" w14:textId="77777777" w:rsidR="00CD5479" w:rsidRDefault="00CD5479" w:rsidP="00CD5479">
                        <w:pPr>
                          <w:ind w:left="143"/>
                          <w:rPr>
                            <w:b/>
                            <w:sz w:val="24"/>
                          </w:rPr>
                        </w:pPr>
                        <w:r>
                          <w:rPr>
                            <w:b/>
                            <w:sz w:val="24"/>
                          </w:rPr>
                          <w:t>Fig.</w:t>
                        </w:r>
                        <w:r>
                          <w:rPr>
                            <w:b/>
                            <w:spacing w:val="-10"/>
                            <w:sz w:val="24"/>
                          </w:rPr>
                          <w:t xml:space="preserve"> </w:t>
                        </w:r>
                        <w:r>
                          <w:rPr>
                            <w:b/>
                            <w:sz w:val="24"/>
                          </w:rPr>
                          <w:t>4:</w:t>
                        </w:r>
                        <w:r>
                          <w:rPr>
                            <w:b/>
                            <w:spacing w:val="-10"/>
                            <w:sz w:val="24"/>
                          </w:rPr>
                          <w:t xml:space="preserve"> </w:t>
                        </w:r>
                        <w:r>
                          <w:rPr>
                            <w:b/>
                            <w:sz w:val="24"/>
                          </w:rPr>
                          <w:t>Soaked</w:t>
                        </w:r>
                        <w:r>
                          <w:rPr>
                            <w:b/>
                            <w:spacing w:val="-10"/>
                            <w:sz w:val="24"/>
                          </w:rPr>
                          <w:t xml:space="preserve"> </w:t>
                        </w:r>
                        <w:r>
                          <w:rPr>
                            <w:b/>
                            <w:sz w:val="24"/>
                          </w:rPr>
                          <w:t>in</w:t>
                        </w:r>
                        <w:r>
                          <w:rPr>
                            <w:b/>
                            <w:spacing w:val="-9"/>
                            <w:sz w:val="24"/>
                          </w:rPr>
                          <w:t xml:space="preserve"> </w:t>
                        </w:r>
                        <w:r>
                          <w:rPr>
                            <w:b/>
                            <w:sz w:val="24"/>
                          </w:rPr>
                          <w:t>Diethyl ether for 24hrs</w:t>
                        </w:r>
                      </w:p>
                    </w:txbxContent>
                  </v:textbox>
                </v:shape>
                <w10:wrap type="topAndBottom"/>
              </v:group>
            </w:pict>
          </mc:Fallback>
        </mc:AlternateContent>
      </w:r>
      <w:r w:rsidR="00CD5479" w:rsidRPr="00584328">
        <w:rPr>
          <w:rFonts w:ascii="Arial" w:hAnsi="Arial" w:cs="Arial"/>
          <w:sz w:val="20"/>
          <w:szCs w:val="20"/>
        </w:rPr>
        <w:t>The medium used for keratinase production contained the following constituents, (Suchitra Godbole, 2017).</w:t>
      </w:r>
    </w:p>
    <w:p w14:paraId="4CBAA76D" w14:textId="77777777" w:rsidR="00584328" w:rsidRDefault="00584328" w:rsidP="00584328">
      <w:pPr>
        <w:pStyle w:val="Heading3"/>
        <w:numPr>
          <w:ilvl w:val="0"/>
          <w:numId w:val="0"/>
        </w:numPr>
        <w:ind w:left="720" w:hanging="720"/>
        <w:rPr>
          <w:rFonts w:ascii="Arial" w:hAnsi="Arial" w:cs="Arial"/>
          <w:sz w:val="20"/>
          <w:szCs w:val="20"/>
        </w:rPr>
      </w:pPr>
    </w:p>
    <w:p w14:paraId="5F3396D0" w14:textId="3BA1E428" w:rsidR="00584328" w:rsidRPr="00584328" w:rsidRDefault="000F7488" w:rsidP="00584328">
      <w:pPr>
        <w:pStyle w:val="Heading3"/>
        <w:rPr>
          <w:rFonts w:ascii="Arial" w:hAnsi="Arial" w:cs="Arial"/>
          <w:sz w:val="20"/>
          <w:szCs w:val="20"/>
        </w:rPr>
      </w:pPr>
      <w:r w:rsidRPr="00584328">
        <w:rPr>
          <w:rFonts w:ascii="Arial" w:hAnsi="Arial" w:cs="Arial"/>
          <w:sz w:val="20"/>
          <w:szCs w:val="20"/>
        </w:rPr>
        <w:t xml:space="preserve">Composition of feather meal </w:t>
      </w:r>
      <w:proofErr w:type="gramStart"/>
      <w:r w:rsidRPr="00584328">
        <w:rPr>
          <w:rFonts w:ascii="Arial" w:hAnsi="Arial" w:cs="Arial"/>
          <w:sz w:val="20"/>
          <w:szCs w:val="20"/>
        </w:rPr>
        <w:t xml:space="preserve">broth </w:t>
      </w:r>
      <w:r w:rsidR="00CD5479" w:rsidRPr="00584328">
        <w:rPr>
          <w:rFonts w:ascii="Arial" w:hAnsi="Arial" w:cs="Arial"/>
          <w:sz w:val="20"/>
          <w:szCs w:val="20"/>
        </w:rPr>
        <w:t xml:space="preserve"> (</w:t>
      </w:r>
      <w:proofErr w:type="gramEnd"/>
      <w:r w:rsidR="00CD5479" w:rsidRPr="00584328">
        <w:rPr>
          <w:rFonts w:ascii="Arial" w:hAnsi="Arial" w:cs="Arial"/>
          <w:sz w:val="20"/>
          <w:szCs w:val="20"/>
        </w:rPr>
        <w:t>g/100 ml)</w:t>
      </w:r>
    </w:p>
    <w:p w14:paraId="76D226CE" w14:textId="77777777" w:rsidR="00584328" w:rsidRDefault="00CD5479" w:rsidP="00D0486A">
      <w:pPr>
        <w:pStyle w:val="BodyText"/>
        <w:tabs>
          <w:tab w:val="left" w:pos="360"/>
          <w:tab w:val="left" w:pos="8100"/>
        </w:tabs>
        <w:spacing w:after="0" w:line="276" w:lineRule="auto"/>
        <w:rPr>
          <w:rFonts w:ascii="Arial" w:hAnsi="Arial" w:cs="Arial"/>
          <w:sz w:val="20"/>
          <w:szCs w:val="20"/>
        </w:rPr>
      </w:pPr>
      <w:r w:rsidRPr="00584328">
        <w:rPr>
          <w:rFonts w:ascii="Arial" w:hAnsi="Arial" w:cs="Arial"/>
          <w:sz w:val="20"/>
          <w:szCs w:val="20"/>
        </w:rPr>
        <w:t>NaCl 0.005g</w:t>
      </w:r>
      <w:r w:rsidR="00C93A60" w:rsidRPr="00584328">
        <w:rPr>
          <w:rFonts w:ascii="Arial" w:hAnsi="Arial" w:cs="Arial"/>
          <w:sz w:val="20"/>
          <w:szCs w:val="20"/>
        </w:rPr>
        <w:t xml:space="preserve">, </w:t>
      </w:r>
    </w:p>
    <w:p w14:paraId="4609C2B1" w14:textId="77777777" w:rsidR="00584328" w:rsidRDefault="00CD5479" w:rsidP="00D0486A">
      <w:pPr>
        <w:pStyle w:val="BodyText"/>
        <w:tabs>
          <w:tab w:val="left" w:pos="360"/>
          <w:tab w:val="left" w:pos="8100"/>
        </w:tabs>
        <w:spacing w:after="0" w:line="276" w:lineRule="auto"/>
        <w:rPr>
          <w:rFonts w:ascii="Arial" w:hAnsi="Arial" w:cs="Arial"/>
          <w:position w:val="2"/>
          <w:sz w:val="20"/>
          <w:szCs w:val="20"/>
        </w:rPr>
      </w:pPr>
      <w:r w:rsidRPr="00584328">
        <w:rPr>
          <w:rFonts w:ascii="Arial" w:hAnsi="Arial" w:cs="Arial"/>
          <w:position w:val="2"/>
          <w:sz w:val="20"/>
          <w:szCs w:val="20"/>
        </w:rPr>
        <w:t>K</w:t>
      </w:r>
      <w:r w:rsidRPr="00584328">
        <w:rPr>
          <w:rFonts w:ascii="Arial" w:hAnsi="Arial" w:cs="Arial"/>
          <w:sz w:val="20"/>
          <w:szCs w:val="20"/>
        </w:rPr>
        <w:t>2</w:t>
      </w:r>
      <w:r w:rsidRPr="00584328">
        <w:rPr>
          <w:rFonts w:ascii="Arial" w:hAnsi="Arial" w:cs="Arial"/>
          <w:position w:val="2"/>
          <w:sz w:val="20"/>
          <w:szCs w:val="20"/>
        </w:rPr>
        <w:t>HPO</w:t>
      </w:r>
      <w:r w:rsidRPr="00584328">
        <w:rPr>
          <w:rFonts w:ascii="Arial" w:hAnsi="Arial" w:cs="Arial"/>
          <w:sz w:val="20"/>
          <w:szCs w:val="20"/>
        </w:rPr>
        <w:t xml:space="preserve">4 </w:t>
      </w:r>
      <w:r w:rsidRPr="00584328">
        <w:rPr>
          <w:rFonts w:ascii="Arial" w:hAnsi="Arial" w:cs="Arial"/>
          <w:position w:val="2"/>
          <w:sz w:val="20"/>
          <w:szCs w:val="20"/>
        </w:rPr>
        <w:t xml:space="preserve">0.038g </w:t>
      </w:r>
    </w:p>
    <w:p w14:paraId="429FD070" w14:textId="65469682" w:rsidR="00584328" w:rsidRDefault="00CD5479" w:rsidP="00D0486A">
      <w:pPr>
        <w:pStyle w:val="BodyText"/>
        <w:tabs>
          <w:tab w:val="left" w:pos="360"/>
          <w:tab w:val="left" w:pos="8100"/>
        </w:tabs>
        <w:spacing w:after="0" w:line="276" w:lineRule="auto"/>
        <w:rPr>
          <w:rFonts w:ascii="Arial" w:hAnsi="Arial" w:cs="Arial"/>
          <w:position w:val="2"/>
          <w:sz w:val="20"/>
          <w:szCs w:val="20"/>
        </w:rPr>
      </w:pPr>
      <w:r w:rsidRPr="00584328">
        <w:rPr>
          <w:rFonts w:ascii="Arial" w:hAnsi="Arial" w:cs="Arial"/>
          <w:position w:val="2"/>
          <w:sz w:val="20"/>
          <w:szCs w:val="20"/>
        </w:rPr>
        <w:t>KH</w:t>
      </w:r>
      <w:r w:rsidRPr="00584328">
        <w:rPr>
          <w:rFonts w:ascii="Arial" w:hAnsi="Arial" w:cs="Arial"/>
          <w:sz w:val="20"/>
          <w:szCs w:val="20"/>
        </w:rPr>
        <w:t>2</w:t>
      </w:r>
      <w:r w:rsidRPr="00584328">
        <w:rPr>
          <w:rFonts w:ascii="Arial" w:hAnsi="Arial" w:cs="Arial"/>
          <w:position w:val="2"/>
          <w:sz w:val="20"/>
          <w:szCs w:val="20"/>
        </w:rPr>
        <w:t>PO</w:t>
      </w:r>
      <w:r w:rsidRPr="00584328">
        <w:rPr>
          <w:rFonts w:ascii="Arial" w:hAnsi="Arial" w:cs="Arial"/>
          <w:sz w:val="20"/>
          <w:szCs w:val="20"/>
        </w:rPr>
        <w:t xml:space="preserve">4 </w:t>
      </w:r>
      <w:r w:rsidRPr="00584328">
        <w:rPr>
          <w:rFonts w:ascii="Arial" w:hAnsi="Arial" w:cs="Arial"/>
          <w:position w:val="2"/>
          <w:sz w:val="20"/>
          <w:szCs w:val="20"/>
        </w:rPr>
        <w:t xml:space="preserve">0.04g </w:t>
      </w:r>
    </w:p>
    <w:p w14:paraId="392D6AA4" w14:textId="58044230" w:rsidR="00CD5479" w:rsidRPr="00584328" w:rsidRDefault="00CD5479" w:rsidP="00D0486A">
      <w:pPr>
        <w:pStyle w:val="BodyText"/>
        <w:tabs>
          <w:tab w:val="left" w:pos="360"/>
          <w:tab w:val="left" w:pos="8100"/>
        </w:tabs>
        <w:spacing w:after="0" w:line="276" w:lineRule="auto"/>
        <w:rPr>
          <w:rFonts w:ascii="Arial" w:hAnsi="Arial" w:cs="Arial"/>
          <w:position w:val="2"/>
          <w:sz w:val="20"/>
          <w:szCs w:val="20"/>
        </w:rPr>
      </w:pPr>
      <w:proofErr w:type="spellStart"/>
      <w:r w:rsidRPr="00584328">
        <w:rPr>
          <w:rFonts w:ascii="Arial" w:hAnsi="Arial" w:cs="Arial"/>
          <w:position w:val="2"/>
          <w:sz w:val="20"/>
          <w:szCs w:val="20"/>
        </w:rPr>
        <w:t>MgCl</w:t>
      </w:r>
      <w:proofErr w:type="spellEnd"/>
      <w:r w:rsidRPr="00584328">
        <w:rPr>
          <w:rFonts w:ascii="Arial" w:hAnsi="Arial" w:cs="Arial"/>
          <w:sz w:val="20"/>
          <w:szCs w:val="20"/>
        </w:rPr>
        <w:t>2</w:t>
      </w:r>
      <w:r w:rsidRPr="00584328">
        <w:rPr>
          <w:rFonts w:ascii="Arial" w:hAnsi="Arial" w:cs="Arial"/>
          <w:position w:val="2"/>
          <w:sz w:val="20"/>
          <w:szCs w:val="20"/>
        </w:rPr>
        <w:t>.6H</w:t>
      </w:r>
      <w:r w:rsidRPr="00584328">
        <w:rPr>
          <w:rFonts w:ascii="Arial" w:hAnsi="Arial" w:cs="Arial"/>
          <w:sz w:val="20"/>
          <w:szCs w:val="20"/>
        </w:rPr>
        <w:t>2</w:t>
      </w:r>
      <w:r w:rsidRPr="00584328">
        <w:rPr>
          <w:rFonts w:ascii="Arial" w:hAnsi="Arial" w:cs="Arial"/>
          <w:position w:val="2"/>
          <w:sz w:val="20"/>
          <w:szCs w:val="20"/>
        </w:rPr>
        <w:t>O</w:t>
      </w:r>
      <w:r w:rsidRPr="00584328">
        <w:rPr>
          <w:rFonts w:ascii="Arial" w:hAnsi="Arial" w:cs="Arial"/>
          <w:spacing w:val="-4"/>
          <w:position w:val="2"/>
          <w:sz w:val="20"/>
          <w:szCs w:val="20"/>
        </w:rPr>
        <w:t xml:space="preserve"> </w:t>
      </w:r>
      <w:r w:rsidRPr="00584328">
        <w:rPr>
          <w:rFonts w:ascii="Arial" w:hAnsi="Arial" w:cs="Arial"/>
          <w:spacing w:val="-2"/>
          <w:position w:val="2"/>
          <w:sz w:val="20"/>
          <w:szCs w:val="20"/>
        </w:rPr>
        <w:t>0.02g</w:t>
      </w:r>
    </w:p>
    <w:p w14:paraId="55D0442A" w14:textId="77777777" w:rsidR="00584328" w:rsidRDefault="00CD5479" w:rsidP="00D0486A">
      <w:pPr>
        <w:pStyle w:val="BodyText"/>
        <w:tabs>
          <w:tab w:val="left" w:pos="360"/>
          <w:tab w:val="left" w:pos="8100"/>
        </w:tabs>
        <w:spacing w:after="0" w:line="276" w:lineRule="auto"/>
        <w:jc w:val="both"/>
        <w:rPr>
          <w:rFonts w:ascii="Arial" w:hAnsi="Arial" w:cs="Arial"/>
          <w:spacing w:val="-2"/>
          <w:sz w:val="20"/>
          <w:szCs w:val="20"/>
        </w:rPr>
      </w:pPr>
      <w:r w:rsidRPr="00584328">
        <w:rPr>
          <w:rFonts w:ascii="Arial" w:hAnsi="Arial" w:cs="Arial"/>
          <w:spacing w:val="-2"/>
          <w:sz w:val="20"/>
          <w:szCs w:val="20"/>
        </w:rPr>
        <w:t>Yeast</w:t>
      </w:r>
      <w:r w:rsidRPr="00584328">
        <w:rPr>
          <w:rFonts w:ascii="Arial" w:hAnsi="Arial" w:cs="Arial"/>
          <w:spacing w:val="-13"/>
          <w:sz w:val="20"/>
          <w:szCs w:val="20"/>
        </w:rPr>
        <w:t xml:space="preserve"> </w:t>
      </w:r>
      <w:r w:rsidRPr="00584328">
        <w:rPr>
          <w:rFonts w:ascii="Arial" w:hAnsi="Arial" w:cs="Arial"/>
          <w:spacing w:val="-2"/>
          <w:sz w:val="20"/>
          <w:szCs w:val="20"/>
        </w:rPr>
        <w:t>Extract</w:t>
      </w:r>
      <w:r w:rsidRPr="00584328">
        <w:rPr>
          <w:rFonts w:ascii="Arial" w:hAnsi="Arial" w:cs="Arial"/>
          <w:spacing w:val="-13"/>
          <w:sz w:val="20"/>
          <w:szCs w:val="20"/>
        </w:rPr>
        <w:t xml:space="preserve"> </w:t>
      </w:r>
      <w:r w:rsidRPr="00584328">
        <w:rPr>
          <w:rFonts w:ascii="Arial" w:hAnsi="Arial" w:cs="Arial"/>
          <w:spacing w:val="-2"/>
          <w:sz w:val="20"/>
          <w:szCs w:val="20"/>
        </w:rPr>
        <w:t xml:space="preserve">0.01g </w:t>
      </w:r>
    </w:p>
    <w:p w14:paraId="1E60E947" w14:textId="32A31A6B" w:rsidR="00CD5479" w:rsidRPr="00584328" w:rsidRDefault="00CD5479" w:rsidP="00D0486A">
      <w:pPr>
        <w:pStyle w:val="BodyText"/>
        <w:tabs>
          <w:tab w:val="left" w:pos="360"/>
          <w:tab w:val="left" w:pos="8100"/>
        </w:tabs>
        <w:spacing w:after="0" w:line="276" w:lineRule="auto"/>
        <w:jc w:val="both"/>
        <w:rPr>
          <w:rFonts w:ascii="Arial" w:hAnsi="Arial" w:cs="Arial"/>
          <w:sz w:val="20"/>
          <w:szCs w:val="20"/>
        </w:rPr>
      </w:pPr>
      <w:r w:rsidRPr="00584328">
        <w:rPr>
          <w:rFonts w:ascii="Arial" w:hAnsi="Arial" w:cs="Arial"/>
          <w:sz w:val="20"/>
          <w:szCs w:val="20"/>
        </w:rPr>
        <w:t>Feather</w:t>
      </w:r>
      <w:r w:rsidRPr="00584328">
        <w:rPr>
          <w:rFonts w:ascii="Arial" w:hAnsi="Arial" w:cs="Arial"/>
          <w:spacing w:val="-6"/>
          <w:sz w:val="20"/>
          <w:szCs w:val="20"/>
        </w:rPr>
        <w:t xml:space="preserve"> </w:t>
      </w:r>
      <w:r w:rsidRPr="00584328">
        <w:rPr>
          <w:rFonts w:ascii="Arial" w:hAnsi="Arial" w:cs="Arial"/>
          <w:sz w:val="20"/>
          <w:szCs w:val="20"/>
        </w:rPr>
        <w:t>meal</w:t>
      </w:r>
      <w:r w:rsidRPr="00584328">
        <w:rPr>
          <w:rFonts w:ascii="Arial" w:hAnsi="Arial" w:cs="Arial"/>
          <w:spacing w:val="-4"/>
          <w:sz w:val="20"/>
          <w:szCs w:val="20"/>
        </w:rPr>
        <w:t xml:space="preserve"> </w:t>
      </w:r>
      <w:r w:rsidRPr="00584328">
        <w:rPr>
          <w:rFonts w:ascii="Arial" w:hAnsi="Arial" w:cs="Arial"/>
          <w:sz w:val="20"/>
          <w:szCs w:val="20"/>
        </w:rPr>
        <w:t>0.05g pH 7.5</w:t>
      </w:r>
    </w:p>
    <w:p w14:paraId="25F99BDA" w14:textId="1110FAD2" w:rsidR="00CD5479" w:rsidRPr="00584328" w:rsidRDefault="00CD5479" w:rsidP="00584328">
      <w:pPr>
        <w:pStyle w:val="Heading2"/>
        <w:rPr>
          <w:rFonts w:ascii="Arial" w:hAnsi="Arial" w:cs="Arial"/>
          <w:sz w:val="22"/>
          <w:szCs w:val="22"/>
        </w:rPr>
      </w:pPr>
      <w:r w:rsidRPr="00584328">
        <w:rPr>
          <w:rFonts w:ascii="Arial" w:hAnsi="Arial" w:cs="Arial"/>
          <w:sz w:val="22"/>
          <w:szCs w:val="22"/>
        </w:rPr>
        <w:t>Isolation of keratinolytic bacteria.</w:t>
      </w:r>
    </w:p>
    <w:p w14:paraId="2807BD64" w14:textId="470C7D3A" w:rsidR="00CD5479" w:rsidRPr="00584328" w:rsidRDefault="00584328" w:rsidP="00584328">
      <w:pPr>
        <w:tabs>
          <w:tab w:val="left" w:pos="360"/>
          <w:tab w:val="left" w:pos="8100"/>
        </w:tabs>
        <w:spacing w:after="240"/>
        <w:jc w:val="both"/>
        <w:rPr>
          <w:rFonts w:ascii="Arial" w:hAnsi="Arial" w:cs="Arial"/>
          <w:sz w:val="20"/>
          <w:szCs w:val="20"/>
        </w:rPr>
      </w:pPr>
      <w:r w:rsidRPr="00584328">
        <w:rPr>
          <w:rFonts w:ascii="Arial" w:hAnsi="Arial" w:cs="Arial"/>
          <w:noProof/>
          <w:position w:val="229"/>
          <w:sz w:val="20"/>
        </w:rPr>
        <mc:AlternateContent>
          <mc:Choice Requires="wps">
            <w:drawing>
              <wp:anchor distT="0" distB="0" distL="114300" distR="114300" simplePos="0" relativeHeight="251712512" behindDoc="0" locked="0" layoutInCell="1" allowOverlap="1" wp14:anchorId="4BA3C7CD" wp14:editId="5F3B2A0E">
                <wp:simplePos x="0" y="0"/>
                <wp:positionH relativeFrom="column">
                  <wp:posOffset>4928629</wp:posOffset>
                </wp:positionH>
                <wp:positionV relativeFrom="paragraph">
                  <wp:posOffset>3798526</wp:posOffset>
                </wp:positionV>
                <wp:extent cx="923925" cy="422275"/>
                <wp:effectExtent l="0" t="0" r="28575" b="15875"/>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422275"/>
                        </a:xfrm>
                        <a:prstGeom prst="rect">
                          <a:avLst/>
                        </a:prstGeom>
                        <a:ln w="9525">
                          <a:solidFill>
                            <a:srgbClr val="000000"/>
                          </a:solidFill>
                          <a:prstDash val="solid"/>
                        </a:ln>
                      </wps:spPr>
                      <wps:txbx>
                        <w:txbxContent>
                          <w:p w14:paraId="599DD38C" w14:textId="77777777" w:rsidR="00584328" w:rsidRPr="00584328" w:rsidRDefault="00584328" w:rsidP="00584328">
                            <w:pPr>
                              <w:ind w:left="142"/>
                              <w:jc w:val="center"/>
                              <w:rPr>
                                <w:rFonts w:ascii="Arial" w:hAnsi="Arial" w:cs="Arial"/>
                                <w:b/>
                                <w:sz w:val="20"/>
                                <w:szCs w:val="18"/>
                              </w:rPr>
                            </w:pPr>
                            <w:r w:rsidRPr="00584328">
                              <w:rPr>
                                <w:rFonts w:ascii="Arial" w:hAnsi="Arial" w:cs="Arial"/>
                                <w:b/>
                                <w:sz w:val="20"/>
                                <w:szCs w:val="18"/>
                              </w:rPr>
                              <w:t>Sample 2</w:t>
                            </w:r>
                          </w:p>
                        </w:txbxContent>
                      </wps:txbx>
                      <wps:bodyPr wrap="square" lIns="0" tIns="0" rIns="0" bIns="0" rtlCol="0" anchor="ctr">
                        <a:noAutofit/>
                      </wps:bodyPr>
                    </wps:wsp>
                  </a:graphicData>
                </a:graphic>
              </wp:anchor>
            </w:drawing>
          </mc:Choice>
          <mc:Fallback>
            <w:pict>
              <v:shape w14:anchorId="4BA3C7CD" id="Textbox 35" o:spid="_x0000_s1044" type="#_x0000_t202" style="position:absolute;left:0;text-align:left;margin-left:388.1pt;margin-top:299.1pt;width:72.75pt;height:3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" filled="f">
                <v:path arrowok="t"/>
                <v:textbox inset="0,0,0,0">
                  <w:txbxContent>
                    <w:p w14:paraId="599DD38C" w14:textId="77777777" w:rsidR="00584328" w:rsidRPr="00584328" w:rsidRDefault="00584328" w:rsidP="00584328">
                      <w:pPr>
                        <w:ind w:left="142"/>
                        <w:jc w:val="center"/>
                        <w:rPr>
                          <w:rFonts w:ascii="Arial" w:hAnsi="Arial" w:cs="Arial"/>
                          <w:b/>
                          <w:sz w:val="20"/>
                          <w:szCs w:val="18"/>
                        </w:rPr>
                      </w:pPr>
                      <w:r w:rsidRPr="00584328">
                        <w:rPr>
                          <w:rFonts w:ascii="Arial" w:hAnsi="Arial" w:cs="Arial"/>
                          <w:b/>
                          <w:sz w:val="20"/>
                          <w:szCs w:val="18"/>
                        </w:rPr>
                        <w:t>Sample 2</w:t>
                      </w:r>
                    </w:p>
                  </w:txbxContent>
                </v:textbox>
                <w10:wrap type="topAndBottom"/>
              </v:shape>
            </w:pict>
          </mc:Fallback>
        </mc:AlternateContent>
      </w:r>
      <w:r w:rsidRPr="00584328">
        <w:rPr>
          <w:rFonts w:ascii="Arial" w:hAnsi="Arial" w:cs="Arial"/>
          <w:noProof/>
          <w:sz w:val="20"/>
        </w:rPr>
        <mc:AlternateContent>
          <mc:Choice Requires="wps">
            <w:drawing>
              <wp:anchor distT="0" distB="0" distL="0" distR="0" simplePos="0" relativeHeight="251662336" behindDoc="1" locked="0" layoutInCell="1" allowOverlap="1" wp14:anchorId="2E79C485" wp14:editId="78BD9E4D">
                <wp:simplePos x="0" y="0"/>
                <wp:positionH relativeFrom="page">
                  <wp:posOffset>2710825</wp:posOffset>
                </wp:positionH>
                <wp:positionV relativeFrom="paragraph">
                  <wp:posOffset>3826774</wp:posOffset>
                </wp:positionV>
                <wp:extent cx="933450" cy="422275"/>
                <wp:effectExtent l="0" t="0" r="19050" b="15875"/>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422275"/>
                        </a:xfrm>
                        <a:prstGeom prst="rect">
                          <a:avLst/>
                        </a:prstGeom>
                        <a:ln w="9525">
                          <a:solidFill>
                            <a:srgbClr val="000000"/>
                          </a:solidFill>
                          <a:prstDash val="solid"/>
                        </a:ln>
                      </wps:spPr>
                      <wps:txbx>
                        <w:txbxContent>
                          <w:p w14:paraId="65331886" w14:textId="77777777" w:rsidR="00CD5479" w:rsidRPr="00584328" w:rsidRDefault="00CD5479" w:rsidP="00584328">
                            <w:pPr>
                              <w:ind w:left="142"/>
                              <w:jc w:val="center"/>
                              <w:rPr>
                                <w:b/>
                                <w:sz w:val="28"/>
                              </w:rPr>
                            </w:pPr>
                            <w:r w:rsidRPr="00584328">
                              <w:rPr>
                                <w:rFonts w:ascii="Arial" w:hAnsi="Arial" w:cs="Arial"/>
                                <w:b/>
                                <w:sz w:val="20"/>
                                <w:szCs w:val="18"/>
                              </w:rPr>
                              <w:t>Sample 1</w:t>
                            </w:r>
                          </w:p>
                        </w:txbxContent>
                      </wps:txbx>
                      <wps:bodyPr wrap="square" lIns="0" tIns="0" rIns="0" bIns="0" rtlCol="0" anchor="ctr">
                        <a:noAutofit/>
                      </wps:bodyPr>
                    </wps:wsp>
                  </a:graphicData>
                </a:graphic>
              </wp:anchor>
            </w:drawing>
          </mc:Choice>
          <mc:Fallback>
            <w:pict>
              <v:shape w14:anchorId="2E79C485" id="Textbox 28" o:spid="_x0000_s1045" type="#_x0000_t202" style="position:absolute;left:0;text-align:left;margin-left:213.45pt;margin-top:301.3pt;width:73.5pt;height:33.25pt;z-index:-251654144;visibility:visible;mso-wrap-style:square;mso-wrap-distance-left:0;mso-wrap-distance-top:0;mso-wrap-distance-right:0;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" filled="f">
                <v:path arrowok="t"/>
                <v:textbox inset="0,0,0,0">
                  <w:txbxContent>
                    <w:p w14:paraId="65331886" w14:textId="77777777" w:rsidR="00CD5479" w:rsidRPr="00584328" w:rsidRDefault="00CD5479" w:rsidP="00584328">
                      <w:pPr>
                        <w:ind w:left="142"/>
                        <w:jc w:val="center"/>
                        <w:rPr>
                          <w:b/>
                          <w:sz w:val="28"/>
                        </w:rPr>
                      </w:pPr>
                      <w:r w:rsidRPr="00584328">
                        <w:rPr>
                          <w:rFonts w:ascii="Arial" w:hAnsi="Arial" w:cs="Arial"/>
                          <w:b/>
                          <w:sz w:val="20"/>
                          <w:szCs w:val="18"/>
                        </w:rPr>
                        <w:t>Sample 1</w:t>
                      </w:r>
                    </w:p>
                  </w:txbxContent>
                </v:textbox>
                <w10:wrap type="topAndBottom" anchorx="page"/>
              </v:shape>
            </w:pict>
          </mc:Fallback>
        </mc:AlternateContent>
      </w:r>
      <w:r w:rsidRPr="00584328">
        <w:rPr>
          <w:rFonts w:ascii="Arial" w:hAnsi="Arial" w:cs="Arial"/>
          <w:noProof/>
          <w:sz w:val="20"/>
        </w:rPr>
        <mc:AlternateContent>
          <mc:Choice Requires="wpg">
            <w:drawing>
              <wp:anchor distT="0" distB="0" distL="114300" distR="114300" simplePos="0" relativeHeight="251711488" behindDoc="0" locked="0" layoutInCell="1" allowOverlap="1" wp14:anchorId="5B719692" wp14:editId="29E6C07E">
                <wp:simplePos x="0" y="0"/>
                <wp:positionH relativeFrom="column">
                  <wp:posOffset>4395470</wp:posOffset>
                </wp:positionH>
                <wp:positionV relativeFrom="paragraph">
                  <wp:posOffset>826770</wp:posOffset>
                </wp:positionV>
                <wp:extent cx="2114550" cy="2961005"/>
                <wp:effectExtent l="0" t="0" r="19050" b="10795"/>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50" cy="2961005"/>
                          <a:chOff x="0" y="0"/>
                          <a:chExt cx="2114550" cy="2742565"/>
                        </a:xfrm>
                      </wpg:grpSpPr>
                      <pic:pic xmlns:pic="http://schemas.openxmlformats.org/drawingml/2006/picture">
                        <pic:nvPicPr>
                          <pic:cNvPr id="37" name="Image 37"/>
                          <pic:cNvPicPr/>
                        </pic:nvPicPr>
                        <pic:blipFill>
                          <a:blip r:embed="rId20" cstate="print"/>
                          <a:stretch>
                            <a:fillRect/>
                          </a:stretch>
                        </pic:blipFill>
                        <pic:spPr>
                          <a:xfrm>
                            <a:off x="101155" y="55435"/>
                            <a:ext cx="1912620" cy="1851786"/>
                          </a:xfrm>
                          <a:prstGeom prst="rect">
                            <a:avLst/>
                          </a:prstGeom>
                        </pic:spPr>
                      </pic:pic>
                      <wps:wsp>
                        <wps:cNvPr id="38" name="Textbox 38"/>
                        <wps:cNvSpPr txBox="1"/>
                        <wps:spPr>
                          <a:xfrm>
                            <a:off x="4762" y="4762"/>
                            <a:ext cx="2105025" cy="2733040"/>
                          </a:xfrm>
                          <a:prstGeom prst="rect">
                            <a:avLst/>
                          </a:prstGeom>
                          <a:ln w="9525">
                            <a:solidFill>
                              <a:srgbClr val="000000"/>
                            </a:solidFill>
                            <a:prstDash val="solid"/>
                          </a:ln>
                        </wps:spPr>
                        <wps:txbx>
                          <w:txbxContent>
                            <w:p w14:paraId="5DDF3861" w14:textId="77777777" w:rsidR="00584328" w:rsidRDefault="00584328" w:rsidP="00584328">
                              <w:pPr>
                                <w:rPr>
                                  <w:sz w:val="24"/>
                                </w:rPr>
                              </w:pPr>
                            </w:p>
                            <w:p w14:paraId="5782D334" w14:textId="77777777" w:rsidR="00584328" w:rsidRDefault="00584328" w:rsidP="00584328">
                              <w:pPr>
                                <w:rPr>
                                  <w:sz w:val="24"/>
                                </w:rPr>
                              </w:pPr>
                            </w:p>
                            <w:p w14:paraId="50ED564B" w14:textId="77777777" w:rsidR="00584328" w:rsidRDefault="00584328" w:rsidP="00584328">
                              <w:pPr>
                                <w:rPr>
                                  <w:sz w:val="24"/>
                                </w:rPr>
                              </w:pPr>
                            </w:p>
                            <w:p w14:paraId="3C14645F" w14:textId="77777777" w:rsidR="00584328" w:rsidRDefault="00584328" w:rsidP="00584328">
                              <w:pPr>
                                <w:rPr>
                                  <w:sz w:val="24"/>
                                </w:rPr>
                              </w:pPr>
                            </w:p>
                            <w:p w14:paraId="755B6447" w14:textId="77777777" w:rsidR="00584328" w:rsidRDefault="00584328" w:rsidP="00584328">
                              <w:pPr>
                                <w:rPr>
                                  <w:sz w:val="24"/>
                                </w:rPr>
                              </w:pPr>
                            </w:p>
                            <w:p w14:paraId="4E22FAD8" w14:textId="77777777" w:rsidR="00584328" w:rsidRDefault="00584328" w:rsidP="00584328">
                              <w:pPr>
                                <w:rPr>
                                  <w:sz w:val="24"/>
                                </w:rPr>
                              </w:pPr>
                            </w:p>
                            <w:p w14:paraId="2EFDFE78" w14:textId="77777777" w:rsidR="00584328" w:rsidRDefault="00584328" w:rsidP="00584328">
                              <w:pPr>
                                <w:rPr>
                                  <w:sz w:val="24"/>
                                </w:rPr>
                              </w:pPr>
                            </w:p>
                            <w:p w14:paraId="61181ECE"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Fig.9: Zone of clearance on skimmed milk agar plate</w:t>
                              </w:r>
                            </w:p>
                            <w:p w14:paraId="75629D2C" w14:textId="77777777" w:rsidR="00584328" w:rsidRDefault="00584328" w:rsidP="00584328">
                              <w:pPr>
                                <w:rPr>
                                  <w:sz w:val="24"/>
                                </w:rPr>
                              </w:pPr>
                            </w:p>
                            <w:p w14:paraId="6334A71B" w14:textId="77777777" w:rsidR="00584328" w:rsidRDefault="00584328" w:rsidP="00584328">
                              <w:pPr>
                                <w:rPr>
                                  <w:sz w:val="24"/>
                                </w:rPr>
                              </w:pPr>
                            </w:p>
                            <w:p w14:paraId="75FB960A" w14:textId="77777777" w:rsidR="00584328" w:rsidRDefault="00584328" w:rsidP="00584328">
                              <w:pPr>
                                <w:rPr>
                                  <w:sz w:val="24"/>
                                </w:rPr>
                              </w:pPr>
                            </w:p>
                            <w:p w14:paraId="4FB7F8AA" w14:textId="77777777" w:rsidR="00584328" w:rsidRDefault="00584328" w:rsidP="00584328">
                              <w:pPr>
                                <w:spacing w:before="134"/>
                                <w:rPr>
                                  <w:sz w:val="24"/>
                                </w:rPr>
                              </w:pPr>
                            </w:p>
                            <w:p w14:paraId="5FCB757C" w14:textId="77777777" w:rsidR="00584328" w:rsidRDefault="00584328" w:rsidP="00584328">
                              <w:pPr>
                                <w:ind w:left="144"/>
                                <w:rPr>
                                  <w:b/>
                                  <w:sz w:val="24"/>
                                </w:rPr>
                              </w:pPr>
                              <w:r>
                                <w:rPr>
                                  <w:b/>
                                  <w:sz w:val="24"/>
                                </w:rPr>
                                <w:t>Fig.9:</w:t>
                              </w:r>
                              <w:r>
                                <w:rPr>
                                  <w:b/>
                                  <w:spacing w:val="-10"/>
                                  <w:sz w:val="24"/>
                                </w:rPr>
                                <w:t xml:space="preserve"> </w:t>
                              </w:r>
                              <w:r>
                                <w:rPr>
                                  <w:b/>
                                  <w:sz w:val="24"/>
                                </w:rPr>
                                <w:t>Zone</w:t>
                              </w:r>
                              <w:r>
                                <w:rPr>
                                  <w:b/>
                                  <w:spacing w:val="-11"/>
                                  <w:sz w:val="24"/>
                                </w:rPr>
                                <w:t xml:space="preserve"> </w:t>
                              </w:r>
                              <w:r>
                                <w:rPr>
                                  <w:b/>
                                  <w:sz w:val="24"/>
                                </w:rPr>
                                <w:t>of</w:t>
                              </w:r>
                              <w:r>
                                <w:rPr>
                                  <w:b/>
                                  <w:spacing w:val="-10"/>
                                  <w:sz w:val="24"/>
                                </w:rPr>
                                <w:t xml:space="preserve"> </w:t>
                              </w:r>
                              <w:r>
                                <w:rPr>
                                  <w:b/>
                                  <w:sz w:val="24"/>
                                </w:rPr>
                                <w:t>clearance</w:t>
                              </w:r>
                              <w:r>
                                <w:rPr>
                                  <w:b/>
                                  <w:spacing w:val="-11"/>
                                  <w:sz w:val="24"/>
                                </w:rPr>
                                <w:t xml:space="preserve"> </w:t>
                              </w:r>
                              <w:r>
                                <w:rPr>
                                  <w:b/>
                                  <w:sz w:val="24"/>
                                </w:rPr>
                                <w:t>on skimmed milk agar plate</w:t>
                              </w:r>
                            </w:p>
                          </w:txbxContent>
                        </wps:txbx>
                        <wps:bodyPr wrap="square" lIns="0" tIns="0" rIns="0" bIns="0" rtlCol="0">
                          <a:noAutofit/>
                        </wps:bodyPr>
                      </wps:wsp>
                    </wpg:wgp>
                  </a:graphicData>
                </a:graphic>
                <wp14:sizeRelV relativeFrom="margin">
                  <wp14:pctHeight>0</wp14:pctHeight>
                </wp14:sizeRelV>
              </wp:anchor>
            </w:drawing>
          </mc:Choice>
          <mc:Fallback>
            <w:pict>
              <v:group w14:anchorId="5B719692" id="Group 36" o:spid="_x0000_s1046" style="position:absolute;left:0;text-align:left;margin-left:346.1pt;margin-top:65.1pt;width:166.5pt;height:233.15pt;z-index:251711488;mso-height-relative:margin" coordsize="21145,27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">
                <v:shape id="Image 37" o:spid="_x0000_s1047" type="#_x0000_t75" style="position:absolute;left:1011;top:554;width:19126;height:1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">
                  <v:imagedata r:id="rId21" o:title=""/>
                </v:shape>
                <v:shape id="Textbox 38" o:spid="_x0000_s1048" type="#_x0000_t202" style="position:absolute;left:47;top:47;width:21050;height:2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5DDF3861" w14:textId="77777777" w:rsidR="00584328" w:rsidRDefault="00584328" w:rsidP="00584328">
                        <w:pPr>
                          <w:rPr>
                            <w:sz w:val="24"/>
                          </w:rPr>
                        </w:pPr>
                      </w:p>
                      <w:p w14:paraId="5782D334" w14:textId="77777777" w:rsidR="00584328" w:rsidRDefault="00584328" w:rsidP="00584328">
                        <w:pPr>
                          <w:rPr>
                            <w:sz w:val="24"/>
                          </w:rPr>
                        </w:pPr>
                      </w:p>
                      <w:p w14:paraId="50ED564B" w14:textId="77777777" w:rsidR="00584328" w:rsidRDefault="00584328" w:rsidP="00584328">
                        <w:pPr>
                          <w:rPr>
                            <w:sz w:val="24"/>
                          </w:rPr>
                        </w:pPr>
                      </w:p>
                      <w:p w14:paraId="3C14645F" w14:textId="77777777" w:rsidR="00584328" w:rsidRDefault="00584328" w:rsidP="00584328">
                        <w:pPr>
                          <w:rPr>
                            <w:sz w:val="24"/>
                          </w:rPr>
                        </w:pPr>
                      </w:p>
                      <w:p w14:paraId="755B6447" w14:textId="77777777" w:rsidR="00584328" w:rsidRDefault="00584328" w:rsidP="00584328">
                        <w:pPr>
                          <w:rPr>
                            <w:sz w:val="24"/>
                          </w:rPr>
                        </w:pPr>
                      </w:p>
                      <w:p w14:paraId="4E22FAD8" w14:textId="77777777" w:rsidR="00584328" w:rsidRDefault="00584328" w:rsidP="00584328">
                        <w:pPr>
                          <w:rPr>
                            <w:sz w:val="24"/>
                          </w:rPr>
                        </w:pPr>
                      </w:p>
                      <w:p w14:paraId="2EFDFE78" w14:textId="77777777" w:rsidR="00584328" w:rsidRDefault="00584328" w:rsidP="00584328">
                        <w:pPr>
                          <w:rPr>
                            <w:sz w:val="24"/>
                          </w:rPr>
                        </w:pPr>
                      </w:p>
                      <w:p w14:paraId="61181ECE"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Fig.9: Zone of clearance on skimmed milk agar plate</w:t>
                        </w:r>
                      </w:p>
                      <w:p w14:paraId="75629D2C" w14:textId="77777777" w:rsidR="00584328" w:rsidRDefault="00584328" w:rsidP="00584328">
                        <w:pPr>
                          <w:rPr>
                            <w:sz w:val="24"/>
                          </w:rPr>
                        </w:pPr>
                      </w:p>
                      <w:p w14:paraId="6334A71B" w14:textId="77777777" w:rsidR="00584328" w:rsidRDefault="00584328" w:rsidP="00584328">
                        <w:pPr>
                          <w:rPr>
                            <w:sz w:val="24"/>
                          </w:rPr>
                        </w:pPr>
                      </w:p>
                      <w:p w14:paraId="75FB960A" w14:textId="77777777" w:rsidR="00584328" w:rsidRDefault="00584328" w:rsidP="00584328">
                        <w:pPr>
                          <w:rPr>
                            <w:sz w:val="24"/>
                          </w:rPr>
                        </w:pPr>
                      </w:p>
                      <w:p w14:paraId="4FB7F8AA" w14:textId="77777777" w:rsidR="00584328" w:rsidRDefault="00584328" w:rsidP="00584328">
                        <w:pPr>
                          <w:spacing w:before="134"/>
                          <w:rPr>
                            <w:sz w:val="24"/>
                          </w:rPr>
                        </w:pPr>
                      </w:p>
                      <w:p w14:paraId="5FCB757C" w14:textId="77777777" w:rsidR="00584328" w:rsidRDefault="00584328" w:rsidP="00584328">
                        <w:pPr>
                          <w:ind w:left="144"/>
                          <w:rPr>
                            <w:b/>
                            <w:sz w:val="24"/>
                          </w:rPr>
                        </w:pPr>
                        <w:r>
                          <w:rPr>
                            <w:b/>
                            <w:sz w:val="24"/>
                          </w:rPr>
                          <w:t>Fig.9:</w:t>
                        </w:r>
                        <w:r>
                          <w:rPr>
                            <w:b/>
                            <w:spacing w:val="-10"/>
                            <w:sz w:val="24"/>
                          </w:rPr>
                          <w:t xml:space="preserve"> </w:t>
                        </w:r>
                        <w:r>
                          <w:rPr>
                            <w:b/>
                            <w:sz w:val="24"/>
                          </w:rPr>
                          <w:t>Zone</w:t>
                        </w:r>
                        <w:r>
                          <w:rPr>
                            <w:b/>
                            <w:spacing w:val="-11"/>
                            <w:sz w:val="24"/>
                          </w:rPr>
                          <w:t xml:space="preserve"> </w:t>
                        </w:r>
                        <w:r>
                          <w:rPr>
                            <w:b/>
                            <w:sz w:val="24"/>
                          </w:rPr>
                          <w:t>of</w:t>
                        </w:r>
                        <w:r>
                          <w:rPr>
                            <w:b/>
                            <w:spacing w:val="-10"/>
                            <w:sz w:val="24"/>
                          </w:rPr>
                          <w:t xml:space="preserve"> </w:t>
                        </w:r>
                        <w:r>
                          <w:rPr>
                            <w:b/>
                            <w:sz w:val="24"/>
                          </w:rPr>
                          <w:t>clearance</w:t>
                        </w:r>
                        <w:r>
                          <w:rPr>
                            <w:b/>
                            <w:spacing w:val="-11"/>
                            <w:sz w:val="24"/>
                          </w:rPr>
                          <w:t xml:space="preserve"> </w:t>
                        </w:r>
                        <w:r>
                          <w:rPr>
                            <w:b/>
                            <w:sz w:val="24"/>
                          </w:rPr>
                          <w:t>on skimmed milk agar plate</w:t>
                        </w:r>
                      </w:p>
                    </w:txbxContent>
                  </v:textbox>
                </v:shape>
                <w10:wrap type="topAndBottom"/>
              </v:group>
            </w:pict>
          </mc:Fallback>
        </mc:AlternateContent>
      </w:r>
      <w:r w:rsidRPr="00584328">
        <w:rPr>
          <w:rFonts w:ascii="Arial" w:hAnsi="Arial" w:cs="Arial"/>
          <w:noProof/>
          <w:sz w:val="20"/>
        </w:rPr>
        <mc:AlternateContent>
          <mc:Choice Requires="wpg">
            <w:drawing>
              <wp:anchor distT="0" distB="0" distL="0" distR="0" simplePos="0" relativeHeight="251664384" behindDoc="1" locked="0" layoutInCell="1" allowOverlap="1" wp14:anchorId="16ED1DEA" wp14:editId="5D1B20ED">
                <wp:simplePos x="0" y="0"/>
                <wp:positionH relativeFrom="page">
                  <wp:posOffset>3244215</wp:posOffset>
                </wp:positionH>
                <wp:positionV relativeFrom="paragraph">
                  <wp:posOffset>824865</wp:posOffset>
                </wp:positionV>
                <wp:extent cx="2276475" cy="2955925"/>
                <wp:effectExtent l="0" t="0" r="28575" b="15875"/>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6475" cy="2955925"/>
                          <a:chOff x="4762" y="4762"/>
                          <a:chExt cx="2276475" cy="2956243"/>
                        </a:xfrm>
                      </wpg:grpSpPr>
                      <pic:pic xmlns:pic="http://schemas.openxmlformats.org/drawingml/2006/picture">
                        <pic:nvPicPr>
                          <pic:cNvPr id="33" name="Image 33"/>
                          <pic:cNvPicPr/>
                        </pic:nvPicPr>
                        <pic:blipFill>
                          <a:blip r:embed="rId22" cstate="print"/>
                          <a:stretch>
                            <a:fillRect/>
                          </a:stretch>
                        </pic:blipFill>
                        <pic:spPr>
                          <a:xfrm>
                            <a:off x="100647" y="55816"/>
                            <a:ext cx="2084197" cy="2113788"/>
                          </a:xfrm>
                          <a:prstGeom prst="rect">
                            <a:avLst/>
                          </a:prstGeom>
                        </pic:spPr>
                      </pic:pic>
                      <wps:wsp>
                        <wps:cNvPr id="34" name="Textbox 34"/>
                        <wps:cNvSpPr txBox="1"/>
                        <wps:spPr>
                          <a:xfrm>
                            <a:off x="4762" y="4762"/>
                            <a:ext cx="2276475" cy="2956243"/>
                          </a:xfrm>
                          <a:prstGeom prst="rect">
                            <a:avLst/>
                          </a:prstGeom>
                          <a:ln w="9525">
                            <a:solidFill>
                              <a:srgbClr val="000000"/>
                            </a:solidFill>
                            <a:prstDash val="solid"/>
                          </a:ln>
                        </wps:spPr>
                        <wps:txbx>
                          <w:txbxContent>
                            <w:p w14:paraId="6BA726A7" w14:textId="77777777" w:rsidR="00CD5479" w:rsidRDefault="00CD5479" w:rsidP="00CD5479">
                              <w:pPr>
                                <w:rPr>
                                  <w:sz w:val="24"/>
                                </w:rPr>
                              </w:pPr>
                            </w:p>
                            <w:p w14:paraId="0682C404" w14:textId="77777777" w:rsidR="00CD5479" w:rsidRDefault="00CD5479" w:rsidP="00CD5479">
                              <w:pPr>
                                <w:rPr>
                                  <w:sz w:val="24"/>
                                </w:rPr>
                              </w:pPr>
                            </w:p>
                            <w:p w14:paraId="61A67DEE" w14:textId="77777777" w:rsidR="00CD5479" w:rsidRDefault="00CD5479" w:rsidP="00CD5479">
                              <w:pPr>
                                <w:rPr>
                                  <w:sz w:val="24"/>
                                </w:rPr>
                              </w:pPr>
                            </w:p>
                            <w:p w14:paraId="4B3A014E" w14:textId="77777777" w:rsidR="00CD5479" w:rsidRDefault="00CD5479" w:rsidP="00CD5479">
                              <w:pPr>
                                <w:rPr>
                                  <w:sz w:val="24"/>
                                </w:rPr>
                              </w:pPr>
                            </w:p>
                            <w:p w14:paraId="0B50F21E" w14:textId="77777777" w:rsidR="00CD5479" w:rsidRDefault="00CD5479" w:rsidP="00CD5479">
                              <w:pPr>
                                <w:rPr>
                                  <w:sz w:val="24"/>
                                </w:rPr>
                              </w:pPr>
                            </w:p>
                            <w:p w14:paraId="3B652823" w14:textId="77777777" w:rsidR="00CD5479" w:rsidRDefault="00CD5479" w:rsidP="00CD5479">
                              <w:pPr>
                                <w:rPr>
                                  <w:sz w:val="24"/>
                                </w:rPr>
                              </w:pPr>
                            </w:p>
                            <w:p w14:paraId="32C1AC3E" w14:textId="77777777" w:rsidR="00CD5479" w:rsidRDefault="00CD5479" w:rsidP="00CD5479">
                              <w:pPr>
                                <w:rPr>
                                  <w:sz w:val="24"/>
                                </w:rPr>
                              </w:pPr>
                            </w:p>
                            <w:p w14:paraId="4AF9A515" w14:textId="77777777" w:rsidR="00CD5479" w:rsidRDefault="00CD5479" w:rsidP="00CD5479">
                              <w:pPr>
                                <w:rPr>
                                  <w:sz w:val="24"/>
                                </w:rPr>
                              </w:pPr>
                            </w:p>
                            <w:p w14:paraId="3F378264"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Fig.8: Spot Inoculation. Zone of clearance observed</w:t>
                              </w:r>
                            </w:p>
                            <w:p w14:paraId="663EF94F" w14:textId="77777777" w:rsidR="00CD5479" w:rsidRDefault="00CD5479" w:rsidP="00CD5479">
                              <w:pPr>
                                <w:rPr>
                                  <w:sz w:val="24"/>
                                </w:rPr>
                              </w:pPr>
                            </w:p>
                            <w:p w14:paraId="18EF2E02" w14:textId="77777777" w:rsidR="00CD5479" w:rsidRDefault="00CD5479" w:rsidP="00CD5479">
                              <w:pPr>
                                <w:rPr>
                                  <w:sz w:val="24"/>
                                </w:rPr>
                              </w:pPr>
                            </w:p>
                            <w:p w14:paraId="2AC4C231" w14:textId="77777777" w:rsidR="00CD5479" w:rsidRDefault="00CD5479" w:rsidP="00CD5479">
                              <w:pPr>
                                <w:rPr>
                                  <w:sz w:val="24"/>
                                </w:rPr>
                              </w:pPr>
                            </w:p>
                            <w:p w14:paraId="595AA5DE" w14:textId="77777777" w:rsidR="00CD5479" w:rsidRDefault="00CD5479" w:rsidP="00CD5479">
                              <w:pPr>
                                <w:spacing w:before="272"/>
                                <w:rPr>
                                  <w:sz w:val="24"/>
                                </w:rPr>
                              </w:pPr>
                            </w:p>
                            <w:p w14:paraId="059A2E36" w14:textId="77777777" w:rsidR="00CD5479" w:rsidRDefault="00CD5479" w:rsidP="00CD5479">
                              <w:pPr>
                                <w:spacing w:before="1"/>
                                <w:ind w:left="143" w:right="632"/>
                                <w:rPr>
                                  <w:b/>
                                  <w:sz w:val="24"/>
                                </w:rPr>
                              </w:pPr>
                              <w:r>
                                <w:rPr>
                                  <w:b/>
                                  <w:sz w:val="24"/>
                                </w:rPr>
                                <w:t>Fig.8: Spot Inoculation. Zone</w:t>
                              </w:r>
                              <w:r>
                                <w:rPr>
                                  <w:b/>
                                  <w:spacing w:val="-13"/>
                                  <w:sz w:val="24"/>
                                </w:rPr>
                                <w:t xml:space="preserve"> </w:t>
                              </w:r>
                              <w:r>
                                <w:rPr>
                                  <w:b/>
                                  <w:sz w:val="24"/>
                                </w:rPr>
                                <w:t>of</w:t>
                              </w:r>
                              <w:r>
                                <w:rPr>
                                  <w:b/>
                                  <w:spacing w:val="-13"/>
                                  <w:sz w:val="24"/>
                                </w:rPr>
                                <w:t xml:space="preserve"> </w:t>
                              </w:r>
                              <w:r>
                                <w:rPr>
                                  <w:b/>
                                  <w:sz w:val="24"/>
                                </w:rPr>
                                <w:t>clearance</w:t>
                              </w:r>
                              <w:r>
                                <w:rPr>
                                  <w:b/>
                                  <w:spacing w:val="-13"/>
                                  <w:sz w:val="24"/>
                                </w:rPr>
                                <w:t xml:space="preserve"> </w:t>
                              </w:r>
                              <w:r>
                                <w:rPr>
                                  <w:b/>
                                  <w:sz w:val="24"/>
                                </w:rPr>
                                <w:t>observed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ED1DEA" id="Group 32" o:spid="_x0000_s1049" style="position:absolute;left:0;text-align:left;margin-left:255.45pt;margin-top:64.95pt;width:179.25pt;height:232.75pt;z-index:-251652096;mso-wrap-distance-left:0;mso-wrap-distance-right:0;mso-position-horizontal-relative:page;mso-width-relative:margin;mso-height-relative:margin" coordorigin="47,47" coordsize="22764,29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">
                <v:shape id="Image 33" o:spid="_x0000_s1050" type="#_x0000_t75" style="position:absolute;left:1006;top:558;width:20842;height:2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">
                  <v:imagedata r:id="rId23" o:title=""/>
                </v:shape>
                <v:shape id="Textbox 34" o:spid="_x0000_s1051" type="#_x0000_t202" style="position:absolute;left:47;top:47;width:22765;height:2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6BA726A7" w14:textId="77777777" w:rsidR="00CD5479" w:rsidRDefault="00CD5479" w:rsidP="00CD5479">
                        <w:pPr>
                          <w:rPr>
                            <w:sz w:val="24"/>
                          </w:rPr>
                        </w:pPr>
                      </w:p>
                      <w:p w14:paraId="0682C404" w14:textId="77777777" w:rsidR="00CD5479" w:rsidRDefault="00CD5479" w:rsidP="00CD5479">
                        <w:pPr>
                          <w:rPr>
                            <w:sz w:val="24"/>
                          </w:rPr>
                        </w:pPr>
                      </w:p>
                      <w:p w14:paraId="61A67DEE" w14:textId="77777777" w:rsidR="00CD5479" w:rsidRDefault="00CD5479" w:rsidP="00CD5479">
                        <w:pPr>
                          <w:rPr>
                            <w:sz w:val="24"/>
                          </w:rPr>
                        </w:pPr>
                      </w:p>
                      <w:p w14:paraId="4B3A014E" w14:textId="77777777" w:rsidR="00CD5479" w:rsidRDefault="00CD5479" w:rsidP="00CD5479">
                        <w:pPr>
                          <w:rPr>
                            <w:sz w:val="24"/>
                          </w:rPr>
                        </w:pPr>
                      </w:p>
                      <w:p w14:paraId="0B50F21E" w14:textId="77777777" w:rsidR="00CD5479" w:rsidRDefault="00CD5479" w:rsidP="00CD5479">
                        <w:pPr>
                          <w:rPr>
                            <w:sz w:val="24"/>
                          </w:rPr>
                        </w:pPr>
                      </w:p>
                      <w:p w14:paraId="3B652823" w14:textId="77777777" w:rsidR="00CD5479" w:rsidRDefault="00CD5479" w:rsidP="00CD5479">
                        <w:pPr>
                          <w:rPr>
                            <w:sz w:val="24"/>
                          </w:rPr>
                        </w:pPr>
                      </w:p>
                      <w:p w14:paraId="32C1AC3E" w14:textId="77777777" w:rsidR="00CD5479" w:rsidRDefault="00CD5479" w:rsidP="00CD5479">
                        <w:pPr>
                          <w:rPr>
                            <w:sz w:val="24"/>
                          </w:rPr>
                        </w:pPr>
                      </w:p>
                      <w:p w14:paraId="4AF9A515" w14:textId="77777777" w:rsidR="00CD5479" w:rsidRDefault="00CD5479" w:rsidP="00CD5479">
                        <w:pPr>
                          <w:rPr>
                            <w:sz w:val="24"/>
                          </w:rPr>
                        </w:pPr>
                      </w:p>
                      <w:p w14:paraId="3F378264"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Fig.8: Spot Inoculation. Zone of clearance observed</w:t>
                        </w:r>
                      </w:p>
                      <w:p w14:paraId="663EF94F" w14:textId="77777777" w:rsidR="00CD5479" w:rsidRDefault="00CD5479" w:rsidP="00CD5479">
                        <w:pPr>
                          <w:rPr>
                            <w:sz w:val="24"/>
                          </w:rPr>
                        </w:pPr>
                      </w:p>
                      <w:p w14:paraId="18EF2E02" w14:textId="77777777" w:rsidR="00CD5479" w:rsidRDefault="00CD5479" w:rsidP="00CD5479">
                        <w:pPr>
                          <w:rPr>
                            <w:sz w:val="24"/>
                          </w:rPr>
                        </w:pPr>
                      </w:p>
                      <w:p w14:paraId="2AC4C231" w14:textId="77777777" w:rsidR="00CD5479" w:rsidRDefault="00CD5479" w:rsidP="00CD5479">
                        <w:pPr>
                          <w:rPr>
                            <w:sz w:val="24"/>
                          </w:rPr>
                        </w:pPr>
                      </w:p>
                      <w:p w14:paraId="595AA5DE" w14:textId="77777777" w:rsidR="00CD5479" w:rsidRDefault="00CD5479" w:rsidP="00CD5479">
                        <w:pPr>
                          <w:spacing w:before="272"/>
                          <w:rPr>
                            <w:sz w:val="24"/>
                          </w:rPr>
                        </w:pPr>
                      </w:p>
                      <w:p w14:paraId="059A2E36" w14:textId="77777777" w:rsidR="00CD5479" w:rsidRDefault="00CD5479" w:rsidP="00CD5479">
                        <w:pPr>
                          <w:spacing w:before="1"/>
                          <w:ind w:left="143" w:right="632"/>
                          <w:rPr>
                            <w:b/>
                            <w:sz w:val="24"/>
                          </w:rPr>
                        </w:pPr>
                        <w:r>
                          <w:rPr>
                            <w:b/>
                            <w:sz w:val="24"/>
                          </w:rPr>
                          <w:t>Fig.8: Spot Inoculation. Zone</w:t>
                        </w:r>
                        <w:r>
                          <w:rPr>
                            <w:b/>
                            <w:spacing w:val="-13"/>
                            <w:sz w:val="24"/>
                          </w:rPr>
                          <w:t xml:space="preserve"> </w:t>
                        </w:r>
                        <w:r>
                          <w:rPr>
                            <w:b/>
                            <w:sz w:val="24"/>
                          </w:rPr>
                          <w:t>of</w:t>
                        </w:r>
                        <w:r>
                          <w:rPr>
                            <w:b/>
                            <w:spacing w:val="-13"/>
                            <w:sz w:val="24"/>
                          </w:rPr>
                          <w:t xml:space="preserve"> </w:t>
                        </w:r>
                        <w:r>
                          <w:rPr>
                            <w:b/>
                            <w:sz w:val="24"/>
                          </w:rPr>
                          <w:t>clearance</w:t>
                        </w:r>
                        <w:r>
                          <w:rPr>
                            <w:b/>
                            <w:spacing w:val="-13"/>
                            <w:sz w:val="24"/>
                          </w:rPr>
                          <w:t xml:space="preserve"> </w:t>
                        </w:r>
                        <w:r>
                          <w:rPr>
                            <w:b/>
                            <w:sz w:val="24"/>
                          </w:rPr>
                          <w:t>observed</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63360" behindDoc="1" locked="0" layoutInCell="1" allowOverlap="1" wp14:anchorId="7264E2ED" wp14:editId="4579ED7C">
                <wp:simplePos x="0" y="0"/>
                <wp:positionH relativeFrom="page">
                  <wp:posOffset>1145413</wp:posOffset>
                </wp:positionH>
                <wp:positionV relativeFrom="paragraph">
                  <wp:posOffset>824931</wp:posOffset>
                </wp:positionV>
                <wp:extent cx="2095500" cy="2961005"/>
                <wp:effectExtent l="0" t="0" r="19050" b="10795"/>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2961005"/>
                          <a:chOff x="4762" y="4762"/>
                          <a:chExt cx="2095500" cy="2961595"/>
                        </a:xfrm>
                      </wpg:grpSpPr>
                      <pic:pic xmlns:pic="http://schemas.openxmlformats.org/drawingml/2006/picture">
                        <pic:nvPicPr>
                          <pic:cNvPr id="30" name="Image 30"/>
                          <pic:cNvPicPr/>
                        </pic:nvPicPr>
                        <pic:blipFill>
                          <a:blip r:embed="rId24" cstate="print"/>
                          <a:stretch>
                            <a:fillRect/>
                          </a:stretch>
                        </pic:blipFill>
                        <pic:spPr>
                          <a:xfrm>
                            <a:off x="100774" y="55054"/>
                            <a:ext cx="1903476" cy="2190750"/>
                          </a:xfrm>
                          <a:prstGeom prst="rect">
                            <a:avLst/>
                          </a:prstGeom>
                        </pic:spPr>
                      </pic:pic>
                      <wps:wsp>
                        <wps:cNvPr id="31" name="Textbox 31"/>
                        <wps:cNvSpPr txBox="1"/>
                        <wps:spPr>
                          <a:xfrm>
                            <a:off x="4762" y="4762"/>
                            <a:ext cx="2095500" cy="2961595"/>
                          </a:xfrm>
                          <a:prstGeom prst="rect">
                            <a:avLst/>
                          </a:prstGeom>
                          <a:ln w="9525">
                            <a:solidFill>
                              <a:srgbClr val="000000"/>
                            </a:solidFill>
                            <a:prstDash val="solid"/>
                          </a:ln>
                        </wps:spPr>
                        <wps:txbx>
                          <w:txbxContent>
                            <w:p w14:paraId="739C5BCF" w14:textId="77777777" w:rsidR="00CD5479" w:rsidRDefault="00CD5479" w:rsidP="00CD5479">
                              <w:pPr>
                                <w:rPr>
                                  <w:sz w:val="24"/>
                                </w:rPr>
                              </w:pPr>
                            </w:p>
                            <w:p w14:paraId="507AFA07" w14:textId="77777777" w:rsidR="00CD5479" w:rsidRDefault="00CD5479" w:rsidP="00CD5479">
                              <w:pPr>
                                <w:rPr>
                                  <w:sz w:val="24"/>
                                </w:rPr>
                              </w:pPr>
                            </w:p>
                            <w:p w14:paraId="18D6B2B1" w14:textId="77777777" w:rsidR="00CD5479" w:rsidRDefault="00CD5479" w:rsidP="00CD5479">
                              <w:pPr>
                                <w:rPr>
                                  <w:sz w:val="24"/>
                                </w:rPr>
                              </w:pPr>
                            </w:p>
                            <w:p w14:paraId="7F91E319" w14:textId="77777777" w:rsidR="00CD5479" w:rsidRDefault="00CD5479" w:rsidP="00CD5479">
                              <w:pPr>
                                <w:rPr>
                                  <w:sz w:val="24"/>
                                </w:rPr>
                              </w:pPr>
                            </w:p>
                            <w:p w14:paraId="1AC23C22" w14:textId="77777777" w:rsidR="00CD5479" w:rsidRDefault="00CD5479" w:rsidP="00CD5479">
                              <w:pPr>
                                <w:rPr>
                                  <w:sz w:val="24"/>
                                </w:rPr>
                              </w:pPr>
                            </w:p>
                            <w:p w14:paraId="2889962E" w14:textId="77777777" w:rsidR="00CD5479" w:rsidRDefault="00CD5479" w:rsidP="00CD5479">
                              <w:pPr>
                                <w:rPr>
                                  <w:sz w:val="24"/>
                                </w:rPr>
                              </w:pPr>
                            </w:p>
                            <w:p w14:paraId="41533488" w14:textId="77777777" w:rsidR="00CD5479" w:rsidRDefault="00CD5479" w:rsidP="00CD5479">
                              <w:pPr>
                                <w:rPr>
                                  <w:sz w:val="24"/>
                                </w:rPr>
                              </w:pPr>
                            </w:p>
                            <w:p w14:paraId="0DF05D85" w14:textId="77777777" w:rsidR="00101DD1" w:rsidRDefault="00101DD1" w:rsidP="00C93A60">
                              <w:pPr>
                                <w:ind w:left="144" w:right="460"/>
                                <w:rPr>
                                  <w:b/>
                                  <w:sz w:val="24"/>
                                </w:rPr>
                              </w:pPr>
                            </w:p>
                            <w:p w14:paraId="340A098B" w14:textId="612CC78D"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Fig.7: Skimmed milk agar plate after incubation</w:t>
                              </w:r>
                            </w:p>
                            <w:p w14:paraId="6AA7EE47" w14:textId="77777777" w:rsidR="00CD5479" w:rsidRDefault="00CD5479" w:rsidP="00CD5479">
                              <w:pPr>
                                <w:rPr>
                                  <w:sz w:val="24"/>
                                </w:rPr>
                              </w:pPr>
                            </w:p>
                            <w:p w14:paraId="476D0CA8" w14:textId="77777777" w:rsidR="00CD5479" w:rsidRDefault="00CD5479" w:rsidP="00CD5479">
                              <w:pPr>
                                <w:rPr>
                                  <w:sz w:val="24"/>
                                </w:rPr>
                              </w:pPr>
                            </w:p>
                            <w:p w14:paraId="3D8B7454" w14:textId="77777777" w:rsidR="00CD5479" w:rsidRDefault="00CD5479" w:rsidP="00CD5479">
                              <w:pPr>
                                <w:rPr>
                                  <w:sz w:val="24"/>
                                </w:rPr>
                              </w:pPr>
                            </w:p>
                            <w:p w14:paraId="29FA988D" w14:textId="77777777" w:rsidR="00CD5479" w:rsidRDefault="00CD5479" w:rsidP="00CD5479">
                              <w:pPr>
                                <w:rPr>
                                  <w:sz w:val="24"/>
                                </w:rPr>
                              </w:pPr>
                            </w:p>
                            <w:p w14:paraId="0DBB317E" w14:textId="77777777" w:rsidR="00CD5479" w:rsidRDefault="00CD5479" w:rsidP="00CD5479">
                              <w:pPr>
                                <w:spacing w:before="115"/>
                                <w:rPr>
                                  <w:sz w:val="24"/>
                                </w:rPr>
                              </w:pPr>
                            </w:p>
                            <w:p w14:paraId="61666133" w14:textId="77777777" w:rsidR="00CD5479" w:rsidRDefault="00CD5479" w:rsidP="00CD5479">
                              <w:pPr>
                                <w:ind w:left="144" w:right="460"/>
                                <w:rPr>
                                  <w:b/>
                                  <w:sz w:val="24"/>
                                </w:rPr>
                              </w:pPr>
                              <w:r>
                                <w:rPr>
                                  <w:b/>
                                  <w:sz w:val="24"/>
                                </w:rPr>
                                <w:t>Fig.7:</w:t>
                              </w:r>
                              <w:r>
                                <w:rPr>
                                  <w:b/>
                                  <w:spacing w:val="-14"/>
                                  <w:sz w:val="24"/>
                                </w:rPr>
                                <w:t xml:space="preserve"> </w:t>
                              </w:r>
                              <w:r>
                                <w:rPr>
                                  <w:b/>
                                  <w:sz w:val="24"/>
                                </w:rPr>
                                <w:t>Skimmed</w:t>
                              </w:r>
                              <w:r>
                                <w:rPr>
                                  <w:b/>
                                  <w:spacing w:val="-14"/>
                                  <w:sz w:val="24"/>
                                </w:rPr>
                                <w:t xml:space="preserve"> </w:t>
                              </w:r>
                              <w:r>
                                <w:rPr>
                                  <w:b/>
                                  <w:sz w:val="24"/>
                                </w:rPr>
                                <w:t>milk</w:t>
                              </w:r>
                              <w:r>
                                <w:rPr>
                                  <w:b/>
                                  <w:spacing w:val="-14"/>
                                  <w:sz w:val="24"/>
                                </w:rPr>
                                <w:t xml:space="preserve"> </w:t>
                              </w:r>
                              <w:r>
                                <w:rPr>
                                  <w:b/>
                                  <w:sz w:val="24"/>
                                </w:rPr>
                                <w:t>agar plate after incubation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64E2ED" id="Group 29" o:spid="_x0000_s1052" style="position:absolute;left:0;text-align:left;margin-left:90.2pt;margin-top:64.95pt;width:165pt;height:233.15pt;z-index:-251653120;mso-wrap-distance-left:0;mso-wrap-distance-right:0;mso-position-horizontal-relative:page;mso-width-relative:margin;mso-height-relative:margin" coordorigin="47,47" coordsize="20955,29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">
                <v:shape id="Image 30" o:spid="_x0000_s1053" type="#_x0000_t75" style="position:absolute;left:1007;top:550;width:19035;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">
                  <v:imagedata r:id="rId25" o:title=""/>
                </v:shape>
                <v:shape id="Textbox 31" o:spid="_x0000_s1054" type="#_x0000_t202" style="position:absolute;left:47;top:47;width:20955;height:29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bWxAAAANsAAAAPAAAAZHJzL2Rvd25yZXYueG1sRI9Ba8JA&#10;FITvgv9heYIXqRsV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OEl5tbEAAAA2wAAAA8A&#10;AAAAAAAAAAAAAAAABwIAAGRycy9kb3ducmV2LnhtbFBLBQYAAAAAAwADALcAAAD4AgAAAAA=&#10;" filled="f">
                  <v:textbox inset="0,0,0,0">
                    <w:txbxContent>
                      <w:p w14:paraId="739C5BCF" w14:textId="77777777" w:rsidR="00CD5479" w:rsidRDefault="00CD5479" w:rsidP="00CD5479">
                        <w:pPr>
                          <w:rPr>
                            <w:sz w:val="24"/>
                          </w:rPr>
                        </w:pPr>
                      </w:p>
                      <w:p w14:paraId="507AFA07" w14:textId="77777777" w:rsidR="00CD5479" w:rsidRDefault="00CD5479" w:rsidP="00CD5479">
                        <w:pPr>
                          <w:rPr>
                            <w:sz w:val="24"/>
                          </w:rPr>
                        </w:pPr>
                      </w:p>
                      <w:p w14:paraId="18D6B2B1" w14:textId="77777777" w:rsidR="00CD5479" w:rsidRDefault="00CD5479" w:rsidP="00CD5479">
                        <w:pPr>
                          <w:rPr>
                            <w:sz w:val="24"/>
                          </w:rPr>
                        </w:pPr>
                      </w:p>
                      <w:p w14:paraId="7F91E319" w14:textId="77777777" w:rsidR="00CD5479" w:rsidRDefault="00CD5479" w:rsidP="00CD5479">
                        <w:pPr>
                          <w:rPr>
                            <w:sz w:val="24"/>
                          </w:rPr>
                        </w:pPr>
                      </w:p>
                      <w:p w14:paraId="1AC23C22" w14:textId="77777777" w:rsidR="00CD5479" w:rsidRDefault="00CD5479" w:rsidP="00CD5479">
                        <w:pPr>
                          <w:rPr>
                            <w:sz w:val="24"/>
                          </w:rPr>
                        </w:pPr>
                      </w:p>
                      <w:p w14:paraId="2889962E" w14:textId="77777777" w:rsidR="00CD5479" w:rsidRDefault="00CD5479" w:rsidP="00CD5479">
                        <w:pPr>
                          <w:rPr>
                            <w:sz w:val="24"/>
                          </w:rPr>
                        </w:pPr>
                      </w:p>
                      <w:p w14:paraId="41533488" w14:textId="77777777" w:rsidR="00CD5479" w:rsidRDefault="00CD5479" w:rsidP="00CD5479">
                        <w:pPr>
                          <w:rPr>
                            <w:sz w:val="24"/>
                          </w:rPr>
                        </w:pPr>
                      </w:p>
                      <w:p w14:paraId="0DF05D85" w14:textId="77777777" w:rsidR="00101DD1" w:rsidRDefault="00101DD1" w:rsidP="00C93A60">
                        <w:pPr>
                          <w:ind w:left="144" w:right="460"/>
                          <w:rPr>
                            <w:b/>
                            <w:sz w:val="24"/>
                          </w:rPr>
                        </w:pPr>
                      </w:p>
                      <w:p w14:paraId="340A098B" w14:textId="612CC78D"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Fig.7: Skimmed milk agar plate after incubation</w:t>
                        </w:r>
                      </w:p>
                      <w:p w14:paraId="6AA7EE47" w14:textId="77777777" w:rsidR="00CD5479" w:rsidRDefault="00CD5479" w:rsidP="00CD5479">
                        <w:pPr>
                          <w:rPr>
                            <w:sz w:val="24"/>
                          </w:rPr>
                        </w:pPr>
                      </w:p>
                      <w:p w14:paraId="476D0CA8" w14:textId="77777777" w:rsidR="00CD5479" w:rsidRDefault="00CD5479" w:rsidP="00CD5479">
                        <w:pPr>
                          <w:rPr>
                            <w:sz w:val="24"/>
                          </w:rPr>
                        </w:pPr>
                      </w:p>
                      <w:p w14:paraId="3D8B7454" w14:textId="77777777" w:rsidR="00CD5479" w:rsidRDefault="00CD5479" w:rsidP="00CD5479">
                        <w:pPr>
                          <w:rPr>
                            <w:sz w:val="24"/>
                          </w:rPr>
                        </w:pPr>
                      </w:p>
                      <w:p w14:paraId="29FA988D" w14:textId="77777777" w:rsidR="00CD5479" w:rsidRDefault="00CD5479" w:rsidP="00CD5479">
                        <w:pPr>
                          <w:rPr>
                            <w:sz w:val="24"/>
                          </w:rPr>
                        </w:pPr>
                      </w:p>
                      <w:p w14:paraId="0DBB317E" w14:textId="77777777" w:rsidR="00CD5479" w:rsidRDefault="00CD5479" w:rsidP="00CD5479">
                        <w:pPr>
                          <w:spacing w:before="115"/>
                          <w:rPr>
                            <w:sz w:val="24"/>
                          </w:rPr>
                        </w:pPr>
                      </w:p>
                      <w:p w14:paraId="61666133" w14:textId="77777777" w:rsidR="00CD5479" w:rsidRDefault="00CD5479" w:rsidP="00CD5479">
                        <w:pPr>
                          <w:ind w:left="144" w:right="460"/>
                          <w:rPr>
                            <w:b/>
                            <w:sz w:val="24"/>
                          </w:rPr>
                        </w:pPr>
                        <w:r>
                          <w:rPr>
                            <w:b/>
                            <w:sz w:val="24"/>
                          </w:rPr>
                          <w:t>Fig.7:</w:t>
                        </w:r>
                        <w:r>
                          <w:rPr>
                            <w:b/>
                            <w:spacing w:val="-14"/>
                            <w:sz w:val="24"/>
                          </w:rPr>
                          <w:t xml:space="preserve"> </w:t>
                        </w:r>
                        <w:r>
                          <w:rPr>
                            <w:b/>
                            <w:sz w:val="24"/>
                          </w:rPr>
                          <w:t>Skimmed</w:t>
                        </w:r>
                        <w:r>
                          <w:rPr>
                            <w:b/>
                            <w:spacing w:val="-14"/>
                            <w:sz w:val="24"/>
                          </w:rPr>
                          <w:t xml:space="preserve"> </w:t>
                        </w:r>
                        <w:r>
                          <w:rPr>
                            <w:b/>
                            <w:sz w:val="24"/>
                          </w:rPr>
                          <w:t>milk</w:t>
                        </w:r>
                        <w:r>
                          <w:rPr>
                            <w:b/>
                            <w:spacing w:val="-14"/>
                            <w:sz w:val="24"/>
                          </w:rPr>
                          <w:t xml:space="preserve"> </w:t>
                        </w:r>
                        <w:r>
                          <w:rPr>
                            <w:b/>
                            <w:sz w:val="24"/>
                          </w:rPr>
                          <w:t>agar plate after incubation</w:t>
                        </w:r>
                      </w:p>
                    </w:txbxContent>
                  </v:textbox>
                </v:shape>
                <w10:wrap type="topAndBottom" anchorx="page"/>
              </v:group>
            </w:pict>
          </mc:Fallback>
        </mc:AlternateContent>
      </w:r>
      <w:r w:rsidR="00CD5479" w:rsidRPr="00584328">
        <w:rPr>
          <w:rFonts w:ascii="Arial" w:hAnsi="Arial" w:cs="Arial"/>
          <w:sz w:val="20"/>
          <w:szCs w:val="20"/>
        </w:rPr>
        <w:t xml:space="preserve">Serial dilution of soil suspension </w:t>
      </w:r>
      <w:r w:rsidR="006A40A0" w:rsidRPr="00584328">
        <w:rPr>
          <w:rFonts w:ascii="Arial" w:hAnsi="Arial" w:cs="Arial"/>
          <w:sz w:val="20"/>
          <w:szCs w:val="20"/>
        </w:rPr>
        <w:t xml:space="preserve">was </w:t>
      </w:r>
      <w:r w:rsidR="00CD5479" w:rsidRPr="00584328">
        <w:rPr>
          <w:rFonts w:ascii="Arial" w:hAnsi="Arial" w:cs="Arial"/>
          <w:sz w:val="20"/>
          <w:szCs w:val="20"/>
        </w:rPr>
        <w:t xml:space="preserve">made </w:t>
      </w:r>
      <w:r w:rsidR="006A40A0" w:rsidRPr="00584328">
        <w:rPr>
          <w:rFonts w:ascii="Arial" w:hAnsi="Arial" w:cs="Arial"/>
          <w:sz w:val="20"/>
          <w:szCs w:val="20"/>
        </w:rPr>
        <w:t xml:space="preserve">from </w:t>
      </w:r>
      <w:r w:rsidR="00CD5479" w:rsidRPr="00584328">
        <w:rPr>
          <w:rFonts w:ascii="Arial" w:hAnsi="Arial" w:cs="Arial"/>
          <w:sz w:val="20"/>
          <w:szCs w:val="20"/>
        </w:rPr>
        <w:t>101, 102 ,103, 104, 105, 106, 107</w:t>
      </w:r>
      <w:r w:rsidR="006A40A0" w:rsidRPr="00584328">
        <w:rPr>
          <w:rFonts w:ascii="Arial" w:hAnsi="Arial" w:cs="Arial"/>
          <w:sz w:val="20"/>
          <w:szCs w:val="20"/>
        </w:rPr>
        <w:t xml:space="preserve">, </w:t>
      </w:r>
      <w:r w:rsidR="00101DD1" w:rsidRPr="00584328">
        <w:rPr>
          <w:rFonts w:ascii="Arial" w:hAnsi="Arial" w:cs="Arial"/>
          <w:sz w:val="20"/>
          <w:szCs w:val="20"/>
        </w:rPr>
        <w:t>t</w:t>
      </w:r>
      <w:r w:rsidR="00CD5479" w:rsidRPr="00584328">
        <w:rPr>
          <w:rFonts w:ascii="Arial" w:hAnsi="Arial" w:cs="Arial"/>
          <w:sz w:val="20"/>
          <w:szCs w:val="20"/>
        </w:rPr>
        <w:t>he</w:t>
      </w:r>
      <w:r w:rsidR="00101DD1" w:rsidRPr="00584328">
        <w:rPr>
          <w:rFonts w:ascii="Arial" w:hAnsi="Arial" w:cs="Arial"/>
          <w:sz w:val="20"/>
          <w:szCs w:val="20"/>
        </w:rPr>
        <w:t xml:space="preserve"> </w:t>
      </w:r>
      <w:r w:rsidR="00CD5479" w:rsidRPr="00584328">
        <w:rPr>
          <w:rFonts w:ascii="Arial" w:hAnsi="Arial" w:cs="Arial"/>
          <w:sz w:val="20"/>
          <w:szCs w:val="20"/>
        </w:rPr>
        <w:t>last three dilution</w:t>
      </w:r>
      <w:r w:rsidR="006A40A0" w:rsidRPr="00584328">
        <w:rPr>
          <w:rFonts w:ascii="Arial" w:hAnsi="Arial" w:cs="Arial"/>
          <w:sz w:val="20"/>
          <w:szCs w:val="20"/>
        </w:rPr>
        <w:t>s</w:t>
      </w:r>
      <w:r w:rsidR="00CD5479" w:rsidRPr="00584328">
        <w:rPr>
          <w:rFonts w:ascii="Arial" w:hAnsi="Arial" w:cs="Arial"/>
          <w:sz w:val="20"/>
          <w:szCs w:val="20"/>
        </w:rPr>
        <w:t xml:space="preserve"> w</w:t>
      </w:r>
      <w:r w:rsidR="006A40A0" w:rsidRPr="00584328">
        <w:rPr>
          <w:rFonts w:ascii="Arial" w:hAnsi="Arial" w:cs="Arial"/>
          <w:sz w:val="20"/>
          <w:szCs w:val="20"/>
        </w:rPr>
        <w:t>ere</w:t>
      </w:r>
      <w:r w:rsidR="00CD5479" w:rsidRPr="00584328">
        <w:rPr>
          <w:rFonts w:ascii="Arial" w:hAnsi="Arial" w:cs="Arial"/>
          <w:sz w:val="20"/>
          <w:szCs w:val="20"/>
        </w:rPr>
        <w:t xml:space="preserve"> </w:t>
      </w:r>
      <w:proofErr w:type="spellStart"/>
      <w:r w:rsidR="00CD5479" w:rsidRPr="00584328">
        <w:rPr>
          <w:rFonts w:ascii="Arial" w:hAnsi="Arial" w:cs="Arial"/>
          <w:sz w:val="20"/>
          <w:szCs w:val="20"/>
        </w:rPr>
        <w:t>spreaded</w:t>
      </w:r>
      <w:proofErr w:type="spellEnd"/>
      <w:r w:rsidR="00CD5479" w:rsidRPr="00584328">
        <w:rPr>
          <w:rFonts w:ascii="Arial" w:hAnsi="Arial" w:cs="Arial"/>
          <w:sz w:val="20"/>
          <w:szCs w:val="20"/>
        </w:rPr>
        <w:t xml:space="preserve"> on skimmed milk agar plates.</w:t>
      </w:r>
      <w:r w:rsidR="00101DD1" w:rsidRPr="00584328">
        <w:rPr>
          <w:rFonts w:ascii="Arial" w:hAnsi="Arial" w:cs="Arial"/>
          <w:sz w:val="20"/>
          <w:szCs w:val="20"/>
        </w:rPr>
        <w:t xml:space="preserve"> </w:t>
      </w:r>
      <w:r w:rsidR="00CD5479" w:rsidRPr="00584328">
        <w:rPr>
          <w:rFonts w:ascii="Arial" w:hAnsi="Arial" w:cs="Arial"/>
          <w:sz w:val="20"/>
          <w:szCs w:val="20"/>
        </w:rPr>
        <w:t>The petri plates were incubated at 37o C for 24 hours.</w:t>
      </w:r>
      <w:r w:rsidR="00101DD1" w:rsidRPr="00584328">
        <w:rPr>
          <w:rFonts w:ascii="Arial" w:hAnsi="Arial" w:cs="Arial"/>
          <w:sz w:val="20"/>
          <w:szCs w:val="20"/>
        </w:rPr>
        <w:t xml:space="preserve"> </w:t>
      </w:r>
      <w:r w:rsidR="00CD5479" w:rsidRPr="00584328">
        <w:rPr>
          <w:rFonts w:ascii="Arial" w:hAnsi="Arial" w:cs="Arial"/>
          <w:sz w:val="20"/>
          <w:szCs w:val="20"/>
        </w:rPr>
        <w:t>Isolated bacterial colon</w:t>
      </w:r>
      <w:r w:rsidR="00101DD1" w:rsidRPr="00584328">
        <w:rPr>
          <w:rFonts w:ascii="Arial" w:hAnsi="Arial" w:cs="Arial"/>
          <w:sz w:val="20"/>
          <w:szCs w:val="20"/>
        </w:rPr>
        <w:t>ies</w:t>
      </w:r>
      <w:r w:rsidR="00CD5479" w:rsidRPr="00584328">
        <w:rPr>
          <w:rFonts w:ascii="Arial" w:hAnsi="Arial" w:cs="Arial"/>
          <w:sz w:val="20"/>
          <w:szCs w:val="20"/>
        </w:rPr>
        <w:t xml:space="preserve"> showing zone of clearance on skimmed milk agar were selected for further studies.</w:t>
      </w:r>
    </w:p>
    <w:p w14:paraId="7563EEDD" w14:textId="59D47800" w:rsidR="00101DD1" w:rsidRPr="00584328" w:rsidRDefault="00101DD1" w:rsidP="00584328">
      <w:pPr>
        <w:pStyle w:val="BodyText"/>
        <w:tabs>
          <w:tab w:val="left" w:pos="360"/>
          <w:tab w:val="left" w:pos="8100"/>
        </w:tabs>
        <w:spacing w:after="240"/>
        <w:rPr>
          <w:rFonts w:ascii="Arial" w:hAnsi="Arial" w:cs="Arial"/>
          <w:position w:val="229"/>
          <w:sz w:val="20"/>
        </w:rPr>
      </w:pPr>
    </w:p>
    <w:p w14:paraId="54F65C01" w14:textId="0E39D243" w:rsidR="00CD5479" w:rsidRPr="00584328" w:rsidRDefault="00CD5479" w:rsidP="00584328">
      <w:pPr>
        <w:tabs>
          <w:tab w:val="left" w:pos="360"/>
          <w:tab w:val="left" w:pos="2485"/>
          <w:tab w:val="left" w:pos="8100"/>
        </w:tabs>
        <w:spacing w:after="240"/>
        <w:rPr>
          <w:rFonts w:ascii="Arial" w:hAnsi="Arial" w:cs="Arial"/>
          <w:sz w:val="20"/>
        </w:rPr>
      </w:pPr>
      <w:r w:rsidRPr="00584328">
        <w:rPr>
          <w:rFonts w:ascii="Arial" w:hAnsi="Arial" w:cs="Arial"/>
          <w:position w:val="229"/>
          <w:sz w:val="20"/>
        </w:rPr>
        <w:tab/>
      </w:r>
    </w:p>
    <w:p w14:paraId="0A34689C" w14:textId="77777777" w:rsidR="00CD5479" w:rsidRPr="00584328" w:rsidRDefault="00CD5479" w:rsidP="00584328">
      <w:pPr>
        <w:tabs>
          <w:tab w:val="left" w:pos="360"/>
          <w:tab w:val="left" w:pos="8100"/>
        </w:tabs>
        <w:spacing w:after="240"/>
        <w:jc w:val="both"/>
        <w:rPr>
          <w:rFonts w:ascii="Arial" w:hAnsi="Arial" w:cs="Arial"/>
          <w:sz w:val="20"/>
          <w:szCs w:val="20"/>
          <w:lang w:val="en-IN"/>
        </w:rPr>
      </w:pPr>
      <w:r w:rsidRPr="00584328">
        <w:rPr>
          <w:rFonts w:ascii="Arial" w:hAnsi="Arial" w:cs="Arial"/>
          <w:sz w:val="20"/>
          <w:szCs w:val="20"/>
          <w:lang w:val="en-IN"/>
        </w:rPr>
        <w:lastRenderedPageBreak/>
        <w:t>The colonies were isolated on nutrient agar plates by streak plate method. The isolates were characterized for colony characteristics, morphological characterization and further identification.</w:t>
      </w:r>
    </w:p>
    <w:p w14:paraId="7E48EEE1" w14:textId="5F3076A3" w:rsidR="00CD5479" w:rsidRPr="00584328" w:rsidRDefault="00D0486A" w:rsidP="00584328">
      <w:pPr>
        <w:pStyle w:val="BodyText"/>
        <w:tabs>
          <w:tab w:val="left" w:pos="360"/>
          <w:tab w:val="left" w:pos="8100"/>
        </w:tabs>
        <w:spacing w:after="240"/>
        <w:rPr>
          <w:rFonts w:ascii="Arial" w:hAnsi="Arial" w:cs="Arial"/>
          <w:sz w:val="20"/>
        </w:rPr>
      </w:pPr>
      <w:r w:rsidRPr="00584328">
        <w:rPr>
          <w:rFonts w:ascii="Arial" w:hAnsi="Arial" w:cs="Arial"/>
          <w:noProof/>
          <w:position w:val="3"/>
          <w:sz w:val="20"/>
        </w:rPr>
        <mc:AlternateContent>
          <mc:Choice Requires="wpg">
            <w:drawing>
              <wp:anchor distT="0" distB="0" distL="114300" distR="114300" simplePos="0" relativeHeight="251713536" behindDoc="0" locked="0" layoutInCell="1" allowOverlap="1" wp14:anchorId="386F56C5" wp14:editId="51524CA8">
                <wp:simplePos x="0" y="0"/>
                <wp:positionH relativeFrom="column">
                  <wp:posOffset>3894878</wp:posOffset>
                </wp:positionH>
                <wp:positionV relativeFrom="paragraph">
                  <wp:posOffset>193992</wp:posOffset>
                </wp:positionV>
                <wp:extent cx="1809750" cy="2319020"/>
                <wp:effectExtent l="0" t="0" r="19050" b="508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2319020"/>
                          <a:chOff x="0" y="0"/>
                          <a:chExt cx="1809750" cy="2319020"/>
                        </a:xfrm>
                      </wpg:grpSpPr>
                      <pic:pic xmlns:pic="http://schemas.openxmlformats.org/drawingml/2006/picture">
                        <pic:nvPicPr>
                          <pic:cNvPr id="47" name="Image 47"/>
                          <pic:cNvPicPr/>
                        </pic:nvPicPr>
                        <pic:blipFill>
                          <a:blip r:embed="rId26" cstate="print"/>
                          <a:stretch>
                            <a:fillRect/>
                          </a:stretch>
                        </pic:blipFill>
                        <pic:spPr>
                          <a:xfrm>
                            <a:off x="100647" y="54927"/>
                            <a:ext cx="1590674" cy="1847850"/>
                          </a:xfrm>
                          <a:prstGeom prst="rect">
                            <a:avLst/>
                          </a:prstGeom>
                        </pic:spPr>
                      </pic:pic>
                      <wps:wsp>
                        <wps:cNvPr id="48" name="Textbox 48"/>
                        <wps:cNvSpPr txBox="1"/>
                        <wps:spPr>
                          <a:xfrm>
                            <a:off x="4762" y="4762"/>
                            <a:ext cx="1800225" cy="2309495"/>
                          </a:xfrm>
                          <a:prstGeom prst="rect">
                            <a:avLst/>
                          </a:prstGeom>
                          <a:ln w="9525">
                            <a:solidFill>
                              <a:srgbClr val="000000"/>
                            </a:solidFill>
                            <a:prstDash val="solid"/>
                          </a:ln>
                        </wps:spPr>
                        <wps:txbx>
                          <w:txbxContent>
                            <w:p w14:paraId="68E2472A" w14:textId="77777777" w:rsidR="00CD5479" w:rsidRDefault="00CD5479" w:rsidP="00CD5479">
                              <w:pPr>
                                <w:rPr>
                                  <w:sz w:val="24"/>
                                </w:rPr>
                              </w:pPr>
                            </w:p>
                            <w:p w14:paraId="4BD11423" w14:textId="77777777" w:rsidR="00CD5479" w:rsidRDefault="00CD5479" w:rsidP="00CD5479">
                              <w:pPr>
                                <w:rPr>
                                  <w:sz w:val="24"/>
                                </w:rPr>
                              </w:pPr>
                            </w:p>
                            <w:p w14:paraId="2EFE628D" w14:textId="77777777" w:rsidR="00CD5479" w:rsidRDefault="00CD5479" w:rsidP="00CD5479">
                              <w:pPr>
                                <w:rPr>
                                  <w:sz w:val="24"/>
                                </w:rPr>
                              </w:pPr>
                            </w:p>
                            <w:p w14:paraId="70177AE9" w14:textId="77777777" w:rsidR="00CD5479" w:rsidRDefault="00CD5479" w:rsidP="00CD5479">
                              <w:pPr>
                                <w:rPr>
                                  <w:sz w:val="24"/>
                                </w:rPr>
                              </w:pPr>
                            </w:p>
                            <w:p w14:paraId="4FD3259E" w14:textId="77777777" w:rsidR="00CD5479" w:rsidRDefault="00CD5479" w:rsidP="00CD5479">
                              <w:pPr>
                                <w:rPr>
                                  <w:sz w:val="24"/>
                                </w:rPr>
                              </w:pPr>
                            </w:p>
                            <w:p w14:paraId="72570AAB" w14:textId="77777777" w:rsidR="00CD5479" w:rsidRDefault="00CD5479" w:rsidP="00CD5479">
                              <w:pPr>
                                <w:rPr>
                                  <w:sz w:val="24"/>
                                </w:rPr>
                              </w:pPr>
                            </w:p>
                            <w:p w14:paraId="10412E05" w14:textId="77777777" w:rsidR="00CD5479" w:rsidRDefault="00CD5479" w:rsidP="00CD5479">
                              <w:pPr>
                                <w:rPr>
                                  <w:sz w:val="24"/>
                                </w:rPr>
                              </w:pPr>
                            </w:p>
                            <w:p w14:paraId="5ACC6639"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Fig.12: Colony 3 - S3</w:t>
                              </w:r>
                            </w:p>
                            <w:p w14:paraId="2F8F3EDF" w14:textId="77777777" w:rsidR="00CD5479" w:rsidRDefault="00CD5479" w:rsidP="00CD5479">
                              <w:pPr>
                                <w:rPr>
                                  <w:sz w:val="24"/>
                                </w:rPr>
                              </w:pPr>
                            </w:p>
                            <w:p w14:paraId="256BCEAD" w14:textId="77777777" w:rsidR="00CD5479" w:rsidRDefault="00CD5479" w:rsidP="00CD5479">
                              <w:pPr>
                                <w:rPr>
                                  <w:sz w:val="24"/>
                                </w:rPr>
                              </w:pPr>
                            </w:p>
                            <w:p w14:paraId="33E47846" w14:textId="77777777" w:rsidR="00CD5479" w:rsidRDefault="00CD5479" w:rsidP="00CD5479">
                              <w:pPr>
                                <w:rPr>
                                  <w:sz w:val="24"/>
                                </w:rPr>
                              </w:pPr>
                            </w:p>
                            <w:p w14:paraId="5EE6DC76" w14:textId="77777777" w:rsidR="00CD5479" w:rsidRDefault="00CD5479" w:rsidP="00CD5479">
                              <w:pPr>
                                <w:spacing w:before="126"/>
                                <w:rPr>
                                  <w:sz w:val="24"/>
                                </w:rPr>
                              </w:pPr>
                            </w:p>
                            <w:p w14:paraId="59A47C33" w14:textId="77777777" w:rsidR="00CD5479" w:rsidRDefault="00CD5479" w:rsidP="00CD5479">
                              <w:pPr>
                                <w:spacing w:before="1"/>
                                <w:ind w:left="142"/>
                                <w:rPr>
                                  <w:b/>
                                  <w:sz w:val="24"/>
                                </w:rPr>
                              </w:pPr>
                              <w:r>
                                <w:rPr>
                                  <w:b/>
                                  <w:sz w:val="24"/>
                                </w:rPr>
                                <w:t>Fig.12:</w:t>
                              </w:r>
                              <w:r>
                                <w:rPr>
                                  <w:b/>
                                  <w:spacing w:val="-3"/>
                                  <w:sz w:val="24"/>
                                </w:rPr>
                                <w:t xml:space="preserve"> </w:t>
                              </w:r>
                              <w:r>
                                <w:rPr>
                                  <w:b/>
                                  <w:sz w:val="24"/>
                                </w:rPr>
                                <w:t>Colony</w:t>
                              </w:r>
                              <w:r>
                                <w:rPr>
                                  <w:b/>
                                  <w:spacing w:val="-1"/>
                                  <w:sz w:val="24"/>
                                </w:rPr>
                                <w:t xml:space="preserve"> </w:t>
                              </w:r>
                              <w:r>
                                <w:rPr>
                                  <w:b/>
                                  <w:sz w:val="24"/>
                                </w:rPr>
                                <w:t>3</w:t>
                              </w:r>
                              <w:r>
                                <w:rPr>
                                  <w:b/>
                                  <w:spacing w:val="-1"/>
                                  <w:sz w:val="24"/>
                                </w:rPr>
                                <w:t xml:space="preserve"> </w:t>
                              </w:r>
                              <w:r>
                                <w:rPr>
                                  <w:b/>
                                  <w:sz w:val="24"/>
                                </w:rPr>
                                <w:t>-</w:t>
                              </w:r>
                              <w:r>
                                <w:rPr>
                                  <w:b/>
                                  <w:spacing w:val="-1"/>
                                  <w:sz w:val="24"/>
                                </w:rPr>
                                <w:t xml:space="preserve"> </w:t>
                              </w:r>
                              <w:r>
                                <w:rPr>
                                  <w:b/>
                                  <w:spacing w:val="-5"/>
                                  <w:sz w:val="24"/>
                                </w:rPr>
                                <w:t>S3</w:t>
                              </w:r>
                            </w:p>
                          </w:txbxContent>
                        </wps:txbx>
                        <wps:bodyPr wrap="square" lIns="0" tIns="0" rIns="0" bIns="0" rtlCol="0">
                          <a:noAutofit/>
                        </wps:bodyPr>
                      </wps:wsp>
                    </wpg:wgp>
                  </a:graphicData>
                </a:graphic>
              </wp:anchor>
            </w:drawing>
          </mc:Choice>
          <mc:Fallback>
            <w:pict>
              <v:group w14:anchorId="386F56C5" id="Group 46" o:spid="_x0000_s1055" style="position:absolute;margin-left:306.7pt;margin-top:15.25pt;width:142.5pt;height:182.6pt;z-index:251713536" coordsize="18097,2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">
                <v:shape id="Image 47" o:spid="_x0000_s1056" type="#_x0000_t75" style="position:absolute;left:1006;top:549;width:15907;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">
                  <v:imagedata r:id="rId27" o:title=""/>
                </v:shape>
                <v:shape id="Textbox 48" o:spid="_x0000_s1057" type="#_x0000_t202" style="position:absolute;left:47;top:47;width:18002;height:2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68E2472A" w14:textId="77777777" w:rsidR="00CD5479" w:rsidRDefault="00CD5479" w:rsidP="00CD5479">
                        <w:pPr>
                          <w:rPr>
                            <w:sz w:val="24"/>
                          </w:rPr>
                        </w:pPr>
                      </w:p>
                      <w:p w14:paraId="4BD11423" w14:textId="77777777" w:rsidR="00CD5479" w:rsidRDefault="00CD5479" w:rsidP="00CD5479">
                        <w:pPr>
                          <w:rPr>
                            <w:sz w:val="24"/>
                          </w:rPr>
                        </w:pPr>
                      </w:p>
                      <w:p w14:paraId="2EFE628D" w14:textId="77777777" w:rsidR="00CD5479" w:rsidRDefault="00CD5479" w:rsidP="00CD5479">
                        <w:pPr>
                          <w:rPr>
                            <w:sz w:val="24"/>
                          </w:rPr>
                        </w:pPr>
                      </w:p>
                      <w:p w14:paraId="70177AE9" w14:textId="77777777" w:rsidR="00CD5479" w:rsidRDefault="00CD5479" w:rsidP="00CD5479">
                        <w:pPr>
                          <w:rPr>
                            <w:sz w:val="24"/>
                          </w:rPr>
                        </w:pPr>
                      </w:p>
                      <w:p w14:paraId="4FD3259E" w14:textId="77777777" w:rsidR="00CD5479" w:rsidRDefault="00CD5479" w:rsidP="00CD5479">
                        <w:pPr>
                          <w:rPr>
                            <w:sz w:val="24"/>
                          </w:rPr>
                        </w:pPr>
                      </w:p>
                      <w:p w14:paraId="72570AAB" w14:textId="77777777" w:rsidR="00CD5479" w:rsidRDefault="00CD5479" w:rsidP="00CD5479">
                        <w:pPr>
                          <w:rPr>
                            <w:sz w:val="24"/>
                          </w:rPr>
                        </w:pPr>
                      </w:p>
                      <w:p w14:paraId="10412E05" w14:textId="77777777" w:rsidR="00CD5479" w:rsidRDefault="00CD5479" w:rsidP="00CD5479">
                        <w:pPr>
                          <w:rPr>
                            <w:sz w:val="24"/>
                          </w:rPr>
                        </w:pPr>
                      </w:p>
                      <w:p w14:paraId="5ACC6639"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Fig.12: Colony 3 - S3</w:t>
                        </w:r>
                      </w:p>
                      <w:p w14:paraId="2F8F3EDF" w14:textId="77777777" w:rsidR="00CD5479" w:rsidRDefault="00CD5479" w:rsidP="00CD5479">
                        <w:pPr>
                          <w:rPr>
                            <w:sz w:val="24"/>
                          </w:rPr>
                        </w:pPr>
                      </w:p>
                      <w:p w14:paraId="256BCEAD" w14:textId="77777777" w:rsidR="00CD5479" w:rsidRDefault="00CD5479" w:rsidP="00CD5479">
                        <w:pPr>
                          <w:rPr>
                            <w:sz w:val="24"/>
                          </w:rPr>
                        </w:pPr>
                      </w:p>
                      <w:p w14:paraId="33E47846" w14:textId="77777777" w:rsidR="00CD5479" w:rsidRDefault="00CD5479" w:rsidP="00CD5479">
                        <w:pPr>
                          <w:rPr>
                            <w:sz w:val="24"/>
                          </w:rPr>
                        </w:pPr>
                      </w:p>
                      <w:p w14:paraId="5EE6DC76" w14:textId="77777777" w:rsidR="00CD5479" w:rsidRDefault="00CD5479" w:rsidP="00CD5479">
                        <w:pPr>
                          <w:spacing w:before="126"/>
                          <w:rPr>
                            <w:sz w:val="24"/>
                          </w:rPr>
                        </w:pPr>
                      </w:p>
                      <w:p w14:paraId="59A47C33" w14:textId="77777777" w:rsidR="00CD5479" w:rsidRDefault="00CD5479" w:rsidP="00CD5479">
                        <w:pPr>
                          <w:spacing w:before="1"/>
                          <w:ind w:left="142"/>
                          <w:rPr>
                            <w:b/>
                            <w:sz w:val="24"/>
                          </w:rPr>
                        </w:pPr>
                        <w:r>
                          <w:rPr>
                            <w:b/>
                            <w:sz w:val="24"/>
                          </w:rPr>
                          <w:t>Fig.12:</w:t>
                        </w:r>
                        <w:r>
                          <w:rPr>
                            <w:b/>
                            <w:spacing w:val="-3"/>
                            <w:sz w:val="24"/>
                          </w:rPr>
                          <w:t xml:space="preserve"> </w:t>
                        </w:r>
                        <w:r>
                          <w:rPr>
                            <w:b/>
                            <w:sz w:val="24"/>
                          </w:rPr>
                          <w:t>Colony</w:t>
                        </w:r>
                        <w:r>
                          <w:rPr>
                            <w:b/>
                            <w:spacing w:val="-1"/>
                            <w:sz w:val="24"/>
                          </w:rPr>
                          <w:t xml:space="preserve"> </w:t>
                        </w:r>
                        <w:r>
                          <w:rPr>
                            <w:b/>
                            <w:sz w:val="24"/>
                          </w:rPr>
                          <w:t>3</w:t>
                        </w:r>
                        <w:r>
                          <w:rPr>
                            <w:b/>
                            <w:spacing w:val="-1"/>
                            <w:sz w:val="24"/>
                          </w:rPr>
                          <w:t xml:space="preserve"> </w:t>
                        </w:r>
                        <w:r>
                          <w:rPr>
                            <w:b/>
                            <w:sz w:val="24"/>
                          </w:rPr>
                          <w:t>-</w:t>
                        </w:r>
                        <w:r>
                          <w:rPr>
                            <w:b/>
                            <w:spacing w:val="-1"/>
                            <w:sz w:val="24"/>
                          </w:rPr>
                          <w:t xml:space="preserve"> </w:t>
                        </w:r>
                        <w:r>
                          <w:rPr>
                            <w:b/>
                            <w:spacing w:val="-5"/>
                            <w:sz w:val="24"/>
                          </w:rPr>
                          <w:t>S3</w:t>
                        </w:r>
                      </w:p>
                    </w:txbxContent>
                  </v:textbox>
                </v:shape>
                <w10:wrap type="topAndBottom"/>
              </v:group>
            </w:pict>
          </mc:Fallback>
        </mc:AlternateContent>
      </w:r>
      <w:r w:rsidRPr="00584328">
        <w:rPr>
          <w:rFonts w:ascii="Arial" w:hAnsi="Arial" w:cs="Arial"/>
          <w:noProof/>
          <w:sz w:val="20"/>
        </w:rPr>
        <mc:AlternateContent>
          <mc:Choice Requires="wpg">
            <w:drawing>
              <wp:anchor distT="0" distB="0" distL="0" distR="0" simplePos="0" relativeHeight="251667456" behindDoc="1" locked="0" layoutInCell="1" allowOverlap="1" wp14:anchorId="16A63553" wp14:editId="73004948">
                <wp:simplePos x="0" y="0"/>
                <wp:positionH relativeFrom="page">
                  <wp:posOffset>3084830</wp:posOffset>
                </wp:positionH>
                <wp:positionV relativeFrom="paragraph">
                  <wp:posOffset>179387</wp:posOffset>
                </wp:positionV>
                <wp:extent cx="1847850" cy="23431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2343150"/>
                          <a:chOff x="0" y="0"/>
                          <a:chExt cx="1847850" cy="2343150"/>
                        </a:xfrm>
                      </wpg:grpSpPr>
                      <pic:pic xmlns:pic="http://schemas.openxmlformats.org/drawingml/2006/picture">
                        <pic:nvPicPr>
                          <pic:cNvPr id="44" name="Image 44"/>
                          <pic:cNvPicPr/>
                        </pic:nvPicPr>
                        <pic:blipFill>
                          <a:blip r:embed="rId28" cstate="print"/>
                          <a:stretch>
                            <a:fillRect/>
                          </a:stretch>
                        </pic:blipFill>
                        <pic:spPr>
                          <a:xfrm>
                            <a:off x="100647" y="55181"/>
                            <a:ext cx="1647189" cy="1876425"/>
                          </a:xfrm>
                          <a:prstGeom prst="rect">
                            <a:avLst/>
                          </a:prstGeom>
                        </pic:spPr>
                      </pic:pic>
                      <wps:wsp>
                        <wps:cNvPr id="45" name="Textbox 45"/>
                        <wps:cNvSpPr txBox="1"/>
                        <wps:spPr>
                          <a:xfrm>
                            <a:off x="4762" y="4762"/>
                            <a:ext cx="1838325" cy="2333625"/>
                          </a:xfrm>
                          <a:prstGeom prst="rect">
                            <a:avLst/>
                          </a:prstGeom>
                          <a:ln w="9525">
                            <a:solidFill>
                              <a:srgbClr val="000000"/>
                            </a:solidFill>
                            <a:prstDash val="solid"/>
                          </a:ln>
                        </wps:spPr>
                        <wps:txbx>
                          <w:txbxContent>
                            <w:p w14:paraId="32EA8807" w14:textId="77777777" w:rsidR="00CD5479" w:rsidRDefault="00CD5479" w:rsidP="00CD5479">
                              <w:pPr>
                                <w:rPr>
                                  <w:sz w:val="24"/>
                                </w:rPr>
                              </w:pPr>
                            </w:p>
                            <w:p w14:paraId="6A714610" w14:textId="77777777" w:rsidR="00CD5479" w:rsidRDefault="00CD5479" w:rsidP="00CD5479">
                              <w:pPr>
                                <w:rPr>
                                  <w:sz w:val="24"/>
                                </w:rPr>
                              </w:pPr>
                            </w:p>
                            <w:p w14:paraId="1699C5A2" w14:textId="77777777" w:rsidR="00CD5479" w:rsidRDefault="00CD5479" w:rsidP="00CD5479">
                              <w:pPr>
                                <w:rPr>
                                  <w:sz w:val="24"/>
                                </w:rPr>
                              </w:pPr>
                            </w:p>
                            <w:p w14:paraId="243F87F5" w14:textId="77777777" w:rsidR="00CD5479" w:rsidRDefault="00CD5479" w:rsidP="00CD5479">
                              <w:pPr>
                                <w:rPr>
                                  <w:sz w:val="24"/>
                                </w:rPr>
                              </w:pPr>
                            </w:p>
                            <w:p w14:paraId="344F8D02" w14:textId="77777777" w:rsidR="00CD5479" w:rsidRDefault="00CD5479" w:rsidP="00CD5479">
                              <w:pPr>
                                <w:rPr>
                                  <w:sz w:val="24"/>
                                </w:rPr>
                              </w:pPr>
                            </w:p>
                            <w:p w14:paraId="6AE158BF" w14:textId="77777777" w:rsidR="00CD5479" w:rsidRDefault="00CD5479" w:rsidP="00CD5479">
                              <w:pPr>
                                <w:rPr>
                                  <w:sz w:val="24"/>
                                </w:rPr>
                              </w:pPr>
                            </w:p>
                            <w:p w14:paraId="62167B1D" w14:textId="77777777" w:rsidR="00CD5479" w:rsidRDefault="00CD5479" w:rsidP="00CD5479">
                              <w:pPr>
                                <w:rPr>
                                  <w:sz w:val="24"/>
                                </w:rPr>
                              </w:pPr>
                            </w:p>
                            <w:p w14:paraId="7898A027"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Fig.11: Colony 2 - S2</w:t>
                              </w:r>
                            </w:p>
                            <w:p w14:paraId="137DFEC0" w14:textId="77777777" w:rsidR="00CD5479" w:rsidRDefault="00CD5479" w:rsidP="00CD5479">
                              <w:pPr>
                                <w:rPr>
                                  <w:sz w:val="24"/>
                                </w:rPr>
                              </w:pPr>
                            </w:p>
                            <w:p w14:paraId="63A2BED9" w14:textId="77777777" w:rsidR="00CD5479" w:rsidRDefault="00CD5479" w:rsidP="00CD5479">
                              <w:pPr>
                                <w:rPr>
                                  <w:sz w:val="24"/>
                                </w:rPr>
                              </w:pPr>
                            </w:p>
                            <w:p w14:paraId="75808663" w14:textId="77777777" w:rsidR="00CD5479" w:rsidRDefault="00CD5479" w:rsidP="00CD5479">
                              <w:pPr>
                                <w:rPr>
                                  <w:sz w:val="24"/>
                                </w:rPr>
                              </w:pPr>
                            </w:p>
                            <w:p w14:paraId="5EB071F5" w14:textId="77777777" w:rsidR="00CD5479" w:rsidRDefault="00CD5479" w:rsidP="00CD5479">
                              <w:pPr>
                                <w:spacing w:before="29"/>
                                <w:rPr>
                                  <w:sz w:val="24"/>
                                </w:rPr>
                              </w:pPr>
                            </w:p>
                            <w:p w14:paraId="3210B6B8" w14:textId="77777777" w:rsidR="00CD5479" w:rsidRDefault="00CD5479" w:rsidP="00CD5479">
                              <w:pPr>
                                <w:ind w:left="144"/>
                                <w:rPr>
                                  <w:b/>
                                  <w:sz w:val="24"/>
                                </w:rPr>
                              </w:pPr>
                              <w:r>
                                <w:rPr>
                                  <w:b/>
                                  <w:sz w:val="24"/>
                                </w:rPr>
                                <w:t>Fig.11:</w:t>
                              </w:r>
                              <w:r>
                                <w:rPr>
                                  <w:b/>
                                  <w:spacing w:val="-5"/>
                                  <w:sz w:val="24"/>
                                </w:rPr>
                                <w:t xml:space="preserve"> </w:t>
                              </w:r>
                              <w:r>
                                <w:rPr>
                                  <w:b/>
                                  <w:sz w:val="24"/>
                                </w:rPr>
                                <w:t>Colony</w:t>
                              </w:r>
                              <w:r>
                                <w:rPr>
                                  <w:b/>
                                  <w:spacing w:val="-5"/>
                                  <w:sz w:val="24"/>
                                </w:rPr>
                                <w:t xml:space="preserve"> </w:t>
                              </w:r>
                              <w:r>
                                <w:rPr>
                                  <w:b/>
                                  <w:sz w:val="24"/>
                                </w:rPr>
                                <w:t>2</w:t>
                              </w:r>
                              <w:r>
                                <w:rPr>
                                  <w:b/>
                                  <w:spacing w:val="-5"/>
                                  <w:sz w:val="24"/>
                                </w:rPr>
                                <w:t xml:space="preserve"> </w:t>
                              </w:r>
                              <w:r>
                                <w:rPr>
                                  <w:b/>
                                  <w:sz w:val="24"/>
                                </w:rPr>
                                <w:t>-</w:t>
                              </w:r>
                              <w:r>
                                <w:rPr>
                                  <w:b/>
                                  <w:spacing w:val="-5"/>
                                  <w:sz w:val="24"/>
                                </w:rPr>
                                <w:t xml:space="preserve"> S2</w:t>
                              </w:r>
                            </w:p>
                          </w:txbxContent>
                        </wps:txbx>
                        <wps:bodyPr wrap="square" lIns="0" tIns="0" rIns="0" bIns="0" rtlCol="0">
                          <a:noAutofit/>
                        </wps:bodyPr>
                      </wps:wsp>
                    </wpg:wgp>
                  </a:graphicData>
                </a:graphic>
              </wp:anchor>
            </w:drawing>
          </mc:Choice>
          <mc:Fallback>
            <w:pict>
              <v:group w14:anchorId="16A63553" id="Group 43" o:spid="_x0000_s1058" style="position:absolute;margin-left:242.9pt;margin-top:14.1pt;width:145.5pt;height:184.5pt;z-index:-251649024;mso-wrap-distance-left:0;mso-wrap-distance-right:0;mso-position-horizontal-relative:page" coordsize="18478,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">
                <v:shape id="Image 44" o:spid="_x0000_s1059" type="#_x0000_t75" style="position:absolute;left:1006;top:551;width:16472;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">
                  <v:imagedata r:id="rId29" o:title=""/>
                </v:shape>
                <v:shape id="Textbox 45" o:spid="_x0000_s1060" type="#_x0000_t202" style="position:absolute;left:47;top:47;width:18383;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32EA8807" w14:textId="77777777" w:rsidR="00CD5479" w:rsidRDefault="00CD5479" w:rsidP="00CD5479">
                        <w:pPr>
                          <w:rPr>
                            <w:sz w:val="24"/>
                          </w:rPr>
                        </w:pPr>
                      </w:p>
                      <w:p w14:paraId="6A714610" w14:textId="77777777" w:rsidR="00CD5479" w:rsidRDefault="00CD5479" w:rsidP="00CD5479">
                        <w:pPr>
                          <w:rPr>
                            <w:sz w:val="24"/>
                          </w:rPr>
                        </w:pPr>
                      </w:p>
                      <w:p w14:paraId="1699C5A2" w14:textId="77777777" w:rsidR="00CD5479" w:rsidRDefault="00CD5479" w:rsidP="00CD5479">
                        <w:pPr>
                          <w:rPr>
                            <w:sz w:val="24"/>
                          </w:rPr>
                        </w:pPr>
                      </w:p>
                      <w:p w14:paraId="243F87F5" w14:textId="77777777" w:rsidR="00CD5479" w:rsidRDefault="00CD5479" w:rsidP="00CD5479">
                        <w:pPr>
                          <w:rPr>
                            <w:sz w:val="24"/>
                          </w:rPr>
                        </w:pPr>
                      </w:p>
                      <w:p w14:paraId="344F8D02" w14:textId="77777777" w:rsidR="00CD5479" w:rsidRDefault="00CD5479" w:rsidP="00CD5479">
                        <w:pPr>
                          <w:rPr>
                            <w:sz w:val="24"/>
                          </w:rPr>
                        </w:pPr>
                      </w:p>
                      <w:p w14:paraId="6AE158BF" w14:textId="77777777" w:rsidR="00CD5479" w:rsidRDefault="00CD5479" w:rsidP="00CD5479">
                        <w:pPr>
                          <w:rPr>
                            <w:sz w:val="24"/>
                          </w:rPr>
                        </w:pPr>
                      </w:p>
                      <w:p w14:paraId="62167B1D" w14:textId="77777777" w:rsidR="00CD5479" w:rsidRDefault="00CD5479" w:rsidP="00CD5479">
                        <w:pPr>
                          <w:rPr>
                            <w:sz w:val="24"/>
                          </w:rPr>
                        </w:pPr>
                      </w:p>
                      <w:p w14:paraId="7898A027"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Fig.11: Colony 2 - S2</w:t>
                        </w:r>
                      </w:p>
                      <w:p w14:paraId="137DFEC0" w14:textId="77777777" w:rsidR="00CD5479" w:rsidRDefault="00CD5479" w:rsidP="00CD5479">
                        <w:pPr>
                          <w:rPr>
                            <w:sz w:val="24"/>
                          </w:rPr>
                        </w:pPr>
                      </w:p>
                      <w:p w14:paraId="63A2BED9" w14:textId="77777777" w:rsidR="00CD5479" w:rsidRDefault="00CD5479" w:rsidP="00CD5479">
                        <w:pPr>
                          <w:rPr>
                            <w:sz w:val="24"/>
                          </w:rPr>
                        </w:pPr>
                      </w:p>
                      <w:p w14:paraId="75808663" w14:textId="77777777" w:rsidR="00CD5479" w:rsidRDefault="00CD5479" w:rsidP="00CD5479">
                        <w:pPr>
                          <w:rPr>
                            <w:sz w:val="24"/>
                          </w:rPr>
                        </w:pPr>
                      </w:p>
                      <w:p w14:paraId="5EB071F5" w14:textId="77777777" w:rsidR="00CD5479" w:rsidRDefault="00CD5479" w:rsidP="00CD5479">
                        <w:pPr>
                          <w:spacing w:before="29"/>
                          <w:rPr>
                            <w:sz w:val="24"/>
                          </w:rPr>
                        </w:pPr>
                      </w:p>
                      <w:p w14:paraId="3210B6B8" w14:textId="77777777" w:rsidR="00CD5479" w:rsidRDefault="00CD5479" w:rsidP="00CD5479">
                        <w:pPr>
                          <w:ind w:left="144"/>
                          <w:rPr>
                            <w:b/>
                            <w:sz w:val="24"/>
                          </w:rPr>
                        </w:pPr>
                        <w:r>
                          <w:rPr>
                            <w:b/>
                            <w:sz w:val="24"/>
                          </w:rPr>
                          <w:t>Fig.11:</w:t>
                        </w:r>
                        <w:r>
                          <w:rPr>
                            <w:b/>
                            <w:spacing w:val="-5"/>
                            <w:sz w:val="24"/>
                          </w:rPr>
                          <w:t xml:space="preserve"> </w:t>
                        </w:r>
                        <w:r>
                          <w:rPr>
                            <w:b/>
                            <w:sz w:val="24"/>
                          </w:rPr>
                          <w:t>Colony</w:t>
                        </w:r>
                        <w:r>
                          <w:rPr>
                            <w:b/>
                            <w:spacing w:val="-5"/>
                            <w:sz w:val="24"/>
                          </w:rPr>
                          <w:t xml:space="preserve"> </w:t>
                        </w:r>
                        <w:r>
                          <w:rPr>
                            <w:b/>
                            <w:sz w:val="24"/>
                          </w:rPr>
                          <w:t>2</w:t>
                        </w:r>
                        <w:r>
                          <w:rPr>
                            <w:b/>
                            <w:spacing w:val="-5"/>
                            <w:sz w:val="24"/>
                          </w:rPr>
                          <w:t xml:space="preserve"> </w:t>
                        </w:r>
                        <w:r>
                          <w:rPr>
                            <w:b/>
                            <w:sz w:val="24"/>
                          </w:rPr>
                          <w:t>-</w:t>
                        </w:r>
                        <w:r>
                          <w:rPr>
                            <w:b/>
                            <w:spacing w:val="-5"/>
                            <w:sz w:val="24"/>
                          </w:rPr>
                          <w:t xml:space="preserve"> S2</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66432" behindDoc="1" locked="0" layoutInCell="1" allowOverlap="1" wp14:anchorId="3E831E6F" wp14:editId="0123037F">
                <wp:simplePos x="0" y="0"/>
                <wp:positionH relativeFrom="page">
                  <wp:posOffset>1146387</wp:posOffset>
                </wp:positionH>
                <wp:positionV relativeFrom="paragraph">
                  <wp:posOffset>180869</wp:posOffset>
                </wp:positionV>
                <wp:extent cx="1809750" cy="23622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2362200"/>
                          <a:chOff x="0" y="0"/>
                          <a:chExt cx="1809750" cy="2362200"/>
                        </a:xfrm>
                      </wpg:grpSpPr>
                      <pic:pic xmlns:pic="http://schemas.openxmlformats.org/drawingml/2006/picture">
                        <pic:nvPicPr>
                          <pic:cNvPr id="41" name="Image 41"/>
                          <pic:cNvPicPr/>
                        </pic:nvPicPr>
                        <pic:blipFill>
                          <a:blip r:embed="rId30" cstate="print"/>
                          <a:stretch>
                            <a:fillRect/>
                          </a:stretch>
                        </pic:blipFill>
                        <pic:spPr>
                          <a:xfrm>
                            <a:off x="100774" y="55181"/>
                            <a:ext cx="1607820" cy="1943100"/>
                          </a:xfrm>
                          <a:prstGeom prst="rect">
                            <a:avLst/>
                          </a:prstGeom>
                        </pic:spPr>
                      </pic:pic>
                      <wps:wsp>
                        <wps:cNvPr id="42" name="Textbox 42"/>
                        <wps:cNvSpPr txBox="1"/>
                        <wps:spPr>
                          <a:xfrm>
                            <a:off x="4762" y="4762"/>
                            <a:ext cx="1800225" cy="2352675"/>
                          </a:xfrm>
                          <a:prstGeom prst="rect">
                            <a:avLst/>
                          </a:prstGeom>
                          <a:ln w="9525">
                            <a:solidFill>
                              <a:srgbClr val="000000"/>
                            </a:solidFill>
                            <a:prstDash val="solid"/>
                          </a:ln>
                        </wps:spPr>
                        <wps:txbx>
                          <w:txbxContent>
                            <w:p w14:paraId="24CBB99D" w14:textId="77777777" w:rsidR="00CD5479" w:rsidRDefault="00CD5479" w:rsidP="00CD5479">
                              <w:pPr>
                                <w:rPr>
                                  <w:sz w:val="24"/>
                                </w:rPr>
                              </w:pPr>
                            </w:p>
                            <w:p w14:paraId="369C7668" w14:textId="77777777" w:rsidR="00CD5479" w:rsidRDefault="00CD5479" w:rsidP="00CD5479">
                              <w:pPr>
                                <w:rPr>
                                  <w:sz w:val="24"/>
                                </w:rPr>
                              </w:pPr>
                            </w:p>
                            <w:p w14:paraId="2B773A5E" w14:textId="77777777" w:rsidR="00CD5479" w:rsidRDefault="00CD5479" w:rsidP="00CD5479">
                              <w:pPr>
                                <w:rPr>
                                  <w:sz w:val="24"/>
                                </w:rPr>
                              </w:pPr>
                            </w:p>
                            <w:p w14:paraId="1806DFAC" w14:textId="77777777" w:rsidR="00CD5479" w:rsidRDefault="00CD5479" w:rsidP="00CD5479">
                              <w:pPr>
                                <w:rPr>
                                  <w:sz w:val="24"/>
                                </w:rPr>
                              </w:pPr>
                            </w:p>
                            <w:p w14:paraId="5ABF93D0" w14:textId="77777777" w:rsidR="00CD5479" w:rsidRDefault="00CD5479" w:rsidP="00CD5479">
                              <w:pPr>
                                <w:rPr>
                                  <w:sz w:val="24"/>
                                </w:rPr>
                              </w:pPr>
                            </w:p>
                            <w:p w14:paraId="02967399" w14:textId="77777777" w:rsidR="00CD5479" w:rsidRDefault="00CD5479" w:rsidP="00CD5479">
                              <w:pPr>
                                <w:rPr>
                                  <w:sz w:val="24"/>
                                </w:rPr>
                              </w:pPr>
                            </w:p>
                            <w:p w14:paraId="60DD70AC" w14:textId="77777777" w:rsidR="00CD5479" w:rsidRDefault="00CD5479" w:rsidP="00CD5479">
                              <w:pPr>
                                <w:rPr>
                                  <w:sz w:val="24"/>
                                </w:rPr>
                              </w:pPr>
                            </w:p>
                            <w:p w14:paraId="6FD10D46"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Fig.10: Colony 1 - S1</w:t>
                              </w:r>
                            </w:p>
                            <w:p w14:paraId="2A386A41" w14:textId="77777777" w:rsidR="00CD5479" w:rsidRDefault="00CD5479" w:rsidP="00CD5479">
                              <w:pPr>
                                <w:rPr>
                                  <w:sz w:val="24"/>
                                </w:rPr>
                              </w:pPr>
                            </w:p>
                            <w:p w14:paraId="5150FC14" w14:textId="77777777" w:rsidR="00CD5479" w:rsidRDefault="00CD5479" w:rsidP="00CD5479">
                              <w:pPr>
                                <w:rPr>
                                  <w:sz w:val="24"/>
                                </w:rPr>
                              </w:pPr>
                            </w:p>
                            <w:p w14:paraId="2AE37B83" w14:textId="77777777" w:rsidR="00CD5479" w:rsidRDefault="00CD5479" w:rsidP="00CD5479">
                              <w:pPr>
                                <w:rPr>
                                  <w:sz w:val="24"/>
                                </w:rPr>
                              </w:pPr>
                            </w:p>
                            <w:p w14:paraId="740607CF" w14:textId="77777777" w:rsidR="00CD5479" w:rsidRDefault="00CD5479" w:rsidP="00CD5479">
                              <w:pPr>
                                <w:rPr>
                                  <w:sz w:val="24"/>
                                </w:rPr>
                              </w:pPr>
                            </w:p>
                            <w:p w14:paraId="26668B62" w14:textId="77777777" w:rsidR="00CD5479" w:rsidRDefault="00CD5479" w:rsidP="00CD5479">
                              <w:pPr>
                                <w:spacing w:before="2"/>
                                <w:rPr>
                                  <w:sz w:val="24"/>
                                </w:rPr>
                              </w:pPr>
                            </w:p>
                            <w:p w14:paraId="46FDF9C1" w14:textId="77777777" w:rsidR="00CD5479" w:rsidRDefault="00CD5479" w:rsidP="00CD5479">
                              <w:pPr>
                                <w:ind w:left="144"/>
                                <w:rPr>
                                  <w:b/>
                                  <w:sz w:val="24"/>
                                </w:rPr>
                              </w:pPr>
                              <w:r>
                                <w:rPr>
                                  <w:b/>
                                  <w:sz w:val="24"/>
                                </w:rPr>
                                <w:t>Fig.10:</w:t>
                              </w:r>
                              <w:r>
                                <w:rPr>
                                  <w:b/>
                                  <w:spacing w:val="-3"/>
                                  <w:sz w:val="24"/>
                                </w:rPr>
                                <w:t xml:space="preserve"> </w:t>
                              </w:r>
                              <w:r>
                                <w:rPr>
                                  <w:b/>
                                  <w:sz w:val="24"/>
                                </w:rPr>
                                <w:t>Colony</w:t>
                              </w:r>
                              <w:r>
                                <w:rPr>
                                  <w:b/>
                                  <w:spacing w:val="-1"/>
                                  <w:sz w:val="24"/>
                                </w:rPr>
                                <w:t xml:space="preserve"> </w:t>
                              </w:r>
                              <w:r>
                                <w:rPr>
                                  <w:b/>
                                  <w:sz w:val="24"/>
                                </w:rPr>
                                <w:t>1 -</w:t>
                              </w:r>
                              <w:r>
                                <w:rPr>
                                  <w:b/>
                                  <w:spacing w:val="-1"/>
                                  <w:sz w:val="24"/>
                                </w:rPr>
                                <w:t xml:space="preserve"> </w:t>
                              </w:r>
                              <w:r>
                                <w:rPr>
                                  <w:b/>
                                  <w:spacing w:val="-5"/>
                                  <w:sz w:val="24"/>
                                </w:rPr>
                                <w:t>S1</w:t>
                              </w:r>
                            </w:p>
                          </w:txbxContent>
                        </wps:txbx>
                        <wps:bodyPr wrap="square" lIns="0" tIns="0" rIns="0" bIns="0" rtlCol="0">
                          <a:noAutofit/>
                        </wps:bodyPr>
                      </wps:wsp>
                    </wpg:wgp>
                  </a:graphicData>
                </a:graphic>
              </wp:anchor>
            </w:drawing>
          </mc:Choice>
          <mc:Fallback>
            <w:pict>
              <v:group w14:anchorId="3E831E6F" id="Group 40" o:spid="_x0000_s1061" style="position:absolute;margin-left:90.25pt;margin-top:14.25pt;width:142.5pt;height:186pt;z-index:-251650048;mso-wrap-distance-left:0;mso-wrap-distance-right:0;mso-position-horizontal-relative:page" coordsize="1809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">
                <v:shape id="Image 41" o:spid="_x0000_s1062" type="#_x0000_t75" style="position:absolute;left:1007;top:551;width:1607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">
                  <v:imagedata r:id="rId31" o:title=""/>
                </v:shape>
                <v:shape id="Textbox 42" o:spid="_x0000_s1063" type="#_x0000_t202" style="position:absolute;left:47;top:47;width:18002;height:2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24CBB99D" w14:textId="77777777" w:rsidR="00CD5479" w:rsidRDefault="00CD5479" w:rsidP="00CD5479">
                        <w:pPr>
                          <w:rPr>
                            <w:sz w:val="24"/>
                          </w:rPr>
                        </w:pPr>
                      </w:p>
                      <w:p w14:paraId="369C7668" w14:textId="77777777" w:rsidR="00CD5479" w:rsidRDefault="00CD5479" w:rsidP="00CD5479">
                        <w:pPr>
                          <w:rPr>
                            <w:sz w:val="24"/>
                          </w:rPr>
                        </w:pPr>
                      </w:p>
                      <w:p w14:paraId="2B773A5E" w14:textId="77777777" w:rsidR="00CD5479" w:rsidRDefault="00CD5479" w:rsidP="00CD5479">
                        <w:pPr>
                          <w:rPr>
                            <w:sz w:val="24"/>
                          </w:rPr>
                        </w:pPr>
                      </w:p>
                      <w:p w14:paraId="1806DFAC" w14:textId="77777777" w:rsidR="00CD5479" w:rsidRDefault="00CD5479" w:rsidP="00CD5479">
                        <w:pPr>
                          <w:rPr>
                            <w:sz w:val="24"/>
                          </w:rPr>
                        </w:pPr>
                      </w:p>
                      <w:p w14:paraId="5ABF93D0" w14:textId="77777777" w:rsidR="00CD5479" w:rsidRDefault="00CD5479" w:rsidP="00CD5479">
                        <w:pPr>
                          <w:rPr>
                            <w:sz w:val="24"/>
                          </w:rPr>
                        </w:pPr>
                      </w:p>
                      <w:p w14:paraId="02967399" w14:textId="77777777" w:rsidR="00CD5479" w:rsidRDefault="00CD5479" w:rsidP="00CD5479">
                        <w:pPr>
                          <w:rPr>
                            <w:sz w:val="24"/>
                          </w:rPr>
                        </w:pPr>
                      </w:p>
                      <w:p w14:paraId="60DD70AC" w14:textId="77777777" w:rsidR="00CD5479" w:rsidRDefault="00CD5479" w:rsidP="00CD5479">
                        <w:pPr>
                          <w:rPr>
                            <w:sz w:val="24"/>
                          </w:rPr>
                        </w:pPr>
                      </w:p>
                      <w:p w14:paraId="6FD10D46"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Fig.10: Colony 1 - S1</w:t>
                        </w:r>
                      </w:p>
                      <w:p w14:paraId="2A386A41" w14:textId="77777777" w:rsidR="00CD5479" w:rsidRDefault="00CD5479" w:rsidP="00CD5479">
                        <w:pPr>
                          <w:rPr>
                            <w:sz w:val="24"/>
                          </w:rPr>
                        </w:pPr>
                      </w:p>
                      <w:p w14:paraId="5150FC14" w14:textId="77777777" w:rsidR="00CD5479" w:rsidRDefault="00CD5479" w:rsidP="00CD5479">
                        <w:pPr>
                          <w:rPr>
                            <w:sz w:val="24"/>
                          </w:rPr>
                        </w:pPr>
                      </w:p>
                      <w:p w14:paraId="2AE37B83" w14:textId="77777777" w:rsidR="00CD5479" w:rsidRDefault="00CD5479" w:rsidP="00CD5479">
                        <w:pPr>
                          <w:rPr>
                            <w:sz w:val="24"/>
                          </w:rPr>
                        </w:pPr>
                      </w:p>
                      <w:p w14:paraId="740607CF" w14:textId="77777777" w:rsidR="00CD5479" w:rsidRDefault="00CD5479" w:rsidP="00CD5479">
                        <w:pPr>
                          <w:rPr>
                            <w:sz w:val="24"/>
                          </w:rPr>
                        </w:pPr>
                      </w:p>
                      <w:p w14:paraId="26668B62" w14:textId="77777777" w:rsidR="00CD5479" w:rsidRDefault="00CD5479" w:rsidP="00CD5479">
                        <w:pPr>
                          <w:spacing w:before="2"/>
                          <w:rPr>
                            <w:sz w:val="24"/>
                          </w:rPr>
                        </w:pPr>
                      </w:p>
                      <w:p w14:paraId="46FDF9C1" w14:textId="77777777" w:rsidR="00CD5479" w:rsidRDefault="00CD5479" w:rsidP="00CD5479">
                        <w:pPr>
                          <w:ind w:left="144"/>
                          <w:rPr>
                            <w:b/>
                            <w:sz w:val="24"/>
                          </w:rPr>
                        </w:pPr>
                        <w:r>
                          <w:rPr>
                            <w:b/>
                            <w:sz w:val="24"/>
                          </w:rPr>
                          <w:t>Fig.10:</w:t>
                        </w:r>
                        <w:r>
                          <w:rPr>
                            <w:b/>
                            <w:spacing w:val="-3"/>
                            <w:sz w:val="24"/>
                          </w:rPr>
                          <w:t xml:space="preserve"> </w:t>
                        </w:r>
                        <w:r>
                          <w:rPr>
                            <w:b/>
                            <w:sz w:val="24"/>
                          </w:rPr>
                          <w:t>Colony</w:t>
                        </w:r>
                        <w:r>
                          <w:rPr>
                            <w:b/>
                            <w:spacing w:val="-1"/>
                            <w:sz w:val="24"/>
                          </w:rPr>
                          <w:t xml:space="preserve"> </w:t>
                        </w:r>
                        <w:r>
                          <w:rPr>
                            <w:b/>
                            <w:sz w:val="24"/>
                          </w:rPr>
                          <w:t>1 -</w:t>
                        </w:r>
                        <w:r>
                          <w:rPr>
                            <w:b/>
                            <w:spacing w:val="-1"/>
                            <w:sz w:val="24"/>
                          </w:rPr>
                          <w:t xml:space="preserve"> </w:t>
                        </w:r>
                        <w:r>
                          <w:rPr>
                            <w:b/>
                            <w:spacing w:val="-5"/>
                            <w:sz w:val="24"/>
                          </w:rPr>
                          <w:t>S1</w:t>
                        </w:r>
                      </w:p>
                    </w:txbxContent>
                  </v:textbox>
                </v:shape>
                <w10:wrap type="topAndBottom" anchorx="page"/>
              </v:group>
            </w:pict>
          </mc:Fallback>
        </mc:AlternateContent>
      </w:r>
    </w:p>
    <w:p w14:paraId="7B85C5B5" w14:textId="367A5324" w:rsidR="00CD5479" w:rsidRPr="00584328" w:rsidRDefault="00D0486A" w:rsidP="00584328">
      <w:pPr>
        <w:pStyle w:val="BodyText"/>
        <w:tabs>
          <w:tab w:val="left" w:pos="360"/>
          <w:tab w:val="left" w:pos="8100"/>
        </w:tabs>
        <w:spacing w:after="240"/>
        <w:rPr>
          <w:rFonts w:ascii="Arial" w:hAnsi="Arial" w:cs="Arial"/>
          <w:sz w:val="9"/>
        </w:rPr>
      </w:pPr>
      <w:r w:rsidRPr="00584328">
        <w:rPr>
          <w:rFonts w:ascii="Arial" w:hAnsi="Arial" w:cs="Arial"/>
          <w:noProof/>
          <w:sz w:val="20"/>
        </w:rPr>
        <mc:AlternateContent>
          <mc:Choice Requires="wpg">
            <w:drawing>
              <wp:anchor distT="0" distB="0" distL="114300" distR="114300" simplePos="0" relativeHeight="251714560" behindDoc="0" locked="0" layoutInCell="1" allowOverlap="1" wp14:anchorId="5C23BD44" wp14:editId="5295408F">
                <wp:simplePos x="0" y="0"/>
                <wp:positionH relativeFrom="column">
                  <wp:posOffset>3072553</wp:posOffset>
                </wp:positionH>
                <wp:positionV relativeFrom="paragraph">
                  <wp:posOffset>2419032</wp:posOffset>
                </wp:positionV>
                <wp:extent cx="1857375" cy="2299970"/>
                <wp:effectExtent l="0" t="0" r="9525" b="508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2299970"/>
                          <a:chOff x="0" y="0"/>
                          <a:chExt cx="1857375" cy="2299970"/>
                        </a:xfrm>
                      </wpg:grpSpPr>
                      <pic:pic xmlns:pic="http://schemas.openxmlformats.org/drawingml/2006/picture">
                        <pic:nvPicPr>
                          <pic:cNvPr id="53" name="Image 53"/>
                          <pic:cNvPicPr/>
                        </pic:nvPicPr>
                        <pic:blipFill>
                          <a:blip r:embed="rId32" cstate="print"/>
                          <a:stretch>
                            <a:fillRect/>
                          </a:stretch>
                        </pic:blipFill>
                        <pic:spPr>
                          <a:xfrm>
                            <a:off x="100647" y="55689"/>
                            <a:ext cx="1656207" cy="1828037"/>
                          </a:xfrm>
                          <a:prstGeom prst="rect">
                            <a:avLst/>
                          </a:prstGeom>
                        </pic:spPr>
                      </pic:pic>
                      <wps:wsp>
                        <wps:cNvPr id="54" name="Textbox 54"/>
                        <wps:cNvSpPr txBox="1"/>
                        <wps:spPr>
                          <a:xfrm>
                            <a:off x="4762" y="4762"/>
                            <a:ext cx="1847850" cy="2290445"/>
                          </a:xfrm>
                          <a:prstGeom prst="rect">
                            <a:avLst/>
                          </a:prstGeom>
                          <a:ln w="9525">
                            <a:solidFill>
                              <a:srgbClr val="000000"/>
                            </a:solidFill>
                            <a:prstDash val="solid"/>
                          </a:ln>
                        </wps:spPr>
                        <wps:txbx>
                          <w:txbxContent>
                            <w:p w14:paraId="5ABF455B" w14:textId="77777777" w:rsidR="00CD5479" w:rsidRDefault="00CD5479" w:rsidP="00CD5479">
                              <w:pPr>
                                <w:rPr>
                                  <w:sz w:val="24"/>
                                </w:rPr>
                              </w:pPr>
                            </w:p>
                            <w:p w14:paraId="76D4A400" w14:textId="77777777" w:rsidR="00CD5479" w:rsidRDefault="00CD5479" w:rsidP="00CD5479">
                              <w:pPr>
                                <w:rPr>
                                  <w:sz w:val="24"/>
                                </w:rPr>
                              </w:pPr>
                            </w:p>
                            <w:p w14:paraId="56A47C13" w14:textId="77777777" w:rsidR="00CD5479" w:rsidRDefault="00CD5479" w:rsidP="00CD5479">
                              <w:pPr>
                                <w:rPr>
                                  <w:sz w:val="24"/>
                                </w:rPr>
                              </w:pPr>
                            </w:p>
                            <w:p w14:paraId="7F38CA47" w14:textId="77777777" w:rsidR="00CD5479" w:rsidRDefault="00CD5479" w:rsidP="00CD5479">
                              <w:pPr>
                                <w:rPr>
                                  <w:sz w:val="24"/>
                                </w:rPr>
                              </w:pPr>
                            </w:p>
                            <w:p w14:paraId="40B4FCC8" w14:textId="77777777" w:rsidR="00CD5479" w:rsidRDefault="00CD5479" w:rsidP="00CD5479">
                              <w:pPr>
                                <w:rPr>
                                  <w:sz w:val="24"/>
                                </w:rPr>
                              </w:pPr>
                            </w:p>
                            <w:p w14:paraId="7A524936" w14:textId="77777777" w:rsidR="00CD5479" w:rsidRDefault="00CD5479" w:rsidP="00CD5479">
                              <w:pPr>
                                <w:rPr>
                                  <w:sz w:val="24"/>
                                </w:rPr>
                              </w:pPr>
                            </w:p>
                            <w:p w14:paraId="51038E6D" w14:textId="77777777" w:rsidR="00101DD1" w:rsidRDefault="00101DD1" w:rsidP="00C93A60">
                              <w:pPr>
                                <w:ind w:left="144"/>
                                <w:rPr>
                                  <w:b/>
                                  <w:sz w:val="24"/>
                                </w:rPr>
                              </w:pPr>
                            </w:p>
                            <w:p w14:paraId="77694B26" w14:textId="5DCE5E46"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Fig.14: Colony 5 - S5</w:t>
                              </w:r>
                            </w:p>
                            <w:p w14:paraId="41CFA48A" w14:textId="77777777" w:rsidR="00CD5479" w:rsidRDefault="00CD5479" w:rsidP="00CD5479">
                              <w:pPr>
                                <w:rPr>
                                  <w:sz w:val="24"/>
                                </w:rPr>
                              </w:pPr>
                            </w:p>
                            <w:p w14:paraId="55E808CA" w14:textId="77777777" w:rsidR="00CD5479" w:rsidRDefault="00CD5479" w:rsidP="00CD5479">
                              <w:pPr>
                                <w:rPr>
                                  <w:sz w:val="24"/>
                                </w:rPr>
                              </w:pPr>
                            </w:p>
                            <w:p w14:paraId="41A6123D" w14:textId="77777777" w:rsidR="00CD5479" w:rsidRDefault="00CD5479" w:rsidP="00CD5479">
                              <w:pPr>
                                <w:rPr>
                                  <w:sz w:val="24"/>
                                </w:rPr>
                              </w:pPr>
                            </w:p>
                            <w:p w14:paraId="1B16745F" w14:textId="77777777" w:rsidR="00CD5479" w:rsidRDefault="00CD5479" w:rsidP="00CD5479">
                              <w:pPr>
                                <w:rPr>
                                  <w:sz w:val="24"/>
                                </w:rPr>
                              </w:pPr>
                            </w:p>
                            <w:p w14:paraId="477B1B8E" w14:textId="77777777" w:rsidR="00CD5479" w:rsidRDefault="00CD5479" w:rsidP="00CD5479">
                              <w:pPr>
                                <w:spacing w:before="97"/>
                                <w:rPr>
                                  <w:sz w:val="24"/>
                                </w:rPr>
                              </w:pPr>
                            </w:p>
                            <w:p w14:paraId="58DCF585" w14:textId="77777777" w:rsidR="00CD5479" w:rsidRDefault="00CD5479" w:rsidP="00CD5479">
                              <w:pPr>
                                <w:ind w:left="144"/>
                                <w:rPr>
                                  <w:b/>
                                  <w:sz w:val="24"/>
                                </w:rPr>
                              </w:pPr>
                              <w:r>
                                <w:rPr>
                                  <w:b/>
                                  <w:sz w:val="24"/>
                                </w:rPr>
                                <w:t>Fig.14:</w:t>
                              </w:r>
                              <w:r>
                                <w:rPr>
                                  <w:b/>
                                  <w:spacing w:val="-3"/>
                                  <w:sz w:val="24"/>
                                </w:rPr>
                                <w:t xml:space="preserve"> </w:t>
                              </w:r>
                              <w:r>
                                <w:rPr>
                                  <w:b/>
                                  <w:sz w:val="24"/>
                                </w:rPr>
                                <w:t>Colony</w:t>
                              </w:r>
                              <w:r>
                                <w:rPr>
                                  <w:b/>
                                  <w:spacing w:val="-1"/>
                                  <w:sz w:val="24"/>
                                </w:rPr>
                                <w:t xml:space="preserve"> </w:t>
                              </w:r>
                              <w:r>
                                <w:rPr>
                                  <w:b/>
                                  <w:sz w:val="24"/>
                                </w:rPr>
                                <w:t>5 -</w:t>
                              </w:r>
                              <w:r>
                                <w:rPr>
                                  <w:b/>
                                  <w:spacing w:val="-1"/>
                                  <w:sz w:val="24"/>
                                </w:rPr>
                                <w:t xml:space="preserve"> </w:t>
                              </w:r>
                              <w:r>
                                <w:rPr>
                                  <w:b/>
                                  <w:spacing w:val="-5"/>
                                  <w:sz w:val="24"/>
                                </w:rPr>
                                <w:t>S5</w:t>
                              </w:r>
                            </w:p>
                          </w:txbxContent>
                        </wps:txbx>
                        <wps:bodyPr wrap="square" lIns="0" tIns="0" rIns="0" bIns="0" rtlCol="0">
                          <a:noAutofit/>
                        </wps:bodyPr>
                      </wps:wsp>
                    </wpg:wgp>
                  </a:graphicData>
                </a:graphic>
              </wp:anchor>
            </w:drawing>
          </mc:Choice>
          <mc:Fallback>
            <w:pict>
              <v:group w14:anchorId="5C23BD44" id="Group 52" o:spid="_x0000_s1064" style="position:absolute;margin-left:241.95pt;margin-top:190.45pt;width:146.25pt;height:181.1pt;z-index:251714560" coordsize="18573,2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">
                <v:shape id="Image 53" o:spid="_x0000_s1065" type="#_x0000_t75" style="position:absolute;left:1006;top:556;width:16562;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">
                  <v:imagedata r:id="rId33" o:title=""/>
                </v:shape>
                <v:shape id="Textbox 54" o:spid="_x0000_s1066" type="#_x0000_t202" style="position:absolute;left:47;top:47;width:18479;height:2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DuxgAAANsAAAAPAAAAZHJzL2Rvd25yZXYueG1sRI9Pa8JA&#10;FMTvBb/D8oReim4sVi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LI2g7sYAAADbAAAA&#10;DwAAAAAAAAAAAAAAAAAHAgAAZHJzL2Rvd25yZXYueG1sUEsFBgAAAAADAAMAtwAAAPoCAAAAAA==&#10;" filled="f">
                  <v:textbox inset="0,0,0,0">
                    <w:txbxContent>
                      <w:p w14:paraId="5ABF455B" w14:textId="77777777" w:rsidR="00CD5479" w:rsidRDefault="00CD5479" w:rsidP="00CD5479">
                        <w:pPr>
                          <w:rPr>
                            <w:sz w:val="24"/>
                          </w:rPr>
                        </w:pPr>
                      </w:p>
                      <w:p w14:paraId="76D4A400" w14:textId="77777777" w:rsidR="00CD5479" w:rsidRDefault="00CD5479" w:rsidP="00CD5479">
                        <w:pPr>
                          <w:rPr>
                            <w:sz w:val="24"/>
                          </w:rPr>
                        </w:pPr>
                      </w:p>
                      <w:p w14:paraId="56A47C13" w14:textId="77777777" w:rsidR="00CD5479" w:rsidRDefault="00CD5479" w:rsidP="00CD5479">
                        <w:pPr>
                          <w:rPr>
                            <w:sz w:val="24"/>
                          </w:rPr>
                        </w:pPr>
                      </w:p>
                      <w:p w14:paraId="7F38CA47" w14:textId="77777777" w:rsidR="00CD5479" w:rsidRDefault="00CD5479" w:rsidP="00CD5479">
                        <w:pPr>
                          <w:rPr>
                            <w:sz w:val="24"/>
                          </w:rPr>
                        </w:pPr>
                      </w:p>
                      <w:p w14:paraId="40B4FCC8" w14:textId="77777777" w:rsidR="00CD5479" w:rsidRDefault="00CD5479" w:rsidP="00CD5479">
                        <w:pPr>
                          <w:rPr>
                            <w:sz w:val="24"/>
                          </w:rPr>
                        </w:pPr>
                      </w:p>
                      <w:p w14:paraId="7A524936" w14:textId="77777777" w:rsidR="00CD5479" w:rsidRDefault="00CD5479" w:rsidP="00CD5479">
                        <w:pPr>
                          <w:rPr>
                            <w:sz w:val="24"/>
                          </w:rPr>
                        </w:pPr>
                      </w:p>
                      <w:p w14:paraId="51038E6D" w14:textId="77777777" w:rsidR="00101DD1" w:rsidRDefault="00101DD1" w:rsidP="00C93A60">
                        <w:pPr>
                          <w:ind w:left="144"/>
                          <w:rPr>
                            <w:b/>
                            <w:sz w:val="24"/>
                          </w:rPr>
                        </w:pPr>
                      </w:p>
                      <w:p w14:paraId="77694B26" w14:textId="5DCE5E46"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Fig.14: Colony 5 - S5</w:t>
                        </w:r>
                      </w:p>
                      <w:p w14:paraId="41CFA48A" w14:textId="77777777" w:rsidR="00CD5479" w:rsidRDefault="00CD5479" w:rsidP="00CD5479">
                        <w:pPr>
                          <w:rPr>
                            <w:sz w:val="24"/>
                          </w:rPr>
                        </w:pPr>
                      </w:p>
                      <w:p w14:paraId="55E808CA" w14:textId="77777777" w:rsidR="00CD5479" w:rsidRDefault="00CD5479" w:rsidP="00CD5479">
                        <w:pPr>
                          <w:rPr>
                            <w:sz w:val="24"/>
                          </w:rPr>
                        </w:pPr>
                      </w:p>
                      <w:p w14:paraId="41A6123D" w14:textId="77777777" w:rsidR="00CD5479" w:rsidRDefault="00CD5479" w:rsidP="00CD5479">
                        <w:pPr>
                          <w:rPr>
                            <w:sz w:val="24"/>
                          </w:rPr>
                        </w:pPr>
                      </w:p>
                      <w:p w14:paraId="1B16745F" w14:textId="77777777" w:rsidR="00CD5479" w:rsidRDefault="00CD5479" w:rsidP="00CD5479">
                        <w:pPr>
                          <w:rPr>
                            <w:sz w:val="24"/>
                          </w:rPr>
                        </w:pPr>
                      </w:p>
                      <w:p w14:paraId="477B1B8E" w14:textId="77777777" w:rsidR="00CD5479" w:rsidRDefault="00CD5479" w:rsidP="00CD5479">
                        <w:pPr>
                          <w:spacing w:before="97"/>
                          <w:rPr>
                            <w:sz w:val="24"/>
                          </w:rPr>
                        </w:pPr>
                      </w:p>
                      <w:p w14:paraId="58DCF585" w14:textId="77777777" w:rsidR="00CD5479" w:rsidRDefault="00CD5479" w:rsidP="00CD5479">
                        <w:pPr>
                          <w:ind w:left="144"/>
                          <w:rPr>
                            <w:b/>
                            <w:sz w:val="24"/>
                          </w:rPr>
                        </w:pPr>
                        <w:r>
                          <w:rPr>
                            <w:b/>
                            <w:sz w:val="24"/>
                          </w:rPr>
                          <w:t>Fig.14:</w:t>
                        </w:r>
                        <w:r>
                          <w:rPr>
                            <w:b/>
                            <w:spacing w:val="-3"/>
                            <w:sz w:val="24"/>
                          </w:rPr>
                          <w:t xml:space="preserve"> </w:t>
                        </w:r>
                        <w:r>
                          <w:rPr>
                            <w:b/>
                            <w:sz w:val="24"/>
                          </w:rPr>
                          <w:t>Colony</w:t>
                        </w:r>
                        <w:r>
                          <w:rPr>
                            <w:b/>
                            <w:spacing w:val="-1"/>
                            <w:sz w:val="24"/>
                          </w:rPr>
                          <w:t xml:space="preserve"> </w:t>
                        </w:r>
                        <w:r>
                          <w:rPr>
                            <w:b/>
                            <w:sz w:val="24"/>
                          </w:rPr>
                          <w:t>5 -</w:t>
                        </w:r>
                        <w:r>
                          <w:rPr>
                            <w:b/>
                            <w:spacing w:val="-1"/>
                            <w:sz w:val="24"/>
                          </w:rPr>
                          <w:t xml:space="preserve"> </w:t>
                        </w:r>
                        <w:r>
                          <w:rPr>
                            <w:b/>
                            <w:spacing w:val="-5"/>
                            <w:sz w:val="24"/>
                          </w:rPr>
                          <w:t>S5</w:t>
                        </w:r>
                      </w:p>
                    </w:txbxContent>
                  </v:textbox>
                </v:shape>
                <w10:wrap type="topAndBottom"/>
              </v:group>
            </w:pict>
          </mc:Fallback>
        </mc:AlternateContent>
      </w:r>
      <w:r w:rsidRPr="00584328">
        <w:rPr>
          <w:rFonts w:ascii="Arial" w:hAnsi="Arial" w:cs="Arial"/>
          <w:noProof/>
          <w:position w:val="2"/>
          <w:sz w:val="20"/>
        </w:rPr>
        <mc:AlternateContent>
          <mc:Choice Requires="wpg">
            <w:drawing>
              <wp:anchor distT="0" distB="0" distL="114300" distR="114300" simplePos="0" relativeHeight="251715584" behindDoc="0" locked="0" layoutInCell="1" allowOverlap="1" wp14:anchorId="70B14E56" wp14:editId="1884CD1F">
                <wp:simplePos x="0" y="0"/>
                <wp:positionH relativeFrom="column">
                  <wp:posOffset>811106</wp:posOffset>
                </wp:positionH>
                <wp:positionV relativeFrom="paragraph">
                  <wp:posOffset>2402098</wp:posOffset>
                </wp:positionV>
                <wp:extent cx="1885950" cy="2309495"/>
                <wp:effectExtent l="0" t="0" r="19050" b="14605"/>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0" cy="2309495"/>
                          <a:chOff x="0" y="0"/>
                          <a:chExt cx="1885950" cy="2309495"/>
                        </a:xfrm>
                      </wpg:grpSpPr>
                      <pic:pic xmlns:pic="http://schemas.openxmlformats.org/drawingml/2006/picture">
                        <pic:nvPicPr>
                          <pic:cNvPr id="50" name="Image 50"/>
                          <pic:cNvPicPr/>
                        </pic:nvPicPr>
                        <pic:blipFill>
                          <a:blip r:embed="rId34" cstate="print"/>
                          <a:stretch>
                            <a:fillRect/>
                          </a:stretch>
                        </pic:blipFill>
                        <pic:spPr>
                          <a:xfrm>
                            <a:off x="100901" y="55562"/>
                            <a:ext cx="1684020" cy="1818640"/>
                          </a:xfrm>
                          <a:prstGeom prst="rect">
                            <a:avLst/>
                          </a:prstGeom>
                        </pic:spPr>
                      </pic:pic>
                      <wps:wsp>
                        <wps:cNvPr id="51" name="Textbox 51"/>
                        <wps:cNvSpPr txBox="1"/>
                        <wps:spPr>
                          <a:xfrm>
                            <a:off x="4762" y="4762"/>
                            <a:ext cx="1876425" cy="2299970"/>
                          </a:xfrm>
                          <a:prstGeom prst="rect">
                            <a:avLst/>
                          </a:prstGeom>
                          <a:ln w="9525">
                            <a:solidFill>
                              <a:srgbClr val="000000"/>
                            </a:solidFill>
                            <a:prstDash val="solid"/>
                          </a:ln>
                        </wps:spPr>
                        <wps:txbx>
                          <w:txbxContent>
                            <w:p w14:paraId="51AA2D0D" w14:textId="77777777" w:rsidR="00CD5479" w:rsidRDefault="00CD5479" w:rsidP="00CD5479">
                              <w:pPr>
                                <w:rPr>
                                  <w:sz w:val="24"/>
                                </w:rPr>
                              </w:pPr>
                            </w:p>
                            <w:p w14:paraId="088F3F6A" w14:textId="77777777" w:rsidR="00CD5479" w:rsidRDefault="00CD5479" w:rsidP="00CD5479">
                              <w:pPr>
                                <w:rPr>
                                  <w:sz w:val="24"/>
                                </w:rPr>
                              </w:pPr>
                            </w:p>
                            <w:p w14:paraId="7A808A5D" w14:textId="77777777" w:rsidR="00CD5479" w:rsidRDefault="00CD5479" w:rsidP="00CD5479">
                              <w:pPr>
                                <w:rPr>
                                  <w:sz w:val="24"/>
                                </w:rPr>
                              </w:pPr>
                            </w:p>
                            <w:p w14:paraId="30490F37" w14:textId="77777777" w:rsidR="00CD5479" w:rsidRDefault="00CD5479" w:rsidP="00CD5479">
                              <w:pPr>
                                <w:rPr>
                                  <w:sz w:val="24"/>
                                </w:rPr>
                              </w:pPr>
                            </w:p>
                            <w:p w14:paraId="7DD98D83" w14:textId="77777777" w:rsidR="00CD5479" w:rsidRDefault="00CD5479" w:rsidP="00CD5479">
                              <w:pPr>
                                <w:rPr>
                                  <w:sz w:val="24"/>
                                </w:rPr>
                              </w:pPr>
                            </w:p>
                            <w:p w14:paraId="1E16E74F" w14:textId="77777777" w:rsidR="00CD5479" w:rsidRDefault="00CD5479" w:rsidP="00CD5479">
                              <w:pPr>
                                <w:rPr>
                                  <w:sz w:val="24"/>
                                </w:rPr>
                              </w:pPr>
                            </w:p>
                            <w:p w14:paraId="6FB479F8" w14:textId="77777777" w:rsidR="00CD5479" w:rsidRDefault="00CD5479" w:rsidP="00CD5479">
                              <w:pPr>
                                <w:rPr>
                                  <w:sz w:val="24"/>
                                </w:rPr>
                              </w:pPr>
                            </w:p>
                            <w:p w14:paraId="41585041"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Fig.13: Colony 4 - S4</w:t>
                              </w:r>
                            </w:p>
                            <w:p w14:paraId="79B808BD" w14:textId="77777777" w:rsidR="00CD5479" w:rsidRDefault="00CD5479" w:rsidP="00CD5479">
                              <w:pPr>
                                <w:rPr>
                                  <w:sz w:val="24"/>
                                </w:rPr>
                              </w:pPr>
                            </w:p>
                            <w:p w14:paraId="24343F5C" w14:textId="77777777" w:rsidR="00CD5479" w:rsidRDefault="00CD5479" w:rsidP="00CD5479">
                              <w:pPr>
                                <w:rPr>
                                  <w:sz w:val="24"/>
                                </w:rPr>
                              </w:pPr>
                            </w:p>
                            <w:p w14:paraId="036F7A47" w14:textId="77777777" w:rsidR="00CD5479" w:rsidRDefault="00CD5479" w:rsidP="00CD5479">
                              <w:pPr>
                                <w:rPr>
                                  <w:sz w:val="24"/>
                                </w:rPr>
                              </w:pPr>
                            </w:p>
                            <w:p w14:paraId="66B29EB4" w14:textId="77777777" w:rsidR="00CD5479" w:rsidRDefault="00CD5479" w:rsidP="00CD5479">
                              <w:pPr>
                                <w:spacing w:before="96"/>
                                <w:rPr>
                                  <w:sz w:val="24"/>
                                </w:rPr>
                              </w:pPr>
                            </w:p>
                            <w:p w14:paraId="6D7F3FF9" w14:textId="77777777" w:rsidR="00CD5479" w:rsidRDefault="00CD5479" w:rsidP="00CD5479">
                              <w:pPr>
                                <w:spacing w:before="1"/>
                                <w:ind w:left="144"/>
                                <w:rPr>
                                  <w:b/>
                                  <w:sz w:val="24"/>
                                </w:rPr>
                              </w:pPr>
                              <w:r>
                                <w:rPr>
                                  <w:b/>
                                  <w:sz w:val="24"/>
                                </w:rPr>
                                <w:t>Fig.13:</w:t>
                              </w:r>
                              <w:r>
                                <w:rPr>
                                  <w:b/>
                                  <w:spacing w:val="-3"/>
                                  <w:sz w:val="24"/>
                                </w:rPr>
                                <w:t xml:space="preserve"> </w:t>
                              </w:r>
                              <w:r>
                                <w:rPr>
                                  <w:b/>
                                  <w:sz w:val="24"/>
                                </w:rPr>
                                <w:t>Colony</w:t>
                              </w:r>
                              <w:r>
                                <w:rPr>
                                  <w:b/>
                                  <w:spacing w:val="-1"/>
                                  <w:sz w:val="24"/>
                                </w:rPr>
                                <w:t xml:space="preserve"> </w:t>
                              </w:r>
                              <w:r>
                                <w:rPr>
                                  <w:b/>
                                  <w:sz w:val="24"/>
                                </w:rPr>
                                <w:t>4</w:t>
                              </w:r>
                              <w:r>
                                <w:rPr>
                                  <w:b/>
                                  <w:spacing w:val="-1"/>
                                  <w:sz w:val="24"/>
                                </w:rPr>
                                <w:t xml:space="preserve"> </w:t>
                              </w:r>
                              <w:r>
                                <w:rPr>
                                  <w:b/>
                                  <w:sz w:val="24"/>
                                </w:rPr>
                                <w:t>-</w:t>
                              </w:r>
                              <w:r>
                                <w:rPr>
                                  <w:b/>
                                  <w:spacing w:val="-1"/>
                                  <w:sz w:val="24"/>
                                </w:rPr>
                                <w:t xml:space="preserve"> </w:t>
                              </w:r>
                              <w:r>
                                <w:rPr>
                                  <w:b/>
                                  <w:spacing w:val="-5"/>
                                  <w:sz w:val="24"/>
                                </w:rPr>
                                <w:t>S4</w:t>
                              </w:r>
                            </w:p>
                          </w:txbxContent>
                        </wps:txbx>
                        <wps:bodyPr wrap="square" lIns="0" tIns="0" rIns="0" bIns="0" rtlCol="0">
                          <a:noAutofit/>
                        </wps:bodyPr>
                      </wps:wsp>
                    </wpg:wgp>
                  </a:graphicData>
                </a:graphic>
              </wp:anchor>
            </w:drawing>
          </mc:Choice>
          <mc:Fallback>
            <w:pict>
              <v:group w14:anchorId="70B14E56" id="Group 49" o:spid="_x0000_s1067" style="position:absolute;margin-left:63.85pt;margin-top:189.15pt;width:148.5pt;height:181.85pt;z-index:251715584" coordsize="18859,2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">
                <v:shape id="Image 50" o:spid="_x0000_s1068" type="#_x0000_t75" style="position:absolute;left:1009;top:555;width:16840;height:1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">
                  <v:imagedata r:id="rId35" o:title=""/>
                </v:shape>
                <v:shape id="Textbox 51" o:spid="_x0000_s1069" type="#_x0000_t202" style="position:absolute;left:47;top:47;width:18764;height:2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51AA2D0D" w14:textId="77777777" w:rsidR="00CD5479" w:rsidRDefault="00CD5479" w:rsidP="00CD5479">
                        <w:pPr>
                          <w:rPr>
                            <w:sz w:val="24"/>
                          </w:rPr>
                        </w:pPr>
                      </w:p>
                      <w:p w14:paraId="088F3F6A" w14:textId="77777777" w:rsidR="00CD5479" w:rsidRDefault="00CD5479" w:rsidP="00CD5479">
                        <w:pPr>
                          <w:rPr>
                            <w:sz w:val="24"/>
                          </w:rPr>
                        </w:pPr>
                      </w:p>
                      <w:p w14:paraId="7A808A5D" w14:textId="77777777" w:rsidR="00CD5479" w:rsidRDefault="00CD5479" w:rsidP="00CD5479">
                        <w:pPr>
                          <w:rPr>
                            <w:sz w:val="24"/>
                          </w:rPr>
                        </w:pPr>
                      </w:p>
                      <w:p w14:paraId="30490F37" w14:textId="77777777" w:rsidR="00CD5479" w:rsidRDefault="00CD5479" w:rsidP="00CD5479">
                        <w:pPr>
                          <w:rPr>
                            <w:sz w:val="24"/>
                          </w:rPr>
                        </w:pPr>
                      </w:p>
                      <w:p w14:paraId="7DD98D83" w14:textId="77777777" w:rsidR="00CD5479" w:rsidRDefault="00CD5479" w:rsidP="00CD5479">
                        <w:pPr>
                          <w:rPr>
                            <w:sz w:val="24"/>
                          </w:rPr>
                        </w:pPr>
                      </w:p>
                      <w:p w14:paraId="1E16E74F" w14:textId="77777777" w:rsidR="00CD5479" w:rsidRDefault="00CD5479" w:rsidP="00CD5479">
                        <w:pPr>
                          <w:rPr>
                            <w:sz w:val="24"/>
                          </w:rPr>
                        </w:pPr>
                      </w:p>
                      <w:p w14:paraId="6FB479F8" w14:textId="77777777" w:rsidR="00CD5479" w:rsidRDefault="00CD5479" w:rsidP="00CD5479">
                        <w:pPr>
                          <w:rPr>
                            <w:sz w:val="24"/>
                          </w:rPr>
                        </w:pPr>
                      </w:p>
                      <w:p w14:paraId="41585041"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Fig.13: Colony 4 - S4</w:t>
                        </w:r>
                      </w:p>
                      <w:p w14:paraId="79B808BD" w14:textId="77777777" w:rsidR="00CD5479" w:rsidRDefault="00CD5479" w:rsidP="00CD5479">
                        <w:pPr>
                          <w:rPr>
                            <w:sz w:val="24"/>
                          </w:rPr>
                        </w:pPr>
                      </w:p>
                      <w:p w14:paraId="24343F5C" w14:textId="77777777" w:rsidR="00CD5479" w:rsidRDefault="00CD5479" w:rsidP="00CD5479">
                        <w:pPr>
                          <w:rPr>
                            <w:sz w:val="24"/>
                          </w:rPr>
                        </w:pPr>
                      </w:p>
                      <w:p w14:paraId="036F7A47" w14:textId="77777777" w:rsidR="00CD5479" w:rsidRDefault="00CD5479" w:rsidP="00CD5479">
                        <w:pPr>
                          <w:rPr>
                            <w:sz w:val="24"/>
                          </w:rPr>
                        </w:pPr>
                      </w:p>
                      <w:p w14:paraId="66B29EB4" w14:textId="77777777" w:rsidR="00CD5479" w:rsidRDefault="00CD5479" w:rsidP="00CD5479">
                        <w:pPr>
                          <w:spacing w:before="96"/>
                          <w:rPr>
                            <w:sz w:val="24"/>
                          </w:rPr>
                        </w:pPr>
                      </w:p>
                      <w:p w14:paraId="6D7F3FF9" w14:textId="77777777" w:rsidR="00CD5479" w:rsidRDefault="00CD5479" w:rsidP="00CD5479">
                        <w:pPr>
                          <w:spacing w:before="1"/>
                          <w:ind w:left="144"/>
                          <w:rPr>
                            <w:b/>
                            <w:sz w:val="24"/>
                          </w:rPr>
                        </w:pPr>
                        <w:r>
                          <w:rPr>
                            <w:b/>
                            <w:sz w:val="24"/>
                          </w:rPr>
                          <w:t>Fig.13:</w:t>
                        </w:r>
                        <w:r>
                          <w:rPr>
                            <w:b/>
                            <w:spacing w:val="-3"/>
                            <w:sz w:val="24"/>
                          </w:rPr>
                          <w:t xml:space="preserve"> </w:t>
                        </w:r>
                        <w:r>
                          <w:rPr>
                            <w:b/>
                            <w:sz w:val="24"/>
                          </w:rPr>
                          <w:t>Colony</w:t>
                        </w:r>
                        <w:r>
                          <w:rPr>
                            <w:b/>
                            <w:spacing w:val="-1"/>
                            <w:sz w:val="24"/>
                          </w:rPr>
                          <w:t xml:space="preserve"> </w:t>
                        </w:r>
                        <w:r>
                          <w:rPr>
                            <w:b/>
                            <w:sz w:val="24"/>
                          </w:rPr>
                          <w:t>4</w:t>
                        </w:r>
                        <w:r>
                          <w:rPr>
                            <w:b/>
                            <w:spacing w:val="-1"/>
                            <w:sz w:val="24"/>
                          </w:rPr>
                          <w:t xml:space="preserve"> </w:t>
                        </w:r>
                        <w:r>
                          <w:rPr>
                            <w:b/>
                            <w:sz w:val="24"/>
                          </w:rPr>
                          <w:t>-</w:t>
                        </w:r>
                        <w:r>
                          <w:rPr>
                            <w:b/>
                            <w:spacing w:val="-1"/>
                            <w:sz w:val="24"/>
                          </w:rPr>
                          <w:t xml:space="preserve"> </w:t>
                        </w:r>
                        <w:r>
                          <w:rPr>
                            <w:b/>
                            <w:spacing w:val="-5"/>
                            <w:sz w:val="24"/>
                          </w:rPr>
                          <w:t>S4</w:t>
                        </w:r>
                      </w:p>
                    </w:txbxContent>
                  </v:textbox>
                </v:shape>
                <w10:wrap type="topAndBottom"/>
              </v:group>
            </w:pict>
          </mc:Fallback>
        </mc:AlternateContent>
      </w:r>
      <w:r w:rsidR="00584328" w:rsidRPr="00584328">
        <w:rPr>
          <w:rFonts w:ascii="Arial" w:hAnsi="Arial" w:cs="Arial"/>
          <w:noProof/>
          <w:sz w:val="20"/>
        </w:rPr>
        <mc:AlternateContent>
          <mc:Choice Requires="wps">
            <w:drawing>
              <wp:anchor distT="0" distB="0" distL="0" distR="0" simplePos="0" relativeHeight="251665408" behindDoc="1" locked="0" layoutInCell="1" allowOverlap="1" wp14:anchorId="3B1C6BA4" wp14:editId="2A57593E">
                <wp:simplePos x="0" y="0"/>
                <wp:positionH relativeFrom="page">
                  <wp:posOffset>673932</wp:posOffset>
                </wp:positionH>
                <wp:positionV relativeFrom="paragraph">
                  <wp:posOffset>2469521</wp:posOffset>
                </wp:positionV>
                <wp:extent cx="914400" cy="42227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22275"/>
                        </a:xfrm>
                        <a:prstGeom prst="rect">
                          <a:avLst/>
                        </a:prstGeom>
                        <a:ln w="9525">
                          <a:solidFill>
                            <a:srgbClr val="000000"/>
                          </a:solidFill>
                          <a:prstDash val="solid"/>
                        </a:ln>
                      </wps:spPr>
                      <wps:txbx>
                        <w:txbxContent>
                          <w:p w14:paraId="6736F1F0" w14:textId="77777777" w:rsidR="00CD5479" w:rsidRPr="00584328" w:rsidRDefault="00CD5479" w:rsidP="00584328">
                            <w:pPr>
                              <w:ind w:left="142"/>
                              <w:jc w:val="center"/>
                              <w:rPr>
                                <w:rFonts w:ascii="Arial" w:hAnsi="Arial" w:cs="Arial"/>
                                <w:b/>
                                <w:sz w:val="20"/>
                                <w:szCs w:val="18"/>
                              </w:rPr>
                            </w:pPr>
                            <w:r w:rsidRPr="00584328">
                              <w:rPr>
                                <w:rFonts w:ascii="Arial" w:hAnsi="Arial" w:cs="Arial"/>
                                <w:b/>
                                <w:sz w:val="20"/>
                                <w:szCs w:val="18"/>
                              </w:rPr>
                              <w:t>Sample 1</w:t>
                            </w:r>
                          </w:p>
                        </w:txbxContent>
                      </wps:txbx>
                      <wps:bodyPr wrap="square" lIns="0" tIns="0" rIns="0" bIns="0" rtlCol="0">
                        <a:noAutofit/>
                      </wps:bodyPr>
                    </wps:wsp>
                  </a:graphicData>
                </a:graphic>
              </wp:anchor>
            </w:drawing>
          </mc:Choice>
          <mc:Fallback>
            <w:pict>
              <v:shape w14:anchorId="3B1C6BA4" id="Textbox 39" o:spid="_x0000_s1070" type="#_x0000_t202" style="position:absolute;margin-left:53.05pt;margin-top:194.45pt;width:1in;height:33.2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" filled="f">
                <v:path arrowok="t"/>
                <v:textbox inset="0,0,0,0">
                  <w:txbxContent>
                    <w:p w14:paraId="6736F1F0" w14:textId="77777777" w:rsidR="00CD5479" w:rsidRPr="00584328" w:rsidRDefault="00CD5479" w:rsidP="00584328">
                      <w:pPr>
                        <w:ind w:left="142"/>
                        <w:jc w:val="center"/>
                        <w:rPr>
                          <w:rFonts w:ascii="Arial" w:hAnsi="Arial" w:cs="Arial"/>
                          <w:b/>
                          <w:sz w:val="20"/>
                          <w:szCs w:val="18"/>
                        </w:rPr>
                      </w:pPr>
                      <w:r w:rsidRPr="00584328">
                        <w:rPr>
                          <w:rFonts w:ascii="Arial" w:hAnsi="Arial" w:cs="Arial"/>
                          <w:b/>
                          <w:sz w:val="20"/>
                          <w:szCs w:val="18"/>
                        </w:rPr>
                        <w:t>Sample 1</w:t>
                      </w:r>
                    </w:p>
                  </w:txbxContent>
                </v:textbox>
                <w10:wrap type="topAndBottom" anchorx="page"/>
              </v:shape>
            </w:pict>
          </mc:Fallback>
        </mc:AlternateContent>
      </w:r>
    </w:p>
    <w:p w14:paraId="55FEB1C8" w14:textId="06A1311A" w:rsidR="00CD5479" w:rsidRPr="00584328" w:rsidRDefault="00584328" w:rsidP="00584328">
      <w:pPr>
        <w:tabs>
          <w:tab w:val="left" w:pos="360"/>
          <w:tab w:val="left" w:pos="3455"/>
          <w:tab w:val="left" w:pos="6972"/>
          <w:tab w:val="left" w:pos="8100"/>
        </w:tabs>
        <w:spacing w:after="240"/>
        <w:rPr>
          <w:rFonts w:ascii="Arial" w:hAnsi="Arial" w:cs="Arial"/>
          <w:sz w:val="20"/>
        </w:rPr>
      </w:pPr>
      <w:r w:rsidRPr="00584328">
        <w:rPr>
          <w:rFonts w:ascii="Arial" w:hAnsi="Arial" w:cs="Arial"/>
          <w:noProof/>
          <w:sz w:val="20"/>
        </w:rPr>
        <mc:AlternateContent>
          <mc:Choice Requires="wpg">
            <w:drawing>
              <wp:anchor distT="0" distB="0" distL="0" distR="0" simplePos="0" relativeHeight="251670528" behindDoc="1" locked="0" layoutInCell="1" allowOverlap="1" wp14:anchorId="0DFCC579" wp14:editId="3C8F9781">
                <wp:simplePos x="0" y="0"/>
                <wp:positionH relativeFrom="page">
                  <wp:posOffset>4356352</wp:posOffset>
                </wp:positionH>
                <wp:positionV relativeFrom="paragraph">
                  <wp:posOffset>2859665</wp:posOffset>
                </wp:positionV>
                <wp:extent cx="2019300" cy="232410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0" cy="2324100"/>
                          <a:chOff x="4762" y="4762"/>
                          <a:chExt cx="2009775" cy="2314575"/>
                        </a:xfrm>
                      </wpg:grpSpPr>
                      <pic:pic xmlns:pic="http://schemas.openxmlformats.org/drawingml/2006/picture">
                        <pic:nvPicPr>
                          <pic:cNvPr id="60" name="Image 60"/>
                          <pic:cNvPicPr/>
                        </pic:nvPicPr>
                        <pic:blipFill>
                          <a:blip r:embed="rId36" cstate="print"/>
                          <a:stretch>
                            <a:fillRect/>
                          </a:stretch>
                        </pic:blipFill>
                        <pic:spPr>
                          <a:xfrm>
                            <a:off x="101409" y="54927"/>
                            <a:ext cx="1816608" cy="1885950"/>
                          </a:xfrm>
                          <a:prstGeom prst="rect">
                            <a:avLst/>
                          </a:prstGeom>
                        </pic:spPr>
                      </pic:pic>
                      <wps:wsp>
                        <wps:cNvPr id="61" name="Textbox 61"/>
                        <wps:cNvSpPr txBox="1"/>
                        <wps:spPr>
                          <a:xfrm>
                            <a:off x="4762" y="4762"/>
                            <a:ext cx="2009775" cy="2314575"/>
                          </a:xfrm>
                          <a:prstGeom prst="rect">
                            <a:avLst/>
                          </a:prstGeom>
                          <a:ln w="9525">
                            <a:solidFill>
                              <a:srgbClr val="000000"/>
                            </a:solidFill>
                            <a:prstDash val="solid"/>
                          </a:ln>
                        </wps:spPr>
                        <wps:txbx>
                          <w:txbxContent>
                            <w:p w14:paraId="6B8BC800" w14:textId="77777777" w:rsidR="00CD5479" w:rsidRDefault="00CD5479" w:rsidP="00CD5479">
                              <w:pPr>
                                <w:rPr>
                                  <w:sz w:val="24"/>
                                </w:rPr>
                              </w:pPr>
                            </w:p>
                            <w:p w14:paraId="6C848895" w14:textId="77777777" w:rsidR="00CD5479" w:rsidRDefault="00CD5479" w:rsidP="00CD5479">
                              <w:pPr>
                                <w:rPr>
                                  <w:sz w:val="24"/>
                                </w:rPr>
                              </w:pPr>
                            </w:p>
                            <w:p w14:paraId="33789B37" w14:textId="77777777" w:rsidR="00CD5479" w:rsidRDefault="00CD5479" w:rsidP="00CD5479">
                              <w:pPr>
                                <w:rPr>
                                  <w:sz w:val="24"/>
                                </w:rPr>
                              </w:pPr>
                            </w:p>
                            <w:p w14:paraId="34E753CA" w14:textId="77777777" w:rsidR="00CD5479" w:rsidRDefault="00CD5479" w:rsidP="00CD5479">
                              <w:pPr>
                                <w:rPr>
                                  <w:sz w:val="24"/>
                                </w:rPr>
                              </w:pPr>
                            </w:p>
                            <w:p w14:paraId="298638D0" w14:textId="77777777" w:rsidR="00CD5479" w:rsidRDefault="00CD5479" w:rsidP="00CD5479">
                              <w:pPr>
                                <w:rPr>
                                  <w:sz w:val="24"/>
                                </w:rPr>
                              </w:pPr>
                            </w:p>
                            <w:p w14:paraId="1D3E4188" w14:textId="77777777" w:rsidR="00CD5479" w:rsidRDefault="00CD5479" w:rsidP="00CD5479">
                              <w:pPr>
                                <w:rPr>
                                  <w:sz w:val="24"/>
                                </w:rPr>
                              </w:pPr>
                            </w:p>
                            <w:p w14:paraId="7864BA32" w14:textId="77777777" w:rsidR="00CD5479" w:rsidRDefault="00CD5479" w:rsidP="00CD5479">
                              <w:pPr>
                                <w:rPr>
                                  <w:sz w:val="24"/>
                                </w:rPr>
                              </w:pPr>
                            </w:p>
                            <w:p w14:paraId="2BB07748"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Fig.16: Colony 7 – C2</w:t>
                              </w:r>
                            </w:p>
                            <w:p w14:paraId="4B480E6B" w14:textId="77777777" w:rsidR="00CD5479" w:rsidRDefault="00CD5479" w:rsidP="00CD5479">
                              <w:pPr>
                                <w:rPr>
                                  <w:sz w:val="24"/>
                                </w:rPr>
                              </w:pPr>
                            </w:p>
                            <w:p w14:paraId="265DFB42" w14:textId="77777777" w:rsidR="00CD5479" w:rsidRDefault="00CD5479" w:rsidP="00CD5479">
                              <w:pPr>
                                <w:rPr>
                                  <w:sz w:val="24"/>
                                </w:rPr>
                              </w:pPr>
                            </w:p>
                            <w:p w14:paraId="7E7CEB63" w14:textId="77777777" w:rsidR="00CD5479" w:rsidRDefault="00CD5479" w:rsidP="00CD5479">
                              <w:pPr>
                                <w:rPr>
                                  <w:sz w:val="24"/>
                                </w:rPr>
                              </w:pPr>
                            </w:p>
                            <w:p w14:paraId="195F420F" w14:textId="77777777" w:rsidR="00CD5479" w:rsidRDefault="00CD5479" w:rsidP="00CD5479">
                              <w:pPr>
                                <w:spacing w:before="186"/>
                                <w:rPr>
                                  <w:sz w:val="24"/>
                                </w:rPr>
                              </w:pPr>
                            </w:p>
                            <w:p w14:paraId="7675EE1F" w14:textId="77777777" w:rsidR="00CD5479" w:rsidRDefault="00CD5479" w:rsidP="00CD5479">
                              <w:pPr>
                                <w:spacing w:before="1"/>
                                <w:ind w:left="146"/>
                                <w:rPr>
                                  <w:b/>
                                  <w:sz w:val="24"/>
                                </w:rPr>
                              </w:pPr>
                              <w:r>
                                <w:rPr>
                                  <w:b/>
                                  <w:sz w:val="24"/>
                                </w:rPr>
                                <w:t>Fig.16:</w:t>
                              </w:r>
                              <w:r>
                                <w:rPr>
                                  <w:b/>
                                  <w:spacing w:val="-3"/>
                                  <w:sz w:val="24"/>
                                </w:rPr>
                                <w:t xml:space="preserve"> </w:t>
                              </w:r>
                              <w:r>
                                <w:rPr>
                                  <w:b/>
                                  <w:sz w:val="24"/>
                                </w:rPr>
                                <w:t>Colony</w:t>
                              </w:r>
                              <w:r>
                                <w:rPr>
                                  <w:b/>
                                  <w:spacing w:val="-1"/>
                                  <w:sz w:val="24"/>
                                </w:rPr>
                                <w:t xml:space="preserve"> </w:t>
                              </w:r>
                              <w:r>
                                <w:rPr>
                                  <w:b/>
                                  <w:sz w:val="24"/>
                                </w:rPr>
                                <w:t xml:space="preserve">7 – </w:t>
                              </w:r>
                              <w:r>
                                <w:rPr>
                                  <w:b/>
                                  <w:spacing w:val="-5"/>
                                  <w:sz w:val="24"/>
                                </w:rPr>
                                <w:t>C2</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FCC579" id="Group 59" o:spid="_x0000_s1071" style="position:absolute;margin-left:343pt;margin-top:225.15pt;width:159pt;height:183pt;z-index:-251645952;mso-wrap-distance-left:0;mso-wrap-distance-right:0;mso-position-horizontal-relative:page;mso-width-relative:margin;mso-height-relative:margin" coordorigin="47,47" coordsize="20097,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">
                <v:shape id="Image 60" o:spid="_x0000_s1072" type="#_x0000_t75" style="position:absolute;left:1014;top:549;width:18166;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">
                  <v:imagedata r:id="rId37" o:title=""/>
                </v:shape>
                <v:shape id="Textbox 61" o:spid="_x0000_s1073" type="#_x0000_t202" style="position:absolute;left:47;top:47;width:20098;height:2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14:paraId="6B8BC800" w14:textId="77777777" w:rsidR="00CD5479" w:rsidRDefault="00CD5479" w:rsidP="00CD5479">
                        <w:pPr>
                          <w:rPr>
                            <w:sz w:val="24"/>
                          </w:rPr>
                        </w:pPr>
                      </w:p>
                      <w:p w14:paraId="6C848895" w14:textId="77777777" w:rsidR="00CD5479" w:rsidRDefault="00CD5479" w:rsidP="00CD5479">
                        <w:pPr>
                          <w:rPr>
                            <w:sz w:val="24"/>
                          </w:rPr>
                        </w:pPr>
                      </w:p>
                      <w:p w14:paraId="33789B37" w14:textId="77777777" w:rsidR="00CD5479" w:rsidRDefault="00CD5479" w:rsidP="00CD5479">
                        <w:pPr>
                          <w:rPr>
                            <w:sz w:val="24"/>
                          </w:rPr>
                        </w:pPr>
                      </w:p>
                      <w:p w14:paraId="34E753CA" w14:textId="77777777" w:rsidR="00CD5479" w:rsidRDefault="00CD5479" w:rsidP="00CD5479">
                        <w:pPr>
                          <w:rPr>
                            <w:sz w:val="24"/>
                          </w:rPr>
                        </w:pPr>
                      </w:p>
                      <w:p w14:paraId="298638D0" w14:textId="77777777" w:rsidR="00CD5479" w:rsidRDefault="00CD5479" w:rsidP="00CD5479">
                        <w:pPr>
                          <w:rPr>
                            <w:sz w:val="24"/>
                          </w:rPr>
                        </w:pPr>
                      </w:p>
                      <w:p w14:paraId="1D3E4188" w14:textId="77777777" w:rsidR="00CD5479" w:rsidRDefault="00CD5479" w:rsidP="00CD5479">
                        <w:pPr>
                          <w:rPr>
                            <w:sz w:val="24"/>
                          </w:rPr>
                        </w:pPr>
                      </w:p>
                      <w:p w14:paraId="7864BA32" w14:textId="77777777" w:rsidR="00CD5479" w:rsidRDefault="00CD5479" w:rsidP="00CD5479">
                        <w:pPr>
                          <w:rPr>
                            <w:sz w:val="24"/>
                          </w:rPr>
                        </w:pPr>
                      </w:p>
                      <w:p w14:paraId="2BB07748"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Fig.16: Colony 7 – C2</w:t>
                        </w:r>
                      </w:p>
                      <w:p w14:paraId="4B480E6B" w14:textId="77777777" w:rsidR="00CD5479" w:rsidRDefault="00CD5479" w:rsidP="00CD5479">
                        <w:pPr>
                          <w:rPr>
                            <w:sz w:val="24"/>
                          </w:rPr>
                        </w:pPr>
                      </w:p>
                      <w:p w14:paraId="265DFB42" w14:textId="77777777" w:rsidR="00CD5479" w:rsidRDefault="00CD5479" w:rsidP="00CD5479">
                        <w:pPr>
                          <w:rPr>
                            <w:sz w:val="24"/>
                          </w:rPr>
                        </w:pPr>
                      </w:p>
                      <w:p w14:paraId="7E7CEB63" w14:textId="77777777" w:rsidR="00CD5479" w:rsidRDefault="00CD5479" w:rsidP="00CD5479">
                        <w:pPr>
                          <w:rPr>
                            <w:sz w:val="24"/>
                          </w:rPr>
                        </w:pPr>
                      </w:p>
                      <w:p w14:paraId="195F420F" w14:textId="77777777" w:rsidR="00CD5479" w:rsidRDefault="00CD5479" w:rsidP="00CD5479">
                        <w:pPr>
                          <w:spacing w:before="186"/>
                          <w:rPr>
                            <w:sz w:val="24"/>
                          </w:rPr>
                        </w:pPr>
                      </w:p>
                      <w:p w14:paraId="7675EE1F" w14:textId="77777777" w:rsidR="00CD5479" w:rsidRDefault="00CD5479" w:rsidP="00CD5479">
                        <w:pPr>
                          <w:spacing w:before="1"/>
                          <w:ind w:left="146"/>
                          <w:rPr>
                            <w:b/>
                            <w:sz w:val="24"/>
                          </w:rPr>
                        </w:pPr>
                        <w:r>
                          <w:rPr>
                            <w:b/>
                            <w:sz w:val="24"/>
                          </w:rPr>
                          <w:t>Fig.16:</w:t>
                        </w:r>
                        <w:r>
                          <w:rPr>
                            <w:b/>
                            <w:spacing w:val="-3"/>
                            <w:sz w:val="24"/>
                          </w:rPr>
                          <w:t xml:space="preserve"> </w:t>
                        </w:r>
                        <w:r>
                          <w:rPr>
                            <w:b/>
                            <w:sz w:val="24"/>
                          </w:rPr>
                          <w:t>Colony</w:t>
                        </w:r>
                        <w:r>
                          <w:rPr>
                            <w:b/>
                            <w:spacing w:val="-1"/>
                            <w:sz w:val="24"/>
                          </w:rPr>
                          <w:t xml:space="preserve"> </w:t>
                        </w:r>
                        <w:r>
                          <w:rPr>
                            <w:b/>
                            <w:sz w:val="24"/>
                          </w:rPr>
                          <w:t xml:space="preserve">7 – </w:t>
                        </w:r>
                        <w:r>
                          <w:rPr>
                            <w:b/>
                            <w:spacing w:val="-5"/>
                            <w:sz w:val="24"/>
                          </w:rPr>
                          <w:t>C2</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69504" behindDoc="1" locked="0" layoutInCell="1" allowOverlap="1" wp14:anchorId="37E5CADD" wp14:editId="5FD77F8B">
                <wp:simplePos x="0" y="0"/>
                <wp:positionH relativeFrom="page">
                  <wp:posOffset>1795637</wp:posOffset>
                </wp:positionH>
                <wp:positionV relativeFrom="paragraph">
                  <wp:posOffset>2807203</wp:posOffset>
                </wp:positionV>
                <wp:extent cx="2047875" cy="2339975"/>
                <wp:effectExtent l="0" t="0" r="28575" b="2222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2339975"/>
                          <a:chOff x="4762" y="4762"/>
                          <a:chExt cx="2047875" cy="2161755"/>
                        </a:xfrm>
                      </wpg:grpSpPr>
                      <pic:pic xmlns:pic="http://schemas.openxmlformats.org/drawingml/2006/picture">
                        <pic:nvPicPr>
                          <pic:cNvPr id="57" name="Image 57"/>
                          <pic:cNvPicPr/>
                        </pic:nvPicPr>
                        <pic:blipFill>
                          <a:blip r:embed="rId38" cstate="print"/>
                          <a:stretch>
                            <a:fillRect/>
                          </a:stretch>
                        </pic:blipFill>
                        <pic:spPr>
                          <a:xfrm>
                            <a:off x="100647" y="54927"/>
                            <a:ext cx="1855851" cy="1866900"/>
                          </a:xfrm>
                          <a:prstGeom prst="rect">
                            <a:avLst/>
                          </a:prstGeom>
                        </pic:spPr>
                      </pic:pic>
                      <wps:wsp>
                        <wps:cNvPr id="58" name="Textbox 58"/>
                        <wps:cNvSpPr txBox="1"/>
                        <wps:spPr>
                          <a:xfrm>
                            <a:off x="4762" y="4762"/>
                            <a:ext cx="2047875" cy="2161755"/>
                          </a:xfrm>
                          <a:prstGeom prst="rect">
                            <a:avLst/>
                          </a:prstGeom>
                          <a:ln w="9525">
                            <a:solidFill>
                              <a:srgbClr val="000000"/>
                            </a:solidFill>
                            <a:prstDash val="solid"/>
                          </a:ln>
                        </wps:spPr>
                        <wps:txbx>
                          <w:txbxContent>
                            <w:p w14:paraId="5049A7C7" w14:textId="77777777" w:rsidR="00CD5479" w:rsidRDefault="00CD5479" w:rsidP="00CD5479">
                              <w:pPr>
                                <w:rPr>
                                  <w:sz w:val="24"/>
                                </w:rPr>
                              </w:pPr>
                            </w:p>
                            <w:p w14:paraId="34B65B8E" w14:textId="77777777" w:rsidR="00CD5479" w:rsidRDefault="00CD5479" w:rsidP="00CD5479">
                              <w:pPr>
                                <w:rPr>
                                  <w:sz w:val="24"/>
                                </w:rPr>
                              </w:pPr>
                            </w:p>
                            <w:p w14:paraId="52E31D64" w14:textId="77777777" w:rsidR="00CD5479" w:rsidRDefault="00CD5479" w:rsidP="00CD5479">
                              <w:pPr>
                                <w:rPr>
                                  <w:sz w:val="24"/>
                                </w:rPr>
                              </w:pPr>
                            </w:p>
                            <w:p w14:paraId="6DEB781E" w14:textId="77777777" w:rsidR="00CD5479" w:rsidRDefault="00CD5479" w:rsidP="00CD5479">
                              <w:pPr>
                                <w:rPr>
                                  <w:sz w:val="24"/>
                                </w:rPr>
                              </w:pPr>
                            </w:p>
                            <w:p w14:paraId="7D6BFB39" w14:textId="77777777" w:rsidR="00CD5479" w:rsidRDefault="00CD5479" w:rsidP="00CD5479">
                              <w:pPr>
                                <w:rPr>
                                  <w:sz w:val="24"/>
                                </w:rPr>
                              </w:pPr>
                            </w:p>
                            <w:p w14:paraId="3291C24D" w14:textId="77777777" w:rsidR="00CD5479" w:rsidRDefault="00CD5479" w:rsidP="00CD5479">
                              <w:pPr>
                                <w:rPr>
                                  <w:sz w:val="24"/>
                                </w:rPr>
                              </w:pPr>
                            </w:p>
                            <w:p w14:paraId="79859202" w14:textId="77777777" w:rsidR="00101DD1" w:rsidRDefault="00101DD1" w:rsidP="00C93A60">
                              <w:pPr>
                                <w:ind w:left="143"/>
                                <w:rPr>
                                  <w:b/>
                                  <w:sz w:val="24"/>
                                </w:rPr>
                              </w:pPr>
                            </w:p>
                            <w:p w14:paraId="0E08AE66" w14:textId="0C0A9005"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Fig.15: Colony 6 – C1</w:t>
                              </w:r>
                            </w:p>
                            <w:p w14:paraId="1CD7E2E9" w14:textId="77777777" w:rsidR="00CD5479" w:rsidRDefault="00CD5479" w:rsidP="00CD5479">
                              <w:pPr>
                                <w:rPr>
                                  <w:sz w:val="24"/>
                                </w:rPr>
                              </w:pPr>
                            </w:p>
                            <w:p w14:paraId="42020C4F" w14:textId="77777777" w:rsidR="00C93A60" w:rsidRDefault="00C93A60" w:rsidP="00CD5479">
                              <w:pPr>
                                <w:rPr>
                                  <w:sz w:val="24"/>
                                </w:rPr>
                              </w:pPr>
                            </w:p>
                            <w:p w14:paraId="05FB2009" w14:textId="77777777" w:rsidR="00C93A60" w:rsidRDefault="00C93A60" w:rsidP="00CD5479">
                              <w:pPr>
                                <w:rPr>
                                  <w:sz w:val="24"/>
                                </w:rPr>
                              </w:pPr>
                            </w:p>
                            <w:p w14:paraId="2128BD71" w14:textId="77777777" w:rsidR="00CD5479" w:rsidRDefault="00CD5479" w:rsidP="00CD5479">
                              <w:pPr>
                                <w:rPr>
                                  <w:sz w:val="24"/>
                                </w:rPr>
                              </w:pPr>
                            </w:p>
                            <w:p w14:paraId="32F865C1" w14:textId="77777777" w:rsidR="00CD5479" w:rsidRDefault="00CD5479" w:rsidP="00CD5479">
                              <w:pPr>
                                <w:rPr>
                                  <w:sz w:val="24"/>
                                </w:rPr>
                              </w:pPr>
                            </w:p>
                            <w:p w14:paraId="7E645E73" w14:textId="77777777" w:rsidR="00CD5479" w:rsidRDefault="00CD5479" w:rsidP="00CD5479">
                              <w:pPr>
                                <w:rPr>
                                  <w:sz w:val="24"/>
                                </w:rPr>
                              </w:pPr>
                            </w:p>
                            <w:p w14:paraId="6B884A9A" w14:textId="77777777" w:rsidR="00CD5479" w:rsidRDefault="00CD5479" w:rsidP="00CD5479">
                              <w:pPr>
                                <w:spacing w:before="158"/>
                                <w:rPr>
                                  <w:sz w:val="24"/>
                                </w:rPr>
                              </w:pPr>
                            </w:p>
                            <w:p w14:paraId="66A2D447" w14:textId="77777777" w:rsidR="00CD5479" w:rsidRDefault="00CD5479" w:rsidP="00CD5479">
                              <w:pPr>
                                <w:ind w:left="143"/>
                                <w:rPr>
                                  <w:b/>
                                  <w:sz w:val="24"/>
                                </w:rPr>
                              </w:pPr>
                              <w:r>
                                <w:rPr>
                                  <w:b/>
                                  <w:sz w:val="24"/>
                                </w:rPr>
                                <w:t>Fig.15:</w:t>
                              </w:r>
                              <w:r>
                                <w:rPr>
                                  <w:b/>
                                  <w:spacing w:val="-3"/>
                                  <w:sz w:val="24"/>
                                </w:rPr>
                                <w:t xml:space="preserve"> </w:t>
                              </w:r>
                              <w:r>
                                <w:rPr>
                                  <w:b/>
                                  <w:sz w:val="24"/>
                                </w:rPr>
                                <w:t>Colony</w:t>
                              </w:r>
                              <w:r>
                                <w:rPr>
                                  <w:b/>
                                  <w:spacing w:val="-1"/>
                                  <w:sz w:val="24"/>
                                </w:rPr>
                                <w:t xml:space="preserve"> </w:t>
                              </w:r>
                              <w:r>
                                <w:rPr>
                                  <w:b/>
                                  <w:sz w:val="24"/>
                                </w:rPr>
                                <w:t>6</w:t>
                              </w:r>
                              <w:r>
                                <w:rPr>
                                  <w:b/>
                                  <w:spacing w:val="-1"/>
                                  <w:sz w:val="24"/>
                                </w:rPr>
                                <w:t xml:space="preserve"> </w:t>
                              </w:r>
                              <w:r>
                                <w:rPr>
                                  <w:b/>
                                  <w:sz w:val="24"/>
                                </w:rPr>
                                <w:t xml:space="preserve">– </w:t>
                              </w:r>
                              <w:r>
                                <w:rPr>
                                  <w:b/>
                                  <w:spacing w:val="-5"/>
                                  <w:sz w:val="24"/>
                                </w:rPr>
                                <w:t>C1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E5CADD" id="Group 56" o:spid="_x0000_s1074" style="position:absolute;margin-left:141.4pt;margin-top:221.05pt;width:161.25pt;height:184.25pt;z-index:-251646976;mso-wrap-distance-left:0;mso-wrap-distance-right:0;mso-position-horizontal-relative:page;mso-width-relative:margin;mso-height-relative:margin" coordorigin="47,47" coordsize="20478,21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">
                <v:shape id="Image 57" o:spid="_x0000_s1075" type="#_x0000_t75" style="position:absolute;left:1006;top:549;width:18558;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">
                  <v:imagedata r:id="rId39" o:title=""/>
                </v:shape>
                <v:shape id="Textbox 58" o:spid="_x0000_s1076" type="#_x0000_t202" style="position:absolute;left:47;top:47;width:20479;height:2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14:paraId="5049A7C7" w14:textId="77777777" w:rsidR="00CD5479" w:rsidRDefault="00CD5479" w:rsidP="00CD5479">
                        <w:pPr>
                          <w:rPr>
                            <w:sz w:val="24"/>
                          </w:rPr>
                        </w:pPr>
                      </w:p>
                      <w:p w14:paraId="34B65B8E" w14:textId="77777777" w:rsidR="00CD5479" w:rsidRDefault="00CD5479" w:rsidP="00CD5479">
                        <w:pPr>
                          <w:rPr>
                            <w:sz w:val="24"/>
                          </w:rPr>
                        </w:pPr>
                      </w:p>
                      <w:p w14:paraId="52E31D64" w14:textId="77777777" w:rsidR="00CD5479" w:rsidRDefault="00CD5479" w:rsidP="00CD5479">
                        <w:pPr>
                          <w:rPr>
                            <w:sz w:val="24"/>
                          </w:rPr>
                        </w:pPr>
                      </w:p>
                      <w:p w14:paraId="6DEB781E" w14:textId="77777777" w:rsidR="00CD5479" w:rsidRDefault="00CD5479" w:rsidP="00CD5479">
                        <w:pPr>
                          <w:rPr>
                            <w:sz w:val="24"/>
                          </w:rPr>
                        </w:pPr>
                      </w:p>
                      <w:p w14:paraId="7D6BFB39" w14:textId="77777777" w:rsidR="00CD5479" w:rsidRDefault="00CD5479" w:rsidP="00CD5479">
                        <w:pPr>
                          <w:rPr>
                            <w:sz w:val="24"/>
                          </w:rPr>
                        </w:pPr>
                      </w:p>
                      <w:p w14:paraId="3291C24D" w14:textId="77777777" w:rsidR="00CD5479" w:rsidRDefault="00CD5479" w:rsidP="00CD5479">
                        <w:pPr>
                          <w:rPr>
                            <w:sz w:val="24"/>
                          </w:rPr>
                        </w:pPr>
                      </w:p>
                      <w:p w14:paraId="79859202" w14:textId="77777777" w:rsidR="00101DD1" w:rsidRDefault="00101DD1" w:rsidP="00C93A60">
                        <w:pPr>
                          <w:ind w:left="143"/>
                          <w:rPr>
                            <w:b/>
                            <w:sz w:val="24"/>
                          </w:rPr>
                        </w:pPr>
                      </w:p>
                      <w:p w14:paraId="0E08AE66" w14:textId="0C0A9005"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Fig.15: Colony 6 – C1</w:t>
                        </w:r>
                      </w:p>
                      <w:p w14:paraId="1CD7E2E9" w14:textId="77777777" w:rsidR="00CD5479" w:rsidRDefault="00CD5479" w:rsidP="00CD5479">
                        <w:pPr>
                          <w:rPr>
                            <w:sz w:val="24"/>
                          </w:rPr>
                        </w:pPr>
                      </w:p>
                      <w:p w14:paraId="42020C4F" w14:textId="77777777" w:rsidR="00C93A60" w:rsidRDefault="00C93A60" w:rsidP="00CD5479">
                        <w:pPr>
                          <w:rPr>
                            <w:sz w:val="24"/>
                          </w:rPr>
                        </w:pPr>
                      </w:p>
                      <w:p w14:paraId="05FB2009" w14:textId="77777777" w:rsidR="00C93A60" w:rsidRDefault="00C93A60" w:rsidP="00CD5479">
                        <w:pPr>
                          <w:rPr>
                            <w:sz w:val="24"/>
                          </w:rPr>
                        </w:pPr>
                      </w:p>
                      <w:p w14:paraId="2128BD71" w14:textId="77777777" w:rsidR="00CD5479" w:rsidRDefault="00CD5479" w:rsidP="00CD5479">
                        <w:pPr>
                          <w:rPr>
                            <w:sz w:val="24"/>
                          </w:rPr>
                        </w:pPr>
                      </w:p>
                      <w:p w14:paraId="32F865C1" w14:textId="77777777" w:rsidR="00CD5479" w:rsidRDefault="00CD5479" w:rsidP="00CD5479">
                        <w:pPr>
                          <w:rPr>
                            <w:sz w:val="24"/>
                          </w:rPr>
                        </w:pPr>
                      </w:p>
                      <w:p w14:paraId="7E645E73" w14:textId="77777777" w:rsidR="00CD5479" w:rsidRDefault="00CD5479" w:rsidP="00CD5479">
                        <w:pPr>
                          <w:rPr>
                            <w:sz w:val="24"/>
                          </w:rPr>
                        </w:pPr>
                      </w:p>
                      <w:p w14:paraId="6B884A9A" w14:textId="77777777" w:rsidR="00CD5479" w:rsidRDefault="00CD5479" w:rsidP="00CD5479">
                        <w:pPr>
                          <w:spacing w:before="158"/>
                          <w:rPr>
                            <w:sz w:val="24"/>
                          </w:rPr>
                        </w:pPr>
                      </w:p>
                      <w:p w14:paraId="66A2D447" w14:textId="77777777" w:rsidR="00CD5479" w:rsidRDefault="00CD5479" w:rsidP="00CD5479">
                        <w:pPr>
                          <w:ind w:left="143"/>
                          <w:rPr>
                            <w:b/>
                            <w:sz w:val="24"/>
                          </w:rPr>
                        </w:pPr>
                        <w:r>
                          <w:rPr>
                            <w:b/>
                            <w:sz w:val="24"/>
                          </w:rPr>
                          <w:t>Fig.15:</w:t>
                        </w:r>
                        <w:r>
                          <w:rPr>
                            <w:b/>
                            <w:spacing w:val="-3"/>
                            <w:sz w:val="24"/>
                          </w:rPr>
                          <w:t xml:space="preserve"> </w:t>
                        </w:r>
                        <w:r>
                          <w:rPr>
                            <w:b/>
                            <w:sz w:val="24"/>
                          </w:rPr>
                          <w:t>Colony</w:t>
                        </w:r>
                        <w:r>
                          <w:rPr>
                            <w:b/>
                            <w:spacing w:val="-1"/>
                            <w:sz w:val="24"/>
                          </w:rPr>
                          <w:t xml:space="preserve"> </w:t>
                        </w:r>
                        <w:r>
                          <w:rPr>
                            <w:b/>
                            <w:sz w:val="24"/>
                          </w:rPr>
                          <w:t>6</w:t>
                        </w:r>
                        <w:r>
                          <w:rPr>
                            <w:b/>
                            <w:spacing w:val="-1"/>
                            <w:sz w:val="24"/>
                          </w:rPr>
                          <w:t xml:space="preserve"> </w:t>
                        </w:r>
                        <w:r>
                          <w:rPr>
                            <w:b/>
                            <w:sz w:val="24"/>
                          </w:rPr>
                          <w:t xml:space="preserve">– </w:t>
                        </w:r>
                        <w:r>
                          <w:rPr>
                            <w:b/>
                            <w:spacing w:val="-5"/>
                            <w:sz w:val="24"/>
                          </w:rPr>
                          <w:t>C1</w:t>
                        </w:r>
                      </w:p>
                    </w:txbxContent>
                  </v:textbox>
                </v:shape>
                <w10:wrap type="topAndBottom" anchorx="page"/>
              </v:group>
            </w:pict>
          </mc:Fallback>
        </mc:AlternateContent>
      </w:r>
      <w:r w:rsidRPr="00584328">
        <w:rPr>
          <w:rFonts w:ascii="Arial" w:hAnsi="Arial" w:cs="Arial"/>
          <w:noProof/>
          <w:sz w:val="20"/>
        </w:rPr>
        <mc:AlternateContent>
          <mc:Choice Requires="wps">
            <w:drawing>
              <wp:anchor distT="0" distB="0" distL="0" distR="0" simplePos="0" relativeHeight="251668480" behindDoc="1" locked="0" layoutInCell="1" allowOverlap="1" wp14:anchorId="1F6EA0D0" wp14:editId="59D22503">
                <wp:simplePos x="0" y="0"/>
                <wp:positionH relativeFrom="page">
                  <wp:posOffset>668655</wp:posOffset>
                </wp:positionH>
                <wp:positionV relativeFrom="paragraph">
                  <wp:posOffset>3175635</wp:posOffset>
                </wp:positionV>
                <wp:extent cx="952500" cy="42227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22275"/>
                        </a:xfrm>
                        <a:prstGeom prst="rect">
                          <a:avLst/>
                        </a:prstGeom>
                        <a:ln w="9525">
                          <a:solidFill>
                            <a:srgbClr val="000000"/>
                          </a:solidFill>
                          <a:prstDash val="solid"/>
                        </a:ln>
                      </wps:spPr>
                      <wps:txbx>
                        <w:txbxContent>
                          <w:p w14:paraId="05D4EC06" w14:textId="77777777" w:rsidR="00CD5479" w:rsidRPr="00584328" w:rsidRDefault="00CD5479" w:rsidP="00584328">
                            <w:pPr>
                              <w:ind w:left="142"/>
                              <w:jc w:val="center"/>
                              <w:rPr>
                                <w:rFonts w:ascii="Arial" w:hAnsi="Arial" w:cs="Arial"/>
                                <w:b/>
                                <w:sz w:val="20"/>
                                <w:szCs w:val="18"/>
                              </w:rPr>
                            </w:pPr>
                            <w:r w:rsidRPr="00584328">
                              <w:rPr>
                                <w:rFonts w:ascii="Arial" w:hAnsi="Arial" w:cs="Arial"/>
                                <w:b/>
                                <w:sz w:val="20"/>
                                <w:szCs w:val="18"/>
                              </w:rPr>
                              <w:t>Sample 2</w:t>
                            </w:r>
                          </w:p>
                        </w:txbxContent>
                      </wps:txbx>
                      <wps:bodyPr wrap="square" lIns="0" tIns="0" rIns="0" bIns="0" rtlCol="0">
                        <a:noAutofit/>
                      </wps:bodyPr>
                    </wps:wsp>
                  </a:graphicData>
                </a:graphic>
              </wp:anchor>
            </w:drawing>
          </mc:Choice>
          <mc:Fallback>
            <w:pict>
              <v:shape w14:anchorId="1F6EA0D0" id="Textbox 55" o:spid="_x0000_s1077" type="#_x0000_t202" style="position:absolute;margin-left:52.65pt;margin-top:250.05pt;width:75pt;height:33.2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" filled="f">
                <v:path arrowok="t"/>
                <v:textbox inset="0,0,0,0">
                  <w:txbxContent>
                    <w:p w14:paraId="05D4EC06" w14:textId="77777777" w:rsidR="00CD5479" w:rsidRPr="00584328" w:rsidRDefault="00CD5479" w:rsidP="00584328">
                      <w:pPr>
                        <w:ind w:left="142"/>
                        <w:jc w:val="center"/>
                        <w:rPr>
                          <w:rFonts w:ascii="Arial" w:hAnsi="Arial" w:cs="Arial"/>
                          <w:b/>
                          <w:sz w:val="20"/>
                          <w:szCs w:val="18"/>
                        </w:rPr>
                      </w:pPr>
                      <w:r w:rsidRPr="00584328">
                        <w:rPr>
                          <w:rFonts w:ascii="Arial" w:hAnsi="Arial" w:cs="Arial"/>
                          <w:b/>
                          <w:sz w:val="20"/>
                          <w:szCs w:val="18"/>
                        </w:rPr>
                        <w:t>Sample 2</w:t>
                      </w:r>
                    </w:p>
                  </w:txbxContent>
                </v:textbox>
                <w10:wrap type="topAndBottom" anchorx="page"/>
              </v:shape>
            </w:pict>
          </mc:Fallback>
        </mc:AlternateContent>
      </w:r>
      <w:r w:rsidR="00CD5479" w:rsidRPr="00584328">
        <w:rPr>
          <w:rFonts w:ascii="Arial" w:hAnsi="Arial" w:cs="Arial"/>
          <w:position w:val="3"/>
          <w:sz w:val="20"/>
        </w:rPr>
        <w:tab/>
      </w:r>
      <w:r w:rsidR="00CD5479" w:rsidRPr="00584328">
        <w:rPr>
          <w:rFonts w:ascii="Arial" w:hAnsi="Arial" w:cs="Arial"/>
          <w:position w:val="2"/>
          <w:sz w:val="20"/>
        </w:rPr>
        <w:tab/>
      </w:r>
    </w:p>
    <w:p w14:paraId="26F71768" w14:textId="72B26F26" w:rsidR="00CD5479" w:rsidRPr="00584328" w:rsidRDefault="00584328" w:rsidP="00584328">
      <w:pPr>
        <w:pStyle w:val="BodyText"/>
        <w:tabs>
          <w:tab w:val="left" w:pos="360"/>
          <w:tab w:val="left" w:pos="8100"/>
        </w:tabs>
        <w:spacing w:after="240"/>
        <w:rPr>
          <w:rFonts w:ascii="Arial" w:hAnsi="Arial" w:cs="Arial"/>
          <w:sz w:val="20"/>
        </w:rPr>
      </w:pPr>
      <w:r w:rsidRPr="00584328">
        <w:rPr>
          <w:rFonts w:ascii="Arial" w:hAnsi="Arial" w:cs="Arial"/>
          <w:noProof/>
          <w:sz w:val="20"/>
        </w:rPr>
        <w:lastRenderedPageBreak/>
        <mc:AlternateContent>
          <mc:Choice Requires="wpg">
            <w:drawing>
              <wp:anchor distT="0" distB="0" distL="0" distR="0" simplePos="0" relativeHeight="251672576" behindDoc="1" locked="0" layoutInCell="1" allowOverlap="1" wp14:anchorId="28CEC185" wp14:editId="1B947B86">
                <wp:simplePos x="0" y="0"/>
                <wp:positionH relativeFrom="page">
                  <wp:posOffset>4348830</wp:posOffset>
                </wp:positionH>
                <wp:positionV relativeFrom="paragraph">
                  <wp:posOffset>53708</wp:posOffset>
                </wp:positionV>
                <wp:extent cx="2047875" cy="237172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2371725"/>
                          <a:chOff x="0" y="0"/>
                          <a:chExt cx="2047875" cy="2371725"/>
                        </a:xfrm>
                      </wpg:grpSpPr>
                      <pic:pic xmlns:pic="http://schemas.openxmlformats.org/drawingml/2006/picture">
                        <pic:nvPicPr>
                          <pic:cNvPr id="66" name="Image 66"/>
                          <pic:cNvPicPr/>
                        </pic:nvPicPr>
                        <pic:blipFill>
                          <a:blip r:embed="rId40" cstate="print"/>
                          <a:stretch>
                            <a:fillRect/>
                          </a:stretch>
                        </pic:blipFill>
                        <pic:spPr>
                          <a:xfrm>
                            <a:off x="100774" y="54927"/>
                            <a:ext cx="1847088" cy="1895475"/>
                          </a:xfrm>
                          <a:prstGeom prst="rect">
                            <a:avLst/>
                          </a:prstGeom>
                        </pic:spPr>
                      </pic:pic>
                      <wps:wsp>
                        <wps:cNvPr id="67" name="Textbox 67"/>
                        <wps:cNvSpPr txBox="1"/>
                        <wps:spPr>
                          <a:xfrm>
                            <a:off x="4762" y="4762"/>
                            <a:ext cx="2038350" cy="2362200"/>
                          </a:xfrm>
                          <a:prstGeom prst="rect">
                            <a:avLst/>
                          </a:prstGeom>
                          <a:ln w="9525">
                            <a:solidFill>
                              <a:srgbClr val="000000"/>
                            </a:solidFill>
                            <a:prstDash val="solid"/>
                          </a:ln>
                        </wps:spPr>
                        <wps:txbx>
                          <w:txbxContent>
                            <w:p w14:paraId="2003DD93" w14:textId="77777777" w:rsidR="00CD5479" w:rsidRDefault="00CD5479" w:rsidP="00CD5479">
                              <w:pPr>
                                <w:rPr>
                                  <w:sz w:val="24"/>
                                </w:rPr>
                              </w:pPr>
                            </w:p>
                            <w:p w14:paraId="4F582080" w14:textId="77777777" w:rsidR="00CD5479" w:rsidRDefault="00CD5479" w:rsidP="00CD5479">
                              <w:pPr>
                                <w:rPr>
                                  <w:sz w:val="24"/>
                                </w:rPr>
                              </w:pPr>
                            </w:p>
                            <w:p w14:paraId="02E3AF03" w14:textId="77777777" w:rsidR="00CD5479" w:rsidRDefault="00CD5479" w:rsidP="00CD5479">
                              <w:pPr>
                                <w:rPr>
                                  <w:sz w:val="24"/>
                                </w:rPr>
                              </w:pPr>
                            </w:p>
                            <w:p w14:paraId="73BDB7C4" w14:textId="77777777" w:rsidR="00CD5479" w:rsidRDefault="00CD5479" w:rsidP="00CD5479">
                              <w:pPr>
                                <w:rPr>
                                  <w:sz w:val="24"/>
                                </w:rPr>
                              </w:pPr>
                            </w:p>
                            <w:p w14:paraId="503FC474" w14:textId="77777777" w:rsidR="00CD5479" w:rsidRDefault="00CD5479" w:rsidP="00CD5479">
                              <w:pPr>
                                <w:rPr>
                                  <w:sz w:val="24"/>
                                </w:rPr>
                              </w:pPr>
                            </w:p>
                            <w:p w14:paraId="3960766D" w14:textId="77777777" w:rsidR="00CD5479" w:rsidRDefault="00CD5479" w:rsidP="00CD5479">
                              <w:pPr>
                                <w:rPr>
                                  <w:sz w:val="24"/>
                                </w:rPr>
                              </w:pPr>
                            </w:p>
                            <w:p w14:paraId="44ABF6BC" w14:textId="77777777" w:rsidR="00CD5479" w:rsidRDefault="00CD5479" w:rsidP="00CD5479">
                              <w:pPr>
                                <w:rPr>
                                  <w:sz w:val="24"/>
                                </w:rPr>
                              </w:pPr>
                            </w:p>
                            <w:p w14:paraId="399EC58F"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Fig.17: Colony 8 – C3</w:t>
                              </w:r>
                            </w:p>
                            <w:p w14:paraId="14255A8C" w14:textId="77777777" w:rsidR="00CD5479" w:rsidRDefault="00CD5479" w:rsidP="00CD5479">
                              <w:pPr>
                                <w:rPr>
                                  <w:sz w:val="24"/>
                                </w:rPr>
                              </w:pPr>
                            </w:p>
                            <w:p w14:paraId="780F74F0" w14:textId="77777777" w:rsidR="00CD5479" w:rsidRDefault="00CD5479" w:rsidP="00CD5479">
                              <w:pPr>
                                <w:rPr>
                                  <w:sz w:val="24"/>
                                </w:rPr>
                              </w:pPr>
                            </w:p>
                            <w:p w14:paraId="0406115A" w14:textId="77777777" w:rsidR="00CD5479" w:rsidRDefault="00CD5479" w:rsidP="00CD5479">
                              <w:pPr>
                                <w:rPr>
                                  <w:sz w:val="24"/>
                                </w:rPr>
                              </w:pPr>
                            </w:p>
                            <w:p w14:paraId="77D46E67" w14:textId="77777777" w:rsidR="00CD5479" w:rsidRDefault="00CD5479" w:rsidP="00CD5479">
                              <w:pPr>
                                <w:spacing w:before="218"/>
                                <w:rPr>
                                  <w:sz w:val="24"/>
                                </w:rPr>
                              </w:pPr>
                            </w:p>
                            <w:p w14:paraId="2B9C54EA" w14:textId="77777777" w:rsidR="00CD5479" w:rsidRDefault="00CD5479" w:rsidP="00CD5479">
                              <w:pPr>
                                <w:ind w:left="145"/>
                                <w:rPr>
                                  <w:b/>
                                  <w:sz w:val="24"/>
                                </w:rPr>
                              </w:pPr>
                              <w:r>
                                <w:rPr>
                                  <w:b/>
                                  <w:sz w:val="24"/>
                                </w:rPr>
                                <w:t>Fig.18:</w:t>
                              </w:r>
                              <w:r>
                                <w:rPr>
                                  <w:b/>
                                  <w:spacing w:val="-3"/>
                                  <w:sz w:val="24"/>
                                </w:rPr>
                                <w:t xml:space="preserve"> </w:t>
                              </w:r>
                              <w:r>
                                <w:rPr>
                                  <w:b/>
                                  <w:sz w:val="24"/>
                                </w:rPr>
                                <w:t>Colony</w:t>
                              </w:r>
                              <w:r>
                                <w:rPr>
                                  <w:b/>
                                  <w:spacing w:val="-1"/>
                                  <w:sz w:val="24"/>
                                </w:rPr>
                                <w:t xml:space="preserve"> </w:t>
                              </w:r>
                              <w:r>
                                <w:rPr>
                                  <w:b/>
                                  <w:sz w:val="24"/>
                                </w:rPr>
                                <w:t xml:space="preserve">9 – </w:t>
                              </w:r>
                              <w:r>
                                <w:rPr>
                                  <w:b/>
                                  <w:spacing w:val="-5"/>
                                  <w:sz w:val="24"/>
                                </w:rPr>
                                <w:t>C4</w:t>
                              </w:r>
                            </w:p>
                          </w:txbxContent>
                        </wps:txbx>
                        <wps:bodyPr wrap="square" lIns="0" tIns="0" rIns="0" bIns="0" rtlCol="0">
                          <a:noAutofit/>
                        </wps:bodyPr>
                      </wps:wsp>
                    </wpg:wgp>
                  </a:graphicData>
                </a:graphic>
              </wp:anchor>
            </w:drawing>
          </mc:Choice>
          <mc:Fallback>
            <w:pict>
              <v:group w14:anchorId="28CEC185" id="Group 65" o:spid="_x0000_s1078" style="position:absolute;margin-left:342.45pt;margin-top:4.25pt;width:161.25pt;height:186.75pt;z-index:-251643904;mso-wrap-distance-left:0;mso-wrap-distance-right:0;mso-position-horizontal-relative:page" coordsize="20478,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">
                <v:shape id="Image 66" o:spid="_x0000_s1079" type="#_x0000_t75" style="position:absolute;left:1007;top:549;width:18471;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">
                  <v:imagedata r:id="rId41" o:title=""/>
                </v:shape>
                <v:shape id="Textbox 67" o:spid="_x0000_s1080" type="#_x0000_t202" style="position:absolute;left:47;top:47;width:20384;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k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" filled="f">
                  <v:textbox inset="0,0,0,0">
                    <w:txbxContent>
                      <w:p w14:paraId="2003DD93" w14:textId="77777777" w:rsidR="00CD5479" w:rsidRDefault="00CD5479" w:rsidP="00CD5479">
                        <w:pPr>
                          <w:rPr>
                            <w:sz w:val="24"/>
                          </w:rPr>
                        </w:pPr>
                      </w:p>
                      <w:p w14:paraId="4F582080" w14:textId="77777777" w:rsidR="00CD5479" w:rsidRDefault="00CD5479" w:rsidP="00CD5479">
                        <w:pPr>
                          <w:rPr>
                            <w:sz w:val="24"/>
                          </w:rPr>
                        </w:pPr>
                      </w:p>
                      <w:p w14:paraId="02E3AF03" w14:textId="77777777" w:rsidR="00CD5479" w:rsidRDefault="00CD5479" w:rsidP="00CD5479">
                        <w:pPr>
                          <w:rPr>
                            <w:sz w:val="24"/>
                          </w:rPr>
                        </w:pPr>
                      </w:p>
                      <w:p w14:paraId="73BDB7C4" w14:textId="77777777" w:rsidR="00CD5479" w:rsidRDefault="00CD5479" w:rsidP="00CD5479">
                        <w:pPr>
                          <w:rPr>
                            <w:sz w:val="24"/>
                          </w:rPr>
                        </w:pPr>
                      </w:p>
                      <w:p w14:paraId="503FC474" w14:textId="77777777" w:rsidR="00CD5479" w:rsidRDefault="00CD5479" w:rsidP="00CD5479">
                        <w:pPr>
                          <w:rPr>
                            <w:sz w:val="24"/>
                          </w:rPr>
                        </w:pPr>
                      </w:p>
                      <w:p w14:paraId="3960766D" w14:textId="77777777" w:rsidR="00CD5479" w:rsidRDefault="00CD5479" w:rsidP="00CD5479">
                        <w:pPr>
                          <w:rPr>
                            <w:sz w:val="24"/>
                          </w:rPr>
                        </w:pPr>
                      </w:p>
                      <w:p w14:paraId="44ABF6BC" w14:textId="77777777" w:rsidR="00CD5479" w:rsidRDefault="00CD5479" w:rsidP="00CD5479">
                        <w:pPr>
                          <w:rPr>
                            <w:sz w:val="24"/>
                          </w:rPr>
                        </w:pPr>
                      </w:p>
                      <w:p w14:paraId="399EC58F"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Fig.17: Colony 8 – C3</w:t>
                        </w:r>
                      </w:p>
                      <w:p w14:paraId="14255A8C" w14:textId="77777777" w:rsidR="00CD5479" w:rsidRDefault="00CD5479" w:rsidP="00CD5479">
                        <w:pPr>
                          <w:rPr>
                            <w:sz w:val="24"/>
                          </w:rPr>
                        </w:pPr>
                      </w:p>
                      <w:p w14:paraId="780F74F0" w14:textId="77777777" w:rsidR="00CD5479" w:rsidRDefault="00CD5479" w:rsidP="00CD5479">
                        <w:pPr>
                          <w:rPr>
                            <w:sz w:val="24"/>
                          </w:rPr>
                        </w:pPr>
                      </w:p>
                      <w:p w14:paraId="0406115A" w14:textId="77777777" w:rsidR="00CD5479" w:rsidRDefault="00CD5479" w:rsidP="00CD5479">
                        <w:pPr>
                          <w:rPr>
                            <w:sz w:val="24"/>
                          </w:rPr>
                        </w:pPr>
                      </w:p>
                      <w:p w14:paraId="77D46E67" w14:textId="77777777" w:rsidR="00CD5479" w:rsidRDefault="00CD5479" w:rsidP="00CD5479">
                        <w:pPr>
                          <w:spacing w:before="218"/>
                          <w:rPr>
                            <w:sz w:val="24"/>
                          </w:rPr>
                        </w:pPr>
                      </w:p>
                      <w:p w14:paraId="2B9C54EA" w14:textId="77777777" w:rsidR="00CD5479" w:rsidRDefault="00CD5479" w:rsidP="00CD5479">
                        <w:pPr>
                          <w:ind w:left="145"/>
                          <w:rPr>
                            <w:b/>
                            <w:sz w:val="24"/>
                          </w:rPr>
                        </w:pPr>
                        <w:r>
                          <w:rPr>
                            <w:b/>
                            <w:sz w:val="24"/>
                          </w:rPr>
                          <w:t>Fig.18:</w:t>
                        </w:r>
                        <w:r>
                          <w:rPr>
                            <w:b/>
                            <w:spacing w:val="-3"/>
                            <w:sz w:val="24"/>
                          </w:rPr>
                          <w:t xml:space="preserve"> </w:t>
                        </w:r>
                        <w:r>
                          <w:rPr>
                            <w:b/>
                            <w:sz w:val="24"/>
                          </w:rPr>
                          <w:t>Colony</w:t>
                        </w:r>
                        <w:r>
                          <w:rPr>
                            <w:b/>
                            <w:spacing w:val="-1"/>
                            <w:sz w:val="24"/>
                          </w:rPr>
                          <w:t xml:space="preserve"> </w:t>
                        </w:r>
                        <w:r>
                          <w:rPr>
                            <w:b/>
                            <w:sz w:val="24"/>
                          </w:rPr>
                          <w:t xml:space="preserve">9 – </w:t>
                        </w:r>
                        <w:r>
                          <w:rPr>
                            <w:b/>
                            <w:spacing w:val="-5"/>
                            <w:sz w:val="24"/>
                          </w:rPr>
                          <w:t>C4</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71552" behindDoc="1" locked="0" layoutInCell="1" allowOverlap="1" wp14:anchorId="1BD3CDA3" wp14:editId="09F4C39F">
                <wp:simplePos x="0" y="0"/>
                <wp:positionH relativeFrom="page">
                  <wp:posOffset>1776227</wp:posOffset>
                </wp:positionH>
                <wp:positionV relativeFrom="paragraph">
                  <wp:posOffset>613</wp:posOffset>
                </wp:positionV>
                <wp:extent cx="2066925" cy="240030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2400300"/>
                          <a:chOff x="0" y="0"/>
                          <a:chExt cx="2066925" cy="2400300"/>
                        </a:xfrm>
                      </wpg:grpSpPr>
                      <pic:pic xmlns:pic="http://schemas.openxmlformats.org/drawingml/2006/picture">
                        <pic:nvPicPr>
                          <pic:cNvPr id="63" name="Image 63"/>
                          <pic:cNvPicPr/>
                        </pic:nvPicPr>
                        <pic:blipFill>
                          <a:blip r:embed="rId42" cstate="print"/>
                          <a:stretch>
                            <a:fillRect/>
                          </a:stretch>
                        </pic:blipFill>
                        <pic:spPr>
                          <a:xfrm>
                            <a:off x="100647" y="55613"/>
                            <a:ext cx="1865122" cy="1904619"/>
                          </a:xfrm>
                          <a:prstGeom prst="rect">
                            <a:avLst/>
                          </a:prstGeom>
                        </pic:spPr>
                      </pic:pic>
                      <wps:wsp>
                        <wps:cNvPr id="64" name="Textbox 64"/>
                        <wps:cNvSpPr txBox="1"/>
                        <wps:spPr>
                          <a:xfrm>
                            <a:off x="4762" y="4762"/>
                            <a:ext cx="2057400" cy="2390775"/>
                          </a:xfrm>
                          <a:prstGeom prst="rect">
                            <a:avLst/>
                          </a:prstGeom>
                          <a:ln w="9525">
                            <a:solidFill>
                              <a:srgbClr val="000000"/>
                            </a:solidFill>
                            <a:prstDash val="solid"/>
                          </a:ln>
                        </wps:spPr>
                        <wps:txbx>
                          <w:txbxContent>
                            <w:p w14:paraId="32902A5C" w14:textId="77777777" w:rsidR="00CD5479" w:rsidRDefault="00CD5479" w:rsidP="00CD5479">
                              <w:pPr>
                                <w:rPr>
                                  <w:sz w:val="24"/>
                                </w:rPr>
                              </w:pPr>
                            </w:p>
                            <w:p w14:paraId="5FB5C737" w14:textId="77777777" w:rsidR="00CD5479" w:rsidRDefault="00CD5479" w:rsidP="00CD5479">
                              <w:pPr>
                                <w:rPr>
                                  <w:sz w:val="24"/>
                                </w:rPr>
                              </w:pPr>
                            </w:p>
                            <w:p w14:paraId="5BA860DF" w14:textId="77777777" w:rsidR="00CD5479" w:rsidRDefault="00CD5479" w:rsidP="00CD5479">
                              <w:pPr>
                                <w:rPr>
                                  <w:sz w:val="24"/>
                                </w:rPr>
                              </w:pPr>
                            </w:p>
                            <w:p w14:paraId="65992752" w14:textId="77777777" w:rsidR="00CD5479" w:rsidRDefault="00CD5479" w:rsidP="00CD5479">
                              <w:pPr>
                                <w:rPr>
                                  <w:sz w:val="24"/>
                                </w:rPr>
                              </w:pPr>
                            </w:p>
                            <w:p w14:paraId="3F866C9A" w14:textId="77777777" w:rsidR="00CD5479" w:rsidRDefault="00CD5479" w:rsidP="00CD5479">
                              <w:pPr>
                                <w:rPr>
                                  <w:sz w:val="24"/>
                                </w:rPr>
                              </w:pPr>
                            </w:p>
                            <w:p w14:paraId="2301146F" w14:textId="77777777" w:rsidR="00CD5479" w:rsidRDefault="00CD5479" w:rsidP="00CD5479">
                              <w:pPr>
                                <w:rPr>
                                  <w:sz w:val="24"/>
                                </w:rPr>
                              </w:pPr>
                            </w:p>
                            <w:p w14:paraId="7B799A8C" w14:textId="77777777" w:rsidR="00CD5479" w:rsidRDefault="00CD5479" w:rsidP="00CD5479">
                              <w:pPr>
                                <w:rPr>
                                  <w:sz w:val="24"/>
                                </w:rPr>
                              </w:pPr>
                            </w:p>
                            <w:p w14:paraId="76860592"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Fig.17: Colony 8 – C3</w:t>
                              </w:r>
                            </w:p>
                            <w:p w14:paraId="032ADDDB" w14:textId="77777777" w:rsidR="00CD5479" w:rsidRDefault="00CD5479" w:rsidP="00CD5479">
                              <w:pPr>
                                <w:rPr>
                                  <w:sz w:val="24"/>
                                </w:rPr>
                              </w:pPr>
                            </w:p>
                            <w:p w14:paraId="1E8DCABD" w14:textId="77777777" w:rsidR="00CD5479" w:rsidRDefault="00CD5479" w:rsidP="00CD5479">
                              <w:pPr>
                                <w:rPr>
                                  <w:sz w:val="24"/>
                                </w:rPr>
                              </w:pPr>
                            </w:p>
                            <w:p w14:paraId="40A786A2" w14:textId="77777777" w:rsidR="00CD5479" w:rsidRDefault="00CD5479" w:rsidP="00CD5479">
                              <w:pPr>
                                <w:rPr>
                                  <w:sz w:val="24"/>
                                </w:rPr>
                              </w:pPr>
                            </w:p>
                            <w:p w14:paraId="75E4DAC0" w14:textId="77777777" w:rsidR="00CD5479" w:rsidRDefault="00CD5479" w:rsidP="00CD5479">
                              <w:pPr>
                                <w:spacing w:before="217"/>
                                <w:rPr>
                                  <w:sz w:val="24"/>
                                </w:rPr>
                              </w:pPr>
                            </w:p>
                            <w:p w14:paraId="67A8F926" w14:textId="77777777" w:rsidR="00CD5479" w:rsidRDefault="00CD5479" w:rsidP="00CD5479">
                              <w:pPr>
                                <w:spacing w:before="1"/>
                                <w:ind w:left="144"/>
                                <w:rPr>
                                  <w:b/>
                                  <w:sz w:val="24"/>
                                </w:rPr>
                              </w:pPr>
                              <w:r>
                                <w:rPr>
                                  <w:b/>
                                  <w:sz w:val="24"/>
                                </w:rPr>
                                <w:t>Fig.17:</w:t>
                              </w:r>
                              <w:r>
                                <w:rPr>
                                  <w:b/>
                                  <w:spacing w:val="-3"/>
                                  <w:sz w:val="24"/>
                                </w:rPr>
                                <w:t xml:space="preserve"> </w:t>
                              </w:r>
                              <w:r>
                                <w:rPr>
                                  <w:b/>
                                  <w:sz w:val="24"/>
                                </w:rPr>
                                <w:t>Colony</w:t>
                              </w:r>
                              <w:r>
                                <w:rPr>
                                  <w:b/>
                                  <w:spacing w:val="-1"/>
                                  <w:sz w:val="24"/>
                                </w:rPr>
                                <w:t xml:space="preserve"> </w:t>
                              </w:r>
                              <w:r>
                                <w:rPr>
                                  <w:b/>
                                  <w:sz w:val="24"/>
                                </w:rPr>
                                <w:t>8</w:t>
                              </w:r>
                              <w:r>
                                <w:rPr>
                                  <w:b/>
                                  <w:spacing w:val="-1"/>
                                  <w:sz w:val="24"/>
                                </w:rPr>
                                <w:t xml:space="preserve"> </w:t>
                              </w:r>
                              <w:r>
                                <w:rPr>
                                  <w:b/>
                                  <w:sz w:val="24"/>
                                </w:rPr>
                                <w:t xml:space="preserve">– </w:t>
                              </w:r>
                              <w:r>
                                <w:rPr>
                                  <w:b/>
                                  <w:spacing w:val="-5"/>
                                  <w:sz w:val="24"/>
                                </w:rPr>
                                <w:t>C3</w:t>
                              </w:r>
                            </w:p>
                          </w:txbxContent>
                        </wps:txbx>
                        <wps:bodyPr wrap="square" lIns="0" tIns="0" rIns="0" bIns="0" rtlCol="0">
                          <a:noAutofit/>
                        </wps:bodyPr>
                      </wps:wsp>
                    </wpg:wgp>
                  </a:graphicData>
                </a:graphic>
              </wp:anchor>
            </w:drawing>
          </mc:Choice>
          <mc:Fallback>
            <w:pict>
              <v:group w14:anchorId="1BD3CDA3" id="Group 62" o:spid="_x0000_s1081" style="position:absolute;margin-left:139.85pt;margin-top:.05pt;width:162.75pt;height:189pt;z-index:-251644928;mso-wrap-distance-left:0;mso-wrap-distance-right:0;mso-position-horizontal-relative:page" coordsize="20669,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">
                <v:shape id="Image 63" o:spid="_x0000_s1082" type="#_x0000_t75" style="position:absolute;left:1006;top:556;width:18651;height:1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">
                  <v:imagedata r:id="rId43" o:title=""/>
                </v:shape>
                <v:shape id="Textbox 64" o:spid="_x0000_s1083" type="#_x0000_t202" style="position:absolute;left:47;top:47;width:20574;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14:paraId="32902A5C" w14:textId="77777777" w:rsidR="00CD5479" w:rsidRDefault="00CD5479" w:rsidP="00CD5479">
                        <w:pPr>
                          <w:rPr>
                            <w:sz w:val="24"/>
                          </w:rPr>
                        </w:pPr>
                      </w:p>
                      <w:p w14:paraId="5FB5C737" w14:textId="77777777" w:rsidR="00CD5479" w:rsidRDefault="00CD5479" w:rsidP="00CD5479">
                        <w:pPr>
                          <w:rPr>
                            <w:sz w:val="24"/>
                          </w:rPr>
                        </w:pPr>
                      </w:p>
                      <w:p w14:paraId="5BA860DF" w14:textId="77777777" w:rsidR="00CD5479" w:rsidRDefault="00CD5479" w:rsidP="00CD5479">
                        <w:pPr>
                          <w:rPr>
                            <w:sz w:val="24"/>
                          </w:rPr>
                        </w:pPr>
                      </w:p>
                      <w:p w14:paraId="65992752" w14:textId="77777777" w:rsidR="00CD5479" w:rsidRDefault="00CD5479" w:rsidP="00CD5479">
                        <w:pPr>
                          <w:rPr>
                            <w:sz w:val="24"/>
                          </w:rPr>
                        </w:pPr>
                      </w:p>
                      <w:p w14:paraId="3F866C9A" w14:textId="77777777" w:rsidR="00CD5479" w:rsidRDefault="00CD5479" w:rsidP="00CD5479">
                        <w:pPr>
                          <w:rPr>
                            <w:sz w:val="24"/>
                          </w:rPr>
                        </w:pPr>
                      </w:p>
                      <w:p w14:paraId="2301146F" w14:textId="77777777" w:rsidR="00CD5479" w:rsidRDefault="00CD5479" w:rsidP="00CD5479">
                        <w:pPr>
                          <w:rPr>
                            <w:sz w:val="24"/>
                          </w:rPr>
                        </w:pPr>
                      </w:p>
                      <w:p w14:paraId="7B799A8C" w14:textId="77777777" w:rsidR="00CD5479" w:rsidRDefault="00CD5479" w:rsidP="00CD5479">
                        <w:pPr>
                          <w:rPr>
                            <w:sz w:val="24"/>
                          </w:rPr>
                        </w:pPr>
                      </w:p>
                      <w:p w14:paraId="76860592"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Fig.17: Colony 8 – C3</w:t>
                        </w:r>
                      </w:p>
                      <w:p w14:paraId="032ADDDB" w14:textId="77777777" w:rsidR="00CD5479" w:rsidRDefault="00CD5479" w:rsidP="00CD5479">
                        <w:pPr>
                          <w:rPr>
                            <w:sz w:val="24"/>
                          </w:rPr>
                        </w:pPr>
                      </w:p>
                      <w:p w14:paraId="1E8DCABD" w14:textId="77777777" w:rsidR="00CD5479" w:rsidRDefault="00CD5479" w:rsidP="00CD5479">
                        <w:pPr>
                          <w:rPr>
                            <w:sz w:val="24"/>
                          </w:rPr>
                        </w:pPr>
                      </w:p>
                      <w:p w14:paraId="40A786A2" w14:textId="77777777" w:rsidR="00CD5479" w:rsidRDefault="00CD5479" w:rsidP="00CD5479">
                        <w:pPr>
                          <w:rPr>
                            <w:sz w:val="24"/>
                          </w:rPr>
                        </w:pPr>
                      </w:p>
                      <w:p w14:paraId="75E4DAC0" w14:textId="77777777" w:rsidR="00CD5479" w:rsidRDefault="00CD5479" w:rsidP="00CD5479">
                        <w:pPr>
                          <w:spacing w:before="217"/>
                          <w:rPr>
                            <w:sz w:val="24"/>
                          </w:rPr>
                        </w:pPr>
                      </w:p>
                      <w:p w14:paraId="67A8F926" w14:textId="77777777" w:rsidR="00CD5479" w:rsidRDefault="00CD5479" w:rsidP="00CD5479">
                        <w:pPr>
                          <w:spacing w:before="1"/>
                          <w:ind w:left="144"/>
                          <w:rPr>
                            <w:b/>
                            <w:sz w:val="24"/>
                          </w:rPr>
                        </w:pPr>
                        <w:r>
                          <w:rPr>
                            <w:b/>
                            <w:sz w:val="24"/>
                          </w:rPr>
                          <w:t>Fig.17:</w:t>
                        </w:r>
                        <w:r>
                          <w:rPr>
                            <w:b/>
                            <w:spacing w:val="-3"/>
                            <w:sz w:val="24"/>
                          </w:rPr>
                          <w:t xml:space="preserve"> </w:t>
                        </w:r>
                        <w:r>
                          <w:rPr>
                            <w:b/>
                            <w:sz w:val="24"/>
                          </w:rPr>
                          <w:t>Colony</w:t>
                        </w:r>
                        <w:r>
                          <w:rPr>
                            <w:b/>
                            <w:spacing w:val="-1"/>
                            <w:sz w:val="24"/>
                          </w:rPr>
                          <w:t xml:space="preserve"> </w:t>
                        </w:r>
                        <w:r>
                          <w:rPr>
                            <w:b/>
                            <w:sz w:val="24"/>
                          </w:rPr>
                          <w:t>8</w:t>
                        </w:r>
                        <w:r>
                          <w:rPr>
                            <w:b/>
                            <w:spacing w:val="-1"/>
                            <w:sz w:val="24"/>
                          </w:rPr>
                          <w:t xml:space="preserve"> </w:t>
                        </w:r>
                        <w:r>
                          <w:rPr>
                            <w:b/>
                            <w:sz w:val="24"/>
                          </w:rPr>
                          <w:t xml:space="preserve">– </w:t>
                        </w:r>
                        <w:r>
                          <w:rPr>
                            <w:b/>
                            <w:spacing w:val="-5"/>
                            <w:sz w:val="24"/>
                          </w:rPr>
                          <w:t>C3</w:t>
                        </w:r>
                      </w:p>
                    </w:txbxContent>
                  </v:textbox>
                </v:shape>
                <w10:wrap type="topAndBottom" anchorx="page"/>
              </v:group>
            </w:pict>
          </mc:Fallback>
        </mc:AlternateContent>
      </w:r>
    </w:p>
    <w:p w14:paraId="75B99192" w14:textId="31161917" w:rsidR="00CD5479" w:rsidRPr="00584328" w:rsidRDefault="00CD5479" w:rsidP="00584328">
      <w:pPr>
        <w:pStyle w:val="Heading2"/>
        <w:rPr>
          <w:rFonts w:ascii="Arial" w:hAnsi="Arial" w:cs="Arial"/>
          <w:sz w:val="22"/>
          <w:szCs w:val="22"/>
        </w:rPr>
      </w:pPr>
      <w:r w:rsidRPr="00584328">
        <w:rPr>
          <w:rFonts w:ascii="Arial" w:hAnsi="Arial" w:cs="Arial"/>
          <w:sz w:val="22"/>
          <w:szCs w:val="22"/>
        </w:rPr>
        <w:t>Screening of keratinolytic Bacteria.</w:t>
      </w:r>
    </w:p>
    <w:p w14:paraId="4171D7A6" w14:textId="55CCBEF4"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Cultivation of isolated cultures was performed in Erlenmeyer Flask containing 100ml of Feather Meal</w:t>
      </w:r>
      <w:r w:rsidRPr="00584328">
        <w:rPr>
          <w:rFonts w:ascii="Arial" w:hAnsi="Arial" w:cs="Arial"/>
          <w:spacing w:val="-4"/>
          <w:sz w:val="20"/>
          <w:szCs w:val="20"/>
        </w:rPr>
        <w:t xml:space="preserve"> </w:t>
      </w:r>
      <w:r w:rsidRPr="00584328">
        <w:rPr>
          <w:rFonts w:ascii="Arial" w:hAnsi="Arial" w:cs="Arial"/>
          <w:sz w:val="20"/>
          <w:szCs w:val="20"/>
        </w:rPr>
        <w:t>Broth</w:t>
      </w:r>
      <w:r w:rsidRPr="00584328">
        <w:rPr>
          <w:rFonts w:ascii="Arial" w:hAnsi="Arial" w:cs="Arial"/>
          <w:spacing w:val="-5"/>
          <w:sz w:val="20"/>
          <w:szCs w:val="20"/>
        </w:rPr>
        <w:t xml:space="preserve"> </w:t>
      </w:r>
      <w:r w:rsidRPr="00584328">
        <w:rPr>
          <w:rFonts w:ascii="Arial" w:hAnsi="Arial" w:cs="Arial"/>
          <w:sz w:val="20"/>
          <w:szCs w:val="20"/>
        </w:rPr>
        <w:t>medium,</w:t>
      </w:r>
      <w:r w:rsidRPr="00584328">
        <w:rPr>
          <w:rFonts w:ascii="Arial" w:hAnsi="Arial" w:cs="Arial"/>
          <w:spacing w:val="-4"/>
          <w:sz w:val="20"/>
          <w:szCs w:val="20"/>
        </w:rPr>
        <w:t xml:space="preserve"> </w:t>
      </w:r>
      <w:r w:rsidRPr="00584328">
        <w:rPr>
          <w:rFonts w:ascii="Arial" w:hAnsi="Arial" w:cs="Arial"/>
          <w:sz w:val="20"/>
          <w:szCs w:val="20"/>
        </w:rPr>
        <w:t>overnight</w:t>
      </w:r>
      <w:r w:rsidRPr="00584328">
        <w:rPr>
          <w:rFonts w:ascii="Arial" w:hAnsi="Arial" w:cs="Arial"/>
          <w:spacing w:val="-5"/>
          <w:sz w:val="20"/>
          <w:szCs w:val="20"/>
        </w:rPr>
        <w:t xml:space="preserve"> </w:t>
      </w:r>
      <w:r w:rsidRPr="00584328">
        <w:rPr>
          <w:rFonts w:ascii="Arial" w:hAnsi="Arial" w:cs="Arial"/>
          <w:sz w:val="20"/>
          <w:szCs w:val="20"/>
        </w:rPr>
        <w:t>grown</w:t>
      </w:r>
      <w:r w:rsidRPr="00584328">
        <w:rPr>
          <w:rFonts w:ascii="Arial" w:hAnsi="Arial" w:cs="Arial"/>
          <w:spacing w:val="-5"/>
          <w:sz w:val="20"/>
          <w:szCs w:val="20"/>
        </w:rPr>
        <w:t xml:space="preserve"> </w:t>
      </w:r>
      <w:r w:rsidRPr="00584328">
        <w:rPr>
          <w:rFonts w:ascii="Arial" w:hAnsi="Arial" w:cs="Arial"/>
          <w:sz w:val="20"/>
          <w:szCs w:val="20"/>
        </w:rPr>
        <w:t>culture</w:t>
      </w:r>
      <w:r w:rsidRPr="00584328">
        <w:rPr>
          <w:rFonts w:ascii="Arial" w:hAnsi="Arial" w:cs="Arial"/>
          <w:spacing w:val="-7"/>
          <w:sz w:val="20"/>
          <w:szCs w:val="20"/>
        </w:rPr>
        <w:t xml:space="preserve"> </w:t>
      </w:r>
      <w:r w:rsidRPr="00584328">
        <w:rPr>
          <w:rFonts w:ascii="Arial" w:hAnsi="Arial" w:cs="Arial"/>
          <w:sz w:val="20"/>
          <w:szCs w:val="20"/>
        </w:rPr>
        <w:t>of</w:t>
      </w:r>
      <w:r w:rsidRPr="00584328">
        <w:rPr>
          <w:rFonts w:ascii="Arial" w:hAnsi="Arial" w:cs="Arial"/>
          <w:spacing w:val="-6"/>
          <w:sz w:val="20"/>
          <w:szCs w:val="20"/>
        </w:rPr>
        <w:t xml:space="preserve"> </w:t>
      </w:r>
      <w:r w:rsidRPr="00584328">
        <w:rPr>
          <w:rFonts w:ascii="Arial" w:hAnsi="Arial" w:cs="Arial"/>
          <w:sz w:val="20"/>
          <w:szCs w:val="20"/>
        </w:rPr>
        <w:t>each</w:t>
      </w:r>
      <w:r w:rsidRPr="00584328">
        <w:rPr>
          <w:rFonts w:ascii="Arial" w:hAnsi="Arial" w:cs="Arial"/>
          <w:spacing w:val="-5"/>
          <w:sz w:val="20"/>
          <w:szCs w:val="20"/>
        </w:rPr>
        <w:t xml:space="preserve"> </w:t>
      </w:r>
      <w:r w:rsidRPr="00584328">
        <w:rPr>
          <w:rFonts w:ascii="Arial" w:hAnsi="Arial" w:cs="Arial"/>
          <w:sz w:val="20"/>
          <w:szCs w:val="20"/>
        </w:rPr>
        <w:t>isolate</w:t>
      </w:r>
      <w:r w:rsidRPr="00584328">
        <w:rPr>
          <w:rFonts w:ascii="Arial" w:hAnsi="Arial" w:cs="Arial"/>
          <w:spacing w:val="-4"/>
          <w:sz w:val="20"/>
          <w:szCs w:val="20"/>
        </w:rPr>
        <w:t xml:space="preserve"> </w:t>
      </w:r>
      <w:r w:rsidRPr="00584328">
        <w:rPr>
          <w:rFonts w:ascii="Arial" w:hAnsi="Arial" w:cs="Arial"/>
          <w:sz w:val="20"/>
          <w:szCs w:val="20"/>
        </w:rPr>
        <w:t>–</w:t>
      </w:r>
      <w:r w:rsidRPr="00584328">
        <w:rPr>
          <w:rFonts w:ascii="Arial" w:hAnsi="Arial" w:cs="Arial"/>
          <w:spacing w:val="-5"/>
          <w:sz w:val="20"/>
          <w:szCs w:val="20"/>
        </w:rPr>
        <w:t xml:space="preserve"> </w:t>
      </w:r>
      <w:r w:rsidRPr="00584328">
        <w:rPr>
          <w:rFonts w:ascii="Arial" w:hAnsi="Arial" w:cs="Arial"/>
          <w:sz w:val="20"/>
          <w:szCs w:val="20"/>
        </w:rPr>
        <w:t>S1,</w:t>
      </w:r>
      <w:r w:rsidRPr="00584328">
        <w:rPr>
          <w:rFonts w:ascii="Arial" w:hAnsi="Arial" w:cs="Arial"/>
          <w:spacing w:val="-5"/>
          <w:sz w:val="20"/>
          <w:szCs w:val="20"/>
        </w:rPr>
        <w:t xml:space="preserve"> </w:t>
      </w:r>
      <w:r w:rsidRPr="00584328">
        <w:rPr>
          <w:rFonts w:ascii="Arial" w:hAnsi="Arial" w:cs="Arial"/>
          <w:sz w:val="20"/>
          <w:szCs w:val="20"/>
        </w:rPr>
        <w:t>S2,</w:t>
      </w:r>
      <w:r w:rsidRPr="00584328">
        <w:rPr>
          <w:rFonts w:ascii="Arial" w:hAnsi="Arial" w:cs="Arial"/>
          <w:spacing w:val="-7"/>
          <w:sz w:val="20"/>
          <w:szCs w:val="20"/>
        </w:rPr>
        <w:t xml:space="preserve"> </w:t>
      </w:r>
      <w:r w:rsidRPr="00584328">
        <w:rPr>
          <w:rFonts w:ascii="Arial" w:hAnsi="Arial" w:cs="Arial"/>
          <w:sz w:val="20"/>
          <w:szCs w:val="20"/>
        </w:rPr>
        <w:t>S3,</w:t>
      </w:r>
      <w:r w:rsidRPr="00584328">
        <w:rPr>
          <w:rFonts w:ascii="Arial" w:hAnsi="Arial" w:cs="Arial"/>
          <w:spacing w:val="-9"/>
          <w:sz w:val="20"/>
          <w:szCs w:val="20"/>
        </w:rPr>
        <w:t xml:space="preserve"> </w:t>
      </w:r>
      <w:r w:rsidRPr="00584328">
        <w:rPr>
          <w:rFonts w:ascii="Arial" w:hAnsi="Arial" w:cs="Arial"/>
          <w:sz w:val="20"/>
          <w:szCs w:val="20"/>
        </w:rPr>
        <w:t>S4,</w:t>
      </w:r>
      <w:r w:rsidRPr="00584328">
        <w:rPr>
          <w:rFonts w:ascii="Arial" w:hAnsi="Arial" w:cs="Arial"/>
          <w:spacing w:val="-5"/>
          <w:sz w:val="20"/>
          <w:szCs w:val="20"/>
        </w:rPr>
        <w:t xml:space="preserve"> </w:t>
      </w:r>
      <w:r w:rsidRPr="00584328">
        <w:rPr>
          <w:rFonts w:ascii="Arial" w:hAnsi="Arial" w:cs="Arial"/>
          <w:sz w:val="20"/>
          <w:szCs w:val="20"/>
        </w:rPr>
        <w:t>S5,</w:t>
      </w:r>
      <w:r w:rsidRPr="00584328">
        <w:rPr>
          <w:rFonts w:ascii="Arial" w:hAnsi="Arial" w:cs="Arial"/>
          <w:spacing w:val="-6"/>
          <w:sz w:val="20"/>
          <w:szCs w:val="20"/>
        </w:rPr>
        <w:t xml:space="preserve"> </w:t>
      </w:r>
      <w:r w:rsidRPr="00584328">
        <w:rPr>
          <w:rFonts w:ascii="Arial" w:hAnsi="Arial" w:cs="Arial"/>
          <w:sz w:val="20"/>
          <w:szCs w:val="20"/>
        </w:rPr>
        <w:t>C1,</w:t>
      </w:r>
      <w:r w:rsidRPr="00584328">
        <w:rPr>
          <w:rFonts w:ascii="Arial" w:hAnsi="Arial" w:cs="Arial"/>
          <w:spacing w:val="-5"/>
          <w:sz w:val="20"/>
          <w:szCs w:val="20"/>
        </w:rPr>
        <w:t xml:space="preserve"> </w:t>
      </w:r>
      <w:r w:rsidRPr="00584328">
        <w:rPr>
          <w:rFonts w:ascii="Arial" w:hAnsi="Arial" w:cs="Arial"/>
          <w:sz w:val="20"/>
          <w:szCs w:val="20"/>
        </w:rPr>
        <w:t>C2,</w:t>
      </w:r>
      <w:r w:rsidRPr="00584328">
        <w:rPr>
          <w:rFonts w:ascii="Arial" w:hAnsi="Arial" w:cs="Arial"/>
          <w:spacing w:val="-7"/>
          <w:sz w:val="20"/>
          <w:szCs w:val="20"/>
        </w:rPr>
        <w:t xml:space="preserve"> </w:t>
      </w:r>
      <w:r w:rsidRPr="00584328">
        <w:rPr>
          <w:rFonts w:ascii="Arial" w:hAnsi="Arial" w:cs="Arial"/>
          <w:sz w:val="20"/>
          <w:szCs w:val="20"/>
        </w:rPr>
        <w:t>C3,</w:t>
      </w:r>
      <w:r w:rsidRPr="00584328">
        <w:rPr>
          <w:rFonts w:ascii="Arial" w:hAnsi="Arial" w:cs="Arial"/>
          <w:spacing w:val="-7"/>
          <w:sz w:val="20"/>
          <w:szCs w:val="20"/>
        </w:rPr>
        <w:t xml:space="preserve"> </w:t>
      </w:r>
      <w:r w:rsidRPr="00584328">
        <w:rPr>
          <w:rFonts w:ascii="Arial" w:hAnsi="Arial" w:cs="Arial"/>
          <w:sz w:val="20"/>
          <w:szCs w:val="20"/>
        </w:rPr>
        <w:t>C4 was</w:t>
      </w:r>
      <w:r w:rsidRPr="00584328">
        <w:rPr>
          <w:rFonts w:ascii="Arial" w:hAnsi="Arial" w:cs="Arial"/>
          <w:spacing w:val="-1"/>
          <w:sz w:val="20"/>
          <w:szCs w:val="20"/>
        </w:rPr>
        <w:t xml:space="preserve"> </w:t>
      </w:r>
      <w:r w:rsidRPr="00584328">
        <w:rPr>
          <w:rFonts w:ascii="Arial" w:hAnsi="Arial" w:cs="Arial"/>
          <w:sz w:val="20"/>
          <w:szCs w:val="20"/>
        </w:rPr>
        <w:t>inoculated</w:t>
      </w:r>
      <w:r w:rsidRPr="00584328">
        <w:rPr>
          <w:rFonts w:ascii="Arial" w:hAnsi="Arial" w:cs="Arial"/>
          <w:spacing w:val="-1"/>
          <w:sz w:val="20"/>
          <w:szCs w:val="20"/>
        </w:rPr>
        <w:t xml:space="preserve"> </w:t>
      </w:r>
      <w:r w:rsidRPr="00584328">
        <w:rPr>
          <w:rFonts w:ascii="Arial" w:hAnsi="Arial" w:cs="Arial"/>
          <w:sz w:val="20"/>
          <w:szCs w:val="20"/>
        </w:rPr>
        <w:t>in</w:t>
      </w:r>
      <w:r w:rsidRPr="00584328">
        <w:rPr>
          <w:rFonts w:ascii="Arial" w:hAnsi="Arial" w:cs="Arial"/>
          <w:spacing w:val="-1"/>
          <w:sz w:val="20"/>
          <w:szCs w:val="20"/>
        </w:rPr>
        <w:t xml:space="preserve"> </w:t>
      </w:r>
      <w:r w:rsidRPr="00584328">
        <w:rPr>
          <w:rFonts w:ascii="Arial" w:hAnsi="Arial" w:cs="Arial"/>
          <w:sz w:val="20"/>
          <w:szCs w:val="20"/>
        </w:rPr>
        <w:t>100ml</w:t>
      </w:r>
      <w:r w:rsidRPr="00584328">
        <w:rPr>
          <w:rFonts w:ascii="Arial" w:hAnsi="Arial" w:cs="Arial"/>
          <w:spacing w:val="-1"/>
          <w:sz w:val="20"/>
          <w:szCs w:val="20"/>
        </w:rPr>
        <w:t xml:space="preserve"> </w:t>
      </w:r>
      <w:r w:rsidRPr="00584328">
        <w:rPr>
          <w:rFonts w:ascii="Arial" w:hAnsi="Arial" w:cs="Arial"/>
          <w:sz w:val="20"/>
          <w:szCs w:val="20"/>
        </w:rPr>
        <w:t>Feather</w:t>
      </w:r>
      <w:r w:rsidRPr="00584328">
        <w:rPr>
          <w:rFonts w:ascii="Arial" w:hAnsi="Arial" w:cs="Arial"/>
          <w:spacing w:val="-2"/>
          <w:sz w:val="20"/>
          <w:szCs w:val="20"/>
        </w:rPr>
        <w:t xml:space="preserve"> </w:t>
      </w:r>
      <w:r w:rsidRPr="00584328">
        <w:rPr>
          <w:rFonts w:ascii="Arial" w:hAnsi="Arial" w:cs="Arial"/>
          <w:sz w:val="20"/>
          <w:szCs w:val="20"/>
        </w:rPr>
        <w:t>Meal</w:t>
      </w:r>
      <w:r w:rsidRPr="00584328">
        <w:rPr>
          <w:rFonts w:ascii="Arial" w:hAnsi="Arial" w:cs="Arial"/>
          <w:spacing w:val="-1"/>
          <w:sz w:val="20"/>
          <w:szCs w:val="20"/>
        </w:rPr>
        <w:t xml:space="preserve"> </w:t>
      </w:r>
      <w:r w:rsidRPr="00584328">
        <w:rPr>
          <w:rFonts w:ascii="Arial" w:hAnsi="Arial" w:cs="Arial"/>
          <w:sz w:val="20"/>
          <w:szCs w:val="20"/>
        </w:rPr>
        <w:t>Broth.</w:t>
      </w:r>
      <w:r w:rsidRPr="00584328">
        <w:rPr>
          <w:rFonts w:ascii="Arial" w:hAnsi="Arial" w:cs="Arial"/>
          <w:spacing w:val="-3"/>
          <w:sz w:val="20"/>
          <w:szCs w:val="20"/>
        </w:rPr>
        <w:t xml:space="preserve"> </w:t>
      </w:r>
      <w:r w:rsidRPr="00584328">
        <w:rPr>
          <w:rFonts w:ascii="Arial" w:hAnsi="Arial" w:cs="Arial"/>
          <w:sz w:val="20"/>
          <w:szCs w:val="20"/>
        </w:rPr>
        <w:t>The broth</w:t>
      </w:r>
      <w:r w:rsidRPr="00584328">
        <w:rPr>
          <w:rFonts w:ascii="Arial" w:hAnsi="Arial" w:cs="Arial"/>
          <w:spacing w:val="-1"/>
          <w:sz w:val="20"/>
          <w:szCs w:val="20"/>
        </w:rPr>
        <w:t xml:space="preserve"> </w:t>
      </w:r>
      <w:r w:rsidRPr="00584328">
        <w:rPr>
          <w:rFonts w:ascii="Arial" w:hAnsi="Arial" w:cs="Arial"/>
          <w:sz w:val="20"/>
          <w:szCs w:val="20"/>
        </w:rPr>
        <w:t>was</w:t>
      </w:r>
      <w:r w:rsidRPr="00584328">
        <w:rPr>
          <w:rFonts w:ascii="Arial" w:hAnsi="Arial" w:cs="Arial"/>
          <w:spacing w:val="-1"/>
          <w:sz w:val="20"/>
          <w:szCs w:val="20"/>
        </w:rPr>
        <w:t xml:space="preserve"> </w:t>
      </w:r>
      <w:r w:rsidRPr="00584328">
        <w:rPr>
          <w:rFonts w:ascii="Arial" w:hAnsi="Arial" w:cs="Arial"/>
          <w:sz w:val="20"/>
          <w:szCs w:val="20"/>
        </w:rPr>
        <w:t>then</w:t>
      </w:r>
      <w:r w:rsidRPr="00584328">
        <w:rPr>
          <w:rFonts w:ascii="Arial" w:hAnsi="Arial" w:cs="Arial"/>
          <w:spacing w:val="-1"/>
          <w:sz w:val="20"/>
          <w:szCs w:val="20"/>
        </w:rPr>
        <w:t xml:space="preserve"> </w:t>
      </w:r>
      <w:r w:rsidRPr="00584328">
        <w:rPr>
          <w:rFonts w:ascii="Arial" w:hAnsi="Arial" w:cs="Arial"/>
          <w:sz w:val="20"/>
          <w:szCs w:val="20"/>
        </w:rPr>
        <w:t>incubated on</w:t>
      </w:r>
      <w:r w:rsidRPr="00584328">
        <w:rPr>
          <w:rFonts w:ascii="Arial" w:hAnsi="Arial" w:cs="Arial"/>
          <w:spacing w:val="-1"/>
          <w:sz w:val="20"/>
          <w:szCs w:val="20"/>
        </w:rPr>
        <w:t xml:space="preserve"> </w:t>
      </w:r>
      <w:r w:rsidRPr="00584328">
        <w:rPr>
          <w:rFonts w:ascii="Arial" w:hAnsi="Arial" w:cs="Arial"/>
          <w:sz w:val="20"/>
          <w:szCs w:val="20"/>
        </w:rPr>
        <w:t>Rotary</w:t>
      </w:r>
      <w:r w:rsidRPr="00584328">
        <w:rPr>
          <w:rFonts w:ascii="Arial" w:hAnsi="Arial" w:cs="Arial"/>
          <w:spacing w:val="-1"/>
          <w:sz w:val="20"/>
          <w:szCs w:val="20"/>
        </w:rPr>
        <w:t xml:space="preserve"> </w:t>
      </w:r>
      <w:r w:rsidRPr="00584328">
        <w:rPr>
          <w:rFonts w:ascii="Arial" w:hAnsi="Arial" w:cs="Arial"/>
          <w:sz w:val="20"/>
          <w:szCs w:val="20"/>
        </w:rPr>
        <w:t>Shaker</w:t>
      </w:r>
      <w:r w:rsidRPr="00584328">
        <w:rPr>
          <w:rFonts w:ascii="Arial" w:hAnsi="Arial" w:cs="Arial"/>
          <w:spacing w:val="-1"/>
          <w:sz w:val="20"/>
          <w:szCs w:val="20"/>
        </w:rPr>
        <w:t xml:space="preserve"> </w:t>
      </w:r>
      <w:r w:rsidRPr="00584328">
        <w:rPr>
          <w:rFonts w:ascii="Arial" w:hAnsi="Arial" w:cs="Arial"/>
          <w:sz w:val="20"/>
          <w:szCs w:val="20"/>
        </w:rPr>
        <w:t>for 7-8</w:t>
      </w:r>
      <w:r w:rsidRPr="00584328">
        <w:rPr>
          <w:rFonts w:ascii="Arial" w:hAnsi="Arial" w:cs="Arial"/>
          <w:spacing w:val="-9"/>
          <w:sz w:val="20"/>
          <w:szCs w:val="20"/>
        </w:rPr>
        <w:t xml:space="preserve"> </w:t>
      </w:r>
      <w:r w:rsidRPr="00584328">
        <w:rPr>
          <w:rFonts w:ascii="Arial" w:hAnsi="Arial" w:cs="Arial"/>
          <w:sz w:val="20"/>
          <w:szCs w:val="20"/>
        </w:rPr>
        <w:t>Days.</w:t>
      </w:r>
      <w:r w:rsidRPr="00584328">
        <w:rPr>
          <w:rFonts w:ascii="Arial" w:hAnsi="Arial" w:cs="Arial"/>
          <w:spacing w:val="-9"/>
          <w:sz w:val="20"/>
          <w:szCs w:val="20"/>
        </w:rPr>
        <w:t xml:space="preserve"> </w:t>
      </w:r>
      <w:r w:rsidRPr="00584328">
        <w:rPr>
          <w:rFonts w:ascii="Arial" w:hAnsi="Arial" w:cs="Arial"/>
          <w:sz w:val="20"/>
          <w:szCs w:val="20"/>
        </w:rPr>
        <w:t>Optical</w:t>
      </w:r>
      <w:r w:rsidRPr="00584328">
        <w:rPr>
          <w:rFonts w:ascii="Arial" w:hAnsi="Arial" w:cs="Arial"/>
          <w:spacing w:val="-9"/>
          <w:sz w:val="20"/>
          <w:szCs w:val="20"/>
        </w:rPr>
        <w:t xml:space="preserve"> </w:t>
      </w:r>
      <w:r w:rsidRPr="00584328">
        <w:rPr>
          <w:rFonts w:ascii="Arial" w:hAnsi="Arial" w:cs="Arial"/>
          <w:sz w:val="20"/>
          <w:szCs w:val="20"/>
        </w:rPr>
        <w:t>Density</w:t>
      </w:r>
      <w:r w:rsidRPr="00584328">
        <w:rPr>
          <w:rFonts w:ascii="Arial" w:hAnsi="Arial" w:cs="Arial"/>
          <w:spacing w:val="-9"/>
          <w:sz w:val="20"/>
          <w:szCs w:val="20"/>
        </w:rPr>
        <w:t xml:space="preserve"> </w:t>
      </w:r>
      <w:r w:rsidRPr="00584328">
        <w:rPr>
          <w:rFonts w:ascii="Arial" w:hAnsi="Arial" w:cs="Arial"/>
          <w:sz w:val="20"/>
          <w:szCs w:val="20"/>
        </w:rPr>
        <w:t>was</w:t>
      </w:r>
      <w:r w:rsidRPr="00584328">
        <w:rPr>
          <w:rFonts w:ascii="Arial" w:hAnsi="Arial" w:cs="Arial"/>
          <w:spacing w:val="-9"/>
          <w:sz w:val="20"/>
          <w:szCs w:val="20"/>
        </w:rPr>
        <w:t xml:space="preserve"> </w:t>
      </w:r>
      <w:r w:rsidRPr="00584328">
        <w:rPr>
          <w:rFonts w:ascii="Arial" w:hAnsi="Arial" w:cs="Arial"/>
          <w:sz w:val="20"/>
          <w:szCs w:val="20"/>
        </w:rPr>
        <w:t>measured</w:t>
      </w:r>
      <w:r w:rsidRPr="00584328">
        <w:rPr>
          <w:rFonts w:ascii="Arial" w:hAnsi="Arial" w:cs="Arial"/>
          <w:spacing w:val="-9"/>
          <w:sz w:val="20"/>
          <w:szCs w:val="20"/>
        </w:rPr>
        <w:t xml:space="preserve"> </w:t>
      </w:r>
      <w:r w:rsidRPr="00584328">
        <w:rPr>
          <w:rFonts w:ascii="Arial" w:hAnsi="Arial" w:cs="Arial"/>
          <w:sz w:val="20"/>
          <w:szCs w:val="20"/>
        </w:rPr>
        <w:t>every</w:t>
      </w:r>
      <w:r w:rsidRPr="00584328">
        <w:rPr>
          <w:rFonts w:ascii="Arial" w:hAnsi="Arial" w:cs="Arial"/>
          <w:spacing w:val="-10"/>
          <w:sz w:val="20"/>
          <w:szCs w:val="20"/>
        </w:rPr>
        <w:t xml:space="preserve"> </w:t>
      </w:r>
      <w:r w:rsidRPr="00584328">
        <w:rPr>
          <w:rFonts w:ascii="Arial" w:hAnsi="Arial" w:cs="Arial"/>
          <w:sz w:val="20"/>
          <w:szCs w:val="20"/>
        </w:rPr>
        <w:t>day</w:t>
      </w:r>
      <w:r w:rsidRPr="00584328">
        <w:rPr>
          <w:rFonts w:ascii="Arial" w:hAnsi="Arial" w:cs="Arial"/>
          <w:spacing w:val="-9"/>
          <w:sz w:val="20"/>
          <w:szCs w:val="20"/>
        </w:rPr>
        <w:t xml:space="preserve"> </w:t>
      </w:r>
      <w:r w:rsidRPr="00584328">
        <w:rPr>
          <w:rFonts w:ascii="Arial" w:hAnsi="Arial" w:cs="Arial"/>
          <w:sz w:val="20"/>
          <w:szCs w:val="20"/>
        </w:rPr>
        <w:t>using</w:t>
      </w:r>
      <w:r w:rsidRPr="00584328">
        <w:rPr>
          <w:rFonts w:ascii="Arial" w:hAnsi="Arial" w:cs="Arial"/>
          <w:spacing w:val="-9"/>
          <w:sz w:val="20"/>
          <w:szCs w:val="20"/>
        </w:rPr>
        <w:t xml:space="preserve"> </w:t>
      </w:r>
      <w:r w:rsidRPr="00584328">
        <w:rPr>
          <w:rFonts w:ascii="Arial" w:hAnsi="Arial" w:cs="Arial"/>
          <w:sz w:val="20"/>
          <w:szCs w:val="20"/>
        </w:rPr>
        <w:t>a</w:t>
      </w:r>
      <w:r w:rsidRPr="00584328">
        <w:rPr>
          <w:rFonts w:ascii="Arial" w:hAnsi="Arial" w:cs="Arial"/>
          <w:spacing w:val="-10"/>
          <w:sz w:val="20"/>
          <w:szCs w:val="20"/>
        </w:rPr>
        <w:t xml:space="preserve"> </w:t>
      </w:r>
      <w:r w:rsidRPr="00584328">
        <w:rPr>
          <w:rFonts w:ascii="Arial" w:hAnsi="Arial" w:cs="Arial"/>
          <w:sz w:val="20"/>
          <w:szCs w:val="20"/>
        </w:rPr>
        <w:t>colorimeter.</w:t>
      </w:r>
      <w:r w:rsidRPr="00584328">
        <w:rPr>
          <w:rFonts w:ascii="Arial" w:hAnsi="Arial" w:cs="Arial"/>
          <w:spacing w:val="-8"/>
          <w:sz w:val="20"/>
          <w:szCs w:val="20"/>
        </w:rPr>
        <w:t xml:space="preserve"> </w:t>
      </w:r>
      <w:r w:rsidRPr="00584328">
        <w:rPr>
          <w:rFonts w:ascii="Arial" w:hAnsi="Arial" w:cs="Arial"/>
          <w:sz w:val="20"/>
          <w:szCs w:val="20"/>
        </w:rPr>
        <w:t>Control</w:t>
      </w:r>
      <w:r w:rsidRPr="00584328">
        <w:rPr>
          <w:rFonts w:ascii="Arial" w:hAnsi="Arial" w:cs="Arial"/>
          <w:spacing w:val="-9"/>
          <w:sz w:val="20"/>
          <w:szCs w:val="20"/>
        </w:rPr>
        <w:t xml:space="preserve"> </w:t>
      </w:r>
      <w:r w:rsidRPr="00584328">
        <w:rPr>
          <w:rFonts w:ascii="Arial" w:hAnsi="Arial" w:cs="Arial"/>
          <w:sz w:val="20"/>
          <w:szCs w:val="20"/>
        </w:rPr>
        <w:t>was</w:t>
      </w:r>
      <w:r w:rsidRPr="00584328">
        <w:rPr>
          <w:rFonts w:ascii="Arial" w:hAnsi="Arial" w:cs="Arial"/>
          <w:spacing w:val="-9"/>
          <w:sz w:val="20"/>
          <w:szCs w:val="20"/>
        </w:rPr>
        <w:t xml:space="preserve"> </w:t>
      </w:r>
      <w:r w:rsidRPr="00584328">
        <w:rPr>
          <w:rFonts w:ascii="Arial" w:hAnsi="Arial" w:cs="Arial"/>
          <w:sz w:val="20"/>
          <w:szCs w:val="20"/>
        </w:rPr>
        <w:t>Feather</w:t>
      </w:r>
      <w:r w:rsidRPr="00584328">
        <w:rPr>
          <w:rFonts w:ascii="Arial" w:hAnsi="Arial" w:cs="Arial"/>
          <w:spacing w:val="-10"/>
          <w:sz w:val="20"/>
          <w:szCs w:val="20"/>
        </w:rPr>
        <w:t xml:space="preserve"> </w:t>
      </w:r>
      <w:r w:rsidRPr="00584328">
        <w:rPr>
          <w:rFonts w:ascii="Arial" w:hAnsi="Arial" w:cs="Arial"/>
          <w:sz w:val="20"/>
          <w:szCs w:val="20"/>
        </w:rPr>
        <w:t xml:space="preserve">Meal broth without inoculum. Growth was observed for visible turbidity and recorded at </w:t>
      </w:r>
      <w:proofErr w:type="gramStart"/>
      <w:r w:rsidRPr="00584328">
        <w:rPr>
          <w:rFonts w:ascii="Arial" w:hAnsi="Arial" w:cs="Arial"/>
          <w:sz w:val="20"/>
          <w:szCs w:val="20"/>
        </w:rPr>
        <w:t>620nm,</w:t>
      </w:r>
      <w:proofErr w:type="gramEnd"/>
      <w:r w:rsidRPr="00584328">
        <w:rPr>
          <w:rFonts w:ascii="Arial" w:hAnsi="Arial" w:cs="Arial"/>
          <w:sz w:val="20"/>
          <w:szCs w:val="20"/>
        </w:rPr>
        <w:t xml:space="preserve"> degradation of feathers was visually observed.</w:t>
      </w:r>
    </w:p>
    <w:p w14:paraId="671B4E26" w14:textId="676AA4F9" w:rsidR="00CD5479" w:rsidRPr="00584328" w:rsidRDefault="00CD5479" w:rsidP="00584328">
      <w:pPr>
        <w:pStyle w:val="BodyText"/>
        <w:tabs>
          <w:tab w:val="left" w:pos="360"/>
          <w:tab w:val="left" w:pos="8100"/>
        </w:tabs>
        <w:spacing w:after="240"/>
        <w:rPr>
          <w:rFonts w:ascii="Arial" w:hAnsi="Arial" w:cs="Arial"/>
          <w:sz w:val="20"/>
        </w:rPr>
      </w:pPr>
      <w:r w:rsidRPr="00584328">
        <w:rPr>
          <w:rFonts w:ascii="Arial" w:hAnsi="Arial" w:cs="Arial"/>
          <w:noProof/>
          <w:sz w:val="20"/>
        </w:rPr>
        <mc:AlternateContent>
          <mc:Choice Requires="wpg">
            <w:drawing>
              <wp:anchor distT="0" distB="0" distL="0" distR="0" simplePos="0" relativeHeight="251673600" behindDoc="1" locked="0" layoutInCell="1" allowOverlap="1" wp14:anchorId="00E2C831" wp14:editId="131F6D25">
                <wp:simplePos x="0" y="0"/>
                <wp:positionH relativeFrom="page">
                  <wp:posOffset>1238753</wp:posOffset>
                </wp:positionH>
                <wp:positionV relativeFrom="paragraph">
                  <wp:posOffset>193357</wp:posOffset>
                </wp:positionV>
                <wp:extent cx="4019550" cy="233362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333625"/>
                          <a:chOff x="0" y="0"/>
                          <a:chExt cx="4019550" cy="2333625"/>
                        </a:xfrm>
                      </wpg:grpSpPr>
                      <pic:pic xmlns:pic="http://schemas.openxmlformats.org/drawingml/2006/picture">
                        <pic:nvPicPr>
                          <pic:cNvPr id="70" name="Image 70"/>
                          <pic:cNvPicPr/>
                        </pic:nvPicPr>
                        <pic:blipFill>
                          <a:blip r:embed="rId44" cstate="print"/>
                          <a:stretch>
                            <a:fillRect/>
                          </a:stretch>
                        </pic:blipFill>
                        <pic:spPr>
                          <a:xfrm>
                            <a:off x="101155" y="55054"/>
                            <a:ext cx="3817620" cy="1876425"/>
                          </a:xfrm>
                          <a:prstGeom prst="rect">
                            <a:avLst/>
                          </a:prstGeom>
                        </pic:spPr>
                      </pic:pic>
                      <wps:wsp>
                        <wps:cNvPr id="71" name="Textbox 71"/>
                        <wps:cNvSpPr txBox="1"/>
                        <wps:spPr>
                          <a:xfrm>
                            <a:off x="4762" y="4762"/>
                            <a:ext cx="4010025" cy="2324100"/>
                          </a:xfrm>
                          <a:prstGeom prst="rect">
                            <a:avLst/>
                          </a:prstGeom>
                          <a:ln w="9525">
                            <a:solidFill>
                              <a:srgbClr val="000000"/>
                            </a:solidFill>
                            <a:prstDash val="solid"/>
                          </a:ln>
                        </wps:spPr>
                        <wps:txbx>
                          <w:txbxContent>
                            <w:p w14:paraId="67F17C18" w14:textId="77777777" w:rsidR="00CD5479" w:rsidRDefault="00CD5479" w:rsidP="00CD5479">
                              <w:pPr>
                                <w:rPr>
                                  <w:sz w:val="24"/>
                                </w:rPr>
                              </w:pPr>
                            </w:p>
                            <w:p w14:paraId="3632927D" w14:textId="77777777" w:rsidR="00CD5479" w:rsidRDefault="00CD5479" w:rsidP="00CD5479">
                              <w:pPr>
                                <w:rPr>
                                  <w:sz w:val="24"/>
                                </w:rPr>
                              </w:pPr>
                            </w:p>
                            <w:p w14:paraId="4D2AA338" w14:textId="77777777" w:rsidR="00CD5479" w:rsidRDefault="00CD5479" w:rsidP="00CD5479">
                              <w:pPr>
                                <w:rPr>
                                  <w:sz w:val="24"/>
                                </w:rPr>
                              </w:pPr>
                            </w:p>
                            <w:p w14:paraId="77C48511" w14:textId="77777777" w:rsidR="00CD5479" w:rsidRDefault="00CD5479" w:rsidP="00CD5479">
                              <w:pPr>
                                <w:rPr>
                                  <w:sz w:val="24"/>
                                </w:rPr>
                              </w:pPr>
                            </w:p>
                            <w:p w14:paraId="4931C254" w14:textId="77777777" w:rsidR="00CD5479" w:rsidRDefault="00CD5479" w:rsidP="00CD5479">
                              <w:pPr>
                                <w:rPr>
                                  <w:sz w:val="24"/>
                                </w:rPr>
                              </w:pPr>
                            </w:p>
                            <w:p w14:paraId="14F8F2C0" w14:textId="77777777" w:rsidR="00CD5479" w:rsidRDefault="00CD5479" w:rsidP="00CD5479">
                              <w:pPr>
                                <w:rPr>
                                  <w:sz w:val="24"/>
                                </w:rPr>
                              </w:pPr>
                            </w:p>
                            <w:p w14:paraId="4BFA9982" w14:textId="77777777" w:rsidR="00C93A60" w:rsidRDefault="00C93A60" w:rsidP="00C93A60">
                              <w:pPr>
                                <w:spacing w:before="1"/>
                                <w:ind w:left="144"/>
                                <w:rPr>
                                  <w:b/>
                                  <w:sz w:val="24"/>
                                </w:rPr>
                              </w:pPr>
                              <w:r>
                                <w:rPr>
                                  <w:b/>
                                  <w:sz w:val="24"/>
                                </w:rPr>
                                <w:t>F</w:t>
                              </w:r>
                            </w:p>
                            <w:p w14:paraId="42097455" w14:textId="38843AC4" w:rsidR="00C93A60" w:rsidRPr="00584328" w:rsidRDefault="006A40A0" w:rsidP="00584328">
                              <w:pPr>
                                <w:ind w:left="142"/>
                                <w:jc w:val="center"/>
                                <w:rPr>
                                  <w:rFonts w:ascii="Arial" w:hAnsi="Arial" w:cs="Arial"/>
                                  <w:bCs/>
                                  <w:sz w:val="20"/>
                                  <w:szCs w:val="18"/>
                                </w:rPr>
                              </w:pPr>
                              <w:r w:rsidRPr="00584328">
                                <w:rPr>
                                  <w:rFonts w:ascii="Arial" w:hAnsi="Arial" w:cs="Arial"/>
                                  <w:bCs/>
                                  <w:sz w:val="20"/>
                                  <w:szCs w:val="18"/>
                                </w:rPr>
                                <w:t>F</w:t>
                              </w:r>
                              <w:r w:rsidR="00C93A60" w:rsidRPr="00584328">
                                <w:rPr>
                                  <w:rFonts w:ascii="Arial" w:hAnsi="Arial" w:cs="Arial"/>
                                  <w:bCs/>
                                  <w:sz w:val="20"/>
                                  <w:szCs w:val="18"/>
                                </w:rPr>
                                <w:t>ig.19: Feather meal broth of sample S1,</w:t>
                              </w:r>
                              <w:r w:rsidR="00113824" w:rsidRPr="00584328">
                                <w:rPr>
                                  <w:rFonts w:ascii="Arial" w:hAnsi="Arial" w:cs="Arial"/>
                                  <w:bCs/>
                                  <w:sz w:val="20"/>
                                  <w:szCs w:val="18"/>
                                </w:rPr>
                                <w:t xml:space="preserve"> </w:t>
                              </w:r>
                              <w:r w:rsidR="00C93A60" w:rsidRPr="00584328">
                                <w:rPr>
                                  <w:rFonts w:ascii="Arial" w:hAnsi="Arial" w:cs="Arial"/>
                                  <w:bCs/>
                                  <w:sz w:val="20"/>
                                  <w:szCs w:val="18"/>
                                </w:rPr>
                                <w:t>S2,</w:t>
                              </w:r>
                              <w:r w:rsidR="00113824" w:rsidRPr="00584328">
                                <w:rPr>
                                  <w:rFonts w:ascii="Arial" w:hAnsi="Arial" w:cs="Arial"/>
                                  <w:bCs/>
                                  <w:sz w:val="20"/>
                                  <w:szCs w:val="18"/>
                                </w:rPr>
                                <w:t xml:space="preserve"> </w:t>
                              </w:r>
                              <w:r w:rsidR="00C93A60" w:rsidRPr="00584328">
                                <w:rPr>
                                  <w:rFonts w:ascii="Arial" w:hAnsi="Arial" w:cs="Arial"/>
                                  <w:bCs/>
                                  <w:sz w:val="20"/>
                                  <w:szCs w:val="18"/>
                                </w:rPr>
                                <w:t>S3,</w:t>
                              </w:r>
                              <w:r w:rsidR="00113824" w:rsidRPr="00584328">
                                <w:rPr>
                                  <w:rFonts w:ascii="Arial" w:hAnsi="Arial" w:cs="Arial"/>
                                  <w:bCs/>
                                  <w:sz w:val="20"/>
                                  <w:szCs w:val="18"/>
                                </w:rPr>
                                <w:t xml:space="preserve"> </w:t>
                              </w:r>
                              <w:r w:rsidR="00C93A60" w:rsidRPr="00584328">
                                <w:rPr>
                                  <w:rFonts w:ascii="Arial" w:hAnsi="Arial" w:cs="Arial"/>
                                  <w:bCs/>
                                  <w:sz w:val="20"/>
                                  <w:szCs w:val="18"/>
                                </w:rPr>
                                <w:t>S4</w:t>
                              </w:r>
                              <w:r w:rsidR="00113824" w:rsidRPr="00584328">
                                <w:rPr>
                                  <w:rFonts w:ascii="Arial" w:hAnsi="Arial" w:cs="Arial"/>
                                  <w:bCs/>
                                  <w:sz w:val="20"/>
                                  <w:szCs w:val="18"/>
                                </w:rPr>
                                <w:t xml:space="preserve">, </w:t>
                              </w:r>
                              <w:r w:rsidR="00C93A60" w:rsidRPr="00584328">
                                <w:rPr>
                                  <w:rFonts w:ascii="Arial" w:hAnsi="Arial" w:cs="Arial"/>
                                  <w:bCs/>
                                  <w:sz w:val="20"/>
                                  <w:szCs w:val="18"/>
                                </w:rPr>
                                <w:t>S5</w:t>
                              </w:r>
                            </w:p>
                            <w:p w14:paraId="2D85683F" w14:textId="77777777" w:rsidR="00CD5479" w:rsidRDefault="00CD5479" w:rsidP="00CD5479">
                              <w:pPr>
                                <w:rPr>
                                  <w:sz w:val="24"/>
                                </w:rPr>
                              </w:pPr>
                            </w:p>
                            <w:p w14:paraId="71FD1113" w14:textId="77777777" w:rsidR="00CD5479" w:rsidRDefault="00CD5479" w:rsidP="00CD5479">
                              <w:pPr>
                                <w:rPr>
                                  <w:sz w:val="24"/>
                                </w:rPr>
                              </w:pPr>
                            </w:p>
                            <w:p w14:paraId="1484FE17" w14:textId="77777777" w:rsidR="00CD5479" w:rsidRDefault="00CD5479" w:rsidP="00CD5479">
                              <w:pPr>
                                <w:rPr>
                                  <w:sz w:val="24"/>
                                </w:rPr>
                              </w:pPr>
                            </w:p>
                            <w:p w14:paraId="4D147951" w14:textId="77777777" w:rsidR="00CD5479" w:rsidRDefault="00CD5479" w:rsidP="00CD5479">
                              <w:pPr>
                                <w:rPr>
                                  <w:sz w:val="24"/>
                                </w:rPr>
                              </w:pPr>
                            </w:p>
                            <w:p w14:paraId="257F04C6" w14:textId="77777777" w:rsidR="00CD5479" w:rsidRDefault="00CD5479" w:rsidP="00CD5479">
                              <w:pPr>
                                <w:spacing w:before="186"/>
                                <w:rPr>
                                  <w:sz w:val="24"/>
                                </w:rPr>
                              </w:pPr>
                            </w:p>
                            <w:p w14:paraId="14E6EC6F" w14:textId="77777777" w:rsidR="00CD5479" w:rsidRDefault="00CD5479" w:rsidP="00CD5479">
                              <w:pPr>
                                <w:spacing w:before="1"/>
                                <w:ind w:left="144"/>
                                <w:rPr>
                                  <w:b/>
                                  <w:sz w:val="24"/>
                                </w:rPr>
                              </w:pPr>
                              <w:r>
                                <w:rPr>
                                  <w:b/>
                                  <w:sz w:val="24"/>
                                </w:rPr>
                                <w:t>Fig.19:</w:t>
                              </w:r>
                              <w:r>
                                <w:rPr>
                                  <w:b/>
                                  <w:spacing w:val="-2"/>
                                  <w:sz w:val="24"/>
                                </w:rPr>
                                <w:t xml:space="preserve"> </w:t>
                              </w:r>
                              <w:r>
                                <w:rPr>
                                  <w:b/>
                                  <w:sz w:val="24"/>
                                </w:rPr>
                                <w:t>Feather</w:t>
                              </w:r>
                              <w:r>
                                <w:rPr>
                                  <w:b/>
                                  <w:spacing w:val="-7"/>
                                  <w:sz w:val="24"/>
                                </w:rPr>
                                <w:t xml:space="preserve"> </w:t>
                              </w:r>
                              <w:r>
                                <w:rPr>
                                  <w:b/>
                                  <w:sz w:val="24"/>
                                </w:rPr>
                                <w:t>meal</w:t>
                              </w:r>
                              <w:r>
                                <w:rPr>
                                  <w:b/>
                                  <w:spacing w:val="-1"/>
                                  <w:sz w:val="24"/>
                                </w:rPr>
                                <w:t xml:space="preserve"> </w:t>
                              </w:r>
                              <w:r>
                                <w:rPr>
                                  <w:b/>
                                  <w:sz w:val="24"/>
                                </w:rPr>
                                <w:t>broth</w:t>
                              </w:r>
                              <w:r>
                                <w:rPr>
                                  <w:b/>
                                  <w:spacing w:val="-3"/>
                                  <w:sz w:val="24"/>
                                </w:rPr>
                                <w:t xml:space="preserve"> </w:t>
                              </w:r>
                              <w:r>
                                <w:rPr>
                                  <w:b/>
                                  <w:sz w:val="24"/>
                                </w:rPr>
                                <w:t>of</w:t>
                              </w:r>
                              <w:r>
                                <w:rPr>
                                  <w:b/>
                                  <w:spacing w:val="-2"/>
                                  <w:sz w:val="24"/>
                                </w:rPr>
                                <w:t xml:space="preserve"> </w:t>
                              </w:r>
                              <w:r>
                                <w:rPr>
                                  <w:b/>
                                  <w:sz w:val="24"/>
                                </w:rPr>
                                <w:t>sample</w:t>
                              </w:r>
                              <w:r>
                                <w:rPr>
                                  <w:b/>
                                  <w:spacing w:val="-1"/>
                                  <w:sz w:val="24"/>
                                </w:rPr>
                                <w:t xml:space="preserve"> </w:t>
                              </w:r>
                              <w:r>
                                <w:rPr>
                                  <w:b/>
                                  <w:spacing w:val="-2"/>
                                  <w:sz w:val="24"/>
                                </w:rPr>
                                <w:t>S</w:t>
                              </w:r>
                              <w:proofErr w:type="gramStart"/>
                              <w:r>
                                <w:rPr>
                                  <w:b/>
                                  <w:spacing w:val="-2"/>
                                  <w:sz w:val="24"/>
                                </w:rPr>
                                <w:t>1,S2,S3,S4,S</w:t>
                              </w:r>
                              <w:proofErr w:type="gramEnd"/>
                              <w:r>
                                <w:rPr>
                                  <w:b/>
                                  <w:spacing w:val="-2"/>
                                  <w:sz w:val="24"/>
                                </w:rPr>
                                <w:t>5</w:t>
                              </w:r>
                            </w:p>
                          </w:txbxContent>
                        </wps:txbx>
                        <wps:bodyPr wrap="square" lIns="0" tIns="0" rIns="0" bIns="0" rtlCol="0">
                          <a:noAutofit/>
                        </wps:bodyPr>
                      </wps:wsp>
                    </wpg:wgp>
                  </a:graphicData>
                </a:graphic>
              </wp:anchor>
            </w:drawing>
          </mc:Choice>
          <mc:Fallback>
            <w:pict>
              <v:group w14:anchorId="00E2C831" id="Group 69" o:spid="_x0000_s1084" style="position:absolute;margin-left:97.55pt;margin-top:15.2pt;width:316.5pt;height:183.75pt;z-index:-251642880;mso-wrap-distance-left:0;mso-wrap-distance-right:0;mso-position-horizontal-relative:page" coordsize="40195,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10;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">
                <v:shape id="Image 70" o:spid="_x0000_s1085" type="#_x0000_t75" style="position:absolute;left:1011;top:550;width:38176;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">
                  <v:imagedata r:id="rId45" o:title=""/>
                </v:shape>
                <v:shape id="Textbox 71" o:spid="_x0000_s1086" type="#_x0000_t202" style="position:absolute;left:47;top:47;width:40100;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14:paraId="67F17C18" w14:textId="77777777" w:rsidR="00CD5479" w:rsidRDefault="00CD5479" w:rsidP="00CD5479">
                        <w:pPr>
                          <w:rPr>
                            <w:sz w:val="24"/>
                          </w:rPr>
                        </w:pPr>
                      </w:p>
                      <w:p w14:paraId="3632927D" w14:textId="77777777" w:rsidR="00CD5479" w:rsidRDefault="00CD5479" w:rsidP="00CD5479">
                        <w:pPr>
                          <w:rPr>
                            <w:sz w:val="24"/>
                          </w:rPr>
                        </w:pPr>
                      </w:p>
                      <w:p w14:paraId="4D2AA338" w14:textId="77777777" w:rsidR="00CD5479" w:rsidRDefault="00CD5479" w:rsidP="00CD5479">
                        <w:pPr>
                          <w:rPr>
                            <w:sz w:val="24"/>
                          </w:rPr>
                        </w:pPr>
                      </w:p>
                      <w:p w14:paraId="77C48511" w14:textId="77777777" w:rsidR="00CD5479" w:rsidRDefault="00CD5479" w:rsidP="00CD5479">
                        <w:pPr>
                          <w:rPr>
                            <w:sz w:val="24"/>
                          </w:rPr>
                        </w:pPr>
                      </w:p>
                      <w:p w14:paraId="4931C254" w14:textId="77777777" w:rsidR="00CD5479" w:rsidRDefault="00CD5479" w:rsidP="00CD5479">
                        <w:pPr>
                          <w:rPr>
                            <w:sz w:val="24"/>
                          </w:rPr>
                        </w:pPr>
                      </w:p>
                      <w:p w14:paraId="14F8F2C0" w14:textId="77777777" w:rsidR="00CD5479" w:rsidRDefault="00CD5479" w:rsidP="00CD5479">
                        <w:pPr>
                          <w:rPr>
                            <w:sz w:val="24"/>
                          </w:rPr>
                        </w:pPr>
                      </w:p>
                      <w:p w14:paraId="4BFA9982" w14:textId="77777777" w:rsidR="00C93A60" w:rsidRDefault="00C93A60" w:rsidP="00C93A60">
                        <w:pPr>
                          <w:spacing w:before="1"/>
                          <w:ind w:left="144"/>
                          <w:rPr>
                            <w:b/>
                            <w:sz w:val="24"/>
                          </w:rPr>
                        </w:pPr>
                        <w:r>
                          <w:rPr>
                            <w:b/>
                            <w:sz w:val="24"/>
                          </w:rPr>
                          <w:t>F</w:t>
                        </w:r>
                      </w:p>
                      <w:p w14:paraId="42097455" w14:textId="38843AC4" w:rsidR="00C93A60" w:rsidRPr="00584328" w:rsidRDefault="006A40A0" w:rsidP="00584328">
                        <w:pPr>
                          <w:ind w:left="142"/>
                          <w:jc w:val="center"/>
                          <w:rPr>
                            <w:rFonts w:ascii="Arial" w:hAnsi="Arial" w:cs="Arial"/>
                            <w:bCs/>
                            <w:sz w:val="20"/>
                            <w:szCs w:val="18"/>
                          </w:rPr>
                        </w:pPr>
                        <w:r w:rsidRPr="00584328">
                          <w:rPr>
                            <w:rFonts w:ascii="Arial" w:hAnsi="Arial" w:cs="Arial"/>
                            <w:bCs/>
                            <w:sz w:val="20"/>
                            <w:szCs w:val="18"/>
                          </w:rPr>
                          <w:t>F</w:t>
                        </w:r>
                        <w:r w:rsidR="00C93A60" w:rsidRPr="00584328">
                          <w:rPr>
                            <w:rFonts w:ascii="Arial" w:hAnsi="Arial" w:cs="Arial"/>
                            <w:bCs/>
                            <w:sz w:val="20"/>
                            <w:szCs w:val="18"/>
                          </w:rPr>
                          <w:t>ig.19: Feather meal broth of sample S1,</w:t>
                        </w:r>
                        <w:r w:rsidR="00113824" w:rsidRPr="00584328">
                          <w:rPr>
                            <w:rFonts w:ascii="Arial" w:hAnsi="Arial" w:cs="Arial"/>
                            <w:bCs/>
                            <w:sz w:val="20"/>
                            <w:szCs w:val="18"/>
                          </w:rPr>
                          <w:t xml:space="preserve"> </w:t>
                        </w:r>
                        <w:r w:rsidR="00C93A60" w:rsidRPr="00584328">
                          <w:rPr>
                            <w:rFonts w:ascii="Arial" w:hAnsi="Arial" w:cs="Arial"/>
                            <w:bCs/>
                            <w:sz w:val="20"/>
                            <w:szCs w:val="18"/>
                          </w:rPr>
                          <w:t>S2,</w:t>
                        </w:r>
                        <w:r w:rsidR="00113824" w:rsidRPr="00584328">
                          <w:rPr>
                            <w:rFonts w:ascii="Arial" w:hAnsi="Arial" w:cs="Arial"/>
                            <w:bCs/>
                            <w:sz w:val="20"/>
                            <w:szCs w:val="18"/>
                          </w:rPr>
                          <w:t xml:space="preserve"> </w:t>
                        </w:r>
                        <w:r w:rsidR="00C93A60" w:rsidRPr="00584328">
                          <w:rPr>
                            <w:rFonts w:ascii="Arial" w:hAnsi="Arial" w:cs="Arial"/>
                            <w:bCs/>
                            <w:sz w:val="20"/>
                            <w:szCs w:val="18"/>
                          </w:rPr>
                          <w:t>S3,</w:t>
                        </w:r>
                        <w:r w:rsidR="00113824" w:rsidRPr="00584328">
                          <w:rPr>
                            <w:rFonts w:ascii="Arial" w:hAnsi="Arial" w:cs="Arial"/>
                            <w:bCs/>
                            <w:sz w:val="20"/>
                            <w:szCs w:val="18"/>
                          </w:rPr>
                          <w:t xml:space="preserve"> </w:t>
                        </w:r>
                        <w:r w:rsidR="00C93A60" w:rsidRPr="00584328">
                          <w:rPr>
                            <w:rFonts w:ascii="Arial" w:hAnsi="Arial" w:cs="Arial"/>
                            <w:bCs/>
                            <w:sz w:val="20"/>
                            <w:szCs w:val="18"/>
                          </w:rPr>
                          <w:t>S4</w:t>
                        </w:r>
                        <w:r w:rsidR="00113824" w:rsidRPr="00584328">
                          <w:rPr>
                            <w:rFonts w:ascii="Arial" w:hAnsi="Arial" w:cs="Arial"/>
                            <w:bCs/>
                            <w:sz w:val="20"/>
                            <w:szCs w:val="18"/>
                          </w:rPr>
                          <w:t xml:space="preserve">, </w:t>
                        </w:r>
                        <w:r w:rsidR="00C93A60" w:rsidRPr="00584328">
                          <w:rPr>
                            <w:rFonts w:ascii="Arial" w:hAnsi="Arial" w:cs="Arial"/>
                            <w:bCs/>
                            <w:sz w:val="20"/>
                            <w:szCs w:val="18"/>
                          </w:rPr>
                          <w:t>S5</w:t>
                        </w:r>
                      </w:p>
                      <w:p w14:paraId="2D85683F" w14:textId="77777777" w:rsidR="00CD5479" w:rsidRDefault="00CD5479" w:rsidP="00CD5479">
                        <w:pPr>
                          <w:rPr>
                            <w:sz w:val="24"/>
                          </w:rPr>
                        </w:pPr>
                      </w:p>
                      <w:p w14:paraId="71FD1113" w14:textId="77777777" w:rsidR="00CD5479" w:rsidRDefault="00CD5479" w:rsidP="00CD5479">
                        <w:pPr>
                          <w:rPr>
                            <w:sz w:val="24"/>
                          </w:rPr>
                        </w:pPr>
                      </w:p>
                      <w:p w14:paraId="1484FE17" w14:textId="77777777" w:rsidR="00CD5479" w:rsidRDefault="00CD5479" w:rsidP="00CD5479">
                        <w:pPr>
                          <w:rPr>
                            <w:sz w:val="24"/>
                          </w:rPr>
                        </w:pPr>
                      </w:p>
                      <w:p w14:paraId="4D147951" w14:textId="77777777" w:rsidR="00CD5479" w:rsidRDefault="00CD5479" w:rsidP="00CD5479">
                        <w:pPr>
                          <w:rPr>
                            <w:sz w:val="24"/>
                          </w:rPr>
                        </w:pPr>
                      </w:p>
                      <w:p w14:paraId="257F04C6" w14:textId="77777777" w:rsidR="00CD5479" w:rsidRDefault="00CD5479" w:rsidP="00CD5479">
                        <w:pPr>
                          <w:spacing w:before="186"/>
                          <w:rPr>
                            <w:sz w:val="24"/>
                          </w:rPr>
                        </w:pPr>
                      </w:p>
                      <w:p w14:paraId="14E6EC6F" w14:textId="77777777" w:rsidR="00CD5479" w:rsidRDefault="00CD5479" w:rsidP="00CD5479">
                        <w:pPr>
                          <w:spacing w:before="1"/>
                          <w:ind w:left="144"/>
                          <w:rPr>
                            <w:b/>
                            <w:sz w:val="24"/>
                          </w:rPr>
                        </w:pPr>
                        <w:r>
                          <w:rPr>
                            <w:b/>
                            <w:sz w:val="24"/>
                          </w:rPr>
                          <w:t>Fig.19:</w:t>
                        </w:r>
                        <w:r>
                          <w:rPr>
                            <w:b/>
                            <w:spacing w:val="-2"/>
                            <w:sz w:val="24"/>
                          </w:rPr>
                          <w:t xml:space="preserve"> </w:t>
                        </w:r>
                        <w:r>
                          <w:rPr>
                            <w:b/>
                            <w:sz w:val="24"/>
                          </w:rPr>
                          <w:t>Feather</w:t>
                        </w:r>
                        <w:r>
                          <w:rPr>
                            <w:b/>
                            <w:spacing w:val="-7"/>
                            <w:sz w:val="24"/>
                          </w:rPr>
                          <w:t xml:space="preserve"> </w:t>
                        </w:r>
                        <w:r>
                          <w:rPr>
                            <w:b/>
                            <w:sz w:val="24"/>
                          </w:rPr>
                          <w:t>meal</w:t>
                        </w:r>
                        <w:r>
                          <w:rPr>
                            <w:b/>
                            <w:spacing w:val="-1"/>
                            <w:sz w:val="24"/>
                          </w:rPr>
                          <w:t xml:space="preserve"> </w:t>
                        </w:r>
                        <w:r>
                          <w:rPr>
                            <w:b/>
                            <w:sz w:val="24"/>
                          </w:rPr>
                          <w:t>broth</w:t>
                        </w:r>
                        <w:r>
                          <w:rPr>
                            <w:b/>
                            <w:spacing w:val="-3"/>
                            <w:sz w:val="24"/>
                          </w:rPr>
                          <w:t xml:space="preserve"> </w:t>
                        </w:r>
                        <w:r>
                          <w:rPr>
                            <w:b/>
                            <w:sz w:val="24"/>
                          </w:rPr>
                          <w:t>of</w:t>
                        </w:r>
                        <w:r>
                          <w:rPr>
                            <w:b/>
                            <w:spacing w:val="-2"/>
                            <w:sz w:val="24"/>
                          </w:rPr>
                          <w:t xml:space="preserve"> </w:t>
                        </w:r>
                        <w:r>
                          <w:rPr>
                            <w:b/>
                            <w:sz w:val="24"/>
                          </w:rPr>
                          <w:t>sample</w:t>
                        </w:r>
                        <w:r>
                          <w:rPr>
                            <w:b/>
                            <w:spacing w:val="-1"/>
                            <w:sz w:val="24"/>
                          </w:rPr>
                          <w:t xml:space="preserve"> </w:t>
                        </w:r>
                        <w:r>
                          <w:rPr>
                            <w:b/>
                            <w:spacing w:val="-2"/>
                            <w:sz w:val="24"/>
                          </w:rPr>
                          <w:t>S</w:t>
                        </w:r>
                        <w:proofErr w:type="gramStart"/>
                        <w:r>
                          <w:rPr>
                            <w:b/>
                            <w:spacing w:val="-2"/>
                            <w:sz w:val="24"/>
                          </w:rPr>
                          <w:t>1,S2,S3,S4,S</w:t>
                        </w:r>
                        <w:proofErr w:type="gramEnd"/>
                        <w:r>
                          <w:rPr>
                            <w:b/>
                            <w:spacing w:val="-2"/>
                            <w:sz w:val="24"/>
                          </w:rPr>
                          <w:t>5</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74624" behindDoc="1" locked="0" layoutInCell="1" allowOverlap="1" wp14:anchorId="41820A6F" wp14:editId="0CD728A3">
                <wp:simplePos x="0" y="0"/>
                <wp:positionH relativeFrom="page">
                  <wp:posOffset>5481637</wp:posOffset>
                </wp:positionH>
                <wp:positionV relativeFrom="paragraph">
                  <wp:posOffset>188964</wp:posOffset>
                </wp:positionV>
                <wp:extent cx="1314450" cy="232410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2324100"/>
                          <a:chOff x="0" y="0"/>
                          <a:chExt cx="1314450" cy="2324100"/>
                        </a:xfrm>
                      </wpg:grpSpPr>
                      <pic:pic xmlns:pic="http://schemas.openxmlformats.org/drawingml/2006/picture">
                        <pic:nvPicPr>
                          <pic:cNvPr id="73" name="Image 73"/>
                          <pic:cNvPicPr/>
                        </pic:nvPicPr>
                        <pic:blipFill>
                          <a:blip r:embed="rId46" cstate="print"/>
                          <a:stretch>
                            <a:fillRect/>
                          </a:stretch>
                        </pic:blipFill>
                        <pic:spPr>
                          <a:xfrm>
                            <a:off x="100774" y="55054"/>
                            <a:ext cx="1112519" cy="1847850"/>
                          </a:xfrm>
                          <a:prstGeom prst="rect">
                            <a:avLst/>
                          </a:prstGeom>
                        </pic:spPr>
                      </pic:pic>
                      <wps:wsp>
                        <wps:cNvPr id="74" name="Textbox 74"/>
                        <wps:cNvSpPr txBox="1"/>
                        <wps:spPr>
                          <a:xfrm>
                            <a:off x="4762" y="4762"/>
                            <a:ext cx="1304925" cy="2314575"/>
                          </a:xfrm>
                          <a:prstGeom prst="rect">
                            <a:avLst/>
                          </a:prstGeom>
                          <a:ln w="9525">
                            <a:solidFill>
                              <a:srgbClr val="000000"/>
                            </a:solidFill>
                            <a:prstDash val="solid"/>
                          </a:ln>
                        </wps:spPr>
                        <wps:txbx>
                          <w:txbxContent>
                            <w:p w14:paraId="4B9A7903" w14:textId="77777777" w:rsidR="00CD5479" w:rsidRDefault="00CD5479" w:rsidP="00CD5479">
                              <w:pPr>
                                <w:rPr>
                                  <w:sz w:val="24"/>
                                </w:rPr>
                              </w:pPr>
                            </w:p>
                            <w:p w14:paraId="0021406F" w14:textId="77777777" w:rsidR="00CD5479" w:rsidRDefault="00CD5479" w:rsidP="00CD5479">
                              <w:pPr>
                                <w:rPr>
                                  <w:sz w:val="24"/>
                                </w:rPr>
                              </w:pPr>
                            </w:p>
                            <w:p w14:paraId="16B19BB9" w14:textId="77777777" w:rsidR="00CD5479" w:rsidRDefault="00CD5479" w:rsidP="00CD5479">
                              <w:pPr>
                                <w:rPr>
                                  <w:sz w:val="24"/>
                                </w:rPr>
                              </w:pPr>
                            </w:p>
                            <w:p w14:paraId="36AFC0EE" w14:textId="77777777" w:rsidR="00CD5479" w:rsidRDefault="00CD5479" w:rsidP="00CD5479">
                              <w:pPr>
                                <w:rPr>
                                  <w:sz w:val="24"/>
                                </w:rPr>
                              </w:pPr>
                            </w:p>
                            <w:p w14:paraId="0F893F90" w14:textId="77777777" w:rsidR="00CD5479" w:rsidRDefault="00CD5479" w:rsidP="00CD5479">
                              <w:pPr>
                                <w:rPr>
                                  <w:sz w:val="24"/>
                                </w:rPr>
                              </w:pPr>
                            </w:p>
                            <w:p w14:paraId="1F583FD8" w14:textId="77777777" w:rsidR="00CD5479" w:rsidRDefault="00CD5479" w:rsidP="00CD5479">
                              <w:pPr>
                                <w:rPr>
                                  <w:sz w:val="24"/>
                                </w:rPr>
                              </w:pPr>
                            </w:p>
                            <w:p w14:paraId="179614B8" w14:textId="77777777" w:rsidR="00CD5479" w:rsidRDefault="00CD5479" w:rsidP="00CD5479">
                              <w:pPr>
                                <w:rPr>
                                  <w:sz w:val="24"/>
                                </w:rPr>
                              </w:pPr>
                            </w:p>
                            <w:p w14:paraId="7EE9ACAD"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Fig.20: Control</w:t>
                              </w:r>
                            </w:p>
                            <w:p w14:paraId="7A648FB3" w14:textId="77777777" w:rsidR="00C93A60" w:rsidRDefault="00C93A60" w:rsidP="00CD5479">
                              <w:pPr>
                                <w:rPr>
                                  <w:sz w:val="24"/>
                                </w:rPr>
                              </w:pPr>
                            </w:p>
                            <w:p w14:paraId="73A582C0" w14:textId="77777777" w:rsidR="00CD5479" w:rsidRDefault="00CD5479" w:rsidP="00CD5479">
                              <w:pPr>
                                <w:rPr>
                                  <w:sz w:val="24"/>
                                </w:rPr>
                              </w:pPr>
                            </w:p>
                            <w:p w14:paraId="2F95EA86" w14:textId="77777777" w:rsidR="00CD5479" w:rsidRDefault="00CD5479" w:rsidP="00CD5479">
                              <w:pPr>
                                <w:rPr>
                                  <w:sz w:val="24"/>
                                </w:rPr>
                              </w:pPr>
                            </w:p>
                            <w:p w14:paraId="2552EA60" w14:textId="77777777" w:rsidR="00CD5479" w:rsidRDefault="00CD5479" w:rsidP="00CD5479">
                              <w:pPr>
                                <w:rPr>
                                  <w:sz w:val="24"/>
                                </w:rPr>
                              </w:pPr>
                            </w:p>
                            <w:p w14:paraId="78F63A97" w14:textId="77777777" w:rsidR="00CD5479" w:rsidRDefault="00CD5479" w:rsidP="00CD5479">
                              <w:pPr>
                                <w:spacing w:before="126"/>
                                <w:rPr>
                                  <w:sz w:val="24"/>
                                </w:rPr>
                              </w:pPr>
                            </w:p>
                            <w:p w14:paraId="1932AB45" w14:textId="77777777" w:rsidR="00CD5479" w:rsidRDefault="00CD5479" w:rsidP="00CD5479">
                              <w:pPr>
                                <w:spacing w:before="1"/>
                                <w:ind w:left="145"/>
                                <w:rPr>
                                  <w:b/>
                                  <w:sz w:val="24"/>
                                </w:rPr>
                              </w:pPr>
                              <w:r>
                                <w:rPr>
                                  <w:b/>
                                  <w:sz w:val="24"/>
                                </w:rPr>
                                <w:t xml:space="preserve">Fig.20: </w:t>
                              </w:r>
                              <w:r>
                                <w:rPr>
                                  <w:b/>
                                  <w:spacing w:val="-2"/>
                                  <w:sz w:val="24"/>
                                </w:rPr>
                                <w:t>Control</w:t>
                              </w:r>
                            </w:p>
                          </w:txbxContent>
                        </wps:txbx>
                        <wps:bodyPr wrap="square" lIns="0" tIns="0" rIns="0" bIns="0" rtlCol="0">
                          <a:noAutofit/>
                        </wps:bodyPr>
                      </wps:wsp>
                    </wpg:wgp>
                  </a:graphicData>
                </a:graphic>
              </wp:anchor>
            </w:drawing>
          </mc:Choice>
          <mc:Fallback>
            <w:pict>
              <v:group w14:anchorId="41820A6F" id="Group 72" o:spid="_x0000_s1087" style="position:absolute;margin-left:431.6pt;margin-top:14.9pt;width:103.5pt;height:183pt;z-index:-251641856;mso-wrap-distance-left:0;mso-wrap-distance-right:0;mso-position-horizontal-relative:page" coordsize="13144,2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">
                <v:shape id="Image 73" o:spid="_x0000_s1088" type="#_x0000_t75" style="position:absolute;left:1007;top:550;width:11125;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">
                  <v:imagedata r:id="rId47" o:title=""/>
                </v:shape>
                <v:shape id="Textbox 74" o:spid="_x0000_s1089" type="#_x0000_t202" style="position:absolute;left:47;top:47;width:13049;height:2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" filled="f">
                  <v:textbox inset="0,0,0,0">
                    <w:txbxContent>
                      <w:p w14:paraId="4B9A7903" w14:textId="77777777" w:rsidR="00CD5479" w:rsidRDefault="00CD5479" w:rsidP="00CD5479">
                        <w:pPr>
                          <w:rPr>
                            <w:sz w:val="24"/>
                          </w:rPr>
                        </w:pPr>
                      </w:p>
                      <w:p w14:paraId="0021406F" w14:textId="77777777" w:rsidR="00CD5479" w:rsidRDefault="00CD5479" w:rsidP="00CD5479">
                        <w:pPr>
                          <w:rPr>
                            <w:sz w:val="24"/>
                          </w:rPr>
                        </w:pPr>
                      </w:p>
                      <w:p w14:paraId="16B19BB9" w14:textId="77777777" w:rsidR="00CD5479" w:rsidRDefault="00CD5479" w:rsidP="00CD5479">
                        <w:pPr>
                          <w:rPr>
                            <w:sz w:val="24"/>
                          </w:rPr>
                        </w:pPr>
                      </w:p>
                      <w:p w14:paraId="36AFC0EE" w14:textId="77777777" w:rsidR="00CD5479" w:rsidRDefault="00CD5479" w:rsidP="00CD5479">
                        <w:pPr>
                          <w:rPr>
                            <w:sz w:val="24"/>
                          </w:rPr>
                        </w:pPr>
                      </w:p>
                      <w:p w14:paraId="0F893F90" w14:textId="77777777" w:rsidR="00CD5479" w:rsidRDefault="00CD5479" w:rsidP="00CD5479">
                        <w:pPr>
                          <w:rPr>
                            <w:sz w:val="24"/>
                          </w:rPr>
                        </w:pPr>
                      </w:p>
                      <w:p w14:paraId="1F583FD8" w14:textId="77777777" w:rsidR="00CD5479" w:rsidRDefault="00CD5479" w:rsidP="00CD5479">
                        <w:pPr>
                          <w:rPr>
                            <w:sz w:val="24"/>
                          </w:rPr>
                        </w:pPr>
                      </w:p>
                      <w:p w14:paraId="179614B8" w14:textId="77777777" w:rsidR="00CD5479" w:rsidRDefault="00CD5479" w:rsidP="00CD5479">
                        <w:pPr>
                          <w:rPr>
                            <w:sz w:val="24"/>
                          </w:rPr>
                        </w:pPr>
                      </w:p>
                      <w:p w14:paraId="7EE9ACAD" w14:textId="77777777" w:rsidR="00C93A60" w:rsidRPr="00584328" w:rsidRDefault="00C93A60" w:rsidP="00584328">
                        <w:pPr>
                          <w:ind w:left="142"/>
                          <w:jc w:val="center"/>
                          <w:rPr>
                            <w:rFonts w:ascii="Arial" w:hAnsi="Arial" w:cs="Arial"/>
                            <w:bCs/>
                            <w:sz w:val="20"/>
                            <w:szCs w:val="18"/>
                          </w:rPr>
                        </w:pPr>
                        <w:r w:rsidRPr="00584328">
                          <w:rPr>
                            <w:rFonts w:ascii="Arial" w:hAnsi="Arial" w:cs="Arial"/>
                            <w:bCs/>
                            <w:sz w:val="20"/>
                            <w:szCs w:val="18"/>
                          </w:rPr>
                          <w:t>Fig.20: Control</w:t>
                        </w:r>
                      </w:p>
                      <w:p w14:paraId="7A648FB3" w14:textId="77777777" w:rsidR="00C93A60" w:rsidRDefault="00C93A60" w:rsidP="00CD5479">
                        <w:pPr>
                          <w:rPr>
                            <w:sz w:val="24"/>
                          </w:rPr>
                        </w:pPr>
                      </w:p>
                      <w:p w14:paraId="73A582C0" w14:textId="77777777" w:rsidR="00CD5479" w:rsidRDefault="00CD5479" w:rsidP="00CD5479">
                        <w:pPr>
                          <w:rPr>
                            <w:sz w:val="24"/>
                          </w:rPr>
                        </w:pPr>
                      </w:p>
                      <w:p w14:paraId="2F95EA86" w14:textId="77777777" w:rsidR="00CD5479" w:rsidRDefault="00CD5479" w:rsidP="00CD5479">
                        <w:pPr>
                          <w:rPr>
                            <w:sz w:val="24"/>
                          </w:rPr>
                        </w:pPr>
                      </w:p>
                      <w:p w14:paraId="2552EA60" w14:textId="77777777" w:rsidR="00CD5479" w:rsidRDefault="00CD5479" w:rsidP="00CD5479">
                        <w:pPr>
                          <w:rPr>
                            <w:sz w:val="24"/>
                          </w:rPr>
                        </w:pPr>
                      </w:p>
                      <w:p w14:paraId="78F63A97" w14:textId="77777777" w:rsidR="00CD5479" w:rsidRDefault="00CD5479" w:rsidP="00CD5479">
                        <w:pPr>
                          <w:spacing w:before="126"/>
                          <w:rPr>
                            <w:sz w:val="24"/>
                          </w:rPr>
                        </w:pPr>
                      </w:p>
                      <w:p w14:paraId="1932AB45" w14:textId="77777777" w:rsidR="00CD5479" w:rsidRDefault="00CD5479" w:rsidP="00CD5479">
                        <w:pPr>
                          <w:spacing w:before="1"/>
                          <w:ind w:left="145"/>
                          <w:rPr>
                            <w:b/>
                            <w:sz w:val="24"/>
                          </w:rPr>
                        </w:pPr>
                        <w:r>
                          <w:rPr>
                            <w:b/>
                            <w:sz w:val="24"/>
                          </w:rPr>
                          <w:t xml:space="preserve">Fig.20: </w:t>
                        </w:r>
                        <w:r>
                          <w:rPr>
                            <w:b/>
                            <w:spacing w:val="-2"/>
                            <w:sz w:val="24"/>
                          </w:rPr>
                          <w:t>Control</w:t>
                        </w:r>
                      </w:p>
                    </w:txbxContent>
                  </v:textbox>
                </v:shape>
                <w10:wrap type="topAndBottom" anchorx="page"/>
              </v:group>
            </w:pict>
          </mc:Fallback>
        </mc:AlternateContent>
      </w:r>
    </w:p>
    <w:p w14:paraId="1D91ED7C" w14:textId="38A46B90" w:rsidR="00CD5479" w:rsidRPr="00584328" w:rsidRDefault="00CD5479" w:rsidP="00584328">
      <w:pPr>
        <w:pStyle w:val="BodyText"/>
        <w:tabs>
          <w:tab w:val="left" w:pos="360"/>
          <w:tab w:val="left" w:pos="8100"/>
        </w:tabs>
        <w:spacing w:after="240"/>
        <w:rPr>
          <w:rFonts w:ascii="Arial" w:hAnsi="Arial" w:cs="Arial"/>
          <w:sz w:val="20"/>
        </w:rPr>
      </w:pPr>
    </w:p>
    <w:p w14:paraId="22680BDD" w14:textId="02D0D475" w:rsidR="00CD5479" w:rsidRDefault="00584328" w:rsidP="00584328">
      <w:pPr>
        <w:pStyle w:val="BodyText"/>
        <w:tabs>
          <w:tab w:val="left" w:pos="360"/>
          <w:tab w:val="left" w:pos="8100"/>
        </w:tabs>
        <w:spacing w:after="240"/>
        <w:rPr>
          <w:rFonts w:ascii="Arial" w:hAnsi="Arial" w:cs="Arial"/>
          <w:sz w:val="20"/>
        </w:rPr>
      </w:pPr>
      <w:r w:rsidRPr="00584328">
        <w:rPr>
          <w:rFonts w:ascii="Arial" w:hAnsi="Arial" w:cs="Arial"/>
          <w:noProof/>
          <w:sz w:val="20"/>
        </w:rPr>
        <w:lastRenderedPageBreak/>
        <mc:AlternateContent>
          <mc:Choice Requires="wpg">
            <w:drawing>
              <wp:anchor distT="0" distB="0" distL="0" distR="0" simplePos="0" relativeHeight="251675648" behindDoc="1" locked="0" layoutInCell="1" allowOverlap="1" wp14:anchorId="3B0A9A46" wp14:editId="24A5315D">
                <wp:simplePos x="0" y="0"/>
                <wp:positionH relativeFrom="page">
                  <wp:posOffset>1244107</wp:posOffset>
                </wp:positionH>
                <wp:positionV relativeFrom="paragraph">
                  <wp:posOffset>286801</wp:posOffset>
                </wp:positionV>
                <wp:extent cx="3918585" cy="2295525"/>
                <wp:effectExtent l="0" t="0" r="5715" b="9525"/>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8585" cy="2295525"/>
                          <a:chOff x="4762" y="4762"/>
                          <a:chExt cx="3762376" cy="2286000"/>
                        </a:xfrm>
                      </wpg:grpSpPr>
                      <pic:pic xmlns:pic="http://schemas.openxmlformats.org/drawingml/2006/picture">
                        <pic:nvPicPr>
                          <pic:cNvPr id="76" name="Image 76"/>
                          <pic:cNvPicPr/>
                        </pic:nvPicPr>
                        <pic:blipFill>
                          <a:blip r:embed="rId48" cstate="print"/>
                          <a:stretch>
                            <a:fillRect/>
                          </a:stretch>
                        </pic:blipFill>
                        <pic:spPr>
                          <a:xfrm>
                            <a:off x="100647" y="55689"/>
                            <a:ext cx="3570224" cy="1820799"/>
                          </a:xfrm>
                          <a:prstGeom prst="rect">
                            <a:avLst/>
                          </a:prstGeom>
                        </pic:spPr>
                      </pic:pic>
                      <wps:wsp>
                        <wps:cNvPr id="77" name="Textbox 77"/>
                        <wps:cNvSpPr txBox="1"/>
                        <wps:spPr>
                          <a:xfrm>
                            <a:off x="4762" y="4762"/>
                            <a:ext cx="3762376" cy="2286000"/>
                          </a:xfrm>
                          <a:prstGeom prst="rect">
                            <a:avLst/>
                          </a:prstGeom>
                          <a:ln w="9525">
                            <a:solidFill>
                              <a:srgbClr val="000000"/>
                            </a:solidFill>
                            <a:prstDash val="solid"/>
                          </a:ln>
                        </wps:spPr>
                        <wps:txbx>
                          <w:txbxContent>
                            <w:p w14:paraId="236E11E5" w14:textId="77777777" w:rsidR="00CD5479" w:rsidRDefault="00CD5479" w:rsidP="00CD5479">
                              <w:pPr>
                                <w:rPr>
                                  <w:sz w:val="24"/>
                                </w:rPr>
                              </w:pPr>
                            </w:p>
                            <w:p w14:paraId="50B147B2" w14:textId="77777777" w:rsidR="00CD5479" w:rsidRDefault="00CD5479" w:rsidP="00CD5479">
                              <w:pPr>
                                <w:rPr>
                                  <w:sz w:val="24"/>
                                </w:rPr>
                              </w:pPr>
                            </w:p>
                            <w:p w14:paraId="3C1858C6" w14:textId="77777777" w:rsidR="00CD5479" w:rsidRDefault="00CD5479" w:rsidP="00CD5479">
                              <w:pPr>
                                <w:rPr>
                                  <w:sz w:val="24"/>
                                </w:rPr>
                              </w:pPr>
                            </w:p>
                            <w:p w14:paraId="0D1266FE" w14:textId="77777777" w:rsidR="00CD5479" w:rsidRDefault="00CD5479" w:rsidP="00CD5479">
                              <w:pPr>
                                <w:rPr>
                                  <w:sz w:val="24"/>
                                </w:rPr>
                              </w:pPr>
                            </w:p>
                            <w:p w14:paraId="1605E78E" w14:textId="77777777" w:rsidR="00CD5479" w:rsidRDefault="00CD5479" w:rsidP="00CD5479">
                              <w:pPr>
                                <w:rPr>
                                  <w:sz w:val="24"/>
                                </w:rPr>
                              </w:pPr>
                            </w:p>
                            <w:p w14:paraId="7B90FEC9" w14:textId="77777777" w:rsidR="00CD5479" w:rsidRDefault="00CD5479" w:rsidP="00CD5479">
                              <w:pPr>
                                <w:rPr>
                                  <w:sz w:val="24"/>
                                </w:rPr>
                              </w:pPr>
                            </w:p>
                            <w:p w14:paraId="048B5AD0" w14:textId="77777777" w:rsidR="00CD5479" w:rsidRDefault="00CD5479" w:rsidP="00CD5479">
                              <w:pPr>
                                <w:rPr>
                                  <w:sz w:val="24"/>
                                </w:rPr>
                              </w:pPr>
                            </w:p>
                            <w:p w14:paraId="4628E316" w14:textId="0CCF2835"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Fig.21: Feather meal broth of sample C1,</w:t>
                              </w:r>
                              <w:r w:rsidR="00113824" w:rsidRPr="00584328">
                                <w:rPr>
                                  <w:rFonts w:ascii="Arial" w:hAnsi="Arial" w:cs="Arial"/>
                                  <w:bCs/>
                                  <w:sz w:val="20"/>
                                  <w:szCs w:val="18"/>
                                </w:rPr>
                                <w:t xml:space="preserve"> </w:t>
                              </w:r>
                              <w:r w:rsidRPr="00584328">
                                <w:rPr>
                                  <w:rFonts w:ascii="Arial" w:hAnsi="Arial" w:cs="Arial"/>
                                  <w:bCs/>
                                  <w:sz w:val="20"/>
                                  <w:szCs w:val="18"/>
                                </w:rPr>
                                <w:t>C2,</w:t>
                              </w:r>
                              <w:r w:rsidR="00113824" w:rsidRPr="00584328">
                                <w:rPr>
                                  <w:rFonts w:ascii="Arial" w:hAnsi="Arial" w:cs="Arial"/>
                                  <w:bCs/>
                                  <w:sz w:val="20"/>
                                  <w:szCs w:val="18"/>
                                </w:rPr>
                                <w:t xml:space="preserve"> </w:t>
                              </w:r>
                              <w:r w:rsidRPr="00584328">
                                <w:rPr>
                                  <w:rFonts w:ascii="Arial" w:hAnsi="Arial" w:cs="Arial"/>
                                  <w:bCs/>
                                  <w:sz w:val="20"/>
                                  <w:szCs w:val="18"/>
                                </w:rPr>
                                <w:t>C3,</w:t>
                              </w:r>
                              <w:r w:rsidR="00113824" w:rsidRPr="00584328">
                                <w:rPr>
                                  <w:rFonts w:ascii="Arial" w:hAnsi="Arial" w:cs="Arial"/>
                                  <w:bCs/>
                                  <w:sz w:val="20"/>
                                  <w:szCs w:val="18"/>
                                </w:rPr>
                                <w:t xml:space="preserve"> </w:t>
                              </w:r>
                              <w:r w:rsidRPr="00584328">
                                <w:rPr>
                                  <w:rFonts w:ascii="Arial" w:hAnsi="Arial" w:cs="Arial"/>
                                  <w:bCs/>
                                  <w:sz w:val="20"/>
                                  <w:szCs w:val="18"/>
                                </w:rPr>
                                <w:t>C4</w:t>
                              </w:r>
                            </w:p>
                            <w:p w14:paraId="576E8674" w14:textId="77777777" w:rsidR="00FB20C8" w:rsidRDefault="00FB20C8" w:rsidP="00CD5479">
                              <w:pPr>
                                <w:rPr>
                                  <w:sz w:val="24"/>
                                </w:rPr>
                              </w:pPr>
                            </w:p>
                            <w:p w14:paraId="71277F5A" w14:textId="77777777" w:rsidR="00CD5479" w:rsidRDefault="00CD5479" w:rsidP="00CD5479">
                              <w:pPr>
                                <w:rPr>
                                  <w:sz w:val="24"/>
                                </w:rPr>
                              </w:pPr>
                            </w:p>
                            <w:p w14:paraId="134D9CD4" w14:textId="77777777" w:rsidR="00CD5479" w:rsidRDefault="00CD5479" w:rsidP="00CD5479">
                              <w:pPr>
                                <w:rPr>
                                  <w:sz w:val="24"/>
                                </w:rPr>
                              </w:pPr>
                            </w:p>
                            <w:p w14:paraId="238631AE" w14:textId="77777777" w:rsidR="00CD5479" w:rsidRDefault="00CD5479" w:rsidP="00CD5479">
                              <w:pPr>
                                <w:rPr>
                                  <w:sz w:val="24"/>
                                </w:rPr>
                              </w:pPr>
                            </w:p>
                            <w:p w14:paraId="6E2CB0AE" w14:textId="77777777" w:rsidR="00CD5479" w:rsidRDefault="00CD5479" w:rsidP="00CD5479">
                              <w:pPr>
                                <w:spacing w:before="98"/>
                                <w:rPr>
                                  <w:sz w:val="24"/>
                                </w:rPr>
                              </w:pPr>
                            </w:p>
                            <w:p w14:paraId="4383068F" w14:textId="77777777" w:rsidR="00CD5479" w:rsidRDefault="00CD5479" w:rsidP="00CD5479">
                              <w:pPr>
                                <w:ind w:left="143"/>
                                <w:rPr>
                                  <w:b/>
                                  <w:sz w:val="24"/>
                                </w:rPr>
                              </w:pPr>
                              <w:r>
                                <w:rPr>
                                  <w:b/>
                                  <w:sz w:val="24"/>
                                </w:rPr>
                                <w:t>Fig.21:</w:t>
                              </w:r>
                              <w:r>
                                <w:rPr>
                                  <w:b/>
                                  <w:spacing w:val="-2"/>
                                  <w:sz w:val="24"/>
                                </w:rPr>
                                <w:t xml:space="preserve"> </w:t>
                              </w:r>
                              <w:r>
                                <w:rPr>
                                  <w:b/>
                                  <w:sz w:val="24"/>
                                </w:rPr>
                                <w:t>Feather</w:t>
                              </w:r>
                              <w:r>
                                <w:rPr>
                                  <w:b/>
                                  <w:spacing w:val="-7"/>
                                  <w:sz w:val="24"/>
                                </w:rPr>
                                <w:t xml:space="preserve"> </w:t>
                              </w:r>
                              <w:r>
                                <w:rPr>
                                  <w:b/>
                                  <w:sz w:val="24"/>
                                </w:rPr>
                                <w:t>meal</w:t>
                              </w:r>
                              <w:r>
                                <w:rPr>
                                  <w:b/>
                                  <w:spacing w:val="-1"/>
                                  <w:sz w:val="24"/>
                                </w:rPr>
                                <w:t xml:space="preserve"> </w:t>
                              </w:r>
                              <w:r>
                                <w:rPr>
                                  <w:b/>
                                  <w:sz w:val="24"/>
                                </w:rPr>
                                <w:t>broth</w:t>
                              </w:r>
                              <w:r>
                                <w:rPr>
                                  <w:b/>
                                  <w:spacing w:val="-3"/>
                                  <w:sz w:val="24"/>
                                </w:rPr>
                                <w:t xml:space="preserve"> </w:t>
                              </w:r>
                              <w:r>
                                <w:rPr>
                                  <w:b/>
                                  <w:sz w:val="24"/>
                                </w:rPr>
                                <w:t>of</w:t>
                              </w:r>
                              <w:r>
                                <w:rPr>
                                  <w:b/>
                                  <w:spacing w:val="-2"/>
                                  <w:sz w:val="24"/>
                                </w:rPr>
                                <w:t xml:space="preserve"> </w:t>
                              </w:r>
                              <w:r>
                                <w:rPr>
                                  <w:b/>
                                  <w:sz w:val="24"/>
                                </w:rPr>
                                <w:t>sample</w:t>
                              </w:r>
                              <w:r>
                                <w:rPr>
                                  <w:b/>
                                  <w:spacing w:val="-1"/>
                                  <w:sz w:val="24"/>
                                </w:rPr>
                                <w:t xml:space="preserve"> </w:t>
                              </w:r>
                              <w:r>
                                <w:rPr>
                                  <w:b/>
                                  <w:spacing w:val="-2"/>
                                  <w:sz w:val="24"/>
                                </w:rPr>
                                <w:t>C</w:t>
                              </w:r>
                              <w:proofErr w:type="gramStart"/>
                              <w:r>
                                <w:rPr>
                                  <w:b/>
                                  <w:spacing w:val="-2"/>
                                  <w:sz w:val="24"/>
                                </w:rPr>
                                <w:t>1,C2,C3,C</w:t>
                              </w:r>
                              <w:proofErr w:type="gramEnd"/>
                              <w:r>
                                <w:rPr>
                                  <w:b/>
                                  <w:spacing w:val="-2"/>
                                  <w:sz w:val="24"/>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0A9A46" id="Group 75" o:spid="_x0000_s1090" style="position:absolute;margin-left:97.95pt;margin-top:22.6pt;width:308.55pt;height:180.75pt;z-index:-251640832;mso-wrap-distance-left:0;mso-wrap-distance-right:0;mso-position-horizontal-relative:page;mso-width-relative:margin;mso-height-relative:margin" coordorigin="47,47" coordsize="37623,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">
                <v:shape id="Image 76" o:spid="_x0000_s1091" type="#_x0000_t75" style="position:absolute;left:1006;top:556;width:35702;height:1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">
                  <v:imagedata r:id="rId49" o:title=""/>
                </v:shape>
                <v:shape id="Textbox 77" o:spid="_x0000_s1092" type="#_x0000_t202" style="position:absolute;left:47;top:47;width:37624;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" filled="f">
                  <v:textbox inset="0,0,0,0">
                    <w:txbxContent>
                      <w:p w14:paraId="236E11E5" w14:textId="77777777" w:rsidR="00CD5479" w:rsidRDefault="00CD5479" w:rsidP="00CD5479">
                        <w:pPr>
                          <w:rPr>
                            <w:sz w:val="24"/>
                          </w:rPr>
                        </w:pPr>
                      </w:p>
                      <w:p w14:paraId="50B147B2" w14:textId="77777777" w:rsidR="00CD5479" w:rsidRDefault="00CD5479" w:rsidP="00CD5479">
                        <w:pPr>
                          <w:rPr>
                            <w:sz w:val="24"/>
                          </w:rPr>
                        </w:pPr>
                      </w:p>
                      <w:p w14:paraId="3C1858C6" w14:textId="77777777" w:rsidR="00CD5479" w:rsidRDefault="00CD5479" w:rsidP="00CD5479">
                        <w:pPr>
                          <w:rPr>
                            <w:sz w:val="24"/>
                          </w:rPr>
                        </w:pPr>
                      </w:p>
                      <w:p w14:paraId="0D1266FE" w14:textId="77777777" w:rsidR="00CD5479" w:rsidRDefault="00CD5479" w:rsidP="00CD5479">
                        <w:pPr>
                          <w:rPr>
                            <w:sz w:val="24"/>
                          </w:rPr>
                        </w:pPr>
                      </w:p>
                      <w:p w14:paraId="1605E78E" w14:textId="77777777" w:rsidR="00CD5479" w:rsidRDefault="00CD5479" w:rsidP="00CD5479">
                        <w:pPr>
                          <w:rPr>
                            <w:sz w:val="24"/>
                          </w:rPr>
                        </w:pPr>
                      </w:p>
                      <w:p w14:paraId="7B90FEC9" w14:textId="77777777" w:rsidR="00CD5479" w:rsidRDefault="00CD5479" w:rsidP="00CD5479">
                        <w:pPr>
                          <w:rPr>
                            <w:sz w:val="24"/>
                          </w:rPr>
                        </w:pPr>
                      </w:p>
                      <w:p w14:paraId="048B5AD0" w14:textId="77777777" w:rsidR="00CD5479" w:rsidRDefault="00CD5479" w:rsidP="00CD5479">
                        <w:pPr>
                          <w:rPr>
                            <w:sz w:val="24"/>
                          </w:rPr>
                        </w:pPr>
                      </w:p>
                      <w:p w14:paraId="4628E316" w14:textId="0CCF2835"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Fig.21: Feather meal broth of sample C1,</w:t>
                        </w:r>
                        <w:r w:rsidR="00113824" w:rsidRPr="00584328">
                          <w:rPr>
                            <w:rFonts w:ascii="Arial" w:hAnsi="Arial" w:cs="Arial"/>
                            <w:bCs/>
                            <w:sz w:val="20"/>
                            <w:szCs w:val="18"/>
                          </w:rPr>
                          <w:t xml:space="preserve"> </w:t>
                        </w:r>
                        <w:r w:rsidRPr="00584328">
                          <w:rPr>
                            <w:rFonts w:ascii="Arial" w:hAnsi="Arial" w:cs="Arial"/>
                            <w:bCs/>
                            <w:sz w:val="20"/>
                            <w:szCs w:val="18"/>
                          </w:rPr>
                          <w:t>C2,</w:t>
                        </w:r>
                        <w:r w:rsidR="00113824" w:rsidRPr="00584328">
                          <w:rPr>
                            <w:rFonts w:ascii="Arial" w:hAnsi="Arial" w:cs="Arial"/>
                            <w:bCs/>
                            <w:sz w:val="20"/>
                            <w:szCs w:val="18"/>
                          </w:rPr>
                          <w:t xml:space="preserve"> </w:t>
                        </w:r>
                        <w:r w:rsidRPr="00584328">
                          <w:rPr>
                            <w:rFonts w:ascii="Arial" w:hAnsi="Arial" w:cs="Arial"/>
                            <w:bCs/>
                            <w:sz w:val="20"/>
                            <w:szCs w:val="18"/>
                          </w:rPr>
                          <w:t>C3,</w:t>
                        </w:r>
                        <w:r w:rsidR="00113824" w:rsidRPr="00584328">
                          <w:rPr>
                            <w:rFonts w:ascii="Arial" w:hAnsi="Arial" w:cs="Arial"/>
                            <w:bCs/>
                            <w:sz w:val="20"/>
                            <w:szCs w:val="18"/>
                          </w:rPr>
                          <w:t xml:space="preserve"> </w:t>
                        </w:r>
                        <w:r w:rsidRPr="00584328">
                          <w:rPr>
                            <w:rFonts w:ascii="Arial" w:hAnsi="Arial" w:cs="Arial"/>
                            <w:bCs/>
                            <w:sz w:val="20"/>
                            <w:szCs w:val="18"/>
                          </w:rPr>
                          <w:t>C4</w:t>
                        </w:r>
                      </w:p>
                      <w:p w14:paraId="576E8674" w14:textId="77777777" w:rsidR="00FB20C8" w:rsidRDefault="00FB20C8" w:rsidP="00CD5479">
                        <w:pPr>
                          <w:rPr>
                            <w:sz w:val="24"/>
                          </w:rPr>
                        </w:pPr>
                      </w:p>
                      <w:p w14:paraId="71277F5A" w14:textId="77777777" w:rsidR="00CD5479" w:rsidRDefault="00CD5479" w:rsidP="00CD5479">
                        <w:pPr>
                          <w:rPr>
                            <w:sz w:val="24"/>
                          </w:rPr>
                        </w:pPr>
                      </w:p>
                      <w:p w14:paraId="134D9CD4" w14:textId="77777777" w:rsidR="00CD5479" w:rsidRDefault="00CD5479" w:rsidP="00CD5479">
                        <w:pPr>
                          <w:rPr>
                            <w:sz w:val="24"/>
                          </w:rPr>
                        </w:pPr>
                      </w:p>
                      <w:p w14:paraId="238631AE" w14:textId="77777777" w:rsidR="00CD5479" w:rsidRDefault="00CD5479" w:rsidP="00CD5479">
                        <w:pPr>
                          <w:rPr>
                            <w:sz w:val="24"/>
                          </w:rPr>
                        </w:pPr>
                      </w:p>
                      <w:p w14:paraId="6E2CB0AE" w14:textId="77777777" w:rsidR="00CD5479" w:rsidRDefault="00CD5479" w:rsidP="00CD5479">
                        <w:pPr>
                          <w:spacing w:before="98"/>
                          <w:rPr>
                            <w:sz w:val="24"/>
                          </w:rPr>
                        </w:pPr>
                      </w:p>
                      <w:p w14:paraId="4383068F" w14:textId="77777777" w:rsidR="00CD5479" w:rsidRDefault="00CD5479" w:rsidP="00CD5479">
                        <w:pPr>
                          <w:ind w:left="143"/>
                          <w:rPr>
                            <w:b/>
                            <w:sz w:val="24"/>
                          </w:rPr>
                        </w:pPr>
                        <w:r>
                          <w:rPr>
                            <w:b/>
                            <w:sz w:val="24"/>
                          </w:rPr>
                          <w:t>Fig.21:</w:t>
                        </w:r>
                        <w:r>
                          <w:rPr>
                            <w:b/>
                            <w:spacing w:val="-2"/>
                            <w:sz w:val="24"/>
                          </w:rPr>
                          <w:t xml:space="preserve"> </w:t>
                        </w:r>
                        <w:r>
                          <w:rPr>
                            <w:b/>
                            <w:sz w:val="24"/>
                          </w:rPr>
                          <w:t>Feather</w:t>
                        </w:r>
                        <w:r>
                          <w:rPr>
                            <w:b/>
                            <w:spacing w:val="-7"/>
                            <w:sz w:val="24"/>
                          </w:rPr>
                          <w:t xml:space="preserve"> </w:t>
                        </w:r>
                        <w:r>
                          <w:rPr>
                            <w:b/>
                            <w:sz w:val="24"/>
                          </w:rPr>
                          <w:t>meal</w:t>
                        </w:r>
                        <w:r>
                          <w:rPr>
                            <w:b/>
                            <w:spacing w:val="-1"/>
                            <w:sz w:val="24"/>
                          </w:rPr>
                          <w:t xml:space="preserve"> </w:t>
                        </w:r>
                        <w:r>
                          <w:rPr>
                            <w:b/>
                            <w:sz w:val="24"/>
                          </w:rPr>
                          <w:t>broth</w:t>
                        </w:r>
                        <w:r>
                          <w:rPr>
                            <w:b/>
                            <w:spacing w:val="-3"/>
                            <w:sz w:val="24"/>
                          </w:rPr>
                          <w:t xml:space="preserve"> </w:t>
                        </w:r>
                        <w:r>
                          <w:rPr>
                            <w:b/>
                            <w:sz w:val="24"/>
                          </w:rPr>
                          <w:t>of</w:t>
                        </w:r>
                        <w:r>
                          <w:rPr>
                            <w:b/>
                            <w:spacing w:val="-2"/>
                            <w:sz w:val="24"/>
                          </w:rPr>
                          <w:t xml:space="preserve"> </w:t>
                        </w:r>
                        <w:r>
                          <w:rPr>
                            <w:b/>
                            <w:sz w:val="24"/>
                          </w:rPr>
                          <w:t>sample</w:t>
                        </w:r>
                        <w:r>
                          <w:rPr>
                            <w:b/>
                            <w:spacing w:val="-1"/>
                            <w:sz w:val="24"/>
                          </w:rPr>
                          <w:t xml:space="preserve"> </w:t>
                        </w:r>
                        <w:r>
                          <w:rPr>
                            <w:b/>
                            <w:spacing w:val="-2"/>
                            <w:sz w:val="24"/>
                          </w:rPr>
                          <w:t>C</w:t>
                        </w:r>
                        <w:proofErr w:type="gramStart"/>
                        <w:r>
                          <w:rPr>
                            <w:b/>
                            <w:spacing w:val="-2"/>
                            <w:sz w:val="24"/>
                          </w:rPr>
                          <w:t>1,C2,C3,C</w:t>
                        </w:r>
                        <w:proofErr w:type="gramEnd"/>
                        <w:r>
                          <w:rPr>
                            <w:b/>
                            <w:spacing w:val="-2"/>
                            <w:sz w:val="24"/>
                          </w:rPr>
                          <w:t>4</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717632" behindDoc="1" locked="0" layoutInCell="1" allowOverlap="1" wp14:anchorId="2842D4B6" wp14:editId="1B2FCF25">
                <wp:simplePos x="0" y="0"/>
                <wp:positionH relativeFrom="page">
                  <wp:posOffset>5551463</wp:posOffset>
                </wp:positionH>
                <wp:positionV relativeFrom="paragraph">
                  <wp:posOffset>329653</wp:posOffset>
                </wp:positionV>
                <wp:extent cx="1343025" cy="225742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2257425"/>
                          <a:chOff x="4762" y="4762"/>
                          <a:chExt cx="1333500" cy="2247900"/>
                        </a:xfrm>
                      </wpg:grpSpPr>
                      <pic:pic xmlns:pic="http://schemas.openxmlformats.org/drawingml/2006/picture">
                        <pic:nvPicPr>
                          <pic:cNvPr id="79" name="Image 79"/>
                          <pic:cNvPicPr/>
                        </pic:nvPicPr>
                        <pic:blipFill>
                          <a:blip r:embed="rId50" cstate="print"/>
                          <a:stretch>
                            <a:fillRect/>
                          </a:stretch>
                        </pic:blipFill>
                        <pic:spPr>
                          <a:xfrm>
                            <a:off x="100647" y="55689"/>
                            <a:ext cx="1142364" cy="1811274"/>
                          </a:xfrm>
                          <a:prstGeom prst="rect">
                            <a:avLst/>
                          </a:prstGeom>
                        </pic:spPr>
                      </pic:pic>
                      <wps:wsp>
                        <wps:cNvPr id="80" name="Textbox 80"/>
                        <wps:cNvSpPr txBox="1"/>
                        <wps:spPr>
                          <a:xfrm>
                            <a:off x="4762" y="4762"/>
                            <a:ext cx="1333500" cy="2247900"/>
                          </a:xfrm>
                          <a:prstGeom prst="rect">
                            <a:avLst/>
                          </a:prstGeom>
                          <a:ln w="9525">
                            <a:solidFill>
                              <a:srgbClr val="000000"/>
                            </a:solidFill>
                            <a:prstDash val="solid"/>
                          </a:ln>
                        </wps:spPr>
                        <wps:txbx>
                          <w:txbxContent>
                            <w:p w14:paraId="0147C305" w14:textId="77777777" w:rsidR="00584328" w:rsidRDefault="00584328" w:rsidP="00584328">
                              <w:pPr>
                                <w:rPr>
                                  <w:sz w:val="24"/>
                                </w:rPr>
                              </w:pPr>
                            </w:p>
                            <w:p w14:paraId="39115322" w14:textId="77777777" w:rsidR="00584328" w:rsidRDefault="00584328" w:rsidP="00584328">
                              <w:pPr>
                                <w:rPr>
                                  <w:sz w:val="24"/>
                                </w:rPr>
                              </w:pPr>
                            </w:p>
                            <w:p w14:paraId="68AF21A8" w14:textId="77777777" w:rsidR="00584328" w:rsidRDefault="00584328" w:rsidP="00584328">
                              <w:pPr>
                                <w:rPr>
                                  <w:sz w:val="24"/>
                                </w:rPr>
                              </w:pPr>
                            </w:p>
                            <w:p w14:paraId="21AB1B53" w14:textId="77777777" w:rsidR="00584328" w:rsidRDefault="00584328" w:rsidP="00584328">
                              <w:pPr>
                                <w:rPr>
                                  <w:sz w:val="24"/>
                                </w:rPr>
                              </w:pPr>
                            </w:p>
                            <w:p w14:paraId="3C440B35" w14:textId="77777777" w:rsidR="00584328" w:rsidRDefault="00584328" w:rsidP="00584328">
                              <w:pPr>
                                <w:rPr>
                                  <w:sz w:val="24"/>
                                </w:rPr>
                              </w:pPr>
                            </w:p>
                            <w:p w14:paraId="196EB1BE" w14:textId="77777777" w:rsidR="00584328" w:rsidRDefault="00584328" w:rsidP="00584328">
                              <w:pPr>
                                <w:rPr>
                                  <w:sz w:val="24"/>
                                </w:rPr>
                              </w:pPr>
                            </w:p>
                            <w:p w14:paraId="46A5966C" w14:textId="77777777" w:rsidR="00584328" w:rsidRDefault="00584328" w:rsidP="00584328">
                              <w:pPr>
                                <w:rPr>
                                  <w:sz w:val="24"/>
                                </w:rPr>
                              </w:pPr>
                            </w:p>
                            <w:p w14:paraId="59888340"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Fig.22: Control</w:t>
                              </w:r>
                            </w:p>
                            <w:p w14:paraId="65201C2B" w14:textId="77777777" w:rsidR="00584328" w:rsidRDefault="00584328" w:rsidP="00584328">
                              <w:pPr>
                                <w:rPr>
                                  <w:sz w:val="24"/>
                                </w:rPr>
                              </w:pPr>
                            </w:p>
                            <w:p w14:paraId="1BE5895F" w14:textId="77777777" w:rsidR="00584328" w:rsidRDefault="00584328" w:rsidP="00584328">
                              <w:pPr>
                                <w:rPr>
                                  <w:sz w:val="24"/>
                                </w:rPr>
                              </w:pPr>
                            </w:p>
                            <w:p w14:paraId="4FD3BCA1" w14:textId="77777777" w:rsidR="00584328" w:rsidRDefault="00584328" w:rsidP="00584328">
                              <w:pPr>
                                <w:rPr>
                                  <w:sz w:val="24"/>
                                </w:rPr>
                              </w:pPr>
                            </w:p>
                            <w:p w14:paraId="08F85265" w14:textId="77777777" w:rsidR="00584328" w:rsidRDefault="00584328" w:rsidP="00584328">
                              <w:pPr>
                                <w:rPr>
                                  <w:sz w:val="24"/>
                                </w:rPr>
                              </w:pPr>
                            </w:p>
                            <w:p w14:paraId="397DA15E" w14:textId="77777777" w:rsidR="00584328" w:rsidRDefault="00584328" w:rsidP="00584328">
                              <w:pPr>
                                <w:rPr>
                                  <w:sz w:val="24"/>
                                </w:rPr>
                              </w:pPr>
                            </w:p>
                            <w:p w14:paraId="23A4613A" w14:textId="77777777" w:rsidR="00584328" w:rsidRDefault="00584328" w:rsidP="00584328">
                              <w:pPr>
                                <w:spacing w:before="71"/>
                                <w:rPr>
                                  <w:sz w:val="24"/>
                                </w:rPr>
                              </w:pPr>
                            </w:p>
                            <w:p w14:paraId="7432ABE2" w14:textId="77777777" w:rsidR="00584328" w:rsidRDefault="00584328" w:rsidP="00584328">
                              <w:pPr>
                                <w:ind w:left="143"/>
                                <w:rPr>
                                  <w:b/>
                                  <w:sz w:val="24"/>
                                </w:rPr>
                              </w:pPr>
                              <w:r>
                                <w:rPr>
                                  <w:b/>
                                  <w:sz w:val="24"/>
                                </w:rPr>
                                <w:t xml:space="preserve">Fig.22: </w:t>
                              </w:r>
                              <w:r>
                                <w:rPr>
                                  <w:b/>
                                  <w:spacing w:val="-2"/>
                                  <w:sz w:val="24"/>
                                </w:rPr>
                                <w:t>Control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42D4B6" id="Group 78" o:spid="_x0000_s1093" style="position:absolute;margin-left:437.1pt;margin-top:25.95pt;width:105.75pt;height:177.75pt;z-index:-251598848;mso-wrap-distance-left:0;mso-wrap-distance-right:0;mso-position-horizontal-relative:page;mso-width-relative:margin;mso-height-relative:margin" coordorigin="47,47" coordsize="13335,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">
                <v:shape id="Image 79" o:spid="_x0000_s1094" type="#_x0000_t75" style="position:absolute;left:1006;top:556;width:11424;height:18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">
                  <v:imagedata r:id="rId51" o:title=""/>
                </v:shape>
                <v:shape id="Textbox 80" o:spid="_x0000_s1095" type="#_x0000_t202" style="position:absolute;left:47;top:47;width:13335;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inset="0,0,0,0">
                    <w:txbxContent>
                      <w:p w14:paraId="0147C305" w14:textId="77777777" w:rsidR="00584328" w:rsidRDefault="00584328" w:rsidP="00584328">
                        <w:pPr>
                          <w:rPr>
                            <w:sz w:val="24"/>
                          </w:rPr>
                        </w:pPr>
                      </w:p>
                      <w:p w14:paraId="39115322" w14:textId="77777777" w:rsidR="00584328" w:rsidRDefault="00584328" w:rsidP="00584328">
                        <w:pPr>
                          <w:rPr>
                            <w:sz w:val="24"/>
                          </w:rPr>
                        </w:pPr>
                      </w:p>
                      <w:p w14:paraId="68AF21A8" w14:textId="77777777" w:rsidR="00584328" w:rsidRDefault="00584328" w:rsidP="00584328">
                        <w:pPr>
                          <w:rPr>
                            <w:sz w:val="24"/>
                          </w:rPr>
                        </w:pPr>
                      </w:p>
                      <w:p w14:paraId="21AB1B53" w14:textId="77777777" w:rsidR="00584328" w:rsidRDefault="00584328" w:rsidP="00584328">
                        <w:pPr>
                          <w:rPr>
                            <w:sz w:val="24"/>
                          </w:rPr>
                        </w:pPr>
                      </w:p>
                      <w:p w14:paraId="3C440B35" w14:textId="77777777" w:rsidR="00584328" w:rsidRDefault="00584328" w:rsidP="00584328">
                        <w:pPr>
                          <w:rPr>
                            <w:sz w:val="24"/>
                          </w:rPr>
                        </w:pPr>
                      </w:p>
                      <w:p w14:paraId="196EB1BE" w14:textId="77777777" w:rsidR="00584328" w:rsidRDefault="00584328" w:rsidP="00584328">
                        <w:pPr>
                          <w:rPr>
                            <w:sz w:val="24"/>
                          </w:rPr>
                        </w:pPr>
                      </w:p>
                      <w:p w14:paraId="46A5966C" w14:textId="77777777" w:rsidR="00584328" w:rsidRDefault="00584328" w:rsidP="00584328">
                        <w:pPr>
                          <w:rPr>
                            <w:sz w:val="24"/>
                          </w:rPr>
                        </w:pPr>
                      </w:p>
                      <w:p w14:paraId="59888340"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Fig.22: Control</w:t>
                        </w:r>
                      </w:p>
                      <w:p w14:paraId="65201C2B" w14:textId="77777777" w:rsidR="00584328" w:rsidRDefault="00584328" w:rsidP="00584328">
                        <w:pPr>
                          <w:rPr>
                            <w:sz w:val="24"/>
                          </w:rPr>
                        </w:pPr>
                      </w:p>
                      <w:p w14:paraId="1BE5895F" w14:textId="77777777" w:rsidR="00584328" w:rsidRDefault="00584328" w:rsidP="00584328">
                        <w:pPr>
                          <w:rPr>
                            <w:sz w:val="24"/>
                          </w:rPr>
                        </w:pPr>
                      </w:p>
                      <w:p w14:paraId="4FD3BCA1" w14:textId="77777777" w:rsidR="00584328" w:rsidRDefault="00584328" w:rsidP="00584328">
                        <w:pPr>
                          <w:rPr>
                            <w:sz w:val="24"/>
                          </w:rPr>
                        </w:pPr>
                      </w:p>
                      <w:p w14:paraId="08F85265" w14:textId="77777777" w:rsidR="00584328" w:rsidRDefault="00584328" w:rsidP="00584328">
                        <w:pPr>
                          <w:rPr>
                            <w:sz w:val="24"/>
                          </w:rPr>
                        </w:pPr>
                      </w:p>
                      <w:p w14:paraId="397DA15E" w14:textId="77777777" w:rsidR="00584328" w:rsidRDefault="00584328" w:rsidP="00584328">
                        <w:pPr>
                          <w:rPr>
                            <w:sz w:val="24"/>
                          </w:rPr>
                        </w:pPr>
                      </w:p>
                      <w:p w14:paraId="23A4613A" w14:textId="77777777" w:rsidR="00584328" w:rsidRDefault="00584328" w:rsidP="00584328">
                        <w:pPr>
                          <w:spacing w:before="71"/>
                          <w:rPr>
                            <w:sz w:val="24"/>
                          </w:rPr>
                        </w:pPr>
                      </w:p>
                      <w:p w14:paraId="7432ABE2" w14:textId="77777777" w:rsidR="00584328" w:rsidRDefault="00584328" w:rsidP="00584328">
                        <w:pPr>
                          <w:ind w:left="143"/>
                          <w:rPr>
                            <w:b/>
                            <w:sz w:val="24"/>
                          </w:rPr>
                        </w:pPr>
                        <w:r>
                          <w:rPr>
                            <w:b/>
                            <w:sz w:val="24"/>
                          </w:rPr>
                          <w:t xml:space="preserve">Fig.22: </w:t>
                        </w:r>
                        <w:r>
                          <w:rPr>
                            <w:b/>
                            <w:spacing w:val="-2"/>
                            <w:sz w:val="24"/>
                          </w:rPr>
                          <w:t>Control</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114300" distR="114300" simplePos="0" relativeHeight="251718656" behindDoc="1" locked="0" layoutInCell="1" allowOverlap="1" wp14:anchorId="75F4616E" wp14:editId="61DAA247">
                <wp:simplePos x="0" y="0"/>
                <wp:positionH relativeFrom="column">
                  <wp:posOffset>474915</wp:posOffset>
                </wp:positionH>
                <wp:positionV relativeFrom="paragraph">
                  <wp:posOffset>3699182</wp:posOffset>
                </wp:positionV>
                <wp:extent cx="4972050" cy="2257425"/>
                <wp:effectExtent l="0" t="0" r="19050" b="9525"/>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2050" cy="2257425"/>
                          <a:chOff x="0" y="0"/>
                          <a:chExt cx="4972050" cy="2257425"/>
                        </a:xfrm>
                      </wpg:grpSpPr>
                      <pic:pic xmlns:pic="http://schemas.openxmlformats.org/drawingml/2006/picture">
                        <pic:nvPicPr>
                          <pic:cNvPr id="83" name="Image 83"/>
                          <pic:cNvPicPr/>
                        </pic:nvPicPr>
                        <pic:blipFill>
                          <a:blip r:embed="rId52" cstate="print"/>
                          <a:stretch>
                            <a:fillRect/>
                          </a:stretch>
                        </pic:blipFill>
                        <pic:spPr>
                          <a:xfrm>
                            <a:off x="100901" y="54927"/>
                            <a:ext cx="4770120" cy="1800225"/>
                          </a:xfrm>
                          <a:prstGeom prst="rect">
                            <a:avLst/>
                          </a:prstGeom>
                        </pic:spPr>
                      </pic:pic>
                      <wps:wsp>
                        <wps:cNvPr id="84" name="Textbox 84"/>
                        <wps:cNvSpPr txBox="1"/>
                        <wps:spPr>
                          <a:xfrm>
                            <a:off x="4762" y="4762"/>
                            <a:ext cx="4962525" cy="2247900"/>
                          </a:xfrm>
                          <a:prstGeom prst="rect">
                            <a:avLst/>
                          </a:prstGeom>
                          <a:ln w="9525">
                            <a:solidFill>
                              <a:srgbClr val="000000"/>
                            </a:solidFill>
                            <a:prstDash val="solid"/>
                          </a:ln>
                        </wps:spPr>
                        <wps:txbx>
                          <w:txbxContent>
                            <w:p w14:paraId="2F6A91AC" w14:textId="77777777" w:rsidR="00CD5479" w:rsidRDefault="00CD5479" w:rsidP="00CD5479">
                              <w:pPr>
                                <w:rPr>
                                  <w:sz w:val="24"/>
                                </w:rPr>
                              </w:pPr>
                            </w:p>
                            <w:p w14:paraId="26632F21" w14:textId="77777777" w:rsidR="00CD5479" w:rsidRDefault="00CD5479" w:rsidP="00CD5479">
                              <w:pPr>
                                <w:rPr>
                                  <w:sz w:val="24"/>
                                </w:rPr>
                              </w:pPr>
                            </w:p>
                            <w:p w14:paraId="4613CEF1" w14:textId="77777777" w:rsidR="00CD5479" w:rsidRDefault="00CD5479" w:rsidP="00CD5479">
                              <w:pPr>
                                <w:rPr>
                                  <w:sz w:val="24"/>
                                </w:rPr>
                              </w:pPr>
                            </w:p>
                            <w:p w14:paraId="00F6D81C" w14:textId="77777777" w:rsidR="00CD5479" w:rsidRDefault="00CD5479" w:rsidP="00CD5479">
                              <w:pPr>
                                <w:rPr>
                                  <w:sz w:val="24"/>
                                </w:rPr>
                              </w:pPr>
                            </w:p>
                            <w:p w14:paraId="18CD5482" w14:textId="77777777" w:rsidR="00CD5479" w:rsidRDefault="00CD5479" w:rsidP="00CD5479">
                              <w:pPr>
                                <w:rPr>
                                  <w:sz w:val="24"/>
                                </w:rPr>
                              </w:pPr>
                            </w:p>
                            <w:p w14:paraId="182FCAC2" w14:textId="77777777" w:rsidR="00CD5479" w:rsidRDefault="00CD5479" w:rsidP="00CD5479">
                              <w:pPr>
                                <w:rPr>
                                  <w:sz w:val="24"/>
                                </w:rPr>
                              </w:pPr>
                            </w:p>
                            <w:p w14:paraId="68908127" w14:textId="77777777" w:rsidR="00FB20C8" w:rsidRDefault="00FB20C8" w:rsidP="00FB20C8">
                              <w:pPr>
                                <w:ind w:left="143"/>
                                <w:rPr>
                                  <w:b/>
                                  <w:sz w:val="24"/>
                                </w:rPr>
                              </w:pPr>
                            </w:p>
                            <w:p w14:paraId="6D86546E" w14:textId="1F5059C4"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Fig.23: Broth incubated on Rotary shaker for 7-8 days</w:t>
                              </w:r>
                            </w:p>
                            <w:p w14:paraId="7C82370C" w14:textId="77777777" w:rsidR="00CD5479" w:rsidRDefault="00CD5479" w:rsidP="00CD5479">
                              <w:pPr>
                                <w:rPr>
                                  <w:sz w:val="24"/>
                                </w:rPr>
                              </w:pPr>
                            </w:p>
                            <w:p w14:paraId="2A86C341" w14:textId="77777777" w:rsidR="00CD5479" w:rsidRDefault="00CD5479" w:rsidP="00CD5479">
                              <w:pPr>
                                <w:rPr>
                                  <w:sz w:val="24"/>
                                </w:rPr>
                              </w:pPr>
                            </w:p>
                            <w:p w14:paraId="0EFD6876" w14:textId="77777777" w:rsidR="00CD5479" w:rsidRDefault="00CD5479" w:rsidP="00CD5479">
                              <w:pPr>
                                <w:rPr>
                                  <w:sz w:val="24"/>
                                </w:rPr>
                              </w:pPr>
                            </w:p>
                            <w:p w14:paraId="2A9D3429" w14:textId="77777777" w:rsidR="00CD5479" w:rsidRDefault="00CD5479" w:rsidP="00CD5479">
                              <w:pPr>
                                <w:rPr>
                                  <w:sz w:val="24"/>
                                </w:rPr>
                              </w:pPr>
                            </w:p>
                            <w:p w14:paraId="6BE6D2B2" w14:textId="77777777" w:rsidR="00CD5479" w:rsidRDefault="00CD5479" w:rsidP="00CD5479">
                              <w:pPr>
                                <w:spacing w:before="66"/>
                                <w:rPr>
                                  <w:sz w:val="24"/>
                                </w:rPr>
                              </w:pPr>
                            </w:p>
                            <w:p w14:paraId="112DF3A6" w14:textId="77777777" w:rsidR="00CD5479" w:rsidRDefault="00CD5479" w:rsidP="00CD5479">
                              <w:pPr>
                                <w:ind w:left="143"/>
                                <w:rPr>
                                  <w:b/>
                                  <w:sz w:val="24"/>
                                </w:rPr>
                              </w:pPr>
                              <w:r>
                                <w:rPr>
                                  <w:b/>
                                  <w:sz w:val="24"/>
                                </w:rPr>
                                <w:t>Fig.23:</w:t>
                              </w:r>
                              <w:r>
                                <w:rPr>
                                  <w:b/>
                                  <w:spacing w:val="-5"/>
                                  <w:sz w:val="24"/>
                                </w:rPr>
                                <w:t xml:space="preserve"> </w:t>
                              </w:r>
                              <w:r>
                                <w:rPr>
                                  <w:b/>
                                  <w:sz w:val="24"/>
                                </w:rPr>
                                <w:t>Broth</w:t>
                              </w:r>
                              <w:r>
                                <w:rPr>
                                  <w:b/>
                                  <w:spacing w:val="-3"/>
                                  <w:sz w:val="24"/>
                                </w:rPr>
                                <w:t xml:space="preserve"> </w:t>
                              </w:r>
                              <w:r>
                                <w:rPr>
                                  <w:b/>
                                  <w:sz w:val="24"/>
                                </w:rPr>
                                <w:t>incubated</w:t>
                              </w:r>
                              <w:r>
                                <w:rPr>
                                  <w:b/>
                                  <w:spacing w:val="-2"/>
                                  <w:sz w:val="24"/>
                                </w:rPr>
                                <w:t xml:space="preserve"> </w:t>
                              </w:r>
                              <w:r>
                                <w:rPr>
                                  <w:b/>
                                  <w:sz w:val="24"/>
                                </w:rPr>
                                <w:t>on</w:t>
                              </w:r>
                              <w:r>
                                <w:rPr>
                                  <w:b/>
                                  <w:spacing w:val="-2"/>
                                  <w:sz w:val="24"/>
                                </w:rPr>
                                <w:t xml:space="preserve"> </w:t>
                              </w:r>
                              <w:r>
                                <w:rPr>
                                  <w:b/>
                                  <w:sz w:val="24"/>
                                </w:rPr>
                                <w:t>Rotary</w:t>
                              </w:r>
                              <w:r>
                                <w:rPr>
                                  <w:b/>
                                  <w:spacing w:val="-2"/>
                                  <w:sz w:val="24"/>
                                </w:rPr>
                                <w:t xml:space="preserve"> </w:t>
                              </w:r>
                              <w:r>
                                <w:rPr>
                                  <w:b/>
                                  <w:sz w:val="24"/>
                                </w:rPr>
                                <w:t>shaker</w:t>
                              </w:r>
                              <w:r>
                                <w:rPr>
                                  <w:b/>
                                  <w:spacing w:val="-6"/>
                                  <w:sz w:val="24"/>
                                </w:rPr>
                                <w:t xml:space="preserve"> </w:t>
                              </w:r>
                              <w:r>
                                <w:rPr>
                                  <w:b/>
                                  <w:sz w:val="24"/>
                                </w:rPr>
                                <w:t>for</w:t>
                              </w:r>
                              <w:r>
                                <w:rPr>
                                  <w:b/>
                                  <w:spacing w:val="-7"/>
                                  <w:sz w:val="24"/>
                                </w:rPr>
                                <w:t xml:space="preserve"> </w:t>
                              </w:r>
                              <w:r>
                                <w:rPr>
                                  <w:b/>
                                  <w:sz w:val="24"/>
                                </w:rPr>
                                <w:t>7-8</w:t>
                              </w:r>
                              <w:r>
                                <w:rPr>
                                  <w:b/>
                                  <w:spacing w:val="-2"/>
                                  <w:sz w:val="24"/>
                                </w:rPr>
                                <w:t xml:space="preserve"> </w:t>
                              </w:r>
                              <w:r>
                                <w:rPr>
                                  <w:b/>
                                  <w:spacing w:val="-4"/>
                                  <w:sz w:val="24"/>
                                </w:rPr>
                                <w:t>days</w:t>
                              </w:r>
                            </w:p>
                          </w:txbxContent>
                        </wps:txbx>
                        <wps:bodyPr wrap="square" lIns="0" tIns="0" rIns="0" bIns="0" rtlCol="0">
                          <a:noAutofit/>
                        </wps:bodyPr>
                      </wps:wsp>
                    </wpg:wgp>
                  </a:graphicData>
                </a:graphic>
              </wp:anchor>
            </w:drawing>
          </mc:Choice>
          <mc:Fallback>
            <w:pict>
              <v:group w14:anchorId="75F4616E" id="Group 82" o:spid="_x0000_s1096" style="position:absolute;margin-left:37.4pt;margin-top:291.25pt;width:391.5pt;height:177.75pt;z-index:-251597824" coordsize="49720,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">
                <v:shape id="Image 83" o:spid="_x0000_s1097" type="#_x0000_t75" style="position:absolute;left:1009;top:549;width:47701;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">
                  <v:imagedata r:id="rId53" o:title=""/>
                </v:shape>
                <v:shape id="Textbox 84" o:spid="_x0000_s1098" type="#_x0000_t202" style="position:absolute;left:47;top:47;width:49625;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ypxQAAANsAAAAPAAAAZHJzL2Rvd25yZXYueG1sRI9Ba8JA&#10;FITvQv/D8gpepG4qUk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BS7YypxQAAANsAAAAP&#10;AAAAAAAAAAAAAAAAAAcCAABkcnMvZG93bnJldi54bWxQSwUGAAAAAAMAAwC3AAAA+QIAAAAA&#10;" filled="f">
                  <v:textbox inset="0,0,0,0">
                    <w:txbxContent>
                      <w:p w14:paraId="2F6A91AC" w14:textId="77777777" w:rsidR="00CD5479" w:rsidRDefault="00CD5479" w:rsidP="00CD5479">
                        <w:pPr>
                          <w:rPr>
                            <w:sz w:val="24"/>
                          </w:rPr>
                        </w:pPr>
                      </w:p>
                      <w:p w14:paraId="26632F21" w14:textId="77777777" w:rsidR="00CD5479" w:rsidRDefault="00CD5479" w:rsidP="00CD5479">
                        <w:pPr>
                          <w:rPr>
                            <w:sz w:val="24"/>
                          </w:rPr>
                        </w:pPr>
                      </w:p>
                      <w:p w14:paraId="4613CEF1" w14:textId="77777777" w:rsidR="00CD5479" w:rsidRDefault="00CD5479" w:rsidP="00CD5479">
                        <w:pPr>
                          <w:rPr>
                            <w:sz w:val="24"/>
                          </w:rPr>
                        </w:pPr>
                      </w:p>
                      <w:p w14:paraId="00F6D81C" w14:textId="77777777" w:rsidR="00CD5479" w:rsidRDefault="00CD5479" w:rsidP="00CD5479">
                        <w:pPr>
                          <w:rPr>
                            <w:sz w:val="24"/>
                          </w:rPr>
                        </w:pPr>
                      </w:p>
                      <w:p w14:paraId="18CD5482" w14:textId="77777777" w:rsidR="00CD5479" w:rsidRDefault="00CD5479" w:rsidP="00CD5479">
                        <w:pPr>
                          <w:rPr>
                            <w:sz w:val="24"/>
                          </w:rPr>
                        </w:pPr>
                      </w:p>
                      <w:p w14:paraId="182FCAC2" w14:textId="77777777" w:rsidR="00CD5479" w:rsidRDefault="00CD5479" w:rsidP="00CD5479">
                        <w:pPr>
                          <w:rPr>
                            <w:sz w:val="24"/>
                          </w:rPr>
                        </w:pPr>
                      </w:p>
                      <w:p w14:paraId="68908127" w14:textId="77777777" w:rsidR="00FB20C8" w:rsidRDefault="00FB20C8" w:rsidP="00FB20C8">
                        <w:pPr>
                          <w:ind w:left="143"/>
                          <w:rPr>
                            <w:b/>
                            <w:sz w:val="24"/>
                          </w:rPr>
                        </w:pPr>
                      </w:p>
                      <w:p w14:paraId="6D86546E" w14:textId="1F5059C4"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Fig.23: Broth incubated on Rotary shaker for 7-8 days</w:t>
                        </w:r>
                      </w:p>
                      <w:p w14:paraId="7C82370C" w14:textId="77777777" w:rsidR="00CD5479" w:rsidRDefault="00CD5479" w:rsidP="00CD5479">
                        <w:pPr>
                          <w:rPr>
                            <w:sz w:val="24"/>
                          </w:rPr>
                        </w:pPr>
                      </w:p>
                      <w:p w14:paraId="2A86C341" w14:textId="77777777" w:rsidR="00CD5479" w:rsidRDefault="00CD5479" w:rsidP="00CD5479">
                        <w:pPr>
                          <w:rPr>
                            <w:sz w:val="24"/>
                          </w:rPr>
                        </w:pPr>
                      </w:p>
                      <w:p w14:paraId="0EFD6876" w14:textId="77777777" w:rsidR="00CD5479" w:rsidRDefault="00CD5479" w:rsidP="00CD5479">
                        <w:pPr>
                          <w:rPr>
                            <w:sz w:val="24"/>
                          </w:rPr>
                        </w:pPr>
                      </w:p>
                      <w:p w14:paraId="2A9D3429" w14:textId="77777777" w:rsidR="00CD5479" w:rsidRDefault="00CD5479" w:rsidP="00CD5479">
                        <w:pPr>
                          <w:rPr>
                            <w:sz w:val="24"/>
                          </w:rPr>
                        </w:pPr>
                      </w:p>
                      <w:p w14:paraId="6BE6D2B2" w14:textId="77777777" w:rsidR="00CD5479" w:rsidRDefault="00CD5479" w:rsidP="00CD5479">
                        <w:pPr>
                          <w:spacing w:before="66"/>
                          <w:rPr>
                            <w:sz w:val="24"/>
                          </w:rPr>
                        </w:pPr>
                      </w:p>
                      <w:p w14:paraId="112DF3A6" w14:textId="77777777" w:rsidR="00CD5479" w:rsidRDefault="00CD5479" w:rsidP="00CD5479">
                        <w:pPr>
                          <w:ind w:left="143"/>
                          <w:rPr>
                            <w:b/>
                            <w:sz w:val="24"/>
                          </w:rPr>
                        </w:pPr>
                        <w:r>
                          <w:rPr>
                            <w:b/>
                            <w:sz w:val="24"/>
                          </w:rPr>
                          <w:t>Fig.23:</w:t>
                        </w:r>
                        <w:r>
                          <w:rPr>
                            <w:b/>
                            <w:spacing w:val="-5"/>
                            <w:sz w:val="24"/>
                          </w:rPr>
                          <w:t xml:space="preserve"> </w:t>
                        </w:r>
                        <w:r>
                          <w:rPr>
                            <w:b/>
                            <w:sz w:val="24"/>
                          </w:rPr>
                          <w:t>Broth</w:t>
                        </w:r>
                        <w:r>
                          <w:rPr>
                            <w:b/>
                            <w:spacing w:val="-3"/>
                            <w:sz w:val="24"/>
                          </w:rPr>
                          <w:t xml:space="preserve"> </w:t>
                        </w:r>
                        <w:r>
                          <w:rPr>
                            <w:b/>
                            <w:sz w:val="24"/>
                          </w:rPr>
                          <w:t>incubated</w:t>
                        </w:r>
                        <w:r>
                          <w:rPr>
                            <w:b/>
                            <w:spacing w:val="-2"/>
                            <w:sz w:val="24"/>
                          </w:rPr>
                          <w:t xml:space="preserve"> </w:t>
                        </w:r>
                        <w:r>
                          <w:rPr>
                            <w:b/>
                            <w:sz w:val="24"/>
                          </w:rPr>
                          <w:t>on</w:t>
                        </w:r>
                        <w:r>
                          <w:rPr>
                            <w:b/>
                            <w:spacing w:val="-2"/>
                            <w:sz w:val="24"/>
                          </w:rPr>
                          <w:t xml:space="preserve"> </w:t>
                        </w:r>
                        <w:r>
                          <w:rPr>
                            <w:b/>
                            <w:sz w:val="24"/>
                          </w:rPr>
                          <w:t>Rotary</w:t>
                        </w:r>
                        <w:r>
                          <w:rPr>
                            <w:b/>
                            <w:spacing w:val="-2"/>
                            <w:sz w:val="24"/>
                          </w:rPr>
                          <w:t xml:space="preserve"> </w:t>
                        </w:r>
                        <w:r>
                          <w:rPr>
                            <w:b/>
                            <w:sz w:val="24"/>
                          </w:rPr>
                          <w:t>shaker</w:t>
                        </w:r>
                        <w:r>
                          <w:rPr>
                            <w:b/>
                            <w:spacing w:val="-6"/>
                            <w:sz w:val="24"/>
                          </w:rPr>
                          <w:t xml:space="preserve"> </w:t>
                        </w:r>
                        <w:r>
                          <w:rPr>
                            <w:b/>
                            <w:sz w:val="24"/>
                          </w:rPr>
                          <w:t>for</w:t>
                        </w:r>
                        <w:r>
                          <w:rPr>
                            <w:b/>
                            <w:spacing w:val="-7"/>
                            <w:sz w:val="24"/>
                          </w:rPr>
                          <w:t xml:space="preserve"> </w:t>
                        </w:r>
                        <w:r>
                          <w:rPr>
                            <w:b/>
                            <w:sz w:val="24"/>
                          </w:rPr>
                          <w:t>7-8</w:t>
                        </w:r>
                        <w:r>
                          <w:rPr>
                            <w:b/>
                            <w:spacing w:val="-2"/>
                            <w:sz w:val="24"/>
                          </w:rPr>
                          <w:t xml:space="preserve"> </w:t>
                        </w:r>
                        <w:r>
                          <w:rPr>
                            <w:b/>
                            <w:spacing w:val="-4"/>
                            <w:sz w:val="24"/>
                          </w:rPr>
                          <w:t>days</w:t>
                        </w:r>
                      </w:p>
                    </w:txbxContent>
                  </v:textbox>
                </v:shape>
                <w10:wrap type="topAndBottom"/>
              </v:group>
            </w:pict>
          </mc:Fallback>
        </mc:AlternateContent>
      </w:r>
    </w:p>
    <w:p w14:paraId="0260B633" w14:textId="6E73D9EB" w:rsidR="00CD5479" w:rsidRPr="00584328" w:rsidRDefault="00CD5479" w:rsidP="00584328">
      <w:pPr>
        <w:pStyle w:val="Heading2"/>
        <w:rPr>
          <w:rFonts w:ascii="Arial" w:hAnsi="Arial" w:cs="Arial"/>
          <w:sz w:val="22"/>
          <w:szCs w:val="22"/>
        </w:rPr>
      </w:pPr>
      <w:r w:rsidRPr="00584328">
        <w:rPr>
          <w:rFonts w:ascii="Arial" w:hAnsi="Arial" w:cs="Arial"/>
          <w:sz w:val="22"/>
          <w:szCs w:val="22"/>
        </w:rPr>
        <w:t>Extraction of Enzyme</w:t>
      </w:r>
    </w:p>
    <w:p w14:paraId="533A830A" w14:textId="29A9B48F"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 xml:space="preserve">The culture medium was filtered through filter paper to remove un-degraded residues. The </w:t>
      </w:r>
      <w:r w:rsidR="006A40A0" w:rsidRPr="00584328">
        <w:rPr>
          <w:rFonts w:ascii="Arial" w:hAnsi="Arial" w:cs="Arial"/>
          <w:sz w:val="20"/>
          <w:szCs w:val="20"/>
        </w:rPr>
        <w:t>filtrate</w:t>
      </w:r>
      <w:r w:rsidRPr="00584328">
        <w:rPr>
          <w:rFonts w:ascii="Arial" w:hAnsi="Arial" w:cs="Arial"/>
          <w:sz w:val="20"/>
          <w:szCs w:val="20"/>
        </w:rPr>
        <w:t xml:space="preserve"> was then centrifuged for 30min to remove the bacterial residue.</w:t>
      </w:r>
    </w:p>
    <w:p w14:paraId="06C1FF8A" w14:textId="5789DA6A" w:rsidR="00CD5479" w:rsidRPr="00584328" w:rsidRDefault="00D0486A"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noProof/>
          <w:sz w:val="20"/>
        </w:rPr>
        <mc:AlternateContent>
          <mc:Choice Requires="wpg">
            <w:drawing>
              <wp:anchor distT="0" distB="0" distL="0" distR="0" simplePos="0" relativeHeight="251677696" behindDoc="1" locked="0" layoutInCell="1" allowOverlap="1" wp14:anchorId="3BBFBCAA" wp14:editId="5E98EC77">
                <wp:simplePos x="0" y="0"/>
                <wp:positionH relativeFrom="page">
                  <wp:posOffset>2327910</wp:posOffset>
                </wp:positionH>
                <wp:positionV relativeFrom="paragraph">
                  <wp:posOffset>2613237</wp:posOffset>
                </wp:positionV>
                <wp:extent cx="3496310" cy="2116455"/>
                <wp:effectExtent l="0" t="0" r="27940" b="17145"/>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6310" cy="2116455"/>
                          <a:chOff x="4762" y="4762"/>
                          <a:chExt cx="3752850" cy="2457450"/>
                        </a:xfrm>
                      </wpg:grpSpPr>
                      <pic:pic xmlns:pic="http://schemas.openxmlformats.org/drawingml/2006/picture">
                        <pic:nvPicPr>
                          <pic:cNvPr id="86" name="Image 86"/>
                          <pic:cNvPicPr/>
                        </pic:nvPicPr>
                        <pic:blipFill>
                          <a:blip r:embed="rId54" cstate="print"/>
                          <a:stretch>
                            <a:fillRect/>
                          </a:stretch>
                        </pic:blipFill>
                        <pic:spPr>
                          <a:xfrm>
                            <a:off x="101155" y="55181"/>
                            <a:ext cx="3504691" cy="1952625"/>
                          </a:xfrm>
                          <a:prstGeom prst="rect">
                            <a:avLst/>
                          </a:prstGeom>
                        </pic:spPr>
                      </pic:pic>
                      <wps:wsp>
                        <wps:cNvPr id="87" name="Textbox 87"/>
                        <wps:cNvSpPr txBox="1"/>
                        <wps:spPr>
                          <a:xfrm>
                            <a:off x="4762" y="4762"/>
                            <a:ext cx="3752850" cy="2457450"/>
                          </a:xfrm>
                          <a:prstGeom prst="rect">
                            <a:avLst/>
                          </a:prstGeom>
                          <a:ln w="9525">
                            <a:solidFill>
                              <a:srgbClr val="000000"/>
                            </a:solidFill>
                            <a:prstDash val="solid"/>
                          </a:ln>
                        </wps:spPr>
                        <wps:txbx>
                          <w:txbxContent>
                            <w:p w14:paraId="41FB7DE1" w14:textId="77777777" w:rsidR="00CD5479" w:rsidRDefault="00CD5479" w:rsidP="00CD5479">
                              <w:pPr>
                                <w:rPr>
                                  <w:sz w:val="24"/>
                                </w:rPr>
                              </w:pPr>
                            </w:p>
                            <w:p w14:paraId="68190537" w14:textId="77777777" w:rsidR="00CD5479" w:rsidRDefault="00CD5479" w:rsidP="00CD5479">
                              <w:pPr>
                                <w:rPr>
                                  <w:sz w:val="24"/>
                                </w:rPr>
                              </w:pPr>
                            </w:p>
                            <w:p w14:paraId="22E9FF13" w14:textId="77777777" w:rsidR="00CD5479" w:rsidRDefault="00CD5479" w:rsidP="00CD5479">
                              <w:pPr>
                                <w:rPr>
                                  <w:sz w:val="24"/>
                                </w:rPr>
                              </w:pPr>
                            </w:p>
                            <w:p w14:paraId="05EB4B8E" w14:textId="77777777" w:rsidR="00CD5479" w:rsidRDefault="00CD5479" w:rsidP="00CD5479">
                              <w:pPr>
                                <w:rPr>
                                  <w:sz w:val="24"/>
                                </w:rPr>
                              </w:pPr>
                            </w:p>
                            <w:p w14:paraId="2EBE3D49" w14:textId="77777777" w:rsidR="00CD5479" w:rsidRPr="00D0486A" w:rsidRDefault="00CD5479" w:rsidP="00CD5479">
                              <w:pPr>
                                <w:rPr>
                                  <w:color w:val="EE0000"/>
                                  <w:sz w:val="24"/>
                                </w:rPr>
                              </w:pPr>
                            </w:p>
                            <w:p w14:paraId="5341E3EC" w14:textId="77777777" w:rsidR="00CD5479" w:rsidRPr="00D0486A" w:rsidRDefault="00CD5479" w:rsidP="00CD5479">
                              <w:pPr>
                                <w:rPr>
                                  <w:color w:val="EE0000"/>
                                  <w:sz w:val="24"/>
                                </w:rPr>
                              </w:pPr>
                            </w:p>
                            <w:p w14:paraId="42180D51"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Fig.24: Filtration</w:t>
                              </w:r>
                            </w:p>
                            <w:p w14:paraId="064256A3" w14:textId="77777777" w:rsidR="00CD5479" w:rsidRDefault="00CD5479" w:rsidP="00CD5479">
                              <w:pPr>
                                <w:rPr>
                                  <w:sz w:val="24"/>
                                </w:rPr>
                              </w:pPr>
                            </w:p>
                            <w:p w14:paraId="3A0252A1" w14:textId="77777777" w:rsidR="00CD5479" w:rsidRDefault="00CD5479" w:rsidP="00CD5479">
                              <w:pPr>
                                <w:rPr>
                                  <w:sz w:val="24"/>
                                </w:rPr>
                              </w:pPr>
                            </w:p>
                            <w:p w14:paraId="0628B2CC" w14:textId="77777777" w:rsidR="00CD5479" w:rsidRDefault="00CD5479" w:rsidP="00CD5479">
                              <w:pPr>
                                <w:rPr>
                                  <w:sz w:val="24"/>
                                </w:rPr>
                              </w:pPr>
                            </w:p>
                            <w:p w14:paraId="625FFA73" w14:textId="77777777" w:rsidR="00CD5479" w:rsidRDefault="00CD5479" w:rsidP="00CD5479">
                              <w:pPr>
                                <w:rPr>
                                  <w:sz w:val="24"/>
                                </w:rPr>
                              </w:pPr>
                            </w:p>
                            <w:p w14:paraId="1717EC6A" w14:textId="77777777" w:rsidR="00CD5479" w:rsidRDefault="00CD5479" w:rsidP="00CD5479">
                              <w:pPr>
                                <w:spacing w:before="32"/>
                                <w:rPr>
                                  <w:sz w:val="24"/>
                                </w:rPr>
                              </w:pPr>
                            </w:p>
                            <w:p w14:paraId="0BD561CC" w14:textId="77777777" w:rsidR="00CD5479" w:rsidRDefault="00CD5479" w:rsidP="00CD5479">
                              <w:pPr>
                                <w:ind w:left="3"/>
                                <w:jc w:val="center"/>
                                <w:rPr>
                                  <w:b/>
                                  <w:sz w:val="24"/>
                                </w:rPr>
                              </w:pPr>
                              <w:r>
                                <w:rPr>
                                  <w:b/>
                                  <w:sz w:val="24"/>
                                </w:rPr>
                                <w:t xml:space="preserve">Fig.24: </w:t>
                              </w:r>
                              <w:r>
                                <w:rPr>
                                  <w:b/>
                                  <w:spacing w:val="-2"/>
                                  <w:sz w:val="24"/>
                                </w:rPr>
                                <w:t>Filtration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BFBCAA" id="Group 85" o:spid="_x0000_s1099" style="position:absolute;left:0;text-align:left;margin-left:183.3pt;margin-top:205.75pt;width:275.3pt;height:166.65pt;z-index:-251638784;mso-wrap-distance-left:0;mso-wrap-distance-right:0;mso-position-horizontal-relative:page;mso-width-relative:margin;mso-height-relative:margin" coordorigin="47,47" coordsize="37528,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">
                <v:shape id="Image 86" o:spid="_x0000_s1100" type="#_x0000_t75" style="position:absolute;left:1011;top:551;width:35047;height:1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">
                  <v:imagedata r:id="rId55" o:title=""/>
                </v:shape>
                <v:shape id="Textbox 87" o:spid="_x0000_s1101" type="#_x0000_t202" style="position:absolute;left:47;top:47;width:37529;height:2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41FB7DE1" w14:textId="77777777" w:rsidR="00CD5479" w:rsidRDefault="00CD5479" w:rsidP="00CD5479">
                        <w:pPr>
                          <w:rPr>
                            <w:sz w:val="24"/>
                          </w:rPr>
                        </w:pPr>
                      </w:p>
                      <w:p w14:paraId="68190537" w14:textId="77777777" w:rsidR="00CD5479" w:rsidRDefault="00CD5479" w:rsidP="00CD5479">
                        <w:pPr>
                          <w:rPr>
                            <w:sz w:val="24"/>
                          </w:rPr>
                        </w:pPr>
                      </w:p>
                      <w:p w14:paraId="22E9FF13" w14:textId="77777777" w:rsidR="00CD5479" w:rsidRDefault="00CD5479" w:rsidP="00CD5479">
                        <w:pPr>
                          <w:rPr>
                            <w:sz w:val="24"/>
                          </w:rPr>
                        </w:pPr>
                      </w:p>
                      <w:p w14:paraId="05EB4B8E" w14:textId="77777777" w:rsidR="00CD5479" w:rsidRDefault="00CD5479" w:rsidP="00CD5479">
                        <w:pPr>
                          <w:rPr>
                            <w:sz w:val="24"/>
                          </w:rPr>
                        </w:pPr>
                      </w:p>
                      <w:p w14:paraId="2EBE3D49" w14:textId="77777777" w:rsidR="00CD5479" w:rsidRPr="00D0486A" w:rsidRDefault="00CD5479" w:rsidP="00CD5479">
                        <w:pPr>
                          <w:rPr>
                            <w:color w:val="EE0000"/>
                            <w:sz w:val="24"/>
                          </w:rPr>
                        </w:pPr>
                      </w:p>
                      <w:p w14:paraId="5341E3EC" w14:textId="77777777" w:rsidR="00CD5479" w:rsidRPr="00D0486A" w:rsidRDefault="00CD5479" w:rsidP="00CD5479">
                        <w:pPr>
                          <w:rPr>
                            <w:color w:val="EE0000"/>
                            <w:sz w:val="24"/>
                          </w:rPr>
                        </w:pPr>
                      </w:p>
                      <w:p w14:paraId="42180D51"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Fig.24: Filtration</w:t>
                        </w:r>
                      </w:p>
                      <w:p w14:paraId="064256A3" w14:textId="77777777" w:rsidR="00CD5479" w:rsidRDefault="00CD5479" w:rsidP="00CD5479">
                        <w:pPr>
                          <w:rPr>
                            <w:sz w:val="24"/>
                          </w:rPr>
                        </w:pPr>
                      </w:p>
                      <w:p w14:paraId="3A0252A1" w14:textId="77777777" w:rsidR="00CD5479" w:rsidRDefault="00CD5479" w:rsidP="00CD5479">
                        <w:pPr>
                          <w:rPr>
                            <w:sz w:val="24"/>
                          </w:rPr>
                        </w:pPr>
                      </w:p>
                      <w:p w14:paraId="0628B2CC" w14:textId="77777777" w:rsidR="00CD5479" w:rsidRDefault="00CD5479" w:rsidP="00CD5479">
                        <w:pPr>
                          <w:rPr>
                            <w:sz w:val="24"/>
                          </w:rPr>
                        </w:pPr>
                      </w:p>
                      <w:p w14:paraId="625FFA73" w14:textId="77777777" w:rsidR="00CD5479" w:rsidRDefault="00CD5479" w:rsidP="00CD5479">
                        <w:pPr>
                          <w:rPr>
                            <w:sz w:val="24"/>
                          </w:rPr>
                        </w:pPr>
                      </w:p>
                      <w:p w14:paraId="1717EC6A" w14:textId="77777777" w:rsidR="00CD5479" w:rsidRDefault="00CD5479" w:rsidP="00CD5479">
                        <w:pPr>
                          <w:spacing w:before="32"/>
                          <w:rPr>
                            <w:sz w:val="24"/>
                          </w:rPr>
                        </w:pPr>
                      </w:p>
                      <w:p w14:paraId="0BD561CC" w14:textId="77777777" w:rsidR="00CD5479" w:rsidRDefault="00CD5479" w:rsidP="00CD5479">
                        <w:pPr>
                          <w:ind w:left="3"/>
                          <w:jc w:val="center"/>
                          <w:rPr>
                            <w:b/>
                            <w:sz w:val="24"/>
                          </w:rPr>
                        </w:pPr>
                        <w:r>
                          <w:rPr>
                            <w:b/>
                            <w:sz w:val="24"/>
                          </w:rPr>
                          <w:t xml:space="preserve">Fig.24: </w:t>
                        </w:r>
                        <w:r>
                          <w:rPr>
                            <w:b/>
                            <w:spacing w:val="-2"/>
                            <w:sz w:val="24"/>
                          </w:rPr>
                          <w:t>Filtration</w:t>
                        </w:r>
                      </w:p>
                    </w:txbxContent>
                  </v:textbox>
                </v:shape>
                <w10:wrap type="topAndBottom" anchorx="page"/>
              </v:group>
            </w:pict>
          </mc:Fallback>
        </mc:AlternateContent>
      </w:r>
      <w:r w:rsidR="00CD5479" w:rsidRPr="00584328">
        <w:rPr>
          <w:rFonts w:ascii="Arial" w:hAnsi="Arial" w:cs="Arial"/>
          <w:sz w:val="20"/>
          <w:szCs w:val="20"/>
        </w:rPr>
        <w:t xml:space="preserve">After </w:t>
      </w:r>
      <w:r w:rsidR="006A40A0" w:rsidRPr="00584328">
        <w:rPr>
          <w:rFonts w:ascii="Arial" w:hAnsi="Arial" w:cs="Arial"/>
          <w:sz w:val="20"/>
          <w:szCs w:val="20"/>
        </w:rPr>
        <w:t>c</w:t>
      </w:r>
      <w:r w:rsidR="00CD5479" w:rsidRPr="00584328">
        <w:rPr>
          <w:rFonts w:ascii="Arial" w:hAnsi="Arial" w:cs="Arial"/>
          <w:sz w:val="20"/>
          <w:szCs w:val="20"/>
        </w:rPr>
        <w:t xml:space="preserve">entrifugation the </w:t>
      </w:r>
      <w:r w:rsidR="006A40A0" w:rsidRPr="00584328">
        <w:rPr>
          <w:rFonts w:ascii="Arial" w:hAnsi="Arial" w:cs="Arial"/>
          <w:sz w:val="20"/>
          <w:szCs w:val="20"/>
        </w:rPr>
        <w:t>k</w:t>
      </w:r>
      <w:r w:rsidR="00CD5479" w:rsidRPr="00584328">
        <w:rPr>
          <w:rFonts w:ascii="Arial" w:hAnsi="Arial" w:cs="Arial"/>
          <w:sz w:val="20"/>
          <w:szCs w:val="20"/>
        </w:rPr>
        <w:t xml:space="preserve">eratinase activity was determined in the </w:t>
      </w:r>
      <w:r w:rsidR="006A40A0" w:rsidRPr="00584328">
        <w:rPr>
          <w:rFonts w:ascii="Arial" w:hAnsi="Arial" w:cs="Arial"/>
          <w:sz w:val="20"/>
          <w:szCs w:val="20"/>
        </w:rPr>
        <w:t>s</w:t>
      </w:r>
      <w:r w:rsidR="00CD5479" w:rsidRPr="00584328">
        <w:rPr>
          <w:rFonts w:ascii="Arial" w:hAnsi="Arial" w:cs="Arial"/>
          <w:sz w:val="20"/>
          <w:szCs w:val="20"/>
        </w:rPr>
        <w:t>upernatant.</w:t>
      </w:r>
    </w:p>
    <w:p w14:paraId="13E38AD3" w14:textId="061946B9" w:rsidR="00CD5479" w:rsidRPr="00584328" w:rsidRDefault="00584328" w:rsidP="00D0486A">
      <w:pPr>
        <w:pStyle w:val="Heading2"/>
        <w:rPr>
          <w:rFonts w:ascii="Arial" w:hAnsi="Arial" w:cs="Arial"/>
          <w:sz w:val="22"/>
          <w:szCs w:val="22"/>
        </w:rPr>
      </w:pPr>
      <w:r w:rsidRPr="00584328">
        <w:rPr>
          <w:rFonts w:ascii="Arial" w:hAnsi="Arial" w:cs="Arial"/>
          <w:sz w:val="22"/>
          <w:szCs w:val="22"/>
        </w:rPr>
        <w:lastRenderedPageBreak/>
        <w:t>DETERMINATION OF FEATHER DEGRADATION POTENTIAL</w:t>
      </w:r>
    </w:p>
    <w:p w14:paraId="221702AD" w14:textId="5A8E2C5B" w:rsidR="00CD5479" w:rsidRPr="00584328" w:rsidRDefault="00CD5479" w:rsidP="00D0486A">
      <w:pPr>
        <w:pStyle w:val="BodyText"/>
        <w:tabs>
          <w:tab w:val="left" w:pos="360"/>
          <w:tab w:val="left" w:pos="8100"/>
        </w:tabs>
        <w:spacing w:after="240" w:line="276" w:lineRule="auto"/>
        <w:jc w:val="both"/>
        <w:rPr>
          <w:rFonts w:ascii="Arial" w:hAnsi="Arial" w:cs="Arial"/>
          <w:sz w:val="20"/>
          <w:szCs w:val="20"/>
        </w:rPr>
      </w:pPr>
      <w:r w:rsidRPr="00584328">
        <w:rPr>
          <w:rFonts w:ascii="Arial" w:hAnsi="Arial" w:cs="Arial"/>
          <w:sz w:val="20"/>
          <w:szCs w:val="20"/>
        </w:rPr>
        <w:t>Determining feather degradation typically involves examining the physical and chemical changes that occurs in feathers overtime.</w:t>
      </w:r>
    </w:p>
    <w:p w14:paraId="67CE6483" w14:textId="77777777" w:rsidR="00CD5479" w:rsidRPr="00584328" w:rsidRDefault="00CD5479" w:rsidP="00584328">
      <w:pPr>
        <w:pStyle w:val="Heading3"/>
        <w:rPr>
          <w:rFonts w:ascii="Arial" w:hAnsi="Arial" w:cs="Arial"/>
          <w:sz w:val="20"/>
          <w:szCs w:val="20"/>
        </w:rPr>
      </w:pPr>
      <w:r w:rsidRPr="00584328">
        <w:rPr>
          <w:rFonts w:ascii="Arial" w:hAnsi="Arial" w:cs="Arial"/>
          <w:sz w:val="20"/>
          <w:szCs w:val="20"/>
        </w:rPr>
        <w:t>Assay for keratinase activity</w:t>
      </w:r>
    </w:p>
    <w:p w14:paraId="73F2E23C"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Each culture filtrate was centrifuged for 30 mins.</w:t>
      </w:r>
    </w:p>
    <w:p w14:paraId="47DE002C" w14:textId="3D463C3D"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 xml:space="preserve">20mg feather meal + 3.8 ml Phosphate Buffer + 0.2ml supernatant of culture filtrate were taken in a </w:t>
      </w:r>
      <w:r w:rsidR="006A40A0" w:rsidRPr="00584328">
        <w:rPr>
          <w:rFonts w:ascii="Arial" w:hAnsi="Arial" w:cs="Arial"/>
          <w:sz w:val="20"/>
          <w:szCs w:val="20"/>
        </w:rPr>
        <w:t>t</w:t>
      </w:r>
      <w:r w:rsidRPr="00584328">
        <w:rPr>
          <w:rFonts w:ascii="Arial" w:hAnsi="Arial" w:cs="Arial"/>
          <w:sz w:val="20"/>
          <w:szCs w:val="20"/>
        </w:rPr>
        <w:t>est-tube.</w:t>
      </w:r>
    </w:p>
    <w:p w14:paraId="2AB972E0" w14:textId="12BAD72A" w:rsidR="00CD5479" w:rsidRPr="00584328" w:rsidRDefault="00D0486A" w:rsidP="00584328">
      <w:pPr>
        <w:pStyle w:val="BodyText"/>
        <w:tabs>
          <w:tab w:val="left" w:pos="360"/>
          <w:tab w:val="left" w:pos="8100"/>
        </w:tabs>
        <w:spacing w:after="240" w:line="360" w:lineRule="auto"/>
        <w:jc w:val="both"/>
        <w:rPr>
          <w:rFonts w:ascii="Arial" w:hAnsi="Arial" w:cs="Arial"/>
          <w:sz w:val="20"/>
          <w:szCs w:val="20"/>
        </w:rPr>
      </w:pPr>
      <w:r w:rsidRPr="00D0486A">
        <w:rPr>
          <w:rFonts w:ascii="Arial" w:hAnsi="Arial" w:cs="Arial"/>
        </w:rPr>
        <mc:AlternateContent>
          <mc:Choice Requires="wpg">
            <w:drawing>
              <wp:anchor distT="0" distB="0" distL="114300" distR="114300" simplePos="0" relativeHeight="251721728" behindDoc="0" locked="0" layoutInCell="1" allowOverlap="1" wp14:anchorId="0FBBDE70" wp14:editId="26DFB191">
                <wp:simplePos x="0" y="0"/>
                <wp:positionH relativeFrom="column">
                  <wp:posOffset>322262</wp:posOffset>
                </wp:positionH>
                <wp:positionV relativeFrom="paragraph">
                  <wp:posOffset>701040</wp:posOffset>
                </wp:positionV>
                <wp:extent cx="5038725" cy="2238375"/>
                <wp:effectExtent l="0" t="0" r="9525" b="9525"/>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725" cy="2238375"/>
                          <a:chOff x="0" y="0"/>
                          <a:chExt cx="5038725" cy="2238375"/>
                        </a:xfrm>
                      </wpg:grpSpPr>
                      <pic:pic xmlns:pic="http://schemas.openxmlformats.org/drawingml/2006/picture">
                        <pic:nvPicPr>
                          <pic:cNvPr id="89" name="Image 89"/>
                          <pic:cNvPicPr/>
                        </pic:nvPicPr>
                        <pic:blipFill>
                          <a:blip r:embed="rId56" cstate="print"/>
                          <a:stretch>
                            <a:fillRect/>
                          </a:stretch>
                        </pic:blipFill>
                        <pic:spPr>
                          <a:xfrm>
                            <a:off x="100647" y="73977"/>
                            <a:ext cx="2466975" cy="1676400"/>
                          </a:xfrm>
                          <a:prstGeom prst="rect">
                            <a:avLst/>
                          </a:prstGeom>
                        </pic:spPr>
                      </pic:pic>
                      <pic:pic xmlns:pic="http://schemas.openxmlformats.org/drawingml/2006/picture">
                        <pic:nvPicPr>
                          <pic:cNvPr id="90" name="Image 90"/>
                          <pic:cNvPicPr/>
                        </pic:nvPicPr>
                        <pic:blipFill>
                          <a:blip r:embed="rId57" cstate="print"/>
                          <a:stretch>
                            <a:fillRect/>
                          </a:stretch>
                        </pic:blipFill>
                        <pic:spPr>
                          <a:xfrm>
                            <a:off x="2577147" y="55435"/>
                            <a:ext cx="2286000" cy="1685417"/>
                          </a:xfrm>
                          <a:prstGeom prst="rect">
                            <a:avLst/>
                          </a:prstGeom>
                        </pic:spPr>
                      </pic:pic>
                      <wps:wsp>
                        <wps:cNvPr id="91" name="Textbox 91"/>
                        <wps:cNvSpPr txBox="1"/>
                        <wps:spPr>
                          <a:xfrm>
                            <a:off x="4762" y="4762"/>
                            <a:ext cx="5029200" cy="2228850"/>
                          </a:xfrm>
                          <a:prstGeom prst="rect">
                            <a:avLst/>
                          </a:prstGeom>
                          <a:ln w="9525">
                            <a:solidFill>
                              <a:srgbClr val="000000"/>
                            </a:solidFill>
                            <a:prstDash val="solid"/>
                          </a:ln>
                        </wps:spPr>
                        <wps:txbx>
                          <w:txbxContent>
                            <w:p w14:paraId="2C783CD9" w14:textId="77777777" w:rsidR="00584328" w:rsidRDefault="00584328" w:rsidP="00584328">
                              <w:pPr>
                                <w:rPr>
                                  <w:sz w:val="24"/>
                                </w:rPr>
                              </w:pPr>
                            </w:p>
                            <w:p w14:paraId="1BC32401" w14:textId="77777777" w:rsidR="00584328" w:rsidRDefault="00584328" w:rsidP="00584328">
                              <w:pPr>
                                <w:rPr>
                                  <w:sz w:val="24"/>
                                </w:rPr>
                              </w:pPr>
                            </w:p>
                            <w:p w14:paraId="284905AB" w14:textId="77777777" w:rsidR="00584328" w:rsidRDefault="00584328" w:rsidP="00584328">
                              <w:pPr>
                                <w:rPr>
                                  <w:sz w:val="24"/>
                                </w:rPr>
                              </w:pPr>
                            </w:p>
                            <w:p w14:paraId="146B39A8" w14:textId="77777777" w:rsidR="00584328" w:rsidRDefault="00584328" w:rsidP="00584328">
                              <w:pPr>
                                <w:rPr>
                                  <w:sz w:val="24"/>
                                </w:rPr>
                              </w:pPr>
                            </w:p>
                            <w:p w14:paraId="708F8EE9" w14:textId="77777777" w:rsidR="00584328" w:rsidRDefault="00584328" w:rsidP="00584328">
                              <w:pPr>
                                <w:rPr>
                                  <w:sz w:val="24"/>
                                </w:rPr>
                              </w:pPr>
                            </w:p>
                            <w:p w14:paraId="4E6A7947" w14:textId="77777777" w:rsidR="00584328" w:rsidRDefault="00584328" w:rsidP="00584328">
                              <w:pPr>
                                <w:rPr>
                                  <w:sz w:val="24"/>
                                </w:rPr>
                              </w:pPr>
                            </w:p>
                            <w:p w14:paraId="65BB83B7"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Fig.25: After Centrifugation</w:t>
                              </w:r>
                            </w:p>
                            <w:p w14:paraId="65B8E509" w14:textId="77777777" w:rsidR="00584328" w:rsidRDefault="00584328" w:rsidP="00584328">
                              <w:pPr>
                                <w:rPr>
                                  <w:sz w:val="24"/>
                                </w:rPr>
                              </w:pPr>
                            </w:p>
                            <w:p w14:paraId="01377725" w14:textId="77777777" w:rsidR="00584328" w:rsidRDefault="00584328" w:rsidP="00584328">
                              <w:pPr>
                                <w:rPr>
                                  <w:sz w:val="24"/>
                                </w:rPr>
                              </w:pPr>
                            </w:p>
                            <w:p w14:paraId="47E276FF" w14:textId="77777777" w:rsidR="00584328" w:rsidRDefault="00584328" w:rsidP="00584328">
                              <w:pPr>
                                <w:rPr>
                                  <w:sz w:val="24"/>
                                </w:rPr>
                              </w:pPr>
                            </w:p>
                            <w:p w14:paraId="55FBE316" w14:textId="77777777" w:rsidR="00584328" w:rsidRDefault="00584328" w:rsidP="00584328">
                              <w:pPr>
                                <w:spacing w:before="163"/>
                                <w:rPr>
                                  <w:sz w:val="24"/>
                                </w:rPr>
                              </w:pPr>
                            </w:p>
                            <w:p w14:paraId="3B43AF1D" w14:textId="77777777" w:rsidR="00584328" w:rsidRDefault="00584328" w:rsidP="00584328">
                              <w:pPr>
                                <w:spacing w:before="1"/>
                                <w:ind w:right="2"/>
                                <w:jc w:val="center"/>
                                <w:rPr>
                                  <w:b/>
                                  <w:sz w:val="24"/>
                                </w:rPr>
                              </w:pPr>
                              <w:r>
                                <w:rPr>
                                  <w:b/>
                                  <w:sz w:val="24"/>
                                </w:rPr>
                                <w:t>Fig.25:</w:t>
                              </w:r>
                              <w:r>
                                <w:rPr>
                                  <w:b/>
                                  <w:spacing w:val="-15"/>
                                  <w:sz w:val="24"/>
                                </w:rPr>
                                <w:t xml:space="preserve"> </w:t>
                              </w:r>
                              <w:r>
                                <w:rPr>
                                  <w:b/>
                                  <w:sz w:val="24"/>
                                </w:rPr>
                                <w:t>After</w:t>
                              </w:r>
                              <w:r>
                                <w:rPr>
                                  <w:b/>
                                  <w:spacing w:val="-6"/>
                                  <w:sz w:val="24"/>
                                </w:rPr>
                                <w:t xml:space="preserve"> </w:t>
                              </w:r>
                              <w:r>
                                <w:rPr>
                                  <w:b/>
                                  <w:spacing w:val="-2"/>
                                  <w:sz w:val="24"/>
                                </w:rPr>
                                <w:t>Centrifugation</w:t>
                              </w:r>
                            </w:p>
                          </w:txbxContent>
                        </wps:txbx>
                        <wps:bodyPr wrap="square" lIns="0" tIns="0" rIns="0" bIns="0" rtlCol="0">
                          <a:noAutofit/>
                        </wps:bodyPr>
                      </wps:wsp>
                    </wpg:wgp>
                  </a:graphicData>
                </a:graphic>
              </wp:anchor>
            </w:drawing>
          </mc:Choice>
          <mc:Fallback>
            <w:pict>
              <v:group w14:anchorId="0FBBDE70" id="Group 88" o:spid="_x0000_s1102" style="position:absolute;left:0;text-align:left;margin-left:25.35pt;margin-top:55.2pt;width:396.75pt;height:176.25pt;z-index:251721728" coordsize="50387,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&#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">
                <v:shape id="Image 89" o:spid="_x0000_s1103" type="#_x0000_t75" style="position:absolute;left:1006;top:739;width:2467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">
                  <v:imagedata r:id="rId58" o:title=""/>
                </v:shape>
                <v:shape id="Image 90" o:spid="_x0000_s1104" type="#_x0000_t75" style="position:absolute;left:25771;top:554;width:22860;height:1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">
                  <v:imagedata r:id="rId59" o:title=""/>
                </v:shape>
                <v:shape id="Textbox 91" o:spid="_x0000_s1105" type="#_x0000_t202" style="position:absolute;left:47;top:47;width:50292;height:2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14:paraId="2C783CD9" w14:textId="77777777" w:rsidR="00584328" w:rsidRDefault="00584328" w:rsidP="00584328">
                        <w:pPr>
                          <w:rPr>
                            <w:sz w:val="24"/>
                          </w:rPr>
                        </w:pPr>
                      </w:p>
                      <w:p w14:paraId="1BC32401" w14:textId="77777777" w:rsidR="00584328" w:rsidRDefault="00584328" w:rsidP="00584328">
                        <w:pPr>
                          <w:rPr>
                            <w:sz w:val="24"/>
                          </w:rPr>
                        </w:pPr>
                      </w:p>
                      <w:p w14:paraId="284905AB" w14:textId="77777777" w:rsidR="00584328" w:rsidRDefault="00584328" w:rsidP="00584328">
                        <w:pPr>
                          <w:rPr>
                            <w:sz w:val="24"/>
                          </w:rPr>
                        </w:pPr>
                      </w:p>
                      <w:p w14:paraId="146B39A8" w14:textId="77777777" w:rsidR="00584328" w:rsidRDefault="00584328" w:rsidP="00584328">
                        <w:pPr>
                          <w:rPr>
                            <w:sz w:val="24"/>
                          </w:rPr>
                        </w:pPr>
                      </w:p>
                      <w:p w14:paraId="708F8EE9" w14:textId="77777777" w:rsidR="00584328" w:rsidRDefault="00584328" w:rsidP="00584328">
                        <w:pPr>
                          <w:rPr>
                            <w:sz w:val="24"/>
                          </w:rPr>
                        </w:pPr>
                      </w:p>
                      <w:p w14:paraId="4E6A7947" w14:textId="77777777" w:rsidR="00584328" w:rsidRDefault="00584328" w:rsidP="00584328">
                        <w:pPr>
                          <w:rPr>
                            <w:sz w:val="24"/>
                          </w:rPr>
                        </w:pPr>
                      </w:p>
                      <w:p w14:paraId="65BB83B7"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Fig.25: After Centrifugation</w:t>
                        </w:r>
                      </w:p>
                      <w:p w14:paraId="65B8E509" w14:textId="77777777" w:rsidR="00584328" w:rsidRDefault="00584328" w:rsidP="00584328">
                        <w:pPr>
                          <w:rPr>
                            <w:sz w:val="24"/>
                          </w:rPr>
                        </w:pPr>
                      </w:p>
                      <w:p w14:paraId="01377725" w14:textId="77777777" w:rsidR="00584328" w:rsidRDefault="00584328" w:rsidP="00584328">
                        <w:pPr>
                          <w:rPr>
                            <w:sz w:val="24"/>
                          </w:rPr>
                        </w:pPr>
                      </w:p>
                      <w:p w14:paraId="47E276FF" w14:textId="77777777" w:rsidR="00584328" w:rsidRDefault="00584328" w:rsidP="00584328">
                        <w:pPr>
                          <w:rPr>
                            <w:sz w:val="24"/>
                          </w:rPr>
                        </w:pPr>
                      </w:p>
                      <w:p w14:paraId="55FBE316" w14:textId="77777777" w:rsidR="00584328" w:rsidRDefault="00584328" w:rsidP="00584328">
                        <w:pPr>
                          <w:spacing w:before="163"/>
                          <w:rPr>
                            <w:sz w:val="24"/>
                          </w:rPr>
                        </w:pPr>
                      </w:p>
                      <w:p w14:paraId="3B43AF1D" w14:textId="77777777" w:rsidR="00584328" w:rsidRDefault="00584328" w:rsidP="00584328">
                        <w:pPr>
                          <w:spacing w:before="1"/>
                          <w:ind w:right="2"/>
                          <w:jc w:val="center"/>
                          <w:rPr>
                            <w:b/>
                            <w:sz w:val="24"/>
                          </w:rPr>
                        </w:pPr>
                        <w:r>
                          <w:rPr>
                            <w:b/>
                            <w:sz w:val="24"/>
                          </w:rPr>
                          <w:t>Fig.25:</w:t>
                        </w:r>
                        <w:r>
                          <w:rPr>
                            <w:b/>
                            <w:spacing w:val="-15"/>
                            <w:sz w:val="24"/>
                          </w:rPr>
                          <w:t xml:space="preserve"> </w:t>
                        </w:r>
                        <w:r>
                          <w:rPr>
                            <w:b/>
                            <w:sz w:val="24"/>
                          </w:rPr>
                          <w:t>After</w:t>
                        </w:r>
                        <w:r>
                          <w:rPr>
                            <w:b/>
                            <w:spacing w:val="-6"/>
                            <w:sz w:val="24"/>
                          </w:rPr>
                          <w:t xml:space="preserve"> </w:t>
                        </w:r>
                        <w:r>
                          <w:rPr>
                            <w:b/>
                            <w:spacing w:val="-2"/>
                            <w:sz w:val="24"/>
                          </w:rPr>
                          <w:t>Centrifugation</w:t>
                        </w:r>
                      </w:p>
                    </w:txbxContent>
                  </v:textbox>
                </v:shape>
                <w10:wrap type="topAndBottom"/>
              </v:group>
            </w:pict>
          </mc:Fallback>
        </mc:AlternateContent>
      </w:r>
      <w:r w:rsidR="00CD5479" w:rsidRPr="00584328">
        <w:rPr>
          <w:rFonts w:ascii="Arial" w:hAnsi="Arial" w:cs="Arial"/>
          <w:sz w:val="20"/>
          <w:szCs w:val="20"/>
        </w:rPr>
        <w:t>Negative control contain– 20mg feather meal + 3.8ml Phosphate buffer + 0.2 ml Distilled water. Positive control contain– 20mg feather meal + 3.8ml Phosphate buffer + 0.2 ml Distilled water + 4g herbal hair removal powder.</w:t>
      </w:r>
    </w:p>
    <w:p w14:paraId="2778BB84" w14:textId="445AE035"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The tubes were incubated at 30°c for 1 hour. After incubation the tubes were kept in chilled ice water for 10 mins.</w:t>
      </w:r>
    </w:p>
    <w:p w14:paraId="5DBE7D02" w14:textId="6A89D648" w:rsidR="00CD5479" w:rsidRPr="00584328" w:rsidRDefault="00584328"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noProof/>
          <w:position w:val="5"/>
          <w:sz w:val="20"/>
        </w:rPr>
        <mc:AlternateContent>
          <mc:Choice Requires="wpg">
            <w:drawing>
              <wp:anchor distT="0" distB="0" distL="114300" distR="114300" simplePos="0" relativeHeight="251720704" behindDoc="0" locked="0" layoutInCell="1" allowOverlap="1" wp14:anchorId="3F20433C" wp14:editId="4D0D1685">
                <wp:simplePos x="0" y="0"/>
                <wp:positionH relativeFrom="column">
                  <wp:posOffset>3108642</wp:posOffset>
                </wp:positionH>
                <wp:positionV relativeFrom="paragraph">
                  <wp:posOffset>412278</wp:posOffset>
                </wp:positionV>
                <wp:extent cx="2390775" cy="2371725"/>
                <wp:effectExtent l="0" t="0" r="9525" b="952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2371725"/>
                          <a:chOff x="0" y="0"/>
                          <a:chExt cx="2390775" cy="2371725"/>
                        </a:xfrm>
                      </wpg:grpSpPr>
                      <pic:pic xmlns:pic="http://schemas.openxmlformats.org/drawingml/2006/picture">
                        <pic:nvPicPr>
                          <pic:cNvPr id="96" name="Image 96"/>
                          <pic:cNvPicPr/>
                        </pic:nvPicPr>
                        <pic:blipFill>
                          <a:blip r:embed="rId60" cstate="print"/>
                          <a:stretch>
                            <a:fillRect/>
                          </a:stretch>
                        </pic:blipFill>
                        <pic:spPr>
                          <a:xfrm>
                            <a:off x="100647" y="55181"/>
                            <a:ext cx="2189353" cy="1739010"/>
                          </a:xfrm>
                          <a:prstGeom prst="rect">
                            <a:avLst/>
                          </a:prstGeom>
                        </pic:spPr>
                      </pic:pic>
                      <wps:wsp>
                        <wps:cNvPr id="97" name="Textbox 97"/>
                        <wps:cNvSpPr txBox="1"/>
                        <wps:spPr>
                          <a:xfrm>
                            <a:off x="4762" y="4762"/>
                            <a:ext cx="2381250" cy="2362200"/>
                          </a:xfrm>
                          <a:prstGeom prst="rect">
                            <a:avLst/>
                          </a:prstGeom>
                          <a:ln w="9525">
                            <a:solidFill>
                              <a:srgbClr val="000000"/>
                            </a:solidFill>
                            <a:prstDash val="solid"/>
                          </a:ln>
                        </wps:spPr>
                        <wps:txbx>
                          <w:txbxContent>
                            <w:p w14:paraId="5FD56139" w14:textId="77777777" w:rsidR="00CD5479" w:rsidRDefault="00CD5479" w:rsidP="00CD5479">
                              <w:pPr>
                                <w:rPr>
                                  <w:sz w:val="24"/>
                                </w:rPr>
                              </w:pPr>
                            </w:p>
                            <w:p w14:paraId="17FFB687" w14:textId="77777777" w:rsidR="00CD5479" w:rsidRDefault="00CD5479" w:rsidP="00CD5479">
                              <w:pPr>
                                <w:rPr>
                                  <w:sz w:val="24"/>
                                </w:rPr>
                              </w:pPr>
                            </w:p>
                            <w:p w14:paraId="480A2552" w14:textId="77777777" w:rsidR="00CD5479" w:rsidRDefault="00CD5479" w:rsidP="00CD5479">
                              <w:pPr>
                                <w:rPr>
                                  <w:sz w:val="24"/>
                                </w:rPr>
                              </w:pPr>
                            </w:p>
                            <w:p w14:paraId="4846912E" w14:textId="77777777" w:rsidR="00CD5479" w:rsidRDefault="00CD5479" w:rsidP="00CD5479">
                              <w:pPr>
                                <w:rPr>
                                  <w:sz w:val="24"/>
                                </w:rPr>
                              </w:pPr>
                            </w:p>
                            <w:p w14:paraId="563C7C1C" w14:textId="77777777" w:rsidR="00CD5479" w:rsidRDefault="00CD5479" w:rsidP="00CD5479">
                              <w:pPr>
                                <w:rPr>
                                  <w:sz w:val="24"/>
                                </w:rPr>
                              </w:pPr>
                            </w:p>
                            <w:p w14:paraId="69721550" w14:textId="77777777" w:rsidR="00CD5479" w:rsidRDefault="00CD5479" w:rsidP="00CD5479">
                              <w:pPr>
                                <w:rPr>
                                  <w:sz w:val="24"/>
                                </w:rPr>
                              </w:pPr>
                            </w:p>
                            <w:p w14:paraId="6E7E4019" w14:textId="77777777" w:rsidR="00584328" w:rsidRPr="00584328" w:rsidRDefault="00584328" w:rsidP="00CD5479">
                              <w:pPr>
                                <w:rPr>
                                  <w:sz w:val="12"/>
                                  <w:szCs w:val="10"/>
                                </w:rPr>
                              </w:pPr>
                            </w:p>
                            <w:p w14:paraId="17026074"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Fig.27: Tubes Chilled in ice water for 10 mins</w:t>
                              </w:r>
                            </w:p>
                            <w:p w14:paraId="58A8816B" w14:textId="77777777" w:rsidR="00CD5479" w:rsidRDefault="00CD5479" w:rsidP="00CD5479">
                              <w:pPr>
                                <w:rPr>
                                  <w:sz w:val="24"/>
                                </w:rPr>
                              </w:pPr>
                            </w:p>
                            <w:p w14:paraId="5379BA2A" w14:textId="77777777" w:rsidR="00CD5479" w:rsidRDefault="00CD5479" w:rsidP="00CD5479">
                              <w:pPr>
                                <w:rPr>
                                  <w:sz w:val="24"/>
                                </w:rPr>
                              </w:pPr>
                            </w:p>
                            <w:p w14:paraId="7FE7C45B" w14:textId="77777777" w:rsidR="00CD5479" w:rsidRDefault="00CD5479" w:rsidP="00CD5479">
                              <w:pPr>
                                <w:rPr>
                                  <w:sz w:val="24"/>
                                </w:rPr>
                              </w:pPr>
                            </w:p>
                            <w:p w14:paraId="7964D4DC" w14:textId="77777777" w:rsidR="00CD5479" w:rsidRDefault="00CD5479" w:rsidP="00CD5479">
                              <w:pPr>
                                <w:spacing w:before="232"/>
                                <w:rPr>
                                  <w:sz w:val="24"/>
                                </w:rPr>
                              </w:pPr>
                            </w:p>
                            <w:p w14:paraId="2C46FB3A" w14:textId="77777777" w:rsidR="00CD5479" w:rsidRDefault="00CD5479" w:rsidP="00CD5479">
                              <w:pPr>
                                <w:ind w:left="143"/>
                                <w:rPr>
                                  <w:b/>
                                  <w:sz w:val="24"/>
                                </w:rPr>
                              </w:pPr>
                              <w:r>
                                <w:rPr>
                                  <w:b/>
                                  <w:sz w:val="24"/>
                                </w:rPr>
                                <w:t>Fig.27:</w:t>
                              </w:r>
                              <w:r>
                                <w:rPr>
                                  <w:b/>
                                  <w:spacing w:val="-15"/>
                                  <w:sz w:val="24"/>
                                </w:rPr>
                                <w:t xml:space="preserve"> </w:t>
                              </w:r>
                              <w:r>
                                <w:rPr>
                                  <w:b/>
                                  <w:sz w:val="24"/>
                                </w:rPr>
                                <w:t>Tubes</w:t>
                              </w:r>
                              <w:r>
                                <w:rPr>
                                  <w:b/>
                                  <w:spacing w:val="-14"/>
                                  <w:sz w:val="24"/>
                                </w:rPr>
                                <w:t xml:space="preserve"> </w:t>
                              </w:r>
                              <w:r>
                                <w:rPr>
                                  <w:b/>
                                  <w:sz w:val="24"/>
                                </w:rPr>
                                <w:t>Chilled</w:t>
                              </w:r>
                              <w:r>
                                <w:rPr>
                                  <w:b/>
                                  <w:spacing w:val="-14"/>
                                  <w:sz w:val="24"/>
                                </w:rPr>
                                <w:t xml:space="preserve"> </w:t>
                              </w:r>
                              <w:r>
                                <w:rPr>
                                  <w:b/>
                                  <w:sz w:val="24"/>
                                </w:rPr>
                                <w:t>in</w:t>
                              </w:r>
                              <w:r>
                                <w:rPr>
                                  <w:b/>
                                  <w:spacing w:val="-13"/>
                                  <w:sz w:val="24"/>
                                </w:rPr>
                                <w:t xml:space="preserve"> </w:t>
                              </w:r>
                              <w:r>
                                <w:rPr>
                                  <w:b/>
                                  <w:sz w:val="24"/>
                                </w:rPr>
                                <w:t>ice</w:t>
                              </w:r>
                              <w:r>
                                <w:rPr>
                                  <w:b/>
                                  <w:spacing w:val="-14"/>
                                  <w:sz w:val="24"/>
                                </w:rPr>
                                <w:t xml:space="preserve"> </w:t>
                              </w:r>
                              <w:r>
                                <w:rPr>
                                  <w:b/>
                                  <w:sz w:val="24"/>
                                </w:rPr>
                                <w:t>water for 10 mins</w:t>
                              </w:r>
                            </w:p>
                          </w:txbxContent>
                        </wps:txbx>
                        <wps:bodyPr wrap="square" lIns="0" tIns="0" rIns="0" bIns="0" rtlCol="0">
                          <a:noAutofit/>
                        </wps:bodyPr>
                      </wps:wsp>
                    </wpg:wgp>
                  </a:graphicData>
                </a:graphic>
              </wp:anchor>
            </w:drawing>
          </mc:Choice>
          <mc:Fallback>
            <w:pict>
              <v:group w14:anchorId="3F20433C" id="Group 95" o:spid="_x0000_s1106" style="position:absolute;left:0;text-align:left;margin-left:244.75pt;margin-top:32.45pt;width:188.25pt;height:186.75pt;z-index:251720704" coordsize="23907,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&#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">
                <v:shape id="Image 96" o:spid="_x0000_s1107" type="#_x0000_t75" style="position:absolute;left:1006;top:551;width:21894;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">
                  <v:imagedata r:id="rId61" o:title=""/>
                </v:shape>
                <v:shape id="Textbox 97" o:spid="_x0000_s1108" type="#_x0000_t202" style="position:absolute;left:47;top:47;width:23813;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" filled="f">
                  <v:textbox inset="0,0,0,0">
                    <w:txbxContent>
                      <w:p w14:paraId="5FD56139" w14:textId="77777777" w:rsidR="00CD5479" w:rsidRDefault="00CD5479" w:rsidP="00CD5479">
                        <w:pPr>
                          <w:rPr>
                            <w:sz w:val="24"/>
                          </w:rPr>
                        </w:pPr>
                      </w:p>
                      <w:p w14:paraId="17FFB687" w14:textId="77777777" w:rsidR="00CD5479" w:rsidRDefault="00CD5479" w:rsidP="00CD5479">
                        <w:pPr>
                          <w:rPr>
                            <w:sz w:val="24"/>
                          </w:rPr>
                        </w:pPr>
                      </w:p>
                      <w:p w14:paraId="480A2552" w14:textId="77777777" w:rsidR="00CD5479" w:rsidRDefault="00CD5479" w:rsidP="00CD5479">
                        <w:pPr>
                          <w:rPr>
                            <w:sz w:val="24"/>
                          </w:rPr>
                        </w:pPr>
                      </w:p>
                      <w:p w14:paraId="4846912E" w14:textId="77777777" w:rsidR="00CD5479" w:rsidRDefault="00CD5479" w:rsidP="00CD5479">
                        <w:pPr>
                          <w:rPr>
                            <w:sz w:val="24"/>
                          </w:rPr>
                        </w:pPr>
                      </w:p>
                      <w:p w14:paraId="563C7C1C" w14:textId="77777777" w:rsidR="00CD5479" w:rsidRDefault="00CD5479" w:rsidP="00CD5479">
                        <w:pPr>
                          <w:rPr>
                            <w:sz w:val="24"/>
                          </w:rPr>
                        </w:pPr>
                      </w:p>
                      <w:p w14:paraId="69721550" w14:textId="77777777" w:rsidR="00CD5479" w:rsidRDefault="00CD5479" w:rsidP="00CD5479">
                        <w:pPr>
                          <w:rPr>
                            <w:sz w:val="24"/>
                          </w:rPr>
                        </w:pPr>
                      </w:p>
                      <w:p w14:paraId="6E7E4019" w14:textId="77777777" w:rsidR="00584328" w:rsidRPr="00584328" w:rsidRDefault="00584328" w:rsidP="00CD5479">
                        <w:pPr>
                          <w:rPr>
                            <w:sz w:val="12"/>
                            <w:szCs w:val="10"/>
                          </w:rPr>
                        </w:pPr>
                      </w:p>
                      <w:p w14:paraId="17026074"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Fig.27: Tubes Chilled in ice water for 10 mins</w:t>
                        </w:r>
                      </w:p>
                      <w:p w14:paraId="58A8816B" w14:textId="77777777" w:rsidR="00CD5479" w:rsidRDefault="00CD5479" w:rsidP="00CD5479">
                        <w:pPr>
                          <w:rPr>
                            <w:sz w:val="24"/>
                          </w:rPr>
                        </w:pPr>
                      </w:p>
                      <w:p w14:paraId="5379BA2A" w14:textId="77777777" w:rsidR="00CD5479" w:rsidRDefault="00CD5479" w:rsidP="00CD5479">
                        <w:pPr>
                          <w:rPr>
                            <w:sz w:val="24"/>
                          </w:rPr>
                        </w:pPr>
                      </w:p>
                      <w:p w14:paraId="7FE7C45B" w14:textId="77777777" w:rsidR="00CD5479" w:rsidRDefault="00CD5479" w:rsidP="00CD5479">
                        <w:pPr>
                          <w:rPr>
                            <w:sz w:val="24"/>
                          </w:rPr>
                        </w:pPr>
                      </w:p>
                      <w:p w14:paraId="7964D4DC" w14:textId="77777777" w:rsidR="00CD5479" w:rsidRDefault="00CD5479" w:rsidP="00CD5479">
                        <w:pPr>
                          <w:spacing w:before="232"/>
                          <w:rPr>
                            <w:sz w:val="24"/>
                          </w:rPr>
                        </w:pPr>
                      </w:p>
                      <w:p w14:paraId="2C46FB3A" w14:textId="77777777" w:rsidR="00CD5479" w:rsidRDefault="00CD5479" w:rsidP="00CD5479">
                        <w:pPr>
                          <w:ind w:left="143"/>
                          <w:rPr>
                            <w:b/>
                            <w:sz w:val="24"/>
                          </w:rPr>
                        </w:pPr>
                        <w:r>
                          <w:rPr>
                            <w:b/>
                            <w:sz w:val="24"/>
                          </w:rPr>
                          <w:t>Fig.27:</w:t>
                        </w:r>
                        <w:r>
                          <w:rPr>
                            <w:b/>
                            <w:spacing w:val="-15"/>
                            <w:sz w:val="24"/>
                          </w:rPr>
                          <w:t xml:space="preserve"> </w:t>
                        </w:r>
                        <w:r>
                          <w:rPr>
                            <w:b/>
                            <w:sz w:val="24"/>
                          </w:rPr>
                          <w:t>Tubes</w:t>
                        </w:r>
                        <w:r>
                          <w:rPr>
                            <w:b/>
                            <w:spacing w:val="-14"/>
                            <w:sz w:val="24"/>
                          </w:rPr>
                          <w:t xml:space="preserve"> </w:t>
                        </w:r>
                        <w:r>
                          <w:rPr>
                            <w:b/>
                            <w:sz w:val="24"/>
                          </w:rPr>
                          <w:t>Chilled</w:t>
                        </w:r>
                        <w:r>
                          <w:rPr>
                            <w:b/>
                            <w:spacing w:val="-14"/>
                            <w:sz w:val="24"/>
                          </w:rPr>
                          <w:t xml:space="preserve"> </w:t>
                        </w:r>
                        <w:r>
                          <w:rPr>
                            <w:b/>
                            <w:sz w:val="24"/>
                          </w:rPr>
                          <w:t>in</w:t>
                        </w:r>
                        <w:r>
                          <w:rPr>
                            <w:b/>
                            <w:spacing w:val="-13"/>
                            <w:sz w:val="24"/>
                          </w:rPr>
                          <w:t xml:space="preserve"> </w:t>
                        </w:r>
                        <w:r>
                          <w:rPr>
                            <w:b/>
                            <w:sz w:val="24"/>
                          </w:rPr>
                          <w:t>ice</w:t>
                        </w:r>
                        <w:r>
                          <w:rPr>
                            <w:b/>
                            <w:spacing w:val="-14"/>
                            <w:sz w:val="24"/>
                          </w:rPr>
                          <w:t xml:space="preserve"> </w:t>
                        </w:r>
                        <w:r>
                          <w:rPr>
                            <w:b/>
                            <w:sz w:val="24"/>
                          </w:rPr>
                          <w:t>water for 10 mins</w:t>
                        </w:r>
                      </w:p>
                    </w:txbxContent>
                  </v:textbox>
                </v:shape>
                <w10:wrap type="topAndBottom"/>
              </v:group>
            </w:pict>
          </mc:Fallback>
        </mc:AlternateContent>
      </w:r>
      <w:r w:rsidRPr="00584328">
        <w:rPr>
          <w:rFonts w:ascii="Arial" w:hAnsi="Arial" w:cs="Arial"/>
          <w:noProof/>
          <w:sz w:val="20"/>
        </w:rPr>
        <mc:AlternateContent>
          <mc:Choice Requires="wpg">
            <w:drawing>
              <wp:anchor distT="0" distB="0" distL="114300" distR="114300" simplePos="0" relativeHeight="251719680" behindDoc="0" locked="0" layoutInCell="1" allowOverlap="1" wp14:anchorId="2CE887A8" wp14:editId="42F080A6">
                <wp:simplePos x="0" y="0"/>
                <wp:positionH relativeFrom="column">
                  <wp:posOffset>102235</wp:posOffset>
                </wp:positionH>
                <wp:positionV relativeFrom="paragraph">
                  <wp:posOffset>410210</wp:posOffset>
                </wp:positionV>
                <wp:extent cx="2364105" cy="2409825"/>
                <wp:effectExtent l="0" t="0" r="17145" b="9525"/>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105" cy="2409825"/>
                          <a:chOff x="0" y="0"/>
                          <a:chExt cx="2364105" cy="2409825"/>
                        </a:xfrm>
                      </wpg:grpSpPr>
                      <pic:pic xmlns:pic="http://schemas.openxmlformats.org/drawingml/2006/picture">
                        <pic:nvPicPr>
                          <pic:cNvPr id="93" name="Image 93"/>
                          <pic:cNvPicPr/>
                        </pic:nvPicPr>
                        <pic:blipFill>
                          <a:blip r:embed="rId62" cstate="print"/>
                          <a:stretch>
                            <a:fillRect/>
                          </a:stretch>
                        </pic:blipFill>
                        <pic:spPr>
                          <a:xfrm>
                            <a:off x="100774" y="55181"/>
                            <a:ext cx="2162556" cy="1897761"/>
                          </a:xfrm>
                          <a:prstGeom prst="rect">
                            <a:avLst/>
                          </a:prstGeom>
                        </pic:spPr>
                      </pic:pic>
                      <wps:wsp>
                        <wps:cNvPr id="94" name="Textbox 94"/>
                        <wps:cNvSpPr txBox="1"/>
                        <wps:spPr>
                          <a:xfrm>
                            <a:off x="4762" y="4762"/>
                            <a:ext cx="2354580" cy="2400300"/>
                          </a:xfrm>
                          <a:prstGeom prst="rect">
                            <a:avLst/>
                          </a:prstGeom>
                          <a:ln w="9525">
                            <a:solidFill>
                              <a:srgbClr val="000000"/>
                            </a:solidFill>
                            <a:prstDash val="solid"/>
                          </a:ln>
                        </wps:spPr>
                        <wps:txbx>
                          <w:txbxContent>
                            <w:p w14:paraId="4BFBC1F5" w14:textId="77777777" w:rsidR="00CD5479" w:rsidRDefault="00CD5479" w:rsidP="00CD5479">
                              <w:pPr>
                                <w:rPr>
                                  <w:sz w:val="24"/>
                                </w:rPr>
                              </w:pPr>
                            </w:p>
                            <w:p w14:paraId="144CAED2" w14:textId="77777777" w:rsidR="00CD5479" w:rsidRDefault="00CD5479" w:rsidP="00CD5479">
                              <w:pPr>
                                <w:rPr>
                                  <w:sz w:val="24"/>
                                </w:rPr>
                              </w:pPr>
                            </w:p>
                            <w:p w14:paraId="5CDB6775" w14:textId="77777777" w:rsidR="00CD5479" w:rsidRDefault="00CD5479" w:rsidP="00CD5479">
                              <w:pPr>
                                <w:rPr>
                                  <w:sz w:val="24"/>
                                </w:rPr>
                              </w:pPr>
                            </w:p>
                            <w:p w14:paraId="681CE40B" w14:textId="77777777" w:rsidR="00CD5479" w:rsidRDefault="00CD5479" w:rsidP="00CD5479">
                              <w:pPr>
                                <w:rPr>
                                  <w:sz w:val="24"/>
                                </w:rPr>
                              </w:pPr>
                            </w:p>
                            <w:p w14:paraId="37657375" w14:textId="77777777" w:rsidR="00CD5479" w:rsidRDefault="00CD5479" w:rsidP="00CD5479">
                              <w:pPr>
                                <w:rPr>
                                  <w:sz w:val="24"/>
                                </w:rPr>
                              </w:pPr>
                            </w:p>
                            <w:p w14:paraId="4A0B13D7" w14:textId="77777777" w:rsidR="00CD5479" w:rsidRDefault="00CD5479" w:rsidP="00CD5479">
                              <w:pPr>
                                <w:rPr>
                                  <w:sz w:val="24"/>
                                </w:rPr>
                              </w:pPr>
                            </w:p>
                            <w:p w14:paraId="2604EBC2" w14:textId="77777777" w:rsidR="00CD5479" w:rsidRDefault="00CD5479" w:rsidP="00CD5479">
                              <w:pPr>
                                <w:rPr>
                                  <w:sz w:val="24"/>
                                </w:rPr>
                              </w:pPr>
                            </w:p>
                            <w:p w14:paraId="4014F3D7"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Fig.26: Keratinase assay tubes</w:t>
                              </w:r>
                            </w:p>
                            <w:p w14:paraId="25D54459" w14:textId="77777777" w:rsidR="00CD5479" w:rsidRDefault="00CD5479" w:rsidP="00CD5479">
                              <w:pPr>
                                <w:rPr>
                                  <w:sz w:val="24"/>
                                </w:rPr>
                              </w:pPr>
                            </w:p>
                            <w:p w14:paraId="01ABE021" w14:textId="77777777" w:rsidR="00CD5479" w:rsidRDefault="00CD5479" w:rsidP="00CD5479">
                              <w:pPr>
                                <w:rPr>
                                  <w:sz w:val="24"/>
                                </w:rPr>
                              </w:pPr>
                            </w:p>
                            <w:p w14:paraId="39C204A4" w14:textId="77777777" w:rsidR="00CD5479" w:rsidRDefault="00CD5479" w:rsidP="00CD5479">
                              <w:pPr>
                                <w:rPr>
                                  <w:sz w:val="24"/>
                                </w:rPr>
                              </w:pPr>
                            </w:p>
                            <w:p w14:paraId="6338D953" w14:textId="77777777" w:rsidR="00CD5479" w:rsidRDefault="00CD5479" w:rsidP="00CD5479">
                              <w:pPr>
                                <w:spacing w:before="216"/>
                                <w:rPr>
                                  <w:sz w:val="24"/>
                                </w:rPr>
                              </w:pPr>
                            </w:p>
                            <w:p w14:paraId="16F63C84" w14:textId="77777777" w:rsidR="00CD5479" w:rsidRDefault="00CD5479" w:rsidP="00CD5479">
                              <w:pPr>
                                <w:ind w:left="144"/>
                                <w:rPr>
                                  <w:b/>
                                  <w:sz w:val="24"/>
                                </w:rPr>
                              </w:pPr>
                              <w:r>
                                <w:rPr>
                                  <w:b/>
                                  <w:sz w:val="24"/>
                                </w:rPr>
                                <w:t>Fig.26:</w:t>
                              </w:r>
                              <w:r>
                                <w:rPr>
                                  <w:b/>
                                  <w:spacing w:val="-2"/>
                                  <w:sz w:val="24"/>
                                </w:rPr>
                                <w:t xml:space="preserve"> </w:t>
                              </w:r>
                              <w:r>
                                <w:rPr>
                                  <w:b/>
                                  <w:sz w:val="24"/>
                                </w:rPr>
                                <w:t>Keratinase</w:t>
                              </w:r>
                              <w:r>
                                <w:rPr>
                                  <w:b/>
                                  <w:spacing w:val="-2"/>
                                  <w:sz w:val="24"/>
                                </w:rPr>
                                <w:t xml:space="preserve"> </w:t>
                              </w:r>
                              <w:r>
                                <w:rPr>
                                  <w:b/>
                                  <w:sz w:val="24"/>
                                </w:rPr>
                                <w:t>assay</w:t>
                              </w:r>
                              <w:r>
                                <w:rPr>
                                  <w:b/>
                                  <w:spacing w:val="-1"/>
                                  <w:sz w:val="24"/>
                                </w:rPr>
                                <w:t xml:space="preserve"> </w:t>
                              </w:r>
                              <w:r>
                                <w:rPr>
                                  <w:b/>
                                  <w:spacing w:val="-2"/>
                                  <w:sz w:val="24"/>
                                </w:rPr>
                                <w:t>tubes</w:t>
                              </w:r>
                            </w:p>
                          </w:txbxContent>
                        </wps:txbx>
                        <wps:bodyPr wrap="square" lIns="0" tIns="0" rIns="0" bIns="0" rtlCol="0">
                          <a:noAutofit/>
                        </wps:bodyPr>
                      </wps:wsp>
                    </wpg:wgp>
                  </a:graphicData>
                </a:graphic>
              </wp:anchor>
            </w:drawing>
          </mc:Choice>
          <mc:Fallback>
            <w:pict>
              <v:group w14:anchorId="2CE887A8" id="Group 92" o:spid="_x0000_s1109" style="position:absolute;left:0;text-align:left;margin-left:8.05pt;margin-top:32.3pt;width:186.15pt;height:189.75pt;z-index:251719680" coordsize="23641,24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">
                <v:shape id="Image 93" o:spid="_x0000_s1110" type="#_x0000_t75" style="position:absolute;left:1007;top:551;width:21626;height:1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">
                  <v:imagedata r:id="rId63" o:title=""/>
                </v:shape>
                <v:shape id="Textbox 94" o:spid="_x0000_s1111" type="#_x0000_t202" style="position:absolute;left:47;top:47;width:23546;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4BFBC1F5" w14:textId="77777777" w:rsidR="00CD5479" w:rsidRDefault="00CD5479" w:rsidP="00CD5479">
                        <w:pPr>
                          <w:rPr>
                            <w:sz w:val="24"/>
                          </w:rPr>
                        </w:pPr>
                      </w:p>
                      <w:p w14:paraId="144CAED2" w14:textId="77777777" w:rsidR="00CD5479" w:rsidRDefault="00CD5479" w:rsidP="00CD5479">
                        <w:pPr>
                          <w:rPr>
                            <w:sz w:val="24"/>
                          </w:rPr>
                        </w:pPr>
                      </w:p>
                      <w:p w14:paraId="5CDB6775" w14:textId="77777777" w:rsidR="00CD5479" w:rsidRDefault="00CD5479" w:rsidP="00CD5479">
                        <w:pPr>
                          <w:rPr>
                            <w:sz w:val="24"/>
                          </w:rPr>
                        </w:pPr>
                      </w:p>
                      <w:p w14:paraId="681CE40B" w14:textId="77777777" w:rsidR="00CD5479" w:rsidRDefault="00CD5479" w:rsidP="00CD5479">
                        <w:pPr>
                          <w:rPr>
                            <w:sz w:val="24"/>
                          </w:rPr>
                        </w:pPr>
                      </w:p>
                      <w:p w14:paraId="37657375" w14:textId="77777777" w:rsidR="00CD5479" w:rsidRDefault="00CD5479" w:rsidP="00CD5479">
                        <w:pPr>
                          <w:rPr>
                            <w:sz w:val="24"/>
                          </w:rPr>
                        </w:pPr>
                      </w:p>
                      <w:p w14:paraId="4A0B13D7" w14:textId="77777777" w:rsidR="00CD5479" w:rsidRDefault="00CD5479" w:rsidP="00CD5479">
                        <w:pPr>
                          <w:rPr>
                            <w:sz w:val="24"/>
                          </w:rPr>
                        </w:pPr>
                      </w:p>
                      <w:p w14:paraId="2604EBC2" w14:textId="77777777" w:rsidR="00CD5479" w:rsidRDefault="00CD5479" w:rsidP="00CD5479">
                        <w:pPr>
                          <w:rPr>
                            <w:sz w:val="24"/>
                          </w:rPr>
                        </w:pPr>
                      </w:p>
                      <w:p w14:paraId="4014F3D7"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Fig.26: Keratinase assay tubes</w:t>
                        </w:r>
                      </w:p>
                      <w:p w14:paraId="25D54459" w14:textId="77777777" w:rsidR="00CD5479" w:rsidRDefault="00CD5479" w:rsidP="00CD5479">
                        <w:pPr>
                          <w:rPr>
                            <w:sz w:val="24"/>
                          </w:rPr>
                        </w:pPr>
                      </w:p>
                      <w:p w14:paraId="01ABE021" w14:textId="77777777" w:rsidR="00CD5479" w:rsidRDefault="00CD5479" w:rsidP="00CD5479">
                        <w:pPr>
                          <w:rPr>
                            <w:sz w:val="24"/>
                          </w:rPr>
                        </w:pPr>
                      </w:p>
                      <w:p w14:paraId="39C204A4" w14:textId="77777777" w:rsidR="00CD5479" w:rsidRDefault="00CD5479" w:rsidP="00CD5479">
                        <w:pPr>
                          <w:rPr>
                            <w:sz w:val="24"/>
                          </w:rPr>
                        </w:pPr>
                      </w:p>
                      <w:p w14:paraId="6338D953" w14:textId="77777777" w:rsidR="00CD5479" w:rsidRDefault="00CD5479" w:rsidP="00CD5479">
                        <w:pPr>
                          <w:spacing w:before="216"/>
                          <w:rPr>
                            <w:sz w:val="24"/>
                          </w:rPr>
                        </w:pPr>
                      </w:p>
                      <w:p w14:paraId="16F63C84" w14:textId="77777777" w:rsidR="00CD5479" w:rsidRDefault="00CD5479" w:rsidP="00CD5479">
                        <w:pPr>
                          <w:ind w:left="144"/>
                          <w:rPr>
                            <w:b/>
                            <w:sz w:val="24"/>
                          </w:rPr>
                        </w:pPr>
                        <w:r>
                          <w:rPr>
                            <w:b/>
                            <w:sz w:val="24"/>
                          </w:rPr>
                          <w:t>Fig.26:</w:t>
                        </w:r>
                        <w:r>
                          <w:rPr>
                            <w:b/>
                            <w:spacing w:val="-2"/>
                            <w:sz w:val="24"/>
                          </w:rPr>
                          <w:t xml:space="preserve"> </w:t>
                        </w:r>
                        <w:r>
                          <w:rPr>
                            <w:b/>
                            <w:sz w:val="24"/>
                          </w:rPr>
                          <w:t>Keratinase</w:t>
                        </w:r>
                        <w:r>
                          <w:rPr>
                            <w:b/>
                            <w:spacing w:val="-2"/>
                            <w:sz w:val="24"/>
                          </w:rPr>
                          <w:t xml:space="preserve"> </w:t>
                        </w:r>
                        <w:r>
                          <w:rPr>
                            <w:b/>
                            <w:sz w:val="24"/>
                          </w:rPr>
                          <w:t>assay</w:t>
                        </w:r>
                        <w:r>
                          <w:rPr>
                            <w:b/>
                            <w:spacing w:val="-1"/>
                            <w:sz w:val="24"/>
                          </w:rPr>
                          <w:t xml:space="preserve"> </w:t>
                        </w:r>
                        <w:r>
                          <w:rPr>
                            <w:b/>
                            <w:spacing w:val="-2"/>
                            <w:sz w:val="24"/>
                          </w:rPr>
                          <w:t>tubes</w:t>
                        </w:r>
                      </w:p>
                    </w:txbxContent>
                  </v:textbox>
                </v:shape>
                <w10:wrap type="topAndBottom"/>
              </v:group>
            </w:pict>
          </mc:Fallback>
        </mc:AlternateContent>
      </w:r>
      <w:r w:rsidR="00CD5479" w:rsidRPr="00584328">
        <w:rPr>
          <w:rFonts w:ascii="Arial" w:hAnsi="Arial" w:cs="Arial"/>
          <w:sz w:val="20"/>
          <w:szCs w:val="20"/>
        </w:rPr>
        <w:t>The filtrate was then filter and OD was taken at 280nm on spectrometer.</w:t>
      </w:r>
    </w:p>
    <w:p w14:paraId="6731E820" w14:textId="6528D540" w:rsidR="00CD5479" w:rsidRPr="00584328" w:rsidRDefault="00CD5479" w:rsidP="00584328">
      <w:pPr>
        <w:tabs>
          <w:tab w:val="left" w:pos="360"/>
          <w:tab w:val="left" w:pos="5782"/>
          <w:tab w:val="left" w:pos="8100"/>
        </w:tabs>
        <w:spacing w:after="240"/>
        <w:rPr>
          <w:rFonts w:ascii="Arial" w:hAnsi="Arial" w:cs="Arial"/>
          <w:position w:val="5"/>
          <w:sz w:val="20"/>
        </w:rPr>
      </w:pPr>
      <w:r w:rsidRPr="00584328">
        <w:rPr>
          <w:rFonts w:ascii="Arial" w:hAnsi="Arial" w:cs="Arial"/>
          <w:sz w:val="20"/>
        </w:rPr>
        <w:lastRenderedPageBreak/>
        <w:tab/>
      </w:r>
    </w:p>
    <w:p w14:paraId="599061EE" w14:textId="24E572AA" w:rsidR="00CD5479" w:rsidRPr="00584328" w:rsidRDefault="00CD5479" w:rsidP="00584328">
      <w:pPr>
        <w:pStyle w:val="BodyText"/>
        <w:tabs>
          <w:tab w:val="left" w:pos="360"/>
          <w:tab w:val="left" w:pos="8100"/>
        </w:tabs>
        <w:spacing w:after="240"/>
        <w:rPr>
          <w:rFonts w:ascii="Arial" w:hAnsi="Arial" w:cs="Arial"/>
        </w:rPr>
      </w:pPr>
      <w:r w:rsidRPr="00584328">
        <w:rPr>
          <w:rFonts w:ascii="Arial" w:hAnsi="Arial" w:cs="Arial"/>
          <w:noProof/>
          <w:sz w:val="20"/>
        </w:rPr>
        <mc:AlternateContent>
          <mc:Choice Requires="wpg">
            <w:drawing>
              <wp:anchor distT="0" distB="0" distL="0" distR="0" simplePos="0" relativeHeight="251678720" behindDoc="1" locked="0" layoutInCell="1" allowOverlap="1" wp14:anchorId="0D994299" wp14:editId="0D572909">
                <wp:simplePos x="0" y="0"/>
                <wp:positionH relativeFrom="page">
                  <wp:posOffset>1747477</wp:posOffset>
                </wp:positionH>
                <wp:positionV relativeFrom="paragraph">
                  <wp:posOffset>305997</wp:posOffset>
                </wp:positionV>
                <wp:extent cx="1533525" cy="2327275"/>
                <wp:effectExtent l="0" t="0" r="9525" b="15875"/>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2327275"/>
                          <a:chOff x="0" y="0"/>
                          <a:chExt cx="1533525" cy="2213610"/>
                        </a:xfrm>
                      </wpg:grpSpPr>
                      <pic:pic xmlns:pic="http://schemas.openxmlformats.org/drawingml/2006/picture">
                        <pic:nvPicPr>
                          <pic:cNvPr id="99" name="Image 99"/>
                          <pic:cNvPicPr/>
                        </pic:nvPicPr>
                        <pic:blipFill>
                          <a:blip r:embed="rId64" cstate="print"/>
                          <a:stretch>
                            <a:fillRect/>
                          </a:stretch>
                        </pic:blipFill>
                        <pic:spPr>
                          <a:xfrm>
                            <a:off x="100774" y="55689"/>
                            <a:ext cx="1331976" cy="1628266"/>
                          </a:xfrm>
                          <a:prstGeom prst="rect">
                            <a:avLst/>
                          </a:prstGeom>
                        </pic:spPr>
                      </pic:pic>
                      <wps:wsp>
                        <wps:cNvPr id="100" name="Textbox 100"/>
                        <wps:cNvSpPr txBox="1"/>
                        <wps:spPr>
                          <a:xfrm>
                            <a:off x="4762" y="4762"/>
                            <a:ext cx="1524000" cy="2204085"/>
                          </a:xfrm>
                          <a:prstGeom prst="rect">
                            <a:avLst/>
                          </a:prstGeom>
                          <a:ln w="9525">
                            <a:solidFill>
                              <a:srgbClr val="000000"/>
                            </a:solidFill>
                            <a:prstDash val="solid"/>
                          </a:ln>
                        </wps:spPr>
                        <wps:txbx>
                          <w:txbxContent>
                            <w:p w14:paraId="124A0B2F" w14:textId="77777777" w:rsidR="00CD5479" w:rsidRDefault="00CD5479" w:rsidP="00CD5479">
                              <w:pPr>
                                <w:rPr>
                                  <w:sz w:val="24"/>
                                </w:rPr>
                              </w:pPr>
                            </w:p>
                            <w:p w14:paraId="3D9BCFAF" w14:textId="77777777" w:rsidR="00CD5479" w:rsidRDefault="00CD5479" w:rsidP="00CD5479">
                              <w:pPr>
                                <w:rPr>
                                  <w:sz w:val="24"/>
                                </w:rPr>
                              </w:pPr>
                            </w:p>
                            <w:p w14:paraId="1D7B3C9A" w14:textId="77777777" w:rsidR="00CD5479" w:rsidRDefault="00CD5479" w:rsidP="00CD5479">
                              <w:pPr>
                                <w:rPr>
                                  <w:sz w:val="24"/>
                                </w:rPr>
                              </w:pPr>
                            </w:p>
                            <w:p w14:paraId="1BD09320" w14:textId="77777777" w:rsidR="00CD5479" w:rsidRDefault="00CD5479" w:rsidP="00CD5479">
                              <w:pPr>
                                <w:rPr>
                                  <w:sz w:val="24"/>
                                </w:rPr>
                              </w:pPr>
                            </w:p>
                            <w:p w14:paraId="2BA8E86D" w14:textId="77777777" w:rsidR="00CD5479" w:rsidRDefault="00CD5479" w:rsidP="00CD5479">
                              <w:pPr>
                                <w:rPr>
                                  <w:sz w:val="24"/>
                                </w:rPr>
                              </w:pPr>
                            </w:p>
                            <w:p w14:paraId="09E9611D" w14:textId="77777777" w:rsidR="00CD5479" w:rsidRDefault="00CD5479" w:rsidP="00CD5479">
                              <w:pPr>
                                <w:rPr>
                                  <w:sz w:val="24"/>
                                </w:rPr>
                              </w:pPr>
                            </w:p>
                            <w:p w14:paraId="0F13191C"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Fig.28: Negative and Positive control</w:t>
                              </w:r>
                            </w:p>
                            <w:p w14:paraId="1F1F4E7F" w14:textId="77777777" w:rsidR="00FB20C8" w:rsidRDefault="00FB20C8" w:rsidP="00CD5479">
                              <w:pPr>
                                <w:rPr>
                                  <w:sz w:val="24"/>
                                </w:rPr>
                              </w:pPr>
                            </w:p>
                            <w:p w14:paraId="69E9C064" w14:textId="77777777" w:rsidR="00CD5479" w:rsidRDefault="00CD5479" w:rsidP="00CD5479">
                              <w:pPr>
                                <w:rPr>
                                  <w:sz w:val="24"/>
                                </w:rPr>
                              </w:pPr>
                            </w:p>
                            <w:p w14:paraId="4786B45D" w14:textId="77777777" w:rsidR="00CD5479" w:rsidRDefault="00CD5479" w:rsidP="00CD5479">
                              <w:pPr>
                                <w:spacing w:before="191"/>
                                <w:rPr>
                                  <w:sz w:val="24"/>
                                </w:rPr>
                              </w:pPr>
                            </w:p>
                            <w:p w14:paraId="15C22D2D" w14:textId="77777777" w:rsidR="00CD5479" w:rsidRDefault="00CD5479" w:rsidP="00CD5479">
                              <w:pPr>
                                <w:ind w:left="144" w:right="202"/>
                                <w:rPr>
                                  <w:b/>
                                  <w:sz w:val="24"/>
                                </w:rPr>
                              </w:pPr>
                              <w:r>
                                <w:rPr>
                                  <w:b/>
                                  <w:sz w:val="24"/>
                                </w:rPr>
                                <w:t>Fig.28: Negative and</w:t>
                              </w:r>
                              <w:r>
                                <w:rPr>
                                  <w:b/>
                                  <w:spacing w:val="-15"/>
                                  <w:sz w:val="24"/>
                                </w:rPr>
                                <w:t xml:space="preserve"> </w:t>
                              </w:r>
                              <w:r>
                                <w:rPr>
                                  <w:b/>
                                  <w:sz w:val="24"/>
                                </w:rPr>
                                <w:t>Positive</w:t>
                              </w:r>
                              <w:r>
                                <w:rPr>
                                  <w:b/>
                                  <w:spacing w:val="-15"/>
                                  <w:sz w:val="24"/>
                                </w:rPr>
                                <w:t xml:space="preserve"> </w:t>
                              </w:r>
                              <w:r>
                                <w:rPr>
                                  <w:b/>
                                  <w:sz w:val="24"/>
                                </w:rPr>
                                <w:t>control</w:t>
                              </w:r>
                            </w:p>
                          </w:txbxContent>
                        </wps:txbx>
                        <wps:bodyPr wrap="square" lIns="0" tIns="0" rIns="0" bIns="0" rtlCol="0">
                          <a:noAutofit/>
                        </wps:bodyPr>
                      </wps:wsp>
                    </wpg:wgp>
                  </a:graphicData>
                </a:graphic>
                <wp14:sizeRelV relativeFrom="margin">
                  <wp14:pctHeight>0</wp14:pctHeight>
                </wp14:sizeRelV>
              </wp:anchor>
            </w:drawing>
          </mc:Choice>
          <mc:Fallback>
            <w:pict>
              <v:group w14:anchorId="0D994299" id="Group 98" o:spid="_x0000_s1112" style="position:absolute;margin-left:137.6pt;margin-top:24.1pt;width:120.75pt;height:183.25pt;z-index:-251637760;mso-wrap-distance-left:0;mso-wrap-distance-right:0;mso-position-horizontal-relative:page;mso-height-relative:margin" coordsize="15335,22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">
                <v:shape id="Image 99" o:spid="_x0000_s1113" type="#_x0000_t75" style="position:absolute;left:1007;top:556;width:13320;height:1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">
                  <v:imagedata r:id="rId65" o:title=""/>
                </v:shape>
                <v:shape id="Textbox 100" o:spid="_x0000_s1114" type="#_x0000_t202" style="position:absolute;left:47;top:47;width:15240;height:2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" filled="f">
                  <v:textbox inset="0,0,0,0">
                    <w:txbxContent>
                      <w:p w14:paraId="124A0B2F" w14:textId="77777777" w:rsidR="00CD5479" w:rsidRDefault="00CD5479" w:rsidP="00CD5479">
                        <w:pPr>
                          <w:rPr>
                            <w:sz w:val="24"/>
                          </w:rPr>
                        </w:pPr>
                      </w:p>
                      <w:p w14:paraId="3D9BCFAF" w14:textId="77777777" w:rsidR="00CD5479" w:rsidRDefault="00CD5479" w:rsidP="00CD5479">
                        <w:pPr>
                          <w:rPr>
                            <w:sz w:val="24"/>
                          </w:rPr>
                        </w:pPr>
                      </w:p>
                      <w:p w14:paraId="1D7B3C9A" w14:textId="77777777" w:rsidR="00CD5479" w:rsidRDefault="00CD5479" w:rsidP="00CD5479">
                        <w:pPr>
                          <w:rPr>
                            <w:sz w:val="24"/>
                          </w:rPr>
                        </w:pPr>
                      </w:p>
                      <w:p w14:paraId="1BD09320" w14:textId="77777777" w:rsidR="00CD5479" w:rsidRDefault="00CD5479" w:rsidP="00CD5479">
                        <w:pPr>
                          <w:rPr>
                            <w:sz w:val="24"/>
                          </w:rPr>
                        </w:pPr>
                      </w:p>
                      <w:p w14:paraId="2BA8E86D" w14:textId="77777777" w:rsidR="00CD5479" w:rsidRDefault="00CD5479" w:rsidP="00CD5479">
                        <w:pPr>
                          <w:rPr>
                            <w:sz w:val="24"/>
                          </w:rPr>
                        </w:pPr>
                      </w:p>
                      <w:p w14:paraId="09E9611D" w14:textId="77777777" w:rsidR="00CD5479" w:rsidRDefault="00CD5479" w:rsidP="00CD5479">
                        <w:pPr>
                          <w:rPr>
                            <w:sz w:val="24"/>
                          </w:rPr>
                        </w:pPr>
                      </w:p>
                      <w:p w14:paraId="0F13191C"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Fig.28: Negative and Positive control</w:t>
                        </w:r>
                      </w:p>
                      <w:p w14:paraId="1F1F4E7F" w14:textId="77777777" w:rsidR="00FB20C8" w:rsidRDefault="00FB20C8" w:rsidP="00CD5479">
                        <w:pPr>
                          <w:rPr>
                            <w:sz w:val="24"/>
                          </w:rPr>
                        </w:pPr>
                      </w:p>
                      <w:p w14:paraId="69E9C064" w14:textId="77777777" w:rsidR="00CD5479" w:rsidRDefault="00CD5479" w:rsidP="00CD5479">
                        <w:pPr>
                          <w:rPr>
                            <w:sz w:val="24"/>
                          </w:rPr>
                        </w:pPr>
                      </w:p>
                      <w:p w14:paraId="4786B45D" w14:textId="77777777" w:rsidR="00CD5479" w:rsidRDefault="00CD5479" w:rsidP="00CD5479">
                        <w:pPr>
                          <w:spacing w:before="191"/>
                          <w:rPr>
                            <w:sz w:val="24"/>
                          </w:rPr>
                        </w:pPr>
                      </w:p>
                      <w:p w14:paraId="15C22D2D" w14:textId="77777777" w:rsidR="00CD5479" w:rsidRDefault="00CD5479" w:rsidP="00CD5479">
                        <w:pPr>
                          <w:ind w:left="144" w:right="202"/>
                          <w:rPr>
                            <w:b/>
                            <w:sz w:val="24"/>
                          </w:rPr>
                        </w:pPr>
                        <w:r>
                          <w:rPr>
                            <w:b/>
                            <w:sz w:val="24"/>
                          </w:rPr>
                          <w:t>Fig.28: Negative and</w:t>
                        </w:r>
                        <w:r>
                          <w:rPr>
                            <w:b/>
                            <w:spacing w:val="-15"/>
                            <w:sz w:val="24"/>
                          </w:rPr>
                          <w:t xml:space="preserve"> </w:t>
                        </w:r>
                        <w:r>
                          <w:rPr>
                            <w:b/>
                            <w:sz w:val="24"/>
                          </w:rPr>
                          <w:t>Positive</w:t>
                        </w:r>
                        <w:r>
                          <w:rPr>
                            <w:b/>
                            <w:spacing w:val="-15"/>
                            <w:sz w:val="24"/>
                          </w:rPr>
                          <w:t xml:space="preserve"> </w:t>
                        </w:r>
                        <w:r>
                          <w:rPr>
                            <w:b/>
                            <w:sz w:val="24"/>
                          </w:rPr>
                          <w:t>control</w:t>
                        </w:r>
                      </w:p>
                    </w:txbxContent>
                  </v:textbox>
                </v:shape>
                <w10:wrap type="topAndBottom" anchorx="page"/>
              </v:group>
            </w:pict>
          </mc:Fallback>
        </mc:AlternateContent>
      </w:r>
      <w:r w:rsidRPr="00584328">
        <w:rPr>
          <w:rFonts w:ascii="Arial" w:hAnsi="Arial" w:cs="Arial"/>
          <w:noProof/>
          <w:sz w:val="20"/>
        </w:rPr>
        <mc:AlternateContent>
          <mc:Choice Requires="wpg">
            <w:drawing>
              <wp:anchor distT="0" distB="0" distL="0" distR="0" simplePos="0" relativeHeight="251679744" behindDoc="1" locked="0" layoutInCell="1" allowOverlap="1" wp14:anchorId="541D474A" wp14:editId="0244C9AA">
                <wp:simplePos x="0" y="0"/>
                <wp:positionH relativeFrom="page">
                  <wp:posOffset>4420552</wp:posOffset>
                </wp:positionH>
                <wp:positionV relativeFrom="paragraph">
                  <wp:posOffset>275068</wp:posOffset>
                </wp:positionV>
                <wp:extent cx="1543050" cy="224282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2242820"/>
                          <a:chOff x="0" y="0"/>
                          <a:chExt cx="1543050" cy="2242820"/>
                        </a:xfrm>
                      </wpg:grpSpPr>
                      <pic:pic xmlns:pic="http://schemas.openxmlformats.org/drawingml/2006/picture">
                        <pic:nvPicPr>
                          <pic:cNvPr id="102" name="Image 102"/>
                          <pic:cNvPicPr/>
                        </pic:nvPicPr>
                        <pic:blipFill>
                          <a:blip r:embed="rId66" cstate="print"/>
                          <a:stretch>
                            <a:fillRect/>
                          </a:stretch>
                        </pic:blipFill>
                        <pic:spPr>
                          <a:xfrm>
                            <a:off x="101155" y="55562"/>
                            <a:ext cx="1341119" cy="1646808"/>
                          </a:xfrm>
                          <a:prstGeom prst="rect">
                            <a:avLst/>
                          </a:prstGeom>
                        </pic:spPr>
                      </pic:pic>
                      <wps:wsp>
                        <wps:cNvPr id="103" name="Textbox 103"/>
                        <wps:cNvSpPr txBox="1"/>
                        <wps:spPr>
                          <a:xfrm>
                            <a:off x="4762" y="4762"/>
                            <a:ext cx="1533525" cy="2233295"/>
                          </a:xfrm>
                          <a:prstGeom prst="rect">
                            <a:avLst/>
                          </a:prstGeom>
                          <a:ln w="9525">
                            <a:solidFill>
                              <a:srgbClr val="000000"/>
                            </a:solidFill>
                            <a:prstDash val="solid"/>
                          </a:ln>
                        </wps:spPr>
                        <wps:txbx>
                          <w:txbxContent>
                            <w:p w14:paraId="5BB30427" w14:textId="77777777" w:rsidR="00CD5479" w:rsidRDefault="00CD5479" w:rsidP="00CD5479">
                              <w:pPr>
                                <w:rPr>
                                  <w:sz w:val="24"/>
                                </w:rPr>
                              </w:pPr>
                            </w:p>
                            <w:p w14:paraId="7DB33E81" w14:textId="77777777" w:rsidR="00CD5479" w:rsidRDefault="00CD5479" w:rsidP="00CD5479">
                              <w:pPr>
                                <w:rPr>
                                  <w:sz w:val="24"/>
                                </w:rPr>
                              </w:pPr>
                            </w:p>
                            <w:p w14:paraId="6071E21B" w14:textId="77777777" w:rsidR="00CD5479" w:rsidRDefault="00CD5479" w:rsidP="00CD5479">
                              <w:pPr>
                                <w:rPr>
                                  <w:sz w:val="24"/>
                                </w:rPr>
                              </w:pPr>
                            </w:p>
                            <w:p w14:paraId="0BFC20C5" w14:textId="77777777" w:rsidR="00CD5479" w:rsidRDefault="00CD5479" w:rsidP="00CD5479">
                              <w:pPr>
                                <w:rPr>
                                  <w:sz w:val="24"/>
                                </w:rPr>
                              </w:pPr>
                            </w:p>
                            <w:p w14:paraId="6281DBD0" w14:textId="77777777" w:rsidR="00CD5479" w:rsidRDefault="00CD5479" w:rsidP="00CD5479">
                              <w:pPr>
                                <w:rPr>
                                  <w:sz w:val="24"/>
                                </w:rPr>
                              </w:pPr>
                            </w:p>
                            <w:p w14:paraId="2ADAA7E2" w14:textId="77777777" w:rsidR="00CD5479" w:rsidRDefault="00CD5479" w:rsidP="00CD5479">
                              <w:pPr>
                                <w:rPr>
                                  <w:sz w:val="24"/>
                                </w:rPr>
                              </w:pPr>
                            </w:p>
                            <w:p w14:paraId="1DBE956E"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Fig.29: Hair removal powder</w:t>
                              </w:r>
                            </w:p>
                            <w:p w14:paraId="21676378" w14:textId="77777777" w:rsidR="00CD5479" w:rsidRDefault="00CD5479" w:rsidP="00CD5479">
                              <w:pPr>
                                <w:rPr>
                                  <w:sz w:val="24"/>
                                </w:rPr>
                              </w:pPr>
                            </w:p>
                            <w:p w14:paraId="165FA852" w14:textId="77777777" w:rsidR="00CD5479" w:rsidRDefault="00CD5479" w:rsidP="00CD5479">
                              <w:pPr>
                                <w:rPr>
                                  <w:sz w:val="24"/>
                                </w:rPr>
                              </w:pPr>
                            </w:p>
                            <w:p w14:paraId="6EC90E54" w14:textId="77777777" w:rsidR="00CD5479" w:rsidRDefault="00CD5479" w:rsidP="00CD5479">
                              <w:pPr>
                                <w:rPr>
                                  <w:sz w:val="24"/>
                                </w:rPr>
                              </w:pPr>
                            </w:p>
                            <w:p w14:paraId="3237A3BA" w14:textId="77777777" w:rsidR="00CD5479" w:rsidRDefault="00CD5479" w:rsidP="00CD5479">
                              <w:pPr>
                                <w:spacing w:before="87"/>
                                <w:rPr>
                                  <w:sz w:val="24"/>
                                </w:rPr>
                              </w:pPr>
                            </w:p>
                            <w:p w14:paraId="1B90F01D" w14:textId="77777777" w:rsidR="00CD5479" w:rsidRDefault="00CD5479" w:rsidP="00CD5479">
                              <w:pPr>
                                <w:ind w:left="145" w:right="582"/>
                                <w:rPr>
                                  <w:b/>
                                  <w:sz w:val="24"/>
                                </w:rPr>
                              </w:pPr>
                              <w:r>
                                <w:rPr>
                                  <w:b/>
                                  <w:sz w:val="24"/>
                                </w:rPr>
                                <w:t>Fig.29: Hair removal</w:t>
                              </w:r>
                              <w:r>
                                <w:rPr>
                                  <w:b/>
                                  <w:spacing w:val="-15"/>
                                  <w:sz w:val="24"/>
                                </w:rPr>
                                <w:t xml:space="preserve"> </w:t>
                              </w:r>
                              <w:r>
                                <w:rPr>
                                  <w:b/>
                                  <w:sz w:val="24"/>
                                </w:rPr>
                                <w:t>powder</w:t>
                              </w:r>
                            </w:p>
                          </w:txbxContent>
                        </wps:txbx>
                        <wps:bodyPr wrap="square" lIns="0" tIns="0" rIns="0" bIns="0" rtlCol="0">
                          <a:noAutofit/>
                        </wps:bodyPr>
                      </wps:wsp>
                    </wpg:wgp>
                  </a:graphicData>
                </a:graphic>
              </wp:anchor>
            </w:drawing>
          </mc:Choice>
          <mc:Fallback>
            <w:pict>
              <v:group w14:anchorId="541D474A" id="Group 101" o:spid="_x0000_s1115" style="position:absolute;margin-left:348.05pt;margin-top:21.65pt;width:121.5pt;height:176.6pt;z-index:-251636736;mso-wrap-distance-left:0;mso-wrap-distance-right:0;mso-position-horizontal-relative:page" coordsize="15430,22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">
                <v:shape id="Image 102" o:spid="_x0000_s1116" type="#_x0000_t75" style="position:absolute;left:1011;top:555;width:13411;height:16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">
                  <v:imagedata r:id="rId67" o:title=""/>
                </v:shape>
                <v:shape id="Textbox 103" o:spid="_x0000_s1117" type="#_x0000_t202" style="position:absolute;left:47;top:47;width:15335;height:2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" filled="f">
                  <v:textbox inset="0,0,0,0">
                    <w:txbxContent>
                      <w:p w14:paraId="5BB30427" w14:textId="77777777" w:rsidR="00CD5479" w:rsidRDefault="00CD5479" w:rsidP="00CD5479">
                        <w:pPr>
                          <w:rPr>
                            <w:sz w:val="24"/>
                          </w:rPr>
                        </w:pPr>
                      </w:p>
                      <w:p w14:paraId="7DB33E81" w14:textId="77777777" w:rsidR="00CD5479" w:rsidRDefault="00CD5479" w:rsidP="00CD5479">
                        <w:pPr>
                          <w:rPr>
                            <w:sz w:val="24"/>
                          </w:rPr>
                        </w:pPr>
                      </w:p>
                      <w:p w14:paraId="6071E21B" w14:textId="77777777" w:rsidR="00CD5479" w:rsidRDefault="00CD5479" w:rsidP="00CD5479">
                        <w:pPr>
                          <w:rPr>
                            <w:sz w:val="24"/>
                          </w:rPr>
                        </w:pPr>
                      </w:p>
                      <w:p w14:paraId="0BFC20C5" w14:textId="77777777" w:rsidR="00CD5479" w:rsidRDefault="00CD5479" w:rsidP="00CD5479">
                        <w:pPr>
                          <w:rPr>
                            <w:sz w:val="24"/>
                          </w:rPr>
                        </w:pPr>
                      </w:p>
                      <w:p w14:paraId="6281DBD0" w14:textId="77777777" w:rsidR="00CD5479" w:rsidRDefault="00CD5479" w:rsidP="00CD5479">
                        <w:pPr>
                          <w:rPr>
                            <w:sz w:val="24"/>
                          </w:rPr>
                        </w:pPr>
                      </w:p>
                      <w:p w14:paraId="2ADAA7E2" w14:textId="77777777" w:rsidR="00CD5479" w:rsidRDefault="00CD5479" w:rsidP="00CD5479">
                        <w:pPr>
                          <w:rPr>
                            <w:sz w:val="24"/>
                          </w:rPr>
                        </w:pPr>
                      </w:p>
                      <w:p w14:paraId="1DBE956E" w14:textId="77777777" w:rsidR="00FB20C8" w:rsidRPr="00584328" w:rsidRDefault="00FB20C8" w:rsidP="00584328">
                        <w:pPr>
                          <w:ind w:left="142"/>
                          <w:jc w:val="center"/>
                          <w:rPr>
                            <w:rFonts w:ascii="Arial" w:hAnsi="Arial" w:cs="Arial"/>
                            <w:bCs/>
                            <w:sz w:val="20"/>
                            <w:szCs w:val="18"/>
                          </w:rPr>
                        </w:pPr>
                        <w:r w:rsidRPr="00584328">
                          <w:rPr>
                            <w:rFonts w:ascii="Arial" w:hAnsi="Arial" w:cs="Arial"/>
                            <w:bCs/>
                            <w:sz w:val="20"/>
                            <w:szCs w:val="18"/>
                          </w:rPr>
                          <w:t>Fig.29: Hair removal powder</w:t>
                        </w:r>
                      </w:p>
                      <w:p w14:paraId="21676378" w14:textId="77777777" w:rsidR="00CD5479" w:rsidRDefault="00CD5479" w:rsidP="00CD5479">
                        <w:pPr>
                          <w:rPr>
                            <w:sz w:val="24"/>
                          </w:rPr>
                        </w:pPr>
                      </w:p>
                      <w:p w14:paraId="165FA852" w14:textId="77777777" w:rsidR="00CD5479" w:rsidRDefault="00CD5479" w:rsidP="00CD5479">
                        <w:pPr>
                          <w:rPr>
                            <w:sz w:val="24"/>
                          </w:rPr>
                        </w:pPr>
                      </w:p>
                      <w:p w14:paraId="6EC90E54" w14:textId="77777777" w:rsidR="00CD5479" w:rsidRDefault="00CD5479" w:rsidP="00CD5479">
                        <w:pPr>
                          <w:rPr>
                            <w:sz w:val="24"/>
                          </w:rPr>
                        </w:pPr>
                      </w:p>
                      <w:p w14:paraId="3237A3BA" w14:textId="77777777" w:rsidR="00CD5479" w:rsidRDefault="00CD5479" w:rsidP="00CD5479">
                        <w:pPr>
                          <w:spacing w:before="87"/>
                          <w:rPr>
                            <w:sz w:val="24"/>
                          </w:rPr>
                        </w:pPr>
                      </w:p>
                      <w:p w14:paraId="1B90F01D" w14:textId="77777777" w:rsidR="00CD5479" w:rsidRDefault="00CD5479" w:rsidP="00CD5479">
                        <w:pPr>
                          <w:ind w:left="145" w:right="582"/>
                          <w:rPr>
                            <w:b/>
                            <w:sz w:val="24"/>
                          </w:rPr>
                        </w:pPr>
                        <w:r>
                          <w:rPr>
                            <w:b/>
                            <w:sz w:val="24"/>
                          </w:rPr>
                          <w:t>Fig.29: Hair removal</w:t>
                        </w:r>
                        <w:r>
                          <w:rPr>
                            <w:b/>
                            <w:spacing w:val="-15"/>
                            <w:sz w:val="24"/>
                          </w:rPr>
                          <w:t xml:space="preserve"> </w:t>
                        </w:r>
                        <w:r>
                          <w:rPr>
                            <w:b/>
                            <w:sz w:val="24"/>
                          </w:rPr>
                          <w:t>powder</w:t>
                        </w:r>
                      </w:p>
                    </w:txbxContent>
                  </v:textbox>
                </v:shape>
                <w10:wrap type="topAndBottom" anchorx="page"/>
              </v:group>
            </w:pict>
          </mc:Fallback>
        </mc:AlternateContent>
      </w:r>
    </w:p>
    <w:p w14:paraId="653510B9" w14:textId="77777777" w:rsidR="00584328" w:rsidRDefault="00584328" w:rsidP="00584328">
      <w:pPr>
        <w:pStyle w:val="Heading2"/>
        <w:numPr>
          <w:ilvl w:val="0"/>
          <w:numId w:val="0"/>
        </w:numPr>
        <w:tabs>
          <w:tab w:val="left" w:pos="360"/>
          <w:tab w:val="left" w:pos="8100"/>
        </w:tabs>
        <w:spacing w:before="0" w:after="240"/>
        <w:rPr>
          <w:rFonts w:ascii="Arial" w:hAnsi="Arial" w:cs="Arial"/>
          <w:smallCaps w:val="0"/>
          <w:sz w:val="22"/>
          <w:szCs w:val="22"/>
        </w:rPr>
      </w:pPr>
    </w:p>
    <w:p w14:paraId="1309C5A6" w14:textId="62229EDB" w:rsidR="00CD5479" w:rsidRPr="00584328" w:rsidRDefault="00584328" w:rsidP="00584328">
      <w:pPr>
        <w:pStyle w:val="Heading3"/>
        <w:rPr>
          <w:rFonts w:ascii="Arial" w:hAnsi="Arial" w:cs="Arial"/>
          <w:sz w:val="20"/>
          <w:szCs w:val="20"/>
        </w:rPr>
      </w:pPr>
      <w:r w:rsidRPr="00584328">
        <w:rPr>
          <w:rFonts w:ascii="Arial" w:hAnsi="Arial" w:cs="Arial"/>
          <w:sz w:val="20"/>
          <w:szCs w:val="20"/>
        </w:rPr>
        <w:t>Optical Density At 280 Nm</w:t>
      </w:r>
    </w:p>
    <w:p w14:paraId="481AAAC9" w14:textId="77777777" w:rsidR="00584328" w:rsidRDefault="00CD5479" w:rsidP="00584328">
      <w:pPr>
        <w:pStyle w:val="BodyText"/>
        <w:tabs>
          <w:tab w:val="left" w:pos="360"/>
          <w:tab w:val="left" w:pos="8100"/>
        </w:tabs>
        <w:spacing w:after="0" w:line="360" w:lineRule="auto"/>
        <w:jc w:val="both"/>
        <w:rPr>
          <w:rFonts w:ascii="Arial" w:hAnsi="Arial" w:cs="Arial"/>
          <w:sz w:val="20"/>
          <w:szCs w:val="20"/>
        </w:rPr>
      </w:pPr>
      <w:r w:rsidRPr="00584328">
        <w:rPr>
          <w:rFonts w:ascii="Arial" w:hAnsi="Arial" w:cs="Arial"/>
          <w:sz w:val="20"/>
          <w:szCs w:val="20"/>
        </w:rPr>
        <w:t xml:space="preserve">Negative control – 0.14 </w:t>
      </w:r>
    </w:p>
    <w:p w14:paraId="319A28FE" w14:textId="644F0FB6" w:rsidR="00CD5479" w:rsidRPr="00584328" w:rsidRDefault="00CD5479" w:rsidP="00584328">
      <w:pPr>
        <w:pStyle w:val="BodyText"/>
        <w:tabs>
          <w:tab w:val="left" w:pos="360"/>
          <w:tab w:val="left" w:pos="8100"/>
        </w:tabs>
        <w:spacing w:after="0" w:line="360" w:lineRule="auto"/>
        <w:jc w:val="both"/>
        <w:rPr>
          <w:rFonts w:ascii="Arial" w:hAnsi="Arial" w:cs="Arial"/>
          <w:sz w:val="20"/>
          <w:szCs w:val="20"/>
        </w:rPr>
      </w:pPr>
      <w:r w:rsidRPr="00584328">
        <w:rPr>
          <w:rFonts w:ascii="Arial" w:hAnsi="Arial" w:cs="Arial"/>
          <w:sz w:val="20"/>
          <w:szCs w:val="20"/>
        </w:rPr>
        <w:t>Positive control – 1.365</w:t>
      </w:r>
    </w:p>
    <w:p w14:paraId="6C2007C1" w14:textId="77777777" w:rsidR="00CD5479" w:rsidRPr="00584328" w:rsidRDefault="00CD5479" w:rsidP="00584328">
      <w:pPr>
        <w:pStyle w:val="Heading3"/>
        <w:rPr>
          <w:rFonts w:ascii="Arial" w:hAnsi="Arial" w:cs="Arial"/>
          <w:sz w:val="20"/>
          <w:szCs w:val="20"/>
        </w:rPr>
      </w:pPr>
      <w:r w:rsidRPr="00584328">
        <w:rPr>
          <w:rFonts w:ascii="Arial" w:hAnsi="Arial" w:cs="Arial"/>
          <w:sz w:val="20"/>
          <w:szCs w:val="20"/>
        </w:rPr>
        <w:t>Calculations:</w:t>
      </w:r>
    </w:p>
    <w:p w14:paraId="73844900"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Enzyme Units per ml = Optical Density x total volume used x dilution rate (0.1) x incubation time. (Tripti Jha, 2017)</w:t>
      </w:r>
    </w:p>
    <w:tbl>
      <w:tblPr>
        <w:tblStyle w:val="TableGrid"/>
        <w:tblW w:w="0" w:type="auto"/>
        <w:tblInd w:w="1389" w:type="dxa"/>
        <w:tblLook w:val="04A0" w:firstRow="1" w:lastRow="0" w:firstColumn="1" w:lastColumn="0" w:noHBand="0" w:noVBand="1"/>
      </w:tblPr>
      <w:tblGrid>
        <w:gridCol w:w="1082"/>
        <w:gridCol w:w="1528"/>
        <w:gridCol w:w="2250"/>
      </w:tblGrid>
      <w:tr w:rsidR="0075193F" w:rsidRPr="00D0486A" w14:paraId="582BA73C" w14:textId="77777777" w:rsidTr="00584328">
        <w:trPr>
          <w:trHeight w:val="377"/>
        </w:trPr>
        <w:tc>
          <w:tcPr>
            <w:tcW w:w="1082" w:type="dxa"/>
            <w:vAlign w:val="center"/>
          </w:tcPr>
          <w:p w14:paraId="425C98FF" w14:textId="7C7D6F44" w:rsidR="0075193F" w:rsidRPr="00D0486A" w:rsidRDefault="0075193F" w:rsidP="00D0486A">
            <w:pPr>
              <w:pStyle w:val="BodyText"/>
              <w:tabs>
                <w:tab w:val="left" w:pos="360"/>
                <w:tab w:val="left" w:pos="8100"/>
              </w:tabs>
              <w:spacing w:after="0"/>
              <w:jc w:val="center"/>
              <w:rPr>
                <w:rFonts w:ascii="Arial" w:hAnsi="Arial" w:cs="Arial"/>
                <w:b/>
                <w:bCs/>
                <w:sz w:val="20"/>
                <w:szCs w:val="20"/>
              </w:rPr>
            </w:pPr>
            <w:r w:rsidRPr="00D0486A">
              <w:rPr>
                <w:rFonts w:ascii="Arial" w:hAnsi="Arial" w:cs="Arial"/>
                <w:b/>
                <w:bCs/>
                <w:sz w:val="20"/>
                <w:szCs w:val="20"/>
              </w:rPr>
              <w:t>Sr. no.</w:t>
            </w:r>
          </w:p>
        </w:tc>
        <w:tc>
          <w:tcPr>
            <w:tcW w:w="1528" w:type="dxa"/>
            <w:vAlign w:val="center"/>
          </w:tcPr>
          <w:p w14:paraId="756633CB" w14:textId="34E0AEBB" w:rsidR="0075193F" w:rsidRPr="00D0486A" w:rsidRDefault="0075193F" w:rsidP="00D0486A">
            <w:pPr>
              <w:pStyle w:val="BodyText"/>
              <w:tabs>
                <w:tab w:val="left" w:pos="360"/>
                <w:tab w:val="left" w:pos="8100"/>
              </w:tabs>
              <w:spacing w:after="0"/>
              <w:jc w:val="center"/>
              <w:rPr>
                <w:rFonts w:ascii="Arial" w:hAnsi="Arial" w:cs="Arial"/>
                <w:b/>
                <w:bCs/>
                <w:sz w:val="20"/>
                <w:szCs w:val="20"/>
              </w:rPr>
            </w:pPr>
            <w:r w:rsidRPr="00D0486A">
              <w:rPr>
                <w:rFonts w:ascii="Arial" w:hAnsi="Arial" w:cs="Arial"/>
                <w:b/>
                <w:bCs/>
                <w:sz w:val="20"/>
                <w:szCs w:val="20"/>
              </w:rPr>
              <w:t>Samples</w:t>
            </w:r>
          </w:p>
        </w:tc>
        <w:tc>
          <w:tcPr>
            <w:tcW w:w="2250" w:type="dxa"/>
            <w:vAlign w:val="center"/>
          </w:tcPr>
          <w:p w14:paraId="6CDDF126" w14:textId="4BF19D6B" w:rsidR="0075193F" w:rsidRPr="00D0486A" w:rsidRDefault="0075193F" w:rsidP="00D0486A">
            <w:pPr>
              <w:pStyle w:val="BodyText"/>
              <w:tabs>
                <w:tab w:val="left" w:pos="360"/>
                <w:tab w:val="left" w:pos="8100"/>
              </w:tabs>
              <w:spacing w:after="0"/>
              <w:jc w:val="center"/>
              <w:rPr>
                <w:rFonts w:ascii="Arial" w:hAnsi="Arial" w:cs="Arial"/>
                <w:b/>
                <w:bCs/>
                <w:sz w:val="20"/>
                <w:szCs w:val="20"/>
              </w:rPr>
            </w:pPr>
            <w:r w:rsidRPr="00D0486A">
              <w:rPr>
                <w:rFonts w:ascii="Arial" w:hAnsi="Arial" w:cs="Arial"/>
                <w:b/>
                <w:bCs/>
                <w:sz w:val="20"/>
                <w:szCs w:val="20"/>
              </w:rPr>
              <w:t>Keratinase</w:t>
            </w:r>
            <w:r w:rsidRPr="00D0486A">
              <w:rPr>
                <w:rFonts w:ascii="Arial" w:hAnsi="Arial" w:cs="Arial"/>
                <w:b/>
                <w:bCs/>
                <w:spacing w:val="-4"/>
                <w:sz w:val="20"/>
                <w:szCs w:val="20"/>
              </w:rPr>
              <w:t xml:space="preserve"> </w:t>
            </w:r>
            <w:r w:rsidRPr="00D0486A">
              <w:rPr>
                <w:rFonts w:ascii="Arial" w:hAnsi="Arial" w:cs="Arial"/>
                <w:b/>
                <w:bCs/>
                <w:sz w:val="20"/>
                <w:szCs w:val="20"/>
              </w:rPr>
              <w:t>activity</w:t>
            </w:r>
          </w:p>
        </w:tc>
      </w:tr>
      <w:tr w:rsidR="0075193F" w:rsidRPr="00D0486A" w14:paraId="64A0E53E" w14:textId="77777777" w:rsidTr="00584328">
        <w:trPr>
          <w:trHeight w:val="288"/>
        </w:trPr>
        <w:tc>
          <w:tcPr>
            <w:tcW w:w="1082" w:type="dxa"/>
            <w:vAlign w:val="center"/>
          </w:tcPr>
          <w:p w14:paraId="1DBB973E" w14:textId="2A9C07D6"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1</w:t>
            </w:r>
          </w:p>
        </w:tc>
        <w:tc>
          <w:tcPr>
            <w:tcW w:w="1528" w:type="dxa"/>
            <w:vAlign w:val="center"/>
          </w:tcPr>
          <w:p w14:paraId="40A5F553" w14:textId="518559E8"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S1</w:t>
            </w:r>
          </w:p>
        </w:tc>
        <w:tc>
          <w:tcPr>
            <w:tcW w:w="2250" w:type="dxa"/>
            <w:vAlign w:val="center"/>
          </w:tcPr>
          <w:p w14:paraId="39C135CA" w14:textId="33A1B5C6"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28.44 U/ ml / </w:t>
            </w:r>
            <w:r w:rsidRPr="00D0486A">
              <w:rPr>
                <w:rFonts w:ascii="Arial" w:hAnsi="Arial" w:cs="Arial"/>
                <w:spacing w:val="-5"/>
                <w:sz w:val="20"/>
                <w:szCs w:val="20"/>
              </w:rPr>
              <w:t>min</w:t>
            </w:r>
          </w:p>
        </w:tc>
      </w:tr>
      <w:tr w:rsidR="0075193F" w:rsidRPr="00D0486A" w14:paraId="6F9B8D00" w14:textId="77777777" w:rsidTr="00584328">
        <w:trPr>
          <w:trHeight w:val="288"/>
        </w:trPr>
        <w:tc>
          <w:tcPr>
            <w:tcW w:w="1082" w:type="dxa"/>
            <w:vAlign w:val="center"/>
          </w:tcPr>
          <w:p w14:paraId="0B87792F" w14:textId="3EE576A8"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2</w:t>
            </w:r>
          </w:p>
        </w:tc>
        <w:tc>
          <w:tcPr>
            <w:tcW w:w="1528" w:type="dxa"/>
            <w:vAlign w:val="center"/>
          </w:tcPr>
          <w:p w14:paraId="6740A4A3" w14:textId="6B1F5C91"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S2</w:t>
            </w:r>
          </w:p>
        </w:tc>
        <w:tc>
          <w:tcPr>
            <w:tcW w:w="2250" w:type="dxa"/>
            <w:vAlign w:val="center"/>
          </w:tcPr>
          <w:p w14:paraId="35F8F3A2" w14:textId="21617D64"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16.68 U/ ml / </w:t>
            </w:r>
            <w:r w:rsidRPr="00D0486A">
              <w:rPr>
                <w:rFonts w:ascii="Arial" w:hAnsi="Arial" w:cs="Arial"/>
                <w:spacing w:val="-5"/>
                <w:sz w:val="20"/>
                <w:szCs w:val="20"/>
              </w:rPr>
              <w:t>min</w:t>
            </w:r>
          </w:p>
        </w:tc>
      </w:tr>
      <w:tr w:rsidR="0075193F" w:rsidRPr="00D0486A" w14:paraId="04090656" w14:textId="77777777" w:rsidTr="00584328">
        <w:trPr>
          <w:trHeight w:val="288"/>
        </w:trPr>
        <w:tc>
          <w:tcPr>
            <w:tcW w:w="1082" w:type="dxa"/>
            <w:vAlign w:val="center"/>
          </w:tcPr>
          <w:p w14:paraId="3D7D3562" w14:textId="0405E3AD"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3</w:t>
            </w:r>
          </w:p>
        </w:tc>
        <w:tc>
          <w:tcPr>
            <w:tcW w:w="1528" w:type="dxa"/>
            <w:vAlign w:val="center"/>
          </w:tcPr>
          <w:p w14:paraId="0775B829" w14:textId="00C60799"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S3</w:t>
            </w:r>
          </w:p>
        </w:tc>
        <w:tc>
          <w:tcPr>
            <w:tcW w:w="2250" w:type="dxa"/>
            <w:vAlign w:val="center"/>
          </w:tcPr>
          <w:p w14:paraId="4A26C247" w14:textId="7B8C1DE2"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25.32 U/ ml / </w:t>
            </w:r>
            <w:r w:rsidRPr="00D0486A">
              <w:rPr>
                <w:rFonts w:ascii="Arial" w:hAnsi="Arial" w:cs="Arial"/>
                <w:spacing w:val="-5"/>
                <w:sz w:val="20"/>
                <w:szCs w:val="20"/>
              </w:rPr>
              <w:t>min</w:t>
            </w:r>
          </w:p>
        </w:tc>
      </w:tr>
      <w:tr w:rsidR="0075193F" w:rsidRPr="00D0486A" w14:paraId="59AC66D2" w14:textId="77777777" w:rsidTr="00584328">
        <w:trPr>
          <w:trHeight w:val="288"/>
        </w:trPr>
        <w:tc>
          <w:tcPr>
            <w:tcW w:w="1082" w:type="dxa"/>
            <w:vAlign w:val="center"/>
          </w:tcPr>
          <w:p w14:paraId="6944C5EA" w14:textId="70FC12C0"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4</w:t>
            </w:r>
          </w:p>
        </w:tc>
        <w:tc>
          <w:tcPr>
            <w:tcW w:w="1528" w:type="dxa"/>
            <w:vAlign w:val="center"/>
          </w:tcPr>
          <w:p w14:paraId="0E699673" w14:textId="494DA475"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S4</w:t>
            </w:r>
          </w:p>
        </w:tc>
        <w:tc>
          <w:tcPr>
            <w:tcW w:w="2250" w:type="dxa"/>
            <w:vAlign w:val="center"/>
          </w:tcPr>
          <w:p w14:paraId="03BD7799" w14:textId="4A98773B"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21.86 U/ ml / </w:t>
            </w:r>
            <w:r w:rsidRPr="00D0486A">
              <w:rPr>
                <w:rFonts w:ascii="Arial" w:hAnsi="Arial" w:cs="Arial"/>
                <w:spacing w:val="-5"/>
                <w:sz w:val="20"/>
                <w:szCs w:val="20"/>
              </w:rPr>
              <w:t>min</w:t>
            </w:r>
          </w:p>
        </w:tc>
      </w:tr>
      <w:tr w:rsidR="0075193F" w:rsidRPr="00D0486A" w14:paraId="1D246A21" w14:textId="77777777" w:rsidTr="00584328">
        <w:trPr>
          <w:trHeight w:val="288"/>
        </w:trPr>
        <w:tc>
          <w:tcPr>
            <w:tcW w:w="1082" w:type="dxa"/>
            <w:vAlign w:val="center"/>
          </w:tcPr>
          <w:p w14:paraId="45F161DA" w14:textId="116844B7"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5</w:t>
            </w:r>
          </w:p>
        </w:tc>
        <w:tc>
          <w:tcPr>
            <w:tcW w:w="1528" w:type="dxa"/>
            <w:vAlign w:val="center"/>
          </w:tcPr>
          <w:p w14:paraId="5843C0AF" w14:textId="343D99B1"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S5</w:t>
            </w:r>
          </w:p>
        </w:tc>
        <w:tc>
          <w:tcPr>
            <w:tcW w:w="2250" w:type="dxa"/>
            <w:vAlign w:val="center"/>
          </w:tcPr>
          <w:p w14:paraId="3A43E745" w14:textId="01F575C0"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23.37 U/ ml / </w:t>
            </w:r>
            <w:r w:rsidRPr="00D0486A">
              <w:rPr>
                <w:rFonts w:ascii="Arial" w:hAnsi="Arial" w:cs="Arial"/>
                <w:spacing w:val="-5"/>
                <w:sz w:val="20"/>
                <w:szCs w:val="20"/>
              </w:rPr>
              <w:t>min</w:t>
            </w:r>
          </w:p>
        </w:tc>
      </w:tr>
      <w:tr w:rsidR="0075193F" w:rsidRPr="00D0486A" w14:paraId="71F83BB9" w14:textId="77777777" w:rsidTr="00584328">
        <w:trPr>
          <w:trHeight w:val="288"/>
        </w:trPr>
        <w:tc>
          <w:tcPr>
            <w:tcW w:w="1082" w:type="dxa"/>
            <w:vAlign w:val="center"/>
          </w:tcPr>
          <w:p w14:paraId="19083268" w14:textId="6820E8C9"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6</w:t>
            </w:r>
          </w:p>
        </w:tc>
        <w:tc>
          <w:tcPr>
            <w:tcW w:w="1528" w:type="dxa"/>
            <w:vAlign w:val="center"/>
          </w:tcPr>
          <w:p w14:paraId="6A827F05" w14:textId="763734A5"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C1</w:t>
            </w:r>
          </w:p>
        </w:tc>
        <w:tc>
          <w:tcPr>
            <w:tcW w:w="2250" w:type="dxa"/>
            <w:vAlign w:val="center"/>
          </w:tcPr>
          <w:p w14:paraId="2B4FC859" w14:textId="2C368042"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29.28 U/ ml / </w:t>
            </w:r>
            <w:r w:rsidRPr="00D0486A">
              <w:rPr>
                <w:rFonts w:ascii="Arial" w:hAnsi="Arial" w:cs="Arial"/>
                <w:spacing w:val="-5"/>
                <w:sz w:val="20"/>
                <w:szCs w:val="20"/>
              </w:rPr>
              <w:t>min</w:t>
            </w:r>
          </w:p>
        </w:tc>
      </w:tr>
      <w:tr w:rsidR="0075193F" w:rsidRPr="00D0486A" w14:paraId="7C3FDF30" w14:textId="77777777" w:rsidTr="00584328">
        <w:trPr>
          <w:trHeight w:val="288"/>
        </w:trPr>
        <w:tc>
          <w:tcPr>
            <w:tcW w:w="1082" w:type="dxa"/>
            <w:vAlign w:val="center"/>
          </w:tcPr>
          <w:p w14:paraId="5B180A83" w14:textId="43FACE47"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7</w:t>
            </w:r>
          </w:p>
        </w:tc>
        <w:tc>
          <w:tcPr>
            <w:tcW w:w="1528" w:type="dxa"/>
            <w:vAlign w:val="center"/>
          </w:tcPr>
          <w:p w14:paraId="4458296B" w14:textId="6CBAAA3E"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C2</w:t>
            </w:r>
          </w:p>
        </w:tc>
        <w:tc>
          <w:tcPr>
            <w:tcW w:w="2250" w:type="dxa"/>
            <w:vAlign w:val="center"/>
          </w:tcPr>
          <w:p w14:paraId="0539C1F2" w14:textId="1B2AAC3C"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23.78 U/ ml / </w:t>
            </w:r>
            <w:r w:rsidRPr="00D0486A">
              <w:rPr>
                <w:rFonts w:ascii="Arial" w:hAnsi="Arial" w:cs="Arial"/>
                <w:spacing w:val="-5"/>
                <w:sz w:val="20"/>
                <w:szCs w:val="20"/>
              </w:rPr>
              <w:t>min</w:t>
            </w:r>
          </w:p>
        </w:tc>
      </w:tr>
      <w:tr w:rsidR="0075193F" w:rsidRPr="00D0486A" w14:paraId="0CE40676" w14:textId="77777777" w:rsidTr="00584328">
        <w:trPr>
          <w:trHeight w:val="288"/>
        </w:trPr>
        <w:tc>
          <w:tcPr>
            <w:tcW w:w="1082" w:type="dxa"/>
            <w:vAlign w:val="center"/>
          </w:tcPr>
          <w:p w14:paraId="3962328B" w14:textId="07C84267"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8</w:t>
            </w:r>
          </w:p>
        </w:tc>
        <w:tc>
          <w:tcPr>
            <w:tcW w:w="1528" w:type="dxa"/>
            <w:vAlign w:val="center"/>
          </w:tcPr>
          <w:p w14:paraId="0739CCF3" w14:textId="431306FA"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C3</w:t>
            </w:r>
          </w:p>
        </w:tc>
        <w:tc>
          <w:tcPr>
            <w:tcW w:w="2250" w:type="dxa"/>
            <w:vAlign w:val="center"/>
          </w:tcPr>
          <w:p w14:paraId="4F784092" w14:textId="40E204FC"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36.136 U/ ml / </w:t>
            </w:r>
            <w:r w:rsidRPr="00D0486A">
              <w:rPr>
                <w:rFonts w:ascii="Arial" w:hAnsi="Arial" w:cs="Arial"/>
                <w:spacing w:val="-5"/>
                <w:sz w:val="20"/>
                <w:szCs w:val="20"/>
              </w:rPr>
              <w:t>min</w:t>
            </w:r>
          </w:p>
        </w:tc>
      </w:tr>
      <w:tr w:rsidR="0075193F" w:rsidRPr="00D0486A" w14:paraId="70B4D11C" w14:textId="77777777" w:rsidTr="00584328">
        <w:trPr>
          <w:trHeight w:val="288"/>
        </w:trPr>
        <w:tc>
          <w:tcPr>
            <w:tcW w:w="1082" w:type="dxa"/>
            <w:vAlign w:val="center"/>
          </w:tcPr>
          <w:p w14:paraId="22D8A6D3" w14:textId="28A81D45"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9</w:t>
            </w:r>
          </w:p>
        </w:tc>
        <w:tc>
          <w:tcPr>
            <w:tcW w:w="1528" w:type="dxa"/>
            <w:vAlign w:val="center"/>
          </w:tcPr>
          <w:p w14:paraId="6C84AAD7" w14:textId="25C472E2"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C4</w:t>
            </w:r>
          </w:p>
        </w:tc>
        <w:tc>
          <w:tcPr>
            <w:tcW w:w="2250" w:type="dxa"/>
            <w:vAlign w:val="center"/>
          </w:tcPr>
          <w:p w14:paraId="389AF12B" w14:textId="49332047" w:rsidR="0075193F" w:rsidRPr="00D0486A" w:rsidRDefault="0075193F" w:rsidP="00D0486A">
            <w:pPr>
              <w:pStyle w:val="BodyText"/>
              <w:tabs>
                <w:tab w:val="left" w:pos="360"/>
                <w:tab w:val="left" w:pos="8100"/>
              </w:tabs>
              <w:spacing w:after="0"/>
              <w:jc w:val="center"/>
              <w:rPr>
                <w:rFonts w:ascii="Arial" w:hAnsi="Arial" w:cs="Arial"/>
                <w:sz w:val="20"/>
                <w:szCs w:val="20"/>
              </w:rPr>
            </w:pPr>
            <w:r w:rsidRPr="00D0486A">
              <w:rPr>
                <w:rFonts w:ascii="Arial" w:hAnsi="Arial" w:cs="Arial"/>
                <w:sz w:val="20"/>
                <w:szCs w:val="20"/>
              </w:rPr>
              <w:t xml:space="preserve">36.136 U/ ml / </w:t>
            </w:r>
            <w:r w:rsidRPr="00D0486A">
              <w:rPr>
                <w:rFonts w:ascii="Arial" w:hAnsi="Arial" w:cs="Arial"/>
                <w:spacing w:val="-5"/>
                <w:sz w:val="20"/>
                <w:szCs w:val="20"/>
              </w:rPr>
              <w:t>min</w:t>
            </w:r>
          </w:p>
        </w:tc>
      </w:tr>
    </w:tbl>
    <w:p w14:paraId="2CD288FC" w14:textId="2FC00A7E" w:rsidR="006D7B56" w:rsidRPr="00584328" w:rsidRDefault="00CD5479" w:rsidP="00584328">
      <w:pPr>
        <w:pStyle w:val="BodyText"/>
        <w:tabs>
          <w:tab w:val="left" w:pos="360"/>
          <w:tab w:val="left" w:pos="8100"/>
        </w:tabs>
        <w:spacing w:after="240"/>
        <w:rPr>
          <w:rFonts w:ascii="Arial" w:hAnsi="Arial" w:cs="Arial"/>
        </w:rPr>
      </w:pPr>
      <w:r w:rsidRPr="00584328">
        <w:rPr>
          <w:rFonts w:ascii="Arial" w:hAnsi="Arial" w:cs="Arial"/>
          <w:noProof/>
          <w:sz w:val="20"/>
        </w:rPr>
        <w:lastRenderedPageBreak/>
        <mc:AlternateContent>
          <mc:Choice Requires="wpg">
            <w:drawing>
              <wp:anchor distT="0" distB="0" distL="0" distR="0" simplePos="0" relativeHeight="251680768" behindDoc="1" locked="0" layoutInCell="1" allowOverlap="1" wp14:anchorId="23F921D4" wp14:editId="279375CC">
                <wp:simplePos x="0" y="0"/>
                <wp:positionH relativeFrom="page">
                  <wp:posOffset>1557337</wp:posOffset>
                </wp:positionH>
                <wp:positionV relativeFrom="paragraph">
                  <wp:posOffset>237157</wp:posOffset>
                </wp:positionV>
                <wp:extent cx="4057650" cy="258127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2581275"/>
                          <a:chOff x="0" y="0"/>
                          <a:chExt cx="4057650" cy="2581275"/>
                        </a:xfrm>
                      </wpg:grpSpPr>
                      <pic:pic xmlns:pic="http://schemas.openxmlformats.org/drawingml/2006/picture">
                        <pic:nvPicPr>
                          <pic:cNvPr id="105" name="Image 105"/>
                          <pic:cNvPicPr/>
                        </pic:nvPicPr>
                        <pic:blipFill>
                          <a:blip r:embed="rId68" cstate="print"/>
                          <a:stretch>
                            <a:fillRect/>
                          </a:stretch>
                        </pic:blipFill>
                        <pic:spPr>
                          <a:xfrm>
                            <a:off x="100774" y="55054"/>
                            <a:ext cx="3855720" cy="2047875"/>
                          </a:xfrm>
                          <a:prstGeom prst="rect">
                            <a:avLst/>
                          </a:prstGeom>
                        </pic:spPr>
                      </pic:pic>
                      <wps:wsp>
                        <wps:cNvPr id="106" name="Textbox 106"/>
                        <wps:cNvSpPr txBox="1"/>
                        <wps:spPr>
                          <a:xfrm>
                            <a:off x="4762" y="4762"/>
                            <a:ext cx="4048125" cy="2571750"/>
                          </a:xfrm>
                          <a:prstGeom prst="rect">
                            <a:avLst/>
                          </a:prstGeom>
                          <a:ln w="9525">
                            <a:solidFill>
                              <a:srgbClr val="000000"/>
                            </a:solidFill>
                            <a:prstDash val="solid"/>
                          </a:ln>
                        </wps:spPr>
                        <wps:txbx>
                          <w:txbxContent>
                            <w:p w14:paraId="2E5C2CC1" w14:textId="77777777" w:rsidR="00CD5479" w:rsidRDefault="00CD5479" w:rsidP="00CD5479">
                              <w:pPr>
                                <w:rPr>
                                  <w:sz w:val="24"/>
                                </w:rPr>
                              </w:pPr>
                            </w:p>
                            <w:p w14:paraId="212DB4D8" w14:textId="77777777" w:rsidR="00CD5479" w:rsidRDefault="00CD5479" w:rsidP="00CD5479">
                              <w:pPr>
                                <w:rPr>
                                  <w:sz w:val="24"/>
                                </w:rPr>
                              </w:pPr>
                            </w:p>
                            <w:p w14:paraId="717F75F1" w14:textId="77777777" w:rsidR="00CD5479" w:rsidRDefault="00CD5479" w:rsidP="00CD5479">
                              <w:pPr>
                                <w:rPr>
                                  <w:sz w:val="24"/>
                                </w:rPr>
                              </w:pPr>
                            </w:p>
                            <w:p w14:paraId="41DC9696" w14:textId="77777777" w:rsidR="00CD5479" w:rsidRDefault="00CD5479" w:rsidP="00CD5479">
                              <w:pPr>
                                <w:rPr>
                                  <w:sz w:val="24"/>
                                </w:rPr>
                              </w:pPr>
                            </w:p>
                            <w:p w14:paraId="4689D208" w14:textId="77777777" w:rsidR="00CD5479" w:rsidRDefault="00CD5479" w:rsidP="00CD5479">
                              <w:pPr>
                                <w:rPr>
                                  <w:sz w:val="24"/>
                                </w:rPr>
                              </w:pPr>
                            </w:p>
                            <w:p w14:paraId="304B5912" w14:textId="77777777" w:rsidR="00CD5479" w:rsidRDefault="00CD5479" w:rsidP="00CD5479">
                              <w:pPr>
                                <w:rPr>
                                  <w:sz w:val="24"/>
                                </w:rPr>
                              </w:pPr>
                            </w:p>
                            <w:p w14:paraId="55A4CB0C" w14:textId="77777777" w:rsidR="00CD5479" w:rsidRDefault="00CD5479" w:rsidP="00CD5479">
                              <w:pPr>
                                <w:rPr>
                                  <w:sz w:val="24"/>
                                </w:rPr>
                              </w:pPr>
                            </w:p>
                            <w:p w14:paraId="50FE07BF" w14:textId="77777777" w:rsidR="0075193F" w:rsidRPr="00584328" w:rsidRDefault="0075193F" w:rsidP="00584328">
                              <w:pPr>
                                <w:ind w:left="142"/>
                                <w:jc w:val="center"/>
                                <w:rPr>
                                  <w:rFonts w:ascii="Arial" w:hAnsi="Arial" w:cs="Arial"/>
                                  <w:bCs/>
                                  <w:sz w:val="20"/>
                                  <w:szCs w:val="18"/>
                                </w:rPr>
                              </w:pPr>
                              <w:r w:rsidRPr="00584328">
                                <w:rPr>
                                  <w:rFonts w:ascii="Arial" w:hAnsi="Arial" w:cs="Arial"/>
                                  <w:bCs/>
                                  <w:sz w:val="20"/>
                                  <w:szCs w:val="18"/>
                                </w:rPr>
                                <w:t>Fig.30: Keratinase enzyme activity assay</w:t>
                              </w:r>
                            </w:p>
                            <w:p w14:paraId="2E0E7E73" w14:textId="77777777" w:rsidR="00CD5479" w:rsidRDefault="00CD5479" w:rsidP="00CD5479">
                              <w:pPr>
                                <w:rPr>
                                  <w:sz w:val="24"/>
                                </w:rPr>
                              </w:pPr>
                            </w:p>
                            <w:p w14:paraId="7D15DB9D" w14:textId="77777777" w:rsidR="00CD5479" w:rsidRDefault="00CD5479" w:rsidP="00CD5479">
                              <w:pPr>
                                <w:rPr>
                                  <w:sz w:val="24"/>
                                </w:rPr>
                              </w:pPr>
                            </w:p>
                            <w:p w14:paraId="4A970E12" w14:textId="77777777" w:rsidR="00CD5479" w:rsidRDefault="00CD5479" w:rsidP="00CD5479">
                              <w:pPr>
                                <w:rPr>
                                  <w:sz w:val="24"/>
                                </w:rPr>
                              </w:pPr>
                            </w:p>
                            <w:p w14:paraId="2003A215" w14:textId="77777777" w:rsidR="00CD5479" w:rsidRDefault="00CD5479" w:rsidP="00CD5479">
                              <w:pPr>
                                <w:rPr>
                                  <w:sz w:val="24"/>
                                </w:rPr>
                              </w:pPr>
                            </w:p>
                            <w:p w14:paraId="466DB56D" w14:textId="77777777" w:rsidR="00CD5479" w:rsidRDefault="00CD5479" w:rsidP="00CD5479">
                              <w:pPr>
                                <w:spacing w:before="182"/>
                                <w:rPr>
                                  <w:sz w:val="24"/>
                                </w:rPr>
                              </w:pPr>
                            </w:p>
                            <w:p w14:paraId="79D60078" w14:textId="77777777" w:rsidR="00CD5479" w:rsidRDefault="00CD5479" w:rsidP="00CD5479">
                              <w:pPr>
                                <w:ind w:left="144"/>
                                <w:rPr>
                                  <w:b/>
                                  <w:sz w:val="24"/>
                                </w:rPr>
                              </w:pPr>
                              <w:r>
                                <w:rPr>
                                  <w:b/>
                                  <w:sz w:val="24"/>
                                </w:rPr>
                                <w:t>Fig.30:</w:t>
                              </w:r>
                              <w:r>
                                <w:rPr>
                                  <w:b/>
                                  <w:spacing w:val="-2"/>
                                  <w:sz w:val="24"/>
                                </w:rPr>
                                <w:t xml:space="preserve"> </w:t>
                              </w:r>
                              <w:r>
                                <w:rPr>
                                  <w:b/>
                                  <w:sz w:val="24"/>
                                </w:rPr>
                                <w:t>Keratinase</w:t>
                              </w:r>
                              <w:r>
                                <w:rPr>
                                  <w:b/>
                                  <w:spacing w:val="-3"/>
                                  <w:sz w:val="24"/>
                                </w:rPr>
                                <w:t xml:space="preserve"> </w:t>
                              </w:r>
                              <w:r>
                                <w:rPr>
                                  <w:b/>
                                  <w:sz w:val="24"/>
                                </w:rPr>
                                <w:t>enzyme</w:t>
                              </w:r>
                              <w:r>
                                <w:rPr>
                                  <w:b/>
                                  <w:spacing w:val="-3"/>
                                  <w:sz w:val="24"/>
                                </w:rPr>
                                <w:t xml:space="preserve"> </w:t>
                              </w:r>
                              <w:r>
                                <w:rPr>
                                  <w:b/>
                                  <w:sz w:val="24"/>
                                </w:rPr>
                                <w:t>activity</w:t>
                              </w:r>
                              <w:r>
                                <w:rPr>
                                  <w:b/>
                                  <w:spacing w:val="-1"/>
                                  <w:sz w:val="24"/>
                                </w:rPr>
                                <w:t xml:space="preserve"> </w:t>
                              </w:r>
                              <w:r>
                                <w:rPr>
                                  <w:b/>
                                  <w:spacing w:val="-2"/>
                                  <w:sz w:val="24"/>
                                </w:rPr>
                                <w:t>assay</w:t>
                              </w:r>
                            </w:p>
                          </w:txbxContent>
                        </wps:txbx>
                        <wps:bodyPr wrap="square" lIns="0" tIns="0" rIns="0" bIns="0" rtlCol="0">
                          <a:noAutofit/>
                        </wps:bodyPr>
                      </wps:wsp>
                    </wpg:wgp>
                  </a:graphicData>
                </a:graphic>
              </wp:anchor>
            </w:drawing>
          </mc:Choice>
          <mc:Fallback>
            <w:pict>
              <v:group w14:anchorId="23F921D4" id="Group 104" o:spid="_x0000_s1118" style="position:absolute;margin-left:122.6pt;margin-top:18.65pt;width:319.5pt;height:203.25pt;z-index:-251635712;mso-wrap-distance-left:0;mso-wrap-distance-right:0;mso-position-horizontal-relative:page" coordsize="40576,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">
                <v:shape id="Image 105" o:spid="_x0000_s1119" type="#_x0000_t75" style="position:absolute;left:1007;top:550;width:38557;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">
                  <v:imagedata r:id="rId69" o:title=""/>
                </v:shape>
                <v:shape id="Textbox 106" o:spid="_x0000_s1120" type="#_x0000_t202" style="position:absolute;left:47;top:47;width:40481;height:2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" filled="f">
                  <v:textbox inset="0,0,0,0">
                    <w:txbxContent>
                      <w:p w14:paraId="2E5C2CC1" w14:textId="77777777" w:rsidR="00CD5479" w:rsidRDefault="00CD5479" w:rsidP="00CD5479">
                        <w:pPr>
                          <w:rPr>
                            <w:sz w:val="24"/>
                          </w:rPr>
                        </w:pPr>
                      </w:p>
                      <w:p w14:paraId="212DB4D8" w14:textId="77777777" w:rsidR="00CD5479" w:rsidRDefault="00CD5479" w:rsidP="00CD5479">
                        <w:pPr>
                          <w:rPr>
                            <w:sz w:val="24"/>
                          </w:rPr>
                        </w:pPr>
                      </w:p>
                      <w:p w14:paraId="717F75F1" w14:textId="77777777" w:rsidR="00CD5479" w:rsidRDefault="00CD5479" w:rsidP="00CD5479">
                        <w:pPr>
                          <w:rPr>
                            <w:sz w:val="24"/>
                          </w:rPr>
                        </w:pPr>
                      </w:p>
                      <w:p w14:paraId="41DC9696" w14:textId="77777777" w:rsidR="00CD5479" w:rsidRDefault="00CD5479" w:rsidP="00CD5479">
                        <w:pPr>
                          <w:rPr>
                            <w:sz w:val="24"/>
                          </w:rPr>
                        </w:pPr>
                      </w:p>
                      <w:p w14:paraId="4689D208" w14:textId="77777777" w:rsidR="00CD5479" w:rsidRDefault="00CD5479" w:rsidP="00CD5479">
                        <w:pPr>
                          <w:rPr>
                            <w:sz w:val="24"/>
                          </w:rPr>
                        </w:pPr>
                      </w:p>
                      <w:p w14:paraId="304B5912" w14:textId="77777777" w:rsidR="00CD5479" w:rsidRDefault="00CD5479" w:rsidP="00CD5479">
                        <w:pPr>
                          <w:rPr>
                            <w:sz w:val="24"/>
                          </w:rPr>
                        </w:pPr>
                      </w:p>
                      <w:p w14:paraId="55A4CB0C" w14:textId="77777777" w:rsidR="00CD5479" w:rsidRDefault="00CD5479" w:rsidP="00CD5479">
                        <w:pPr>
                          <w:rPr>
                            <w:sz w:val="24"/>
                          </w:rPr>
                        </w:pPr>
                      </w:p>
                      <w:p w14:paraId="50FE07BF" w14:textId="77777777" w:rsidR="0075193F" w:rsidRPr="00584328" w:rsidRDefault="0075193F" w:rsidP="00584328">
                        <w:pPr>
                          <w:ind w:left="142"/>
                          <w:jc w:val="center"/>
                          <w:rPr>
                            <w:rFonts w:ascii="Arial" w:hAnsi="Arial" w:cs="Arial"/>
                            <w:bCs/>
                            <w:sz w:val="20"/>
                            <w:szCs w:val="18"/>
                          </w:rPr>
                        </w:pPr>
                        <w:r w:rsidRPr="00584328">
                          <w:rPr>
                            <w:rFonts w:ascii="Arial" w:hAnsi="Arial" w:cs="Arial"/>
                            <w:bCs/>
                            <w:sz w:val="20"/>
                            <w:szCs w:val="18"/>
                          </w:rPr>
                          <w:t>Fig.30: Keratinase enzyme activity assay</w:t>
                        </w:r>
                      </w:p>
                      <w:p w14:paraId="2E0E7E73" w14:textId="77777777" w:rsidR="00CD5479" w:rsidRDefault="00CD5479" w:rsidP="00CD5479">
                        <w:pPr>
                          <w:rPr>
                            <w:sz w:val="24"/>
                          </w:rPr>
                        </w:pPr>
                      </w:p>
                      <w:p w14:paraId="7D15DB9D" w14:textId="77777777" w:rsidR="00CD5479" w:rsidRDefault="00CD5479" w:rsidP="00CD5479">
                        <w:pPr>
                          <w:rPr>
                            <w:sz w:val="24"/>
                          </w:rPr>
                        </w:pPr>
                      </w:p>
                      <w:p w14:paraId="4A970E12" w14:textId="77777777" w:rsidR="00CD5479" w:rsidRDefault="00CD5479" w:rsidP="00CD5479">
                        <w:pPr>
                          <w:rPr>
                            <w:sz w:val="24"/>
                          </w:rPr>
                        </w:pPr>
                      </w:p>
                      <w:p w14:paraId="2003A215" w14:textId="77777777" w:rsidR="00CD5479" w:rsidRDefault="00CD5479" w:rsidP="00CD5479">
                        <w:pPr>
                          <w:rPr>
                            <w:sz w:val="24"/>
                          </w:rPr>
                        </w:pPr>
                      </w:p>
                      <w:p w14:paraId="466DB56D" w14:textId="77777777" w:rsidR="00CD5479" w:rsidRDefault="00CD5479" w:rsidP="00CD5479">
                        <w:pPr>
                          <w:spacing w:before="182"/>
                          <w:rPr>
                            <w:sz w:val="24"/>
                          </w:rPr>
                        </w:pPr>
                      </w:p>
                      <w:p w14:paraId="79D60078" w14:textId="77777777" w:rsidR="00CD5479" w:rsidRDefault="00CD5479" w:rsidP="00CD5479">
                        <w:pPr>
                          <w:ind w:left="144"/>
                          <w:rPr>
                            <w:b/>
                            <w:sz w:val="24"/>
                          </w:rPr>
                        </w:pPr>
                        <w:r>
                          <w:rPr>
                            <w:b/>
                            <w:sz w:val="24"/>
                          </w:rPr>
                          <w:t>Fig.30:</w:t>
                        </w:r>
                        <w:r>
                          <w:rPr>
                            <w:b/>
                            <w:spacing w:val="-2"/>
                            <w:sz w:val="24"/>
                          </w:rPr>
                          <w:t xml:space="preserve"> </w:t>
                        </w:r>
                        <w:r>
                          <w:rPr>
                            <w:b/>
                            <w:sz w:val="24"/>
                          </w:rPr>
                          <w:t>Keratinase</w:t>
                        </w:r>
                        <w:r>
                          <w:rPr>
                            <w:b/>
                            <w:spacing w:val="-3"/>
                            <w:sz w:val="24"/>
                          </w:rPr>
                          <w:t xml:space="preserve"> </w:t>
                        </w:r>
                        <w:r>
                          <w:rPr>
                            <w:b/>
                            <w:sz w:val="24"/>
                          </w:rPr>
                          <w:t>enzyme</w:t>
                        </w:r>
                        <w:r>
                          <w:rPr>
                            <w:b/>
                            <w:spacing w:val="-3"/>
                            <w:sz w:val="24"/>
                          </w:rPr>
                          <w:t xml:space="preserve"> </w:t>
                        </w:r>
                        <w:r>
                          <w:rPr>
                            <w:b/>
                            <w:sz w:val="24"/>
                          </w:rPr>
                          <w:t>activity</w:t>
                        </w:r>
                        <w:r>
                          <w:rPr>
                            <w:b/>
                            <w:spacing w:val="-1"/>
                            <w:sz w:val="24"/>
                          </w:rPr>
                          <w:t xml:space="preserve"> </w:t>
                        </w:r>
                        <w:r>
                          <w:rPr>
                            <w:b/>
                            <w:spacing w:val="-2"/>
                            <w:sz w:val="24"/>
                          </w:rPr>
                          <w:t>assay</w:t>
                        </w:r>
                      </w:p>
                    </w:txbxContent>
                  </v:textbox>
                </v:shape>
                <w10:wrap type="topAndBottom" anchorx="page"/>
              </v:group>
            </w:pict>
          </mc:Fallback>
        </mc:AlternateContent>
      </w:r>
    </w:p>
    <w:p w14:paraId="13D862CD" w14:textId="77777777" w:rsidR="006D7B56" w:rsidRPr="00584328" w:rsidRDefault="006D7B56" w:rsidP="00584328">
      <w:pPr>
        <w:pStyle w:val="BodyText"/>
        <w:tabs>
          <w:tab w:val="left" w:pos="360"/>
          <w:tab w:val="left" w:pos="8100"/>
        </w:tabs>
        <w:spacing w:after="240"/>
        <w:rPr>
          <w:rFonts w:ascii="Arial" w:hAnsi="Arial" w:cs="Arial"/>
        </w:rPr>
      </w:pPr>
    </w:p>
    <w:p w14:paraId="6AD440FA" w14:textId="4AA76F0D" w:rsidR="00CD5479" w:rsidRPr="00584328" w:rsidRDefault="00584328" w:rsidP="00584328">
      <w:pPr>
        <w:pStyle w:val="Heading2"/>
        <w:spacing w:after="240"/>
        <w:rPr>
          <w:rFonts w:ascii="Arial" w:hAnsi="Arial" w:cs="Arial"/>
          <w:sz w:val="22"/>
          <w:szCs w:val="22"/>
        </w:rPr>
      </w:pPr>
      <w:r w:rsidRPr="00584328">
        <w:rPr>
          <w:rFonts w:ascii="Arial" w:hAnsi="Arial" w:cs="Arial"/>
          <w:sz w:val="22"/>
          <w:szCs w:val="22"/>
        </w:rPr>
        <w:t>OPTIMIZATION OF DEGRADATION CONDITIONS</w:t>
      </w:r>
    </w:p>
    <w:p w14:paraId="49670761" w14:textId="53A2D971"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 xml:space="preserve">As </w:t>
      </w:r>
      <w:r w:rsidR="00584328" w:rsidRPr="00584328">
        <w:rPr>
          <w:rFonts w:ascii="Arial" w:hAnsi="Arial" w:cs="Arial"/>
          <w:sz w:val="20"/>
          <w:szCs w:val="20"/>
        </w:rPr>
        <w:t>noted,</w:t>
      </w:r>
      <w:r w:rsidRPr="00584328">
        <w:rPr>
          <w:rFonts w:ascii="Arial" w:hAnsi="Arial" w:cs="Arial"/>
          <w:sz w:val="20"/>
          <w:szCs w:val="20"/>
        </w:rPr>
        <w:t xml:space="preserve"> Optical Density was measured to determine effect of time on growth of organisms.</w:t>
      </w:r>
    </w:p>
    <w:p w14:paraId="6EF5503F" w14:textId="23FF139F" w:rsidR="00CD5479" w:rsidRPr="00584328" w:rsidRDefault="00584328" w:rsidP="00584328">
      <w:pPr>
        <w:pStyle w:val="Heading3"/>
        <w:rPr>
          <w:rFonts w:ascii="Arial" w:hAnsi="Arial" w:cs="Arial"/>
          <w:sz w:val="20"/>
          <w:szCs w:val="20"/>
        </w:rPr>
      </w:pPr>
      <w:r w:rsidRPr="00584328">
        <w:rPr>
          <w:rFonts w:ascii="Arial" w:hAnsi="Arial" w:cs="Arial"/>
          <w:sz w:val="20"/>
          <w:szCs w:val="20"/>
        </w:rPr>
        <w:t>EFFECT OF TIME ON GROWTH OF MICROORGANISMS</w:t>
      </w:r>
    </w:p>
    <w:p w14:paraId="3010F378"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The effect of incubation time on growth of isolates was determined in feather meal broth for 7 days. Culture samples of S1, S2, S3, S4, S5, C1, C2, C3, C4 were added to the feather meal broth. Control – Feather Meal broth without inoculum.</w:t>
      </w:r>
    </w:p>
    <w:p w14:paraId="15590655"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Feather meal broth 100 ml with 0.05g feathers was added with overnight grown culture in each flask, incubated on rotary shaker at 150 rpm.</w:t>
      </w:r>
    </w:p>
    <w:p w14:paraId="25D0D6CC" w14:textId="42672A3E" w:rsidR="00CD5479" w:rsidRPr="00584328" w:rsidRDefault="00CD5479" w:rsidP="00584328">
      <w:pPr>
        <w:pStyle w:val="BodyText"/>
        <w:tabs>
          <w:tab w:val="left" w:pos="360"/>
          <w:tab w:val="left" w:pos="8100"/>
        </w:tabs>
        <w:spacing w:after="240" w:line="360" w:lineRule="auto"/>
        <w:jc w:val="both"/>
        <w:rPr>
          <w:rFonts w:ascii="Arial" w:hAnsi="Arial" w:cs="Arial"/>
        </w:rPr>
      </w:pPr>
      <w:r w:rsidRPr="00584328">
        <w:rPr>
          <w:rFonts w:ascii="Arial" w:hAnsi="Arial" w:cs="Arial"/>
          <w:sz w:val="20"/>
          <w:szCs w:val="20"/>
        </w:rPr>
        <w:t>O.D was taken at 620 nm, every 24 hours, up to 7 days for monitoring growth.</w:t>
      </w:r>
    </w:p>
    <w:tbl>
      <w:tblPr>
        <w:tblW w:w="95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939"/>
        <w:gridCol w:w="995"/>
        <w:gridCol w:w="987"/>
        <w:gridCol w:w="930"/>
        <w:gridCol w:w="932"/>
        <w:gridCol w:w="963"/>
        <w:gridCol w:w="930"/>
        <w:gridCol w:w="965"/>
        <w:gridCol w:w="876"/>
      </w:tblGrid>
      <w:tr w:rsidR="00CD5479" w:rsidRPr="00D0486A" w14:paraId="7B76A4A9" w14:textId="77777777" w:rsidTr="00584328">
        <w:trPr>
          <w:trHeight w:val="346"/>
        </w:trPr>
        <w:tc>
          <w:tcPr>
            <w:tcW w:w="1049" w:type="dxa"/>
            <w:vAlign w:val="center"/>
          </w:tcPr>
          <w:p w14:paraId="35AE15F4" w14:textId="20CE42BB" w:rsidR="00CD5479" w:rsidRPr="00D0486A" w:rsidRDefault="00CD5479" w:rsidP="00584328">
            <w:pPr>
              <w:pStyle w:val="TableParagraph"/>
              <w:tabs>
                <w:tab w:val="left" w:pos="360"/>
                <w:tab w:val="left" w:pos="738"/>
                <w:tab w:val="left" w:pos="8100"/>
              </w:tabs>
              <w:spacing w:line="360" w:lineRule="auto"/>
              <w:ind w:left="0"/>
              <w:jc w:val="center"/>
              <w:rPr>
                <w:rFonts w:ascii="Arial" w:hAnsi="Arial" w:cs="Arial"/>
                <w:b/>
                <w:bCs/>
                <w:sz w:val="20"/>
                <w:szCs w:val="20"/>
              </w:rPr>
            </w:pPr>
            <w:r w:rsidRPr="00D0486A">
              <w:rPr>
                <w:rFonts w:ascii="Arial" w:hAnsi="Arial" w:cs="Arial"/>
                <w:b/>
                <w:bCs/>
                <w:spacing w:val="-4"/>
                <w:sz w:val="20"/>
                <w:szCs w:val="20"/>
              </w:rPr>
              <w:t>No.</w:t>
            </w:r>
            <w:r w:rsidRPr="00D0486A">
              <w:rPr>
                <w:rFonts w:ascii="Arial" w:hAnsi="Arial" w:cs="Arial"/>
                <w:b/>
                <w:bCs/>
                <w:spacing w:val="-6"/>
                <w:sz w:val="20"/>
                <w:szCs w:val="20"/>
              </w:rPr>
              <w:t xml:space="preserve"> </w:t>
            </w:r>
            <w:r w:rsidRPr="00D0486A">
              <w:rPr>
                <w:rFonts w:ascii="Arial" w:hAnsi="Arial" w:cs="Arial"/>
                <w:b/>
                <w:bCs/>
                <w:spacing w:val="-4"/>
                <w:sz w:val="20"/>
                <w:szCs w:val="20"/>
              </w:rPr>
              <w:t>days</w:t>
            </w:r>
          </w:p>
        </w:tc>
        <w:tc>
          <w:tcPr>
            <w:tcW w:w="939" w:type="dxa"/>
            <w:vAlign w:val="center"/>
          </w:tcPr>
          <w:p w14:paraId="728D0076"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S1</w:t>
            </w:r>
          </w:p>
        </w:tc>
        <w:tc>
          <w:tcPr>
            <w:tcW w:w="995" w:type="dxa"/>
            <w:vAlign w:val="center"/>
          </w:tcPr>
          <w:p w14:paraId="2657B25E"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S2</w:t>
            </w:r>
          </w:p>
        </w:tc>
        <w:tc>
          <w:tcPr>
            <w:tcW w:w="987" w:type="dxa"/>
            <w:vAlign w:val="center"/>
          </w:tcPr>
          <w:p w14:paraId="0D629199"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S3</w:t>
            </w:r>
          </w:p>
        </w:tc>
        <w:tc>
          <w:tcPr>
            <w:tcW w:w="930" w:type="dxa"/>
            <w:vAlign w:val="center"/>
          </w:tcPr>
          <w:p w14:paraId="19785F12"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S4</w:t>
            </w:r>
          </w:p>
        </w:tc>
        <w:tc>
          <w:tcPr>
            <w:tcW w:w="932" w:type="dxa"/>
            <w:vAlign w:val="center"/>
          </w:tcPr>
          <w:p w14:paraId="39E3E9C4"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S5</w:t>
            </w:r>
          </w:p>
        </w:tc>
        <w:tc>
          <w:tcPr>
            <w:tcW w:w="963" w:type="dxa"/>
            <w:vAlign w:val="center"/>
          </w:tcPr>
          <w:p w14:paraId="778BCED4"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C1</w:t>
            </w:r>
          </w:p>
        </w:tc>
        <w:tc>
          <w:tcPr>
            <w:tcW w:w="930" w:type="dxa"/>
            <w:vAlign w:val="center"/>
          </w:tcPr>
          <w:p w14:paraId="498A97EC"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C2</w:t>
            </w:r>
          </w:p>
        </w:tc>
        <w:tc>
          <w:tcPr>
            <w:tcW w:w="965" w:type="dxa"/>
            <w:vAlign w:val="center"/>
          </w:tcPr>
          <w:p w14:paraId="64F30AC7"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C3</w:t>
            </w:r>
          </w:p>
        </w:tc>
        <w:tc>
          <w:tcPr>
            <w:tcW w:w="876" w:type="dxa"/>
            <w:vAlign w:val="center"/>
          </w:tcPr>
          <w:p w14:paraId="5AF17086" w14:textId="77777777" w:rsidR="00CD5479" w:rsidRPr="00D0486A" w:rsidRDefault="00CD5479" w:rsidP="00584328">
            <w:pPr>
              <w:pStyle w:val="TableParagraph"/>
              <w:tabs>
                <w:tab w:val="left" w:pos="360"/>
                <w:tab w:val="left" w:pos="8100"/>
              </w:tabs>
              <w:ind w:left="0"/>
              <w:jc w:val="center"/>
              <w:rPr>
                <w:rFonts w:ascii="Arial" w:hAnsi="Arial" w:cs="Arial"/>
                <w:b/>
                <w:bCs/>
                <w:sz w:val="20"/>
                <w:szCs w:val="20"/>
              </w:rPr>
            </w:pPr>
            <w:r w:rsidRPr="00D0486A">
              <w:rPr>
                <w:rFonts w:ascii="Arial" w:hAnsi="Arial" w:cs="Arial"/>
                <w:b/>
                <w:bCs/>
                <w:spacing w:val="-5"/>
                <w:sz w:val="20"/>
                <w:szCs w:val="20"/>
              </w:rPr>
              <w:t>C4</w:t>
            </w:r>
          </w:p>
        </w:tc>
      </w:tr>
      <w:tr w:rsidR="00CD5479" w:rsidRPr="00D0486A" w14:paraId="378EAEF6" w14:textId="77777777" w:rsidTr="00584328">
        <w:trPr>
          <w:trHeight w:val="346"/>
        </w:trPr>
        <w:tc>
          <w:tcPr>
            <w:tcW w:w="1049" w:type="dxa"/>
            <w:vAlign w:val="center"/>
          </w:tcPr>
          <w:p w14:paraId="1197DB6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0</w:t>
            </w:r>
          </w:p>
        </w:tc>
        <w:tc>
          <w:tcPr>
            <w:tcW w:w="939" w:type="dxa"/>
            <w:vAlign w:val="center"/>
          </w:tcPr>
          <w:p w14:paraId="09C81F56"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c>
          <w:tcPr>
            <w:tcW w:w="995" w:type="dxa"/>
            <w:vAlign w:val="center"/>
          </w:tcPr>
          <w:p w14:paraId="5D66ECD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c>
          <w:tcPr>
            <w:tcW w:w="987" w:type="dxa"/>
            <w:vAlign w:val="center"/>
          </w:tcPr>
          <w:p w14:paraId="5098388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0.02</w:t>
            </w:r>
          </w:p>
        </w:tc>
        <w:tc>
          <w:tcPr>
            <w:tcW w:w="930" w:type="dxa"/>
            <w:vAlign w:val="center"/>
          </w:tcPr>
          <w:p w14:paraId="7ABDD075"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c>
          <w:tcPr>
            <w:tcW w:w="932" w:type="dxa"/>
            <w:vAlign w:val="center"/>
          </w:tcPr>
          <w:p w14:paraId="5EF31FE6"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c>
          <w:tcPr>
            <w:tcW w:w="963" w:type="dxa"/>
            <w:vAlign w:val="center"/>
          </w:tcPr>
          <w:p w14:paraId="301B9D16"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c>
          <w:tcPr>
            <w:tcW w:w="930" w:type="dxa"/>
            <w:vAlign w:val="center"/>
          </w:tcPr>
          <w:p w14:paraId="2E66295D"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0.02</w:t>
            </w:r>
          </w:p>
        </w:tc>
        <w:tc>
          <w:tcPr>
            <w:tcW w:w="965" w:type="dxa"/>
            <w:vAlign w:val="center"/>
          </w:tcPr>
          <w:p w14:paraId="204D9C7E"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c>
          <w:tcPr>
            <w:tcW w:w="876" w:type="dxa"/>
            <w:vAlign w:val="center"/>
          </w:tcPr>
          <w:p w14:paraId="5C796118"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0.01</w:t>
            </w:r>
          </w:p>
        </w:tc>
      </w:tr>
      <w:tr w:rsidR="00CD5479" w:rsidRPr="00D0486A" w14:paraId="70073B6D" w14:textId="77777777" w:rsidTr="00584328">
        <w:trPr>
          <w:trHeight w:val="346"/>
        </w:trPr>
        <w:tc>
          <w:tcPr>
            <w:tcW w:w="1049" w:type="dxa"/>
            <w:vAlign w:val="center"/>
          </w:tcPr>
          <w:p w14:paraId="77DAD3A7"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1</w:t>
            </w:r>
          </w:p>
        </w:tc>
        <w:tc>
          <w:tcPr>
            <w:tcW w:w="939" w:type="dxa"/>
            <w:vAlign w:val="center"/>
          </w:tcPr>
          <w:p w14:paraId="20F6A807"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0.03</w:t>
            </w:r>
          </w:p>
        </w:tc>
        <w:tc>
          <w:tcPr>
            <w:tcW w:w="995" w:type="dxa"/>
            <w:vAlign w:val="center"/>
          </w:tcPr>
          <w:p w14:paraId="3198DFD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0.04</w:t>
            </w:r>
          </w:p>
        </w:tc>
        <w:tc>
          <w:tcPr>
            <w:tcW w:w="987" w:type="dxa"/>
            <w:vAlign w:val="center"/>
          </w:tcPr>
          <w:p w14:paraId="50D0505D"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0.07</w:t>
            </w:r>
          </w:p>
        </w:tc>
        <w:tc>
          <w:tcPr>
            <w:tcW w:w="930" w:type="dxa"/>
            <w:vAlign w:val="center"/>
          </w:tcPr>
          <w:p w14:paraId="62A7D307"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0.03</w:t>
            </w:r>
          </w:p>
        </w:tc>
        <w:tc>
          <w:tcPr>
            <w:tcW w:w="932" w:type="dxa"/>
            <w:vAlign w:val="center"/>
          </w:tcPr>
          <w:p w14:paraId="5B57AC2D"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0.02</w:t>
            </w:r>
          </w:p>
        </w:tc>
        <w:tc>
          <w:tcPr>
            <w:tcW w:w="963" w:type="dxa"/>
            <w:vAlign w:val="center"/>
          </w:tcPr>
          <w:p w14:paraId="4D75251F"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0.06</w:t>
            </w:r>
          </w:p>
        </w:tc>
        <w:tc>
          <w:tcPr>
            <w:tcW w:w="930" w:type="dxa"/>
            <w:vAlign w:val="center"/>
          </w:tcPr>
          <w:p w14:paraId="221DE9E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0.05</w:t>
            </w:r>
          </w:p>
        </w:tc>
        <w:tc>
          <w:tcPr>
            <w:tcW w:w="965" w:type="dxa"/>
            <w:vAlign w:val="center"/>
          </w:tcPr>
          <w:p w14:paraId="70A251D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0.06</w:t>
            </w:r>
          </w:p>
        </w:tc>
        <w:tc>
          <w:tcPr>
            <w:tcW w:w="876" w:type="dxa"/>
            <w:vAlign w:val="center"/>
          </w:tcPr>
          <w:p w14:paraId="1E2AEE5E"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0.02</w:t>
            </w:r>
          </w:p>
        </w:tc>
      </w:tr>
      <w:tr w:rsidR="00CD5479" w:rsidRPr="00D0486A" w14:paraId="41668C07" w14:textId="77777777" w:rsidTr="00584328">
        <w:trPr>
          <w:trHeight w:val="346"/>
        </w:trPr>
        <w:tc>
          <w:tcPr>
            <w:tcW w:w="1049" w:type="dxa"/>
            <w:vAlign w:val="center"/>
          </w:tcPr>
          <w:p w14:paraId="607FB60A"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2</w:t>
            </w:r>
          </w:p>
        </w:tc>
        <w:tc>
          <w:tcPr>
            <w:tcW w:w="939" w:type="dxa"/>
            <w:vAlign w:val="center"/>
          </w:tcPr>
          <w:p w14:paraId="1E7777C6"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0.03</w:t>
            </w:r>
          </w:p>
        </w:tc>
        <w:tc>
          <w:tcPr>
            <w:tcW w:w="995" w:type="dxa"/>
            <w:vAlign w:val="center"/>
          </w:tcPr>
          <w:p w14:paraId="683AAE1C"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0.06</w:t>
            </w:r>
          </w:p>
        </w:tc>
        <w:tc>
          <w:tcPr>
            <w:tcW w:w="987" w:type="dxa"/>
            <w:vAlign w:val="center"/>
          </w:tcPr>
          <w:p w14:paraId="2E365771"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0.08</w:t>
            </w:r>
          </w:p>
        </w:tc>
        <w:tc>
          <w:tcPr>
            <w:tcW w:w="930" w:type="dxa"/>
            <w:vAlign w:val="center"/>
          </w:tcPr>
          <w:p w14:paraId="75C559C6"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0.03</w:t>
            </w:r>
          </w:p>
        </w:tc>
        <w:tc>
          <w:tcPr>
            <w:tcW w:w="932" w:type="dxa"/>
            <w:vAlign w:val="center"/>
          </w:tcPr>
          <w:p w14:paraId="2F11E4F6"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0.10</w:t>
            </w:r>
          </w:p>
        </w:tc>
        <w:tc>
          <w:tcPr>
            <w:tcW w:w="963" w:type="dxa"/>
            <w:vAlign w:val="center"/>
          </w:tcPr>
          <w:p w14:paraId="5C8977B9"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0.11</w:t>
            </w:r>
          </w:p>
        </w:tc>
        <w:tc>
          <w:tcPr>
            <w:tcW w:w="930" w:type="dxa"/>
            <w:vAlign w:val="center"/>
          </w:tcPr>
          <w:p w14:paraId="20C2E38D"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0.06</w:t>
            </w:r>
          </w:p>
        </w:tc>
        <w:tc>
          <w:tcPr>
            <w:tcW w:w="965" w:type="dxa"/>
            <w:vAlign w:val="center"/>
          </w:tcPr>
          <w:p w14:paraId="6FA06EE9"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0.09</w:t>
            </w:r>
          </w:p>
        </w:tc>
        <w:tc>
          <w:tcPr>
            <w:tcW w:w="876" w:type="dxa"/>
            <w:vAlign w:val="center"/>
          </w:tcPr>
          <w:p w14:paraId="78CBE6EA"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0.03</w:t>
            </w:r>
          </w:p>
        </w:tc>
      </w:tr>
      <w:tr w:rsidR="00CD5479" w:rsidRPr="00D0486A" w14:paraId="285E5FD0" w14:textId="77777777" w:rsidTr="00584328">
        <w:trPr>
          <w:trHeight w:val="346"/>
        </w:trPr>
        <w:tc>
          <w:tcPr>
            <w:tcW w:w="1049" w:type="dxa"/>
            <w:vAlign w:val="center"/>
          </w:tcPr>
          <w:p w14:paraId="1616CD7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3</w:t>
            </w:r>
          </w:p>
        </w:tc>
        <w:tc>
          <w:tcPr>
            <w:tcW w:w="939" w:type="dxa"/>
            <w:vAlign w:val="center"/>
          </w:tcPr>
          <w:p w14:paraId="03D5682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0.03</w:t>
            </w:r>
          </w:p>
        </w:tc>
        <w:tc>
          <w:tcPr>
            <w:tcW w:w="995" w:type="dxa"/>
            <w:vAlign w:val="center"/>
          </w:tcPr>
          <w:p w14:paraId="2D08BDA4"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0.07</w:t>
            </w:r>
          </w:p>
        </w:tc>
        <w:tc>
          <w:tcPr>
            <w:tcW w:w="987" w:type="dxa"/>
            <w:vAlign w:val="center"/>
          </w:tcPr>
          <w:p w14:paraId="435FF586"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0.08</w:t>
            </w:r>
          </w:p>
        </w:tc>
        <w:tc>
          <w:tcPr>
            <w:tcW w:w="930" w:type="dxa"/>
            <w:vAlign w:val="center"/>
          </w:tcPr>
          <w:p w14:paraId="535AF151"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0.05</w:t>
            </w:r>
          </w:p>
        </w:tc>
        <w:tc>
          <w:tcPr>
            <w:tcW w:w="932" w:type="dxa"/>
            <w:vAlign w:val="center"/>
          </w:tcPr>
          <w:p w14:paraId="62E88FE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0.04</w:t>
            </w:r>
          </w:p>
        </w:tc>
        <w:tc>
          <w:tcPr>
            <w:tcW w:w="963" w:type="dxa"/>
            <w:vAlign w:val="center"/>
          </w:tcPr>
          <w:p w14:paraId="0EE4BAAE"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0.11</w:t>
            </w:r>
          </w:p>
        </w:tc>
        <w:tc>
          <w:tcPr>
            <w:tcW w:w="930" w:type="dxa"/>
            <w:vAlign w:val="center"/>
          </w:tcPr>
          <w:p w14:paraId="77DA5610"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0.08</w:t>
            </w:r>
          </w:p>
        </w:tc>
        <w:tc>
          <w:tcPr>
            <w:tcW w:w="965" w:type="dxa"/>
            <w:vAlign w:val="center"/>
          </w:tcPr>
          <w:p w14:paraId="0E248E24"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0.10</w:t>
            </w:r>
          </w:p>
        </w:tc>
        <w:tc>
          <w:tcPr>
            <w:tcW w:w="876" w:type="dxa"/>
            <w:vAlign w:val="center"/>
          </w:tcPr>
          <w:p w14:paraId="2B6DA4F7"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0.04</w:t>
            </w:r>
          </w:p>
        </w:tc>
      </w:tr>
      <w:tr w:rsidR="00CD5479" w:rsidRPr="00D0486A" w14:paraId="77673F0A" w14:textId="77777777" w:rsidTr="00584328">
        <w:trPr>
          <w:trHeight w:val="346"/>
        </w:trPr>
        <w:tc>
          <w:tcPr>
            <w:tcW w:w="1049" w:type="dxa"/>
            <w:vAlign w:val="center"/>
          </w:tcPr>
          <w:p w14:paraId="478E7E5C"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4</w:t>
            </w:r>
          </w:p>
        </w:tc>
        <w:tc>
          <w:tcPr>
            <w:tcW w:w="939" w:type="dxa"/>
            <w:vAlign w:val="center"/>
          </w:tcPr>
          <w:p w14:paraId="40927A6B"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0.04</w:t>
            </w:r>
          </w:p>
        </w:tc>
        <w:tc>
          <w:tcPr>
            <w:tcW w:w="995" w:type="dxa"/>
            <w:vAlign w:val="center"/>
          </w:tcPr>
          <w:p w14:paraId="4E6F4365"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0.08</w:t>
            </w:r>
          </w:p>
        </w:tc>
        <w:tc>
          <w:tcPr>
            <w:tcW w:w="987" w:type="dxa"/>
            <w:vAlign w:val="center"/>
          </w:tcPr>
          <w:p w14:paraId="1D796272"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0.12</w:t>
            </w:r>
          </w:p>
        </w:tc>
        <w:tc>
          <w:tcPr>
            <w:tcW w:w="930" w:type="dxa"/>
            <w:vAlign w:val="center"/>
          </w:tcPr>
          <w:p w14:paraId="54C26057"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0.14</w:t>
            </w:r>
          </w:p>
        </w:tc>
        <w:tc>
          <w:tcPr>
            <w:tcW w:w="932" w:type="dxa"/>
            <w:vAlign w:val="center"/>
          </w:tcPr>
          <w:p w14:paraId="3FF6DAE6"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0.04</w:t>
            </w:r>
          </w:p>
        </w:tc>
        <w:tc>
          <w:tcPr>
            <w:tcW w:w="963" w:type="dxa"/>
            <w:vAlign w:val="center"/>
          </w:tcPr>
          <w:p w14:paraId="7C38759B"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0.11</w:t>
            </w:r>
          </w:p>
        </w:tc>
        <w:tc>
          <w:tcPr>
            <w:tcW w:w="930" w:type="dxa"/>
            <w:vAlign w:val="center"/>
          </w:tcPr>
          <w:p w14:paraId="1D04A329"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0.07</w:t>
            </w:r>
          </w:p>
        </w:tc>
        <w:tc>
          <w:tcPr>
            <w:tcW w:w="965" w:type="dxa"/>
            <w:vAlign w:val="center"/>
          </w:tcPr>
          <w:p w14:paraId="55F42C71"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0.11</w:t>
            </w:r>
          </w:p>
        </w:tc>
        <w:tc>
          <w:tcPr>
            <w:tcW w:w="876" w:type="dxa"/>
            <w:vAlign w:val="center"/>
          </w:tcPr>
          <w:p w14:paraId="1359CF02" w14:textId="77777777" w:rsidR="00CD5479" w:rsidRPr="00D0486A" w:rsidRDefault="00CD5479"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4"/>
                <w:sz w:val="20"/>
                <w:szCs w:val="20"/>
              </w:rPr>
              <w:t>0.04</w:t>
            </w:r>
          </w:p>
        </w:tc>
      </w:tr>
      <w:tr w:rsidR="00CD5479" w:rsidRPr="00D0486A" w14:paraId="14FB4627" w14:textId="77777777" w:rsidTr="00584328">
        <w:trPr>
          <w:trHeight w:val="346"/>
        </w:trPr>
        <w:tc>
          <w:tcPr>
            <w:tcW w:w="1049" w:type="dxa"/>
            <w:vAlign w:val="center"/>
          </w:tcPr>
          <w:p w14:paraId="4EEA4F21"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5</w:t>
            </w:r>
          </w:p>
        </w:tc>
        <w:tc>
          <w:tcPr>
            <w:tcW w:w="939" w:type="dxa"/>
            <w:vAlign w:val="center"/>
          </w:tcPr>
          <w:p w14:paraId="0DEA7F6E"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0.07</w:t>
            </w:r>
          </w:p>
        </w:tc>
        <w:tc>
          <w:tcPr>
            <w:tcW w:w="995" w:type="dxa"/>
            <w:vAlign w:val="center"/>
          </w:tcPr>
          <w:p w14:paraId="78275BA6"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0.06</w:t>
            </w:r>
          </w:p>
        </w:tc>
        <w:tc>
          <w:tcPr>
            <w:tcW w:w="987" w:type="dxa"/>
            <w:vAlign w:val="center"/>
          </w:tcPr>
          <w:p w14:paraId="18F3F474"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0.12</w:t>
            </w:r>
          </w:p>
        </w:tc>
        <w:tc>
          <w:tcPr>
            <w:tcW w:w="930" w:type="dxa"/>
            <w:vAlign w:val="center"/>
          </w:tcPr>
          <w:p w14:paraId="61F5D770"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0.15</w:t>
            </w:r>
          </w:p>
        </w:tc>
        <w:tc>
          <w:tcPr>
            <w:tcW w:w="932" w:type="dxa"/>
            <w:vAlign w:val="center"/>
          </w:tcPr>
          <w:p w14:paraId="2F56C09A"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0.07</w:t>
            </w:r>
          </w:p>
        </w:tc>
        <w:tc>
          <w:tcPr>
            <w:tcW w:w="963" w:type="dxa"/>
            <w:vAlign w:val="center"/>
          </w:tcPr>
          <w:p w14:paraId="2E27906A"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0.12</w:t>
            </w:r>
          </w:p>
        </w:tc>
        <w:tc>
          <w:tcPr>
            <w:tcW w:w="930" w:type="dxa"/>
            <w:vAlign w:val="center"/>
          </w:tcPr>
          <w:p w14:paraId="3EDBFC63"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0.10</w:t>
            </w:r>
          </w:p>
        </w:tc>
        <w:tc>
          <w:tcPr>
            <w:tcW w:w="965" w:type="dxa"/>
            <w:vAlign w:val="center"/>
          </w:tcPr>
          <w:p w14:paraId="186E3F8E"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0.11</w:t>
            </w:r>
          </w:p>
        </w:tc>
        <w:tc>
          <w:tcPr>
            <w:tcW w:w="876" w:type="dxa"/>
            <w:vAlign w:val="center"/>
          </w:tcPr>
          <w:p w14:paraId="5888D90A"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4"/>
                <w:sz w:val="20"/>
                <w:szCs w:val="20"/>
              </w:rPr>
              <w:t>0.10</w:t>
            </w:r>
          </w:p>
        </w:tc>
      </w:tr>
      <w:tr w:rsidR="00CD5479" w:rsidRPr="00D0486A" w14:paraId="27990D56" w14:textId="77777777" w:rsidTr="00584328">
        <w:trPr>
          <w:trHeight w:val="346"/>
        </w:trPr>
        <w:tc>
          <w:tcPr>
            <w:tcW w:w="1049" w:type="dxa"/>
            <w:vAlign w:val="center"/>
          </w:tcPr>
          <w:p w14:paraId="06BF00C4"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6</w:t>
            </w:r>
          </w:p>
        </w:tc>
        <w:tc>
          <w:tcPr>
            <w:tcW w:w="939" w:type="dxa"/>
            <w:vAlign w:val="center"/>
          </w:tcPr>
          <w:p w14:paraId="688D145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0.08</w:t>
            </w:r>
          </w:p>
        </w:tc>
        <w:tc>
          <w:tcPr>
            <w:tcW w:w="995" w:type="dxa"/>
            <w:vAlign w:val="center"/>
          </w:tcPr>
          <w:p w14:paraId="0751AC0B"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0.05</w:t>
            </w:r>
          </w:p>
        </w:tc>
        <w:tc>
          <w:tcPr>
            <w:tcW w:w="987" w:type="dxa"/>
            <w:vAlign w:val="center"/>
          </w:tcPr>
          <w:p w14:paraId="6341C715"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0.17</w:t>
            </w:r>
          </w:p>
        </w:tc>
        <w:tc>
          <w:tcPr>
            <w:tcW w:w="930" w:type="dxa"/>
            <w:vAlign w:val="center"/>
          </w:tcPr>
          <w:p w14:paraId="6D7F6D75"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0.21</w:t>
            </w:r>
          </w:p>
        </w:tc>
        <w:tc>
          <w:tcPr>
            <w:tcW w:w="932" w:type="dxa"/>
            <w:vAlign w:val="center"/>
          </w:tcPr>
          <w:p w14:paraId="4C9712DF"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0.08</w:t>
            </w:r>
          </w:p>
        </w:tc>
        <w:tc>
          <w:tcPr>
            <w:tcW w:w="963" w:type="dxa"/>
            <w:vAlign w:val="center"/>
          </w:tcPr>
          <w:p w14:paraId="5ABBC81B"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0.13</w:t>
            </w:r>
          </w:p>
        </w:tc>
        <w:tc>
          <w:tcPr>
            <w:tcW w:w="930" w:type="dxa"/>
            <w:vAlign w:val="center"/>
          </w:tcPr>
          <w:p w14:paraId="70F89E81"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0.12</w:t>
            </w:r>
          </w:p>
        </w:tc>
        <w:tc>
          <w:tcPr>
            <w:tcW w:w="965" w:type="dxa"/>
            <w:vAlign w:val="center"/>
          </w:tcPr>
          <w:p w14:paraId="0CE5ADE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0.12</w:t>
            </w:r>
          </w:p>
        </w:tc>
        <w:tc>
          <w:tcPr>
            <w:tcW w:w="876" w:type="dxa"/>
            <w:vAlign w:val="center"/>
          </w:tcPr>
          <w:p w14:paraId="624C63AF"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0.13</w:t>
            </w:r>
          </w:p>
        </w:tc>
      </w:tr>
      <w:tr w:rsidR="00CD5479" w:rsidRPr="00D0486A" w14:paraId="7234D051" w14:textId="77777777" w:rsidTr="00584328">
        <w:trPr>
          <w:trHeight w:val="346"/>
        </w:trPr>
        <w:tc>
          <w:tcPr>
            <w:tcW w:w="1049" w:type="dxa"/>
            <w:vAlign w:val="center"/>
          </w:tcPr>
          <w:p w14:paraId="35A1712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z w:val="20"/>
                <w:szCs w:val="20"/>
              </w:rPr>
              <w:t>Day</w:t>
            </w:r>
            <w:r w:rsidRPr="00D0486A">
              <w:rPr>
                <w:rFonts w:ascii="Arial" w:hAnsi="Arial" w:cs="Arial"/>
                <w:spacing w:val="-2"/>
                <w:sz w:val="20"/>
                <w:szCs w:val="20"/>
              </w:rPr>
              <w:t xml:space="preserve"> </w:t>
            </w:r>
            <w:r w:rsidRPr="00D0486A">
              <w:rPr>
                <w:rFonts w:ascii="Arial" w:hAnsi="Arial" w:cs="Arial"/>
                <w:spacing w:val="-10"/>
                <w:sz w:val="20"/>
                <w:szCs w:val="20"/>
              </w:rPr>
              <w:t>7</w:t>
            </w:r>
          </w:p>
        </w:tc>
        <w:tc>
          <w:tcPr>
            <w:tcW w:w="939" w:type="dxa"/>
            <w:vAlign w:val="center"/>
          </w:tcPr>
          <w:p w14:paraId="0D7E1DD7"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0.09</w:t>
            </w:r>
          </w:p>
        </w:tc>
        <w:tc>
          <w:tcPr>
            <w:tcW w:w="995" w:type="dxa"/>
            <w:vAlign w:val="center"/>
          </w:tcPr>
          <w:p w14:paraId="3A4B7794"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0.03</w:t>
            </w:r>
          </w:p>
        </w:tc>
        <w:tc>
          <w:tcPr>
            <w:tcW w:w="987" w:type="dxa"/>
            <w:vAlign w:val="center"/>
          </w:tcPr>
          <w:p w14:paraId="7C3744A0"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0.16</w:t>
            </w:r>
          </w:p>
        </w:tc>
        <w:tc>
          <w:tcPr>
            <w:tcW w:w="930" w:type="dxa"/>
            <w:vAlign w:val="center"/>
          </w:tcPr>
          <w:p w14:paraId="6F50A27C"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0.19</w:t>
            </w:r>
          </w:p>
        </w:tc>
        <w:tc>
          <w:tcPr>
            <w:tcW w:w="932" w:type="dxa"/>
            <w:vAlign w:val="center"/>
          </w:tcPr>
          <w:p w14:paraId="037672B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0.06</w:t>
            </w:r>
          </w:p>
        </w:tc>
        <w:tc>
          <w:tcPr>
            <w:tcW w:w="963" w:type="dxa"/>
            <w:vAlign w:val="center"/>
          </w:tcPr>
          <w:p w14:paraId="721AF60C"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0.10</w:t>
            </w:r>
          </w:p>
        </w:tc>
        <w:tc>
          <w:tcPr>
            <w:tcW w:w="930" w:type="dxa"/>
            <w:vAlign w:val="center"/>
          </w:tcPr>
          <w:p w14:paraId="0F5E0CF8"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0.09</w:t>
            </w:r>
          </w:p>
        </w:tc>
        <w:tc>
          <w:tcPr>
            <w:tcW w:w="965" w:type="dxa"/>
            <w:vAlign w:val="center"/>
          </w:tcPr>
          <w:p w14:paraId="26243B1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0.09</w:t>
            </w:r>
          </w:p>
        </w:tc>
        <w:tc>
          <w:tcPr>
            <w:tcW w:w="876" w:type="dxa"/>
            <w:vAlign w:val="center"/>
          </w:tcPr>
          <w:p w14:paraId="56FAE520"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0.09</w:t>
            </w:r>
          </w:p>
        </w:tc>
      </w:tr>
    </w:tbl>
    <w:p w14:paraId="0B471B1C"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Table 1: Incubation time O.D at 620 nm</w:t>
      </w:r>
    </w:p>
    <w:p w14:paraId="06E1E047" w14:textId="77777777" w:rsidR="00CD5479" w:rsidRPr="00584328" w:rsidRDefault="00CD5479" w:rsidP="00584328">
      <w:pPr>
        <w:pStyle w:val="BodyText"/>
        <w:tabs>
          <w:tab w:val="left" w:pos="360"/>
          <w:tab w:val="left" w:pos="8100"/>
        </w:tabs>
        <w:spacing w:after="240"/>
        <w:rPr>
          <w:rFonts w:ascii="Arial" w:hAnsi="Arial" w:cs="Arial"/>
          <w:sz w:val="28"/>
        </w:rPr>
      </w:pPr>
    </w:p>
    <w:p w14:paraId="329F2A77" w14:textId="36A8D843" w:rsidR="00CD5479" w:rsidRPr="00584328" w:rsidRDefault="00584328" w:rsidP="00584328">
      <w:pPr>
        <w:pStyle w:val="Heading3"/>
        <w:spacing w:after="240"/>
        <w:rPr>
          <w:rFonts w:ascii="Arial" w:hAnsi="Arial" w:cs="Arial"/>
          <w:sz w:val="20"/>
          <w:szCs w:val="20"/>
        </w:rPr>
      </w:pPr>
      <w:r w:rsidRPr="00584328">
        <w:rPr>
          <w:rFonts w:ascii="Arial" w:hAnsi="Arial" w:cs="Arial"/>
          <w:sz w:val="20"/>
          <w:szCs w:val="20"/>
        </w:rPr>
        <w:t>EFFECT OF DIFFERENT TEMPERATURE ON KERATINASE ENZYME ACTIVITY</w:t>
      </w:r>
    </w:p>
    <w:p w14:paraId="17B66D68"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The optimum temperature for keratinolytic activity was determined by performing the enzyme reaction at incubation temperatures between 40°C to 80°C.</w:t>
      </w:r>
    </w:p>
    <w:p w14:paraId="4C8FF1D7"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 xml:space="preserve">0.02 g feathers + 3.8 ml Phosphate buffer + 0.2 ml supernatant of culture filtrate of each </w:t>
      </w:r>
      <w:proofErr w:type="gramStart"/>
      <w:r w:rsidRPr="00584328">
        <w:rPr>
          <w:rFonts w:ascii="Arial" w:hAnsi="Arial" w:cs="Arial"/>
          <w:sz w:val="20"/>
          <w:szCs w:val="20"/>
        </w:rPr>
        <w:t>microorganisms</w:t>
      </w:r>
      <w:proofErr w:type="gramEnd"/>
      <w:r w:rsidRPr="00584328">
        <w:rPr>
          <w:rFonts w:ascii="Arial" w:hAnsi="Arial" w:cs="Arial"/>
          <w:sz w:val="20"/>
          <w:szCs w:val="20"/>
        </w:rPr>
        <w:t xml:space="preserve"> were taken in sterile test tubes, and tubes were incubated at different temperatures (40°C, 50°C, 60°C, 70°C, 80°C) for 1 hour.</w:t>
      </w:r>
    </w:p>
    <w:p w14:paraId="493DB4C0" w14:textId="77777777" w:rsidR="00CD5479" w:rsidRPr="00584328" w:rsidRDefault="00CD5479"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After incubation at different temperatures all tubes were chilled in ice water for 10 min, filtered and O.D was taken at 280 nm O.D values were converted to Enzyme Unit / ml. (</w:t>
      </w:r>
      <w:proofErr w:type="spellStart"/>
      <w:r w:rsidRPr="00584328">
        <w:rPr>
          <w:rFonts w:ascii="Arial" w:hAnsi="Arial" w:cs="Arial"/>
          <w:sz w:val="20"/>
          <w:szCs w:val="20"/>
        </w:rPr>
        <w:t>Tamreiho.K</w:t>
      </w:r>
      <w:proofErr w:type="spellEnd"/>
      <w:r w:rsidRPr="00584328">
        <w:rPr>
          <w:rFonts w:ascii="Arial" w:hAnsi="Arial" w:cs="Arial"/>
          <w:sz w:val="20"/>
          <w:szCs w:val="20"/>
        </w:rPr>
        <w:t>, 2019)</w:t>
      </w:r>
    </w:p>
    <w:p w14:paraId="01C39156" w14:textId="3073547D" w:rsidR="00CD5479" w:rsidRPr="00584328" w:rsidRDefault="00CD5479" w:rsidP="00584328">
      <w:pPr>
        <w:pStyle w:val="Heading3"/>
        <w:tabs>
          <w:tab w:val="left" w:pos="360"/>
          <w:tab w:val="left" w:pos="8100"/>
        </w:tabs>
        <w:spacing w:after="240"/>
        <w:rPr>
          <w:rFonts w:ascii="Arial" w:hAnsi="Arial" w:cs="Arial"/>
          <w:sz w:val="20"/>
        </w:rPr>
      </w:pPr>
      <w:r w:rsidRPr="00584328">
        <w:rPr>
          <w:rFonts w:ascii="Arial" w:hAnsi="Arial" w:cs="Arial"/>
          <w:sz w:val="20"/>
          <w:szCs w:val="20"/>
        </w:rPr>
        <w:t>Observation Table:</w:t>
      </w:r>
    </w:p>
    <w:tbl>
      <w:tblPr>
        <w:tblW w:w="950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4"/>
        <w:gridCol w:w="1547"/>
        <w:gridCol w:w="1544"/>
        <w:gridCol w:w="1547"/>
        <w:gridCol w:w="1547"/>
        <w:gridCol w:w="1546"/>
      </w:tblGrid>
      <w:tr w:rsidR="00CD5479" w:rsidRPr="00D0486A" w14:paraId="601E2DA8" w14:textId="77777777" w:rsidTr="00584328">
        <w:trPr>
          <w:trHeight w:val="346"/>
        </w:trPr>
        <w:tc>
          <w:tcPr>
            <w:tcW w:w="1774" w:type="dxa"/>
            <w:vAlign w:val="center"/>
          </w:tcPr>
          <w:p w14:paraId="46AB40A6"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Temperature</w:t>
            </w:r>
          </w:p>
        </w:tc>
        <w:tc>
          <w:tcPr>
            <w:tcW w:w="1547" w:type="dxa"/>
            <w:vAlign w:val="center"/>
          </w:tcPr>
          <w:p w14:paraId="32DBEF32" w14:textId="77777777" w:rsidR="00CD5479" w:rsidRPr="00D0486A"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D0486A">
              <w:rPr>
                <w:rFonts w:ascii="Arial" w:hAnsi="Arial" w:cs="Arial"/>
                <w:b/>
                <w:spacing w:val="-4"/>
                <w:sz w:val="20"/>
                <w:szCs w:val="20"/>
              </w:rPr>
              <w:t>40</w:t>
            </w:r>
            <w:r w:rsidRPr="00D0486A">
              <w:rPr>
                <w:rFonts w:ascii="Arial" w:eastAsia="Cambria Math" w:hAnsi="Arial" w:cs="Arial"/>
                <w:spacing w:val="-4"/>
                <w:sz w:val="20"/>
                <w:szCs w:val="20"/>
              </w:rPr>
              <w:t>°</w:t>
            </w:r>
            <w:r w:rsidRPr="00D0486A">
              <w:rPr>
                <w:rFonts w:ascii="Cambria Math" w:eastAsia="Cambria Math" w:hAnsi="Cambria Math" w:cs="Cambria Math"/>
                <w:spacing w:val="-4"/>
                <w:sz w:val="20"/>
                <w:szCs w:val="20"/>
              </w:rPr>
              <w:t>𝒄</w:t>
            </w:r>
          </w:p>
        </w:tc>
        <w:tc>
          <w:tcPr>
            <w:tcW w:w="1544" w:type="dxa"/>
            <w:vAlign w:val="center"/>
          </w:tcPr>
          <w:p w14:paraId="3A740EFB" w14:textId="77777777" w:rsidR="00CD5479" w:rsidRPr="00D0486A"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D0486A">
              <w:rPr>
                <w:rFonts w:ascii="Arial" w:hAnsi="Arial" w:cs="Arial"/>
                <w:b/>
                <w:spacing w:val="-4"/>
                <w:sz w:val="20"/>
                <w:szCs w:val="20"/>
              </w:rPr>
              <w:t>50</w:t>
            </w:r>
            <w:r w:rsidRPr="00D0486A">
              <w:rPr>
                <w:rFonts w:ascii="Arial" w:eastAsia="Cambria Math" w:hAnsi="Arial" w:cs="Arial"/>
                <w:spacing w:val="-4"/>
                <w:sz w:val="20"/>
                <w:szCs w:val="20"/>
              </w:rPr>
              <w:t>°</w:t>
            </w:r>
            <w:r w:rsidRPr="00D0486A">
              <w:rPr>
                <w:rFonts w:ascii="Cambria Math" w:eastAsia="Cambria Math" w:hAnsi="Cambria Math" w:cs="Cambria Math"/>
                <w:spacing w:val="-4"/>
                <w:sz w:val="20"/>
                <w:szCs w:val="20"/>
              </w:rPr>
              <w:t>𝒄</w:t>
            </w:r>
          </w:p>
        </w:tc>
        <w:tc>
          <w:tcPr>
            <w:tcW w:w="1547" w:type="dxa"/>
            <w:vAlign w:val="center"/>
          </w:tcPr>
          <w:p w14:paraId="116F8768" w14:textId="77777777" w:rsidR="00CD5479" w:rsidRPr="00D0486A"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D0486A">
              <w:rPr>
                <w:rFonts w:ascii="Arial" w:hAnsi="Arial" w:cs="Arial"/>
                <w:b/>
                <w:spacing w:val="-4"/>
                <w:sz w:val="20"/>
                <w:szCs w:val="20"/>
              </w:rPr>
              <w:t>60</w:t>
            </w:r>
            <w:r w:rsidRPr="00D0486A">
              <w:rPr>
                <w:rFonts w:ascii="Arial" w:eastAsia="Cambria Math" w:hAnsi="Arial" w:cs="Arial"/>
                <w:spacing w:val="-4"/>
                <w:sz w:val="20"/>
                <w:szCs w:val="20"/>
              </w:rPr>
              <w:t>°</w:t>
            </w:r>
            <w:r w:rsidRPr="00D0486A">
              <w:rPr>
                <w:rFonts w:ascii="Cambria Math" w:eastAsia="Cambria Math" w:hAnsi="Cambria Math" w:cs="Cambria Math"/>
                <w:spacing w:val="-4"/>
                <w:sz w:val="20"/>
                <w:szCs w:val="20"/>
              </w:rPr>
              <w:t>𝒄</w:t>
            </w:r>
          </w:p>
        </w:tc>
        <w:tc>
          <w:tcPr>
            <w:tcW w:w="1547" w:type="dxa"/>
            <w:vAlign w:val="center"/>
          </w:tcPr>
          <w:p w14:paraId="7EAA5A8C" w14:textId="77777777" w:rsidR="00CD5479" w:rsidRPr="00D0486A"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D0486A">
              <w:rPr>
                <w:rFonts w:ascii="Arial" w:hAnsi="Arial" w:cs="Arial"/>
                <w:b/>
                <w:spacing w:val="-4"/>
                <w:sz w:val="20"/>
                <w:szCs w:val="20"/>
              </w:rPr>
              <w:t>70</w:t>
            </w:r>
            <w:r w:rsidRPr="00D0486A">
              <w:rPr>
                <w:rFonts w:ascii="Arial" w:eastAsia="Cambria Math" w:hAnsi="Arial" w:cs="Arial"/>
                <w:spacing w:val="-4"/>
                <w:sz w:val="20"/>
                <w:szCs w:val="20"/>
              </w:rPr>
              <w:t>°</w:t>
            </w:r>
            <w:r w:rsidRPr="00D0486A">
              <w:rPr>
                <w:rFonts w:ascii="Cambria Math" w:eastAsia="Cambria Math" w:hAnsi="Cambria Math" w:cs="Cambria Math"/>
                <w:spacing w:val="-4"/>
                <w:sz w:val="20"/>
                <w:szCs w:val="20"/>
              </w:rPr>
              <w:t>𝒄</w:t>
            </w:r>
          </w:p>
        </w:tc>
        <w:tc>
          <w:tcPr>
            <w:tcW w:w="1546" w:type="dxa"/>
            <w:vAlign w:val="center"/>
          </w:tcPr>
          <w:p w14:paraId="6860AEC8" w14:textId="77777777" w:rsidR="00CD5479" w:rsidRPr="00D0486A" w:rsidRDefault="00CD5479" w:rsidP="00584328">
            <w:pPr>
              <w:pStyle w:val="TableParagraph"/>
              <w:tabs>
                <w:tab w:val="left" w:pos="360"/>
                <w:tab w:val="left" w:pos="8100"/>
              </w:tabs>
              <w:spacing w:line="240" w:lineRule="auto"/>
              <w:ind w:left="0"/>
              <w:jc w:val="center"/>
              <w:rPr>
                <w:rFonts w:ascii="Arial" w:eastAsia="Cambria Math" w:hAnsi="Arial" w:cs="Arial"/>
                <w:sz w:val="20"/>
                <w:szCs w:val="20"/>
              </w:rPr>
            </w:pPr>
            <w:r w:rsidRPr="00D0486A">
              <w:rPr>
                <w:rFonts w:ascii="Arial" w:hAnsi="Arial" w:cs="Arial"/>
                <w:b/>
                <w:spacing w:val="-4"/>
                <w:sz w:val="20"/>
                <w:szCs w:val="20"/>
              </w:rPr>
              <w:t>80</w:t>
            </w:r>
            <w:r w:rsidRPr="00D0486A">
              <w:rPr>
                <w:rFonts w:ascii="Arial" w:eastAsia="Cambria Math" w:hAnsi="Arial" w:cs="Arial"/>
                <w:spacing w:val="-4"/>
                <w:sz w:val="20"/>
                <w:szCs w:val="20"/>
              </w:rPr>
              <w:t>°</w:t>
            </w:r>
            <w:r w:rsidRPr="00D0486A">
              <w:rPr>
                <w:rFonts w:ascii="Cambria Math" w:eastAsia="Cambria Math" w:hAnsi="Cambria Math" w:cs="Cambria Math"/>
                <w:spacing w:val="-4"/>
                <w:sz w:val="20"/>
                <w:szCs w:val="20"/>
              </w:rPr>
              <w:t>𝒄</w:t>
            </w:r>
          </w:p>
        </w:tc>
      </w:tr>
      <w:tr w:rsidR="00CD5479" w:rsidRPr="00D0486A" w14:paraId="01CD59EA" w14:textId="77777777" w:rsidTr="00584328">
        <w:trPr>
          <w:trHeight w:val="346"/>
        </w:trPr>
        <w:tc>
          <w:tcPr>
            <w:tcW w:w="1774" w:type="dxa"/>
            <w:vAlign w:val="center"/>
          </w:tcPr>
          <w:p w14:paraId="00CA81AB" w14:textId="63C4854E" w:rsidR="00CD5479" w:rsidRPr="00D0486A" w:rsidRDefault="00D0486A"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+VE</w:t>
            </w:r>
            <w:r w:rsidR="00CD5479" w:rsidRPr="00D0486A">
              <w:rPr>
                <w:rFonts w:ascii="Arial" w:hAnsi="Arial" w:cs="Arial"/>
                <w:b/>
                <w:spacing w:val="-2"/>
                <w:sz w:val="20"/>
                <w:szCs w:val="20"/>
              </w:rPr>
              <w:t xml:space="preserve"> control</w:t>
            </w:r>
          </w:p>
        </w:tc>
        <w:tc>
          <w:tcPr>
            <w:tcW w:w="1547" w:type="dxa"/>
            <w:vAlign w:val="center"/>
          </w:tcPr>
          <w:p w14:paraId="73DD255B"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1.186</w:t>
            </w:r>
          </w:p>
        </w:tc>
        <w:tc>
          <w:tcPr>
            <w:tcW w:w="1544" w:type="dxa"/>
            <w:vAlign w:val="center"/>
          </w:tcPr>
          <w:p w14:paraId="05EF02A8"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0.931</w:t>
            </w:r>
          </w:p>
        </w:tc>
        <w:tc>
          <w:tcPr>
            <w:tcW w:w="1547" w:type="dxa"/>
            <w:vAlign w:val="center"/>
          </w:tcPr>
          <w:p w14:paraId="3D45A9F1"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1.079</w:t>
            </w:r>
          </w:p>
        </w:tc>
        <w:tc>
          <w:tcPr>
            <w:tcW w:w="1547" w:type="dxa"/>
            <w:vAlign w:val="center"/>
          </w:tcPr>
          <w:p w14:paraId="34956442"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1.145</w:t>
            </w:r>
          </w:p>
        </w:tc>
        <w:tc>
          <w:tcPr>
            <w:tcW w:w="1546" w:type="dxa"/>
            <w:vAlign w:val="center"/>
          </w:tcPr>
          <w:p w14:paraId="62340C6B"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4"/>
                <w:sz w:val="20"/>
                <w:szCs w:val="20"/>
              </w:rPr>
              <w:t>1.02</w:t>
            </w:r>
          </w:p>
        </w:tc>
      </w:tr>
      <w:tr w:rsidR="00CD5479" w:rsidRPr="00D0486A" w14:paraId="3FD5962F" w14:textId="77777777" w:rsidTr="00584328">
        <w:trPr>
          <w:trHeight w:val="346"/>
        </w:trPr>
        <w:tc>
          <w:tcPr>
            <w:tcW w:w="1774" w:type="dxa"/>
            <w:vAlign w:val="center"/>
          </w:tcPr>
          <w:p w14:paraId="3DFF0ED8" w14:textId="6A43BEF1" w:rsidR="00CD5479" w:rsidRPr="00D0486A" w:rsidRDefault="00D0486A"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-VE</w:t>
            </w:r>
            <w:r w:rsidR="00CD5479" w:rsidRPr="00D0486A">
              <w:rPr>
                <w:rFonts w:ascii="Arial" w:hAnsi="Arial" w:cs="Arial"/>
                <w:b/>
                <w:spacing w:val="-2"/>
                <w:sz w:val="20"/>
                <w:szCs w:val="20"/>
              </w:rPr>
              <w:t xml:space="preserve"> control</w:t>
            </w:r>
          </w:p>
        </w:tc>
        <w:tc>
          <w:tcPr>
            <w:tcW w:w="1547" w:type="dxa"/>
            <w:vAlign w:val="center"/>
          </w:tcPr>
          <w:p w14:paraId="7CE94E15"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0.920</w:t>
            </w:r>
          </w:p>
        </w:tc>
        <w:tc>
          <w:tcPr>
            <w:tcW w:w="1544" w:type="dxa"/>
            <w:vAlign w:val="center"/>
          </w:tcPr>
          <w:p w14:paraId="1D6575C4"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0.855</w:t>
            </w:r>
          </w:p>
        </w:tc>
        <w:tc>
          <w:tcPr>
            <w:tcW w:w="1547" w:type="dxa"/>
            <w:vAlign w:val="center"/>
          </w:tcPr>
          <w:p w14:paraId="586396AD"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0.960</w:t>
            </w:r>
          </w:p>
        </w:tc>
        <w:tc>
          <w:tcPr>
            <w:tcW w:w="1547" w:type="dxa"/>
            <w:vAlign w:val="center"/>
          </w:tcPr>
          <w:p w14:paraId="7F9846B5"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0.898</w:t>
            </w:r>
          </w:p>
        </w:tc>
        <w:tc>
          <w:tcPr>
            <w:tcW w:w="1546" w:type="dxa"/>
            <w:vAlign w:val="center"/>
          </w:tcPr>
          <w:p w14:paraId="0FDD821F"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2"/>
                <w:sz w:val="20"/>
                <w:szCs w:val="20"/>
              </w:rPr>
              <w:t>0.927</w:t>
            </w:r>
          </w:p>
        </w:tc>
      </w:tr>
      <w:tr w:rsidR="00CD5479" w:rsidRPr="00D0486A" w14:paraId="25AF73BE" w14:textId="77777777" w:rsidTr="00584328">
        <w:trPr>
          <w:trHeight w:val="346"/>
        </w:trPr>
        <w:tc>
          <w:tcPr>
            <w:tcW w:w="1774" w:type="dxa"/>
            <w:vAlign w:val="center"/>
          </w:tcPr>
          <w:p w14:paraId="7FEF6861"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S1</w:t>
            </w:r>
          </w:p>
        </w:tc>
        <w:tc>
          <w:tcPr>
            <w:tcW w:w="1547" w:type="dxa"/>
            <w:vAlign w:val="center"/>
          </w:tcPr>
          <w:p w14:paraId="1E84533E"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0.763</w:t>
            </w:r>
          </w:p>
        </w:tc>
        <w:tc>
          <w:tcPr>
            <w:tcW w:w="1544" w:type="dxa"/>
            <w:vAlign w:val="center"/>
          </w:tcPr>
          <w:p w14:paraId="557A2AB1"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0.648</w:t>
            </w:r>
          </w:p>
        </w:tc>
        <w:tc>
          <w:tcPr>
            <w:tcW w:w="1547" w:type="dxa"/>
            <w:vAlign w:val="center"/>
          </w:tcPr>
          <w:p w14:paraId="4AC4B8D8"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0.759</w:t>
            </w:r>
          </w:p>
        </w:tc>
        <w:tc>
          <w:tcPr>
            <w:tcW w:w="1547" w:type="dxa"/>
            <w:vAlign w:val="center"/>
          </w:tcPr>
          <w:p w14:paraId="77F40990"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0.729</w:t>
            </w:r>
          </w:p>
        </w:tc>
        <w:tc>
          <w:tcPr>
            <w:tcW w:w="1546" w:type="dxa"/>
            <w:vAlign w:val="center"/>
          </w:tcPr>
          <w:p w14:paraId="681FC40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0.754</w:t>
            </w:r>
          </w:p>
        </w:tc>
      </w:tr>
      <w:tr w:rsidR="00CD5479" w:rsidRPr="00D0486A" w14:paraId="1458508A" w14:textId="77777777" w:rsidTr="00584328">
        <w:trPr>
          <w:trHeight w:val="346"/>
        </w:trPr>
        <w:tc>
          <w:tcPr>
            <w:tcW w:w="1774" w:type="dxa"/>
            <w:vAlign w:val="center"/>
          </w:tcPr>
          <w:p w14:paraId="56F812E5"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5"/>
                <w:sz w:val="20"/>
                <w:szCs w:val="20"/>
              </w:rPr>
              <w:t>S2</w:t>
            </w:r>
          </w:p>
        </w:tc>
        <w:tc>
          <w:tcPr>
            <w:tcW w:w="1547" w:type="dxa"/>
            <w:vAlign w:val="center"/>
          </w:tcPr>
          <w:p w14:paraId="05F9B0FD"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0.835</w:t>
            </w:r>
          </w:p>
        </w:tc>
        <w:tc>
          <w:tcPr>
            <w:tcW w:w="1544" w:type="dxa"/>
            <w:vAlign w:val="center"/>
          </w:tcPr>
          <w:p w14:paraId="57078C90"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0.698</w:t>
            </w:r>
          </w:p>
        </w:tc>
        <w:tc>
          <w:tcPr>
            <w:tcW w:w="1547" w:type="dxa"/>
            <w:vAlign w:val="center"/>
          </w:tcPr>
          <w:p w14:paraId="57A8420F"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0.887</w:t>
            </w:r>
          </w:p>
        </w:tc>
        <w:tc>
          <w:tcPr>
            <w:tcW w:w="1547" w:type="dxa"/>
            <w:vAlign w:val="center"/>
          </w:tcPr>
          <w:p w14:paraId="6CFB19CE"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0.650</w:t>
            </w:r>
          </w:p>
        </w:tc>
        <w:tc>
          <w:tcPr>
            <w:tcW w:w="1546" w:type="dxa"/>
            <w:vAlign w:val="center"/>
          </w:tcPr>
          <w:p w14:paraId="7819E44D"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0.792</w:t>
            </w:r>
          </w:p>
        </w:tc>
      </w:tr>
      <w:tr w:rsidR="00CD5479" w:rsidRPr="00D0486A" w14:paraId="33AF9A3F" w14:textId="77777777" w:rsidTr="00584328">
        <w:trPr>
          <w:trHeight w:val="346"/>
        </w:trPr>
        <w:tc>
          <w:tcPr>
            <w:tcW w:w="1774" w:type="dxa"/>
            <w:vAlign w:val="center"/>
          </w:tcPr>
          <w:p w14:paraId="1B168DA2"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S3</w:t>
            </w:r>
          </w:p>
        </w:tc>
        <w:tc>
          <w:tcPr>
            <w:tcW w:w="1547" w:type="dxa"/>
            <w:vAlign w:val="center"/>
          </w:tcPr>
          <w:p w14:paraId="4B444EFA"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0.752</w:t>
            </w:r>
          </w:p>
        </w:tc>
        <w:tc>
          <w:tcPr>
            <w:tcW w:w="1544" w:type="dxa"/>
            <w:vAlign w:val="center"/>
          </w:tcPr>
          <w:p w14:paraId="16969F78"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0.818</w:t>
            </w:r>
          </w:p>
        </w:tc>
        <w:tc>
          <w:tcPr>
            <w:tcW w:w="1547" w:type="dxa"/>
            <w:vAlign w:val="center"/>
          </w:tcPr>
          <w:p w14:paraId="2B707F7C"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0.716</w:t>
            </w:r>
          </w:p>
        </w:tc>
        <w:tc>
          <w:tcPr>
            <w:tcW w:w="1547" w:type="dxa"/>
            <w:vAlign w:val="center"/>
          </w:tcPr>
          <w:p w14:paraId="15D77711"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0.982</w:t>
            </w:r>
          </w:p>
        </w:tc>
        <w:tc>
          <w:tcPr>
            <w:tcW w:w="1546" w:type="dxa"/>
            <w:vAlign w:val="center"/>
          </w:tcPr>
          <w:p w14:paraId="05FF7170"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0.840</w:t>
            </w:r>
          </w:p>
        </w:tc>
      </w:tr>
      <w:tr w:rsidR="00CD5479" w:rsidRPr="00D0486A" w14:paraId="72413DD6" w14:textId="77777777" w:rsidTr="00584328">
        <w:trPr>
          <w:trHeight w:val="346"/>
        </w:trPr>
        <w:tc>
          <w:tcPr>
            <w:tcW w:w="1774" w:type="dxa"/>
            <w:vAlign w:val="center"/>
          </w:tcPr>
          <w:p w14:paraId="72BD4471"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S4</w:t>
            </w:r>
          </w:p>
        </w:tc>
        <w:tc>
          <w:tcPr>
            <w:tcW w:w="1547" w:type="dxa"/>
            <w:vAlign w:val="center"/>
          </w:tcPr>
          <w:p w14:paraId="61F78FEB"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0.710</w:t>
            </w:r>
          </w:p>
        </w:tc>
        <w:tc>
          <w:tcPr>
            <w:tcW w:w="1544" w:type="dxa"/>
            <w:vAlign w:val="center"/>
          </w:tcPr>
          <w:p w14:paraId="715927B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0.763</w:t>
            </w:r>
          </w:p>
        </w:tc>
        <w:tc>
          <w:tcPr>
            <w:tcW w:w="1547" w:type="dxa"/>
            <w:vAlign w:val="center"/>
          </w:tcPr>
          <w:p w14:paraId="0455DFFE"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0.707</w:t>
            </w:r>
          </w:p>
        </w:tc>
        <w:tc>
          <w:tcPr>
            <w:tcW w:w="1547" w:type="dxa"/>
            <w:vAlign w:val="center"/>
          </w:tcPr>
          <w:p w14:paraId="6D7EC97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0.790</w:t>
            </w:r>
          </w:p>
        </w:tc>
        <w:tc>
          <w:tcPr>
            <w:tcW w:w="1546" w:type="dxa"/>
            <w:vAlign w:val="center"/>
          </w:tcPr>
          <w:p w14:paraId="340300C4"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0.925</w:t>
            </w:r>
          </w:p>
        </w:tc>
      </w:tr>
      <w:tr w:rsidR="00CD5479" w:rsidRPr="00D0486A" w14:paraId="771C0132" w14:textId="77777777" w:rsidTr="00584328">
        <w:trPr>
          <w:trHeight w:val="346"/>
        </w:trPr>
        <w:tc>
          <w:tcPr>
            <w:tcW w:w="1774" w:type="dxa"/>
            <w:vAlign w:val="center"/>
          </w:tcPr>
          <w:p w14:paraId="4BEE2464"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5"/>
                <w:sz w:val="20"/>
                <w:szCs w:val="20"/>
              </w:rPr>
              <w:t>S5</w:t>
            </w:r>
          </w:p>
        </w:tc>
        <w:tc>
          <w:tcPr>
            <w:tcW w:w="1547" w:type="dxa"/>
            <w:vAlign w:val="center"/>
          </w:tcPr>
          <w:p w14:paraId="09F6EEAB"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0.898</w:t>
            </w:r>
          </w:p>
        </w:tc>
        <w:tc>
          <w:tcPr>
            <w:tcW w:w="1544" w:type="dxa"/>
            <w:vAlign w:val="center"/>
          </w:tcPr>
          <w:p w14:paraId="612EBD88"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0.773</w:t>
            </w:r>
          </w:p>
        </w:tc>
        <w:tc>
          <w:tcPr>
            <w:tcW w:w="1547" w:type="dxa"/>
            <w:vAlign w:val="center"/>
          </w:tcPr>
          <w:p w14:paraId="5929F913"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0.854</w:t>
            </w:r>
          </w:p>
        </w:tc>
        <w:tc>
          <w:tcPr>
            <w:tcW w:w="1547" w:type="dxa"/>
            <w:vAlign w:val="center"/>
          </w:tcPr>
          <w:p w14:paraId="3A45329B"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0.782</w:t>
            </w:r>
          </w:p>
        </w:tc>
        <w:tc>
          <w:tcPr>
            <w:tcW w:w="1546" w:type="dxa"/>
            <w:vAlign w:val="center"/>
          </w:tcPr>
          <w:p w14:paraId="0BB342F2"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0.955</w:t>
            </w:r>
          </w:p>
        </w:tc>
      </w:tr>
      <w:tr w:rsidR="00CD5479" w:rsidRPr="00D0486A" w14:paraId="1B0AA04B" w14:textId="77777777" w:rsidTr="00584328">
        <w:trPr>
          <w:trHeight w:val="346"/>
        </w:trPr>
        <w:tc>
          <w:tcPr>
            <w:tcW w:w="1774" w:type="dxa"/>
            <w:vAlign w:val="center"/>
          </w:tcPr>
          <w:p w14:paraId="0866DFB7"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C1</w:t>
            </w:r>
          </w:p>
        </w:tc>
        <w:tc>
          <w:tcPr>
            <w:tcW w:w="1547" w:type="dxa"/>
            <w:vAlign w:val="center"/>
          </w:tcPr>
          <w:p w14:paraId="6DA12F64"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0.720</w:t>
            </w:r>
          </w:p>
        </w:tc>
        <w:tc>
          <w:tcPr>
            <w:tcW w:w="1544" w:type="dxa"/>
            <w:vAlign w:val="center"/>
          </w:tcPr>
          <w:p w14:paraId="5BA40D35"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0.782</w:t>
            </w:r>
          </w:p>
        </w:tc>
        <w:tc>
          <w:tcPr>
            <w:tcW w:w="1547" w:type="dxa"/>
            <w:vAlign w:val="center"/>
          </w:tcPr>
          <w:p w14:paraId="3F9B8A16"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0.863</w:t>
            </w:r>
          </w:p>
        </w:tc>
        <w:tc>
          <w:tcPr>
            <w:tcW w:w="1547" w:type="dxa"/>
            <w:vAlign w:val="center"/>
          </w:tcPr>
          <w:p w14:paraId="4D0D540B"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0.890</w:t>
            </w:r>
          </w:p>
        </w:tc>
        <w:tc>
          <w:tcPr>
            <w:tcW w:w="1546" w:type="dxa"/>
            <w:vAlign w:val="center"/>
          </w:tcPr>
          <w:p w14:paraId="135E12F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0.848</w:t>
            </w:r>
          </w:p>
        </w:tc>
      </w:tr>
      <w:tr w:rsidR="00CD5479" w:rsidRPr="00D0486A" w14:paraId="4AE5A950" w14:textId="77777777" w:rsidTr="00584328">
        <w:trPr>
          <w:trHeight w:val="346"/>
        </w:trPr>
        <w:tc>
          <w:tcPr>
            <w:tcW w:w="1774" w:type="dxa"/>
            <w:vAlign w:val="center"/>
          </w:tcPr>
          <w:p w14:paraId="01B41BD1"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C2</w:t>
            </w:r>
          </w:p>
        </w:tc>
        <w:tc>
          <w:tcPr>
            <w:tcW w:w="1547" w:type="dxa"/>
            <w:vAlign w:val="center"/>
          </w:tcPr>
          <w:p w14:paraId="759BC7BC"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0.698</w:t>
            </w:r>
          </w:p>
        </w:tc>
        <w:tc>
          <w:tcPr>
            <w:tcW w:w="1544" w:type="dxa"/>
            <w:vAlign w:val="center"/>
          </w:tcPr>
          <w:p w14:paraId="744A7AF2"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0.728</w:t>
            </w:r>
          </w:p>
        </w:tc>
        <w:tc>
          <w:tcPr>
            <w:tcW w:w="1547" w:type="dxa"/>
            <w:vAlign w:val="center"/>
          </w:tcPr>
          <w:p w14:paraId="685B8C39"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0.759</w:t>
            </w:r>
          </w:p>
        </w:tc>
        <w:tc>
          <w:tcPr>
            <w:tcW w:w="1547" w:type="dxa"/>
            <w:vAlign w:val="center"/>
          </w:tcPr>
          <w:p w14:paraId="1B1F5FB8"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0.783</w:t>
            </w:r>
          </w:p>
        </w:tc>
        <w:tc>
          <w:tcPr>
            <w:tcW w:w="1546" w:type="dxa"/>
            <w:vAlign w:val="center"/>
          </w:tcPr>
          <w:p w14:paraId="1DA7D6BC"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0.822</w:t>
            </w:r>
          </w:p>
        </w:tc>
      </w:tr>
      <w:tr w:rsidR="00CD5479" w:rsidRPr="00D0486A" w14:paraId="092AA8B3" w14:textId="77777777" w:rsidTr="00584328">
        <w:trPr>
          <w:trHeight w:val="346"/>
        </w:trPr>
        <w:tc>
          <w:tcPr>
            <w:tcW w:w="1774" w:type="dxa"/>
            <w:vAlign w:val="center"/>
          </w:tcPr>
          <w:p w14:paraId="679D32AF"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5"/>
                <w:sz w:val="20"/>
                <w:szCs w:val="20"/>
              </w:rPr>
              <w:t>C3</w:t>
            </w:r>
          </w:p>
        </w:tc>
        <w:tc>
          <w:tcPr>
            <w:tcW w:w="1547" w:type="dxa"/>
            <w:vAlign w:val="center"/>
          </w:tcPr>
          <w:p w14:paraId="14AE4E80"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0.723</w:t>
            </w:r>
          </w:p>
        </w:tc>
        <w:tc>
          <w:tcPr>
            <w:tcW w:w="1544" w:type="dxa"/>
            <w:vAlign w:val="center"/>
          </w:tcPr>
          <w:p w14:paraId="7E063FB1"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0.936</w:t>
            </w:r>
          </w:p>
        </w:tc>
        <w:tc>
          <w:tcPr>
            <w:tcW w:w="1547" w:type="dxa"/>
            <w:vAlign w:val="center"/>
          </w:tcPr>
          <w:p w14:paraId="50C6562C"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0.862</w:t>
            </w:r>
          </w:p>
        </w:tc>
        <w:tc>
          <w:tcPr>
            <w:tcW w:w="1547" w:type="dxa"/>
            <w:vAlign w:val="center"/>
          </w:tcPr>
          <w:p w14:paraId="63E4ACF9"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0.737</w:t>
            </w:r>
          </w:p>
        </w:tc>
        <w:tc>
          <w:tcPr>
            <w:tcW w:w="1546" w:type="dxa"/>
            <w:vAlign w:val="center"/>
          </w:tcPr>
          <w:p w14:paraId="56CCC83D" w14:textId="77777777" w:rsidR="00CD5479" w:rsidRPr="00D0486A" w:rsidRDefault="00CD5479" w:rsidP="00584328">
            <w:pPr>
              <w:pStyle w:val="TableParagraph"/>
              <w:tabs>
                <w:tab w:val="left" w:pos="360"/>
                <w:tab w:val="left" w:pos="8100"/>
              </w:tabs>
              <w:spacing w:line="240" w:lineRule="auto"/>
              <w:ind w:left="0"/>
              <w:jc w:val="center"/>
              <w:rPr>
                <w:rFonts w:ascii="Arial" w:hAnsi="Arial" w:cs="Arial"/>
                <w:sz w:val="20"/>
                <w:szCs w:val="20"/>
              </w:rPr>
            </w:pPr>
            <w:r w:rsidRPr="00D0486A">
              <w:rPr>
                <w:rFonts w:ascii="Arial" w:hAnsi="Arial" w:cs="Arial"/>
                <w:spacing w:val="-2"/>
                <w:sz w:val="20"/>
                <w:szCs w:val="20"/>
              </w:rPr>
              <w:t>0.950</w:t>
            </w:r>
          </w:p>
        </w:tc>
      </w:tr>
      <w:tr w:rsidR="00CD5479" w:rsidRPr="00D0486A" w14:paraId="51E3DC61" w14:textId="77777777" w:rsidTr="00584328">
        <w:trPr>
          <w:trHeight w:val="346"/>
        </w:trPr>
        <w:tc>
          <w:tcPr>
            <w:tcW w:w="1774" w:type="dxa"/>
            <w:vAlign w:val="center"/>
          </w:tcPr>
          <w:p w14:paraId="44969B04" w14:textId="77777777" w:rsidR="00CD5479" w:rsidRPr="00D0486A" w:rsidRDefault="00CD5479"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C4</w:t>
            </w:r>
          </w:p>
        </w:tc>
        <w:tc>
          <w:tcPr>
            <w:tcW w:w="1547" w:type="dxa"/>
            <w:vAlign w:val="center"/>
          </w:tcPr>
          <w:p w14:paraId="60C5C6F0"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0.732</w:t>
            </w:r>
          </w:p>
        </w:tc>
        <w:tc>
          <w:tcPr>
            <w:tcW w:w="1544" w:type="dxa"/>
            <w:vAlign w:val="center"/>
          </w:tcPr>
          <w:p w14:paraId="1E6DC0E7"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0.749</w:t>
            </w:r>
          </w:p>
        </w:tc>
        <w:tc>
          <w:tcPr>
            <w:tcW w:w="1547" w:type="dxa"/>
            <w:vAlign w:val="center"/>
          </w:tcPr>
          <w:p w14:paraId="738E1DFB"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0.722</w:t>
            </w:r>
          </w:p>
        </w:tc>
        <w:tc>
          <w:tcPr>
            <w:tcW w:w="1547" w:type="dxa"/>
            <w:vAlign w:val="center"/>
          </w:tcPr>
          <w:p w14:paraId="2E210BA3"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0.685</w:t>
            </w:r>
          </w:p>
        </w:tc>
        <w:tc>
          <w:tcPr>
            <w:tcW w:w="1546" w:type="dxa"/>
            <w:vAlign w:val="center"/>
          </w:tcPr>
          <w:p w14:paraId="44C843F5" w14:textId="77777777" w:rsidR="00CD5479" w:rsidRPr="00D0486A" w:rsidRDefault="00CD5479"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0.906</w:t>
            </w:r>
          </w:p>
        </w:tc>
      </w:tr>
    </w:tbl>
    <w:p w14:paraId="35B62A78"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Table 2: Effect of temperature O.D at 280 nm</w:t>
      </w:r>
    </w:p>
    <w:p w14:paraId="2D8A4EEE" w14:textId="010B9DEC" w:rsidR="00CD5479" w:rsidRPr="00584328" w:rsidRDefault="00CD5479" w:rsidP="00584328">
      <w:pPr>
        <w:pStyle w:val="BodyText"/>
        <w:tabs>
          <w:tab w:val="left" w:pos="360"/>
          <w:tab w:val="left" w:pos="8100"/>
        </w:tabs>
        <w:spacing w:after="240"/>
        <w:rPr>
          <w:rFonts w:ascii="Arial" w:hAnsi="Arial" w:cs="Arial"/>
          <w:b/>
          <w:sz w:val="5"/>
        </w:rPr>
      </w:pPr>
    </w:p>
    <w:p w14:paraId="6E8DF8E1" w14:textId="77777777" w:rsidR="00584328" w:rsidRPr="00584328" w:rsidRDefault="00CD5479" w:rsidP="00584328">
      <w:pPr>
        <w:pStyle w:val="Heading3"/>
        <w:tabs>
          <w:tab w:val="left" w:pos="360"/>
          <w:tab w:val="left" w:pos="8100"/>
        </w:tabs>
        <w:spacing w:after="240"/>
        <w:rPr>
          <w:rFonts w:ascii="Arial" w:hAnsi="Arial" w:cs="Arial"/>
          <w:sz w:val="20"/>
          <w:szCs w:val="20"/>
        </w:rPr>
      </w:pPr>
      <w:r w:rsidRPr="00584328">
        <w:rPr>
          <w:rFonts w:ascii="Arial" w:hAnsi="Arial" w:cs="Arial"/>
          <w:sz w:val="20"/>
          <w:szCs w:val="20"/>
        </w:rPr>
        <w:t xml:space="preserve">Calculations: </w:t>
      </w:r>
    </w:p>
    <w:p w14:paraId="3B2D93CC" w14:textId="679C3444" w:rsidR="00CD5479" w:rsidRPr="00584328" w:rsidRDefault="00CD5479" w:rsidP="00584328">
      <w:pPr>
        <w:tabs>
          <w:tab w:val="left" w:pos="360"/>
          <w:tab w:val="left" w:pos="8100"/>
        </w:tabs>
        <w:spacing w:after="240"/>
        <w:rPr>
          <w:rFonts w:ascii="Arial" w:hAnsi="Arial" w:cs="Arial"/>
          <w:sz w:val="20"/>
          <w:szCs w:val="18"/>
        </w:rPr>
      </w:pPr>
      <w:r w:rsidRPr="00584328">
        <w:rPr>
          <w:rFonts w:ascii="Arial" w:hAnsi="Arial" w:cs="Arial"/>
          <w:sz w:val="20"/>
          <w:szCs w:val="18"/>
        </w:rPr>
        <w:t>Values</w:t>
      </w:r>
      <w:r w:rsidRPr="00584328">
        <w:rPr>
          <w:rFonts w:ascii="Arial" w:hAnsi="Arial" w:cs="Arial"/>
          <w:spacing w:val="-11"/>
          <w:sz w:val="20"/>
          <w:szCs w:val="18"/>
        </w:rPr>
        <w:t xml:space="preserve"> </w:t>
      </w:r>
      <w:r w:rsidRPr="00584328">
        <w:rPr>
          <w:rFonts w:ascii="Arial" w:hAnsi="Arial" w:cs="Arial"/>
          <w:sz w:val="20"/>
          <w:szCs w:val="18"/>
        </w:rPr>
        <w:t>converted</w:t>
      </w:r>
      <w:r w:rsidRPr="00584328">
        <w:rPr>
          <w:rFonts w:ascii="Arial" w:hAnsi="Arial" w:cs="Arial"/>
          <w:spacing w:val="-8"/>
          <w:sz w:val="20"/>
          <w:szCs w:val="18"/>
        </w:rPr>
        <w:t xml:space="preserve"> </w:t>
      </w:r>
      <w:r w:rsidRPr="00584328">
        <w:rPr>
          <w:rFonts w:ascii="Arial" w:hAnsi="Arial" w:cs="Arial"/>
          <w:sz w:val="20"/>
          <w:szCs w:val="18"/>
        </w:rPr>
        <w:t>to</w:t>
      </w:r>
      <w:r w:rsidRPr="00584328">
        <w:rPr>
          <w:rFonts w:ascii="Arial" w:hAnsi="Arial" w:cs="Arial"/>
          <w:spacing w:val="-7"/>
          <w:sz w:val="20"/>
          <w:szCs w:val="18"/>
        </w:rPr>
        <w:t xml:space="preserve"> </w:t>
      </w:r>
      <w:r w:rsidRPr="00584328">
        <w:rPr>
          <w:rFonts w:ascii="Arial" w:hAnsi="Arial" w:cs="Arial"/>
          <w:sz w:val="20"/>
          <w:szCs w:val="18"/>
        </w:rPr>
        <w:t>enzyme</w:t>
      </w:r>
      <w:r w:rsidRPr="00584328">
        <w:rPr>
          <w:rFonts w:ascii="Arial" w:hAnsi="Arial" w:cs="Arial"/>
          <w:spacing w:val="-8"/>
          <w:sz w:val="20"/>
          <w:szCs w:val="18"/>
        </w:rPr>
        <w:t xml:space="preserve"> </w:t>
      </w:r>
      <w:r w:rsidRPr="00584328">
        <w:rPr>
          <w:rFonts w:ascii="Arial" w:hAnsi="Arial" w:cs="Arial"/>
          <w:sz w:val="20"/>
          <w:szCs w:val="18"/>
        </w:rPr>
        <w:t>unit</w:t>
      </w:r>
      <w:r w:rsidRPr="00584328">
        <w:rPr>
          <w:rFonts w:ascii="Arial" w:hAnsi="Arial" w:cs="Arial"/>
          <w:spacing w:val="-7"/>
          <w:sz w:val="20"/>
          <w:szCs w:val="18"/>
        </w:rPr>
        <w:t xml:space="preserve"> </w:t>
      </w:r>
      <w:r w:rsidRPr="00584328">
        <w:rPr>
          <w:rFonts w:ascii="Arial" w:hAnsi="Arial" w:cs="Arial"/>
          <w:sz w:val="20"/>
          <w:szCs w:val="18"/>
        </w:rPr>
        <w:t>per</w:t>
      </w:r>
      <w:r w:rsidRPr="00584328">
        <w:rPr>
          <w:rFonts w:ascii="Arial" w:hAnsi="Arial" w:cs="Arial"/>
          <w:spacing w:val="-7"/>
          <w:sz w:val="20"/>
          <w:szCs w:val="18"/>
        </w:rPr>
        <w:t xml:space="preserve"> </w:t>
      </w:r>
      <w:r w:rsidRPr="00584328">
        <w:rPr>
          <w:rFonts w:ascii="Arial" w:hAnsi="Arial" w:cs="Arial"/>
          <w:spacing w:val="-5"/>
          <w:sz w:val="20"/>
          <w:szCs w:val="18"/>
        </w:rPr>
        <w:t>ml</w:t>
      </w:r>
    </w:p>
    <w:p w14:paraId="5B4554B5" w14:textId="555EA4B7" w:rsidR="00CD5479" w:rsidRPr="00584328" w:rsidRDefault="00CD5479" w:rsidP="00D0486A">
      <w:pPr>
        <w:pStyle w:val="BodyText"/>
        <w:tabs>
          <w:tab w:val="left" w:pos="360"/>
          <w:tab w:val="left" w:pos="8100"/>
        </w:tabs>
        <w:spacing w:after="240" w:line="360" w:lineRule="auto"/>
        <w:jc w:val="both"/>
        <w:rPr>
          <w:rFonts w:ascii="Arial" w:hAnsi="Arial" w:cs="Arial"/>
        </w:rPr>
      </w:pPr>
      <w:r w:rsidRPr="00584328">
        <w:rPr>
          <w:rFonts w:ascii="Arial" w:hAnsi="Arial" w:cs="Arial"/>
          <w:sz w:val="20"/>
          <w:szCs w:val="20"/>
        </w:rPr>
        <w:t>Enzyme unit per ml = optical density x total volume x dilution rate x incubation time.</w:t>
      </w:r>
    </w:p>
    <w:p w14:paraId="44E9E3F9" w14:textId="77777777" w:rsidR="00CD5479" w:rsidRPr="00584328" w:rsidRDefault="00CD5479" w:rsidP="00584328">
      <w:pPr>
        <w:pStyle w:val="BodyText"/>
        <w:tabs>
          <w:tab w:val="left" w:pos="360"/>
          <w:tab w:val="left" w:pos="8100"/>
        </w:tabs>
        <w:spacing w:after="240" w:line="501" w:lineRule="auto"/>
        <w:rPr>
          <w:rFonts w:ascii="Arial" w:hAnsi="Arial" w:cs="Arial"/>
        </w:rPr>
        <w:sectPr w:rsidR="00CD5479" w:rsidRPr="00584328" w:rsidSect="00584328">
          <w:headerReference w:type="even" r:id="rId70"/>
          <w:headerReference w:type="default" r:id="rId71"/>
          <w:footerReference w:type="even" r:id="rId72"/>
          <w:footerReference w:type="default" r:id="rId73"/>
          <w:headerReference w:type="first" r:id="rId74"/>
          <w:footerReference w:type="first" r:id="rId75"/>
          <w:pgSz w:w="12240" w:h="15840" w:code="1"/>
          <w:pgMar w:top="1440" w:right="1800" w:bottom="1440" w:left="1800" w:header="0" w:footer="746" w:gutter="0"/>
          <w:cols w:space="720"/>
        </w:sectPr>
      </w:pPr>
    </w:p>
    <w:p w14:paraId="34257D1C" w14:textId="77777777" w:rsidR="00D0486A" w:rsidRDefault="00D0486A">
      <w:r>
        <w:br w:type="page"/>
      </w:r>
    </w:p>
    <w:tbl>
      <w:tblPr>
        <w:tblStyle w:val="TableGrid"/>
        <w:tblW w:w="0" w:type="auto"/>
        <w:jc w:val="center"/>
        <w:tblLook w:val="04A0" w:firstRow="1" w:lastRow="0" w:firstColumn="1" w:lastColumn="0" w:noHBand="0" w:noVBand="1"/>
      </w:tblPr>
      <w:tblGrid>
        <w:gridCol w:w="855"/>
        <w:gridCol w:w="1570"/>
        <w:gridCol w:w="1016"/>
        <w:gridCol w:w="1080"/>
        <w:gridCol w:w="1170"/>
        <w:gridCol w:w="1260"/>
        <w:gridCol w:w="1504"/>
      </w:tblGrid>
      <w:tr w:rsidR="00195546" w:rsidRPr="00584328" w14:paraId="045ED5DE" w14:textId="77777777" w:rsidTr="00D0486A">
        <w:trPr>
          <w:trHeight w:val="346"/>
          <w:jc w:val="center"/>
        </w:trPr>
        <w:tc>
          <w:tcPr>
            <w:tcW w:w="855" w:type="dxa"/>
            <w:vAlign w:val="center"/>
          </w:tcPr>
          <w:p w14:paraId="57BA646F" w14:textId="2AE1D141" w:rsidR="00195546" w:rsidRPr="00584328" w:rsidRDefault="00195546" w:rsidP="00D0486A">
            <w:pPr>
              <w:pStyle w:val="BodyText"/>
              <w:tabs>
                <w:tab w:val="left" w:pos="360"/>
                <w:tab w:val="left" w:pos="8100"/>
              </w:tabs>
              <w:spacing w:after="0" w:line="360" w:lineRule="auto"/>
              <w:jc w:val="center"/>
              <w:rPr>
                <w:rFonts w:ascii="Arial" w:hAnsi="Arial" w:cs="Arial"/>
                <w:b/>
                <w:bCs/>
              </w:rPr>
            </w:pPr>
            <w:r w:rsidRPr="00584328">
              <w:rPr>
                <w:rFonts w:ascii="Arial" w:hAnsi="Arial" w:cs="Arial"/>
                <w:b/>
                <w:bCs/>
              </w:rPr>
              <w:lastRenderedPageBreak/>
              <w:t>Sr.no.</w:t>
            </w:r>
          </w:p>
        </w:tc>
        <w:tc>
          <w:tcPr>
            <w:tcW w:w="1570" w:type="dxa"/>
            <w:vAlign w:val="center"/>
          </w:tcPr>
          <w:p w14:paraId="24ABECF0" w14:textId="77777777" w:rsidR="00195546" w:rsidRPr="00584328" w:rsidRDefault="00195546" w:rsidP="00D0486A">
            <w:pPr>
              <w:pStyle w:val="BodyText"/>
              <w:tabs>
                <w:tab w:val="left" w:pos="360"/>
                <w:tab w:val="left" w:pos="8100"/>
              </w:tabs>
              <w:spacing w:after="0" w:line="360" w:lineRule="auto"/>
              <w:jc w:val="center"/>
              <w:rPr>
                <w:rFonts w:ascii="Arial" w:hAnsi="Arial" w:cs="Arial"/>
                <w:b/>
                <w:bCs/>
              </w:rPr>
            </w:pPr>
            <w:r w:rsidRPr="00584328">
              <w:rPr>
                <w:rFonts w:ascii="Arial" w:hAnsi="Arial" w:cs="Arial"/>
                <w:b/>
                <w:bCs/>
              </w:rPr>
              <w:t>Samples</w:t>
            </w:r>
          </w:p>
        </w:tc>
        <w:tc>
          <w:tcPr>
            <w:tcW w:w="6030" w:type="dxa"/>
            <w:gridSpan w:val="5"/>
            <w:vAlign w:val="center"/>
          </w:tcPr>
          <w:p w14:paraId="58525D77" w14:textId="16A767BF" w:rsidR="00195546" w:rsidRPr="00584328" w:rsidRDefault="007C29FA" w:rsidP="00D0486A">
            <w:pPr>
              <w:pStyle w:val="BodyText"/>
              <w:tabs>
                <w:tab w:val="left" w:pos="360"/>
                <w:tab w:val="left" w:pos="8100"/>
              </w:tabs>
              <w:spacing w:after="0" w:line="360" w:lineRule="auto"/>
              <w:jc w:val="center"/>
              <w:rPr>
                <w:rFonts w:ascii="Arial" w:hAnsi="Arial" w:cs="Arial"/>
                <w:b/>
                <w:bCs/>
              </w:rPr>
            </w:pPr>
            <w:r w:rsidRPr="00584328">
              <w:rPr>
                <w:rFonts w:ascii="Arial" w:hAnsi="Arial" w:cs="Arial"/>
                <w:b/>
                <w:bCs/>
              </w:rPr>
              <w:t xml:space="preserve">Effect of temperature on </w:t>
            </w:r>
            <w:r w:rsidR="00195546" w:rsidRPr="00584328">
              <w:rPr>
                <w:rFonts w:ascii="Arial" w:hAnsi="Arial" w:cs="Arial"/>
                <w:b/>
                <w:bCs/>
              </w:rPr>
              <w:t>Keratinase</w:t>
            </w:r>
            <w:r w:rsidR="00195546" w:rsidRPr="00584328">
              <w:rPr>
                <w:rFonts w:ascii="Arial" w:hAnsi="Arial" w:cs="Arial"/>
                <w:b/>
                <w:bCs/>
                <w:spacing w:val="-4"/>
              </w:rPr>
              <w:t xml:space="preserve"> </w:t>
            </w:r>
            <w:r w:rsidR="00195546" w:rsidRPr="00584328">
              <w:rPr>
                <w:rFonts w:ascii="Arial" w:hAnsi="Arial" w:cs="Arial"/>
                <w:b/>
                <w:bCs/>
              </w:rPr>
              <w:t xml:space="preserve">activity (U/ ml / </w:t>
            </w:r>
            <w:r w:rsidR="00195546" w:rsidRPr="00584328">
              <w:rPr>
                <w:rFonts w:ascii="Arial" w:hAnsi="Arial" w:cs="Arial"/>
                <w:b/>
                <w:bCs/>
                <w:spacing w:val="-5"/>
              </w:rPr>
              <w:t>min)</w:t>
            </w:r>
          </w:p>
        </w:tc>
      </w:tr>
      <w:tr w:rsidR="00195546" w:rsidRPr="00584328" w14:paraId="2DAB470D" w14:textId="77777777" w:rsidTr="00D0486A">
        <w:trPr>
          <w:trHeight w:val="346"/>
          <w:jc w:val="center"/>
        </w:trPr>
        <w:tc>
          <w:tcPr>
            <w:tcW w:w="855" w:type="dxa"/>
            <w:vAlign w:val="center"/>
          </w:tcPr>
          <w:p w14:paraId="453F6A5C"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p>
        </w:tc>
        <w:tc>
          <w:tcPr>
            <w:tcW w:w="1570" w:type="dxa"/>
            <w:vAlign w:val="center"/>
          </w:tcPr>
          <w:p w14:paraId="2CE0148E" w14:textId="5F42E7C8" w:rsidR="00195546" w:rsidRPr="00584328" w:rsidRDefault="006A40A0"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Temperature</w:t>
            </w:r>
          </w:p>
        </w:tc>
        <w:tc>
          <w:tcPr>
            <w:tcW w:w="1016" w:type="dxa"/>
            <w:vAlign w:val="center"/>
          </w:tcPr>
          <w:p w14:paraId="2B8149DA" w14:textId="5C852D9E"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40</w:t>
            </w:r>
            <w:r w:rsidRPr="00584328">
              <w:rPr>
                <w:rFonts w:ascii="Cambria Math" w:hAnsi="Cambria Math" w:cs="Cambria Math"/>
              </w:rPr>
              <w:t>℃</w:t>
            </w:r>
          </w:p>
        </w:tc>
        <w:tc>
          <w:tcPr>
            <w:tcW w:w="1080" w:type="dxa"/>
            <w:vAlign w:val="center"/>
          </w:tcPr>
          <w:p w14:paraId="19FB07DD" w14:textId="43B15CED"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50</w:t>
            </w:r>
            <w:r w:rsidRPr="00584328">
              <w:rPr>
                <w:rFonts w:ascii="Cambria Math" w:hAnsi="Cambria Math" w:cs="Cambria Math"/>
              </w:rPr>
              <w:t>℃</w:t>
            </w:r>
          </w:p>
        </w:tc>
        <w:tc>
          <w:tcPr>
            <w:tcW w:w="1170" w:type="dxa"/>
            <w:vAlign w:val="center"/>
          </w:tcPr>
          <w:p w14:paraId="4E6970B1" w14:textId="6295E6B0"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60</w:t>
            </w:r>
            <w:r w:rsidRPr="00584328">
              <w:rPr>
                <w:rFonts w:ascii="Cambria Math" w:hAnsi="Cambria Math" w:cs="Cambria Math"/>
              </w:rPr>
              <w:t>℃</w:t>
            </w:r>
          </w:p>
        </w:tc>
        <w:tc>
          <w:tcPr>
            <w:tcW w:w="1260" w:type="dxa"/>
            <w:vAlign w:val="center"/>
          </w:tcPr>
          <w:p w14:paraId="3E15141D" w14:textId="7AE6865A"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70</w:t>
            </w:r>
            <w:r w:rsidRPr="00584328">
              <w:rPr>
                <w:rFonts w:ascii="Cambria Math" w:hAnsi="Cambria Math" w:cs="Cambria Math"/>
              </w:rPr>
              <w:t>℃</w:t>
            </w:r>
          </w:p>
        </w:tc>
        <w:tc>
          <w:tcPr>
            <w:tcW w:w="1504" w:type="dxa"/>
            <w:vAlign w:val="center"/>
          </w:tcPr>
          <w:p w14:paraId="49B15FE5" w14:textId="0D9EFA3C"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80</w:t>
            </w:r>
            <w:r w:rsidRPr="00584328">
              <w:rPr>
                <w:rFonts w:ascii="Cambria Math" w:hAnsi="Cambria Math" w:cs="Cambria Math"/>
              </w:rPr>
              <w:t>℃</w:t>
            </w:r>
          </w:p>
        </w:tc>
      </w:tr>
      <w:tr w:rsidR="007C29FA" w:rsidRPr="00584328" w14:paraId="7D1C989F" w14:textId="77777777" w:rsidTr="00D0486A">
        <w:trPr>
          <w:trHeight w:val="346"/>
          <w:jc w:val="center"/>
        </w:trPr>
        <w:tc>
          <w:tcPr>
            <w:tcW w:w="855" w:type="dxa"/>
            <w:vAlign w:val="center"/>
          </w:tcPr>
          <w:p w14:paraId="7F5B0561" w14:textId="77777777" w:rsidR="007C29FA" w:rsidRPr="00584328" w:rsidRDefault="007C29FA" w:rsidP="00D0486A">
            <w:pPr>
              <w:pStyle w:val="BodyText"/>
              <w:tabs>
                <w:tab w:val="left" w:pos="360"/>
                <w:tab w:val="left" w:pos="8100"/>
              </w:tabs>
              <w:spacing w:after="0" w:line="360" w:lineRule="auto"/>
              <w:jc w:val="center"/>
              <w:rPr>
                <w:rFonts w:ascii="Arial" w:hAnsi="Arial" w:cs="Arial"/>
              </w:rPr>
            </w:pPr>
          </w:p>
        </w:tc>
        <w:tc>
          <w:tcPr>
            <w:tcW w:w="1570" w:type="dxa"/>
            <w:vAlign w:val="center"/>
          </w:tcPr>
          <w:p w14:paraId="61EA5E56" w14:textId="653574AC" w:rsidR="007C29FA" w:rsidRPr="00584328" w:rsidRDefault="00584328" w:rsidP="00D0486A">
            <w:pPr>
              <w:pStyle w:val="BodyText"/>
              <w:tabs>
                <w:tab w:val="left" w:pos="360"/>
                <w:tab w:val="left" w:pos="8100"/>
              </w:tabs>
              <w:spacing w:after="0" w:line="360" w:lineRule="auto"/>
              <w:jc w:val="center"/>
              <w:rPr>
                <w:rFonts w:ascii="Arial" w:hAnsi="Arial" w:cs="Arial"/>
              </w:rPr>
            </w:pPr>
            <w:r>
              <w:rPr>
                <w:rFonts w:ascii="Arial" w:hAnsi="Arial" w:cs="Arial"/>
                <w:b/>
                <w:sz w:val="24"/>
              </w:rPr>
              <w:t>+</w:t>
            </w:r>
            <w:proofErr w:type="spellStart"/>
            <w:r>
              <w:rPr>
                <w:rFonts w:ascii="Arial" w:hAnsi="Arial" w:cs="Arial"/>
                <w:b/>
                <w:sz w:val="24"/>
              </w:rPr>
              <w:t>ve</w:t>
            </w:r>
            <w:proofErr w:type="spellEnd"/>
            <w:r w:rsidR="007C29FA" w:rsidRPr="00584328">
              <w:rPr>
                <w:rFonts w:ascii="Arial" w:hAnsi="Arial" w:cs="Arial"/>
                <w:b/>
                <w:spacing w:val="-1"/>
                <w:sz w:val="24"/>
              </w:rPr>
              <w:t xml:space="preserve"> </w:t>
            </w:r>
            <w:r w:rsidR="007C29FA" w:rsidRPr="00584328">
              <w:rPr>
                <w:rFonts w:ascii="Arial" w:hAnsi="Arial" w:cs="Arial"/>
                <w:b/>
                <w:spacing w:val="-2"/>
                <w:sz w:val="24"/>
              </w:rPr>
              <w:t>control</w:t>
            </w:r>
          </w:p>
        </w:tc>
        <w:tc>
          <w:tcPr>
            <w:tcW w:w="1016" w:type="dxa"/>
            <w:vAlign w:val="center"/>
          </w:tcPr>
          <w:p w14:paraId="7731EC12" w14:textId="77A2EE99"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28.464</w:t>
            </w:r>
          </w:p>
        </w:tc>
        <w:tc>
          <w:tcPr>
            <w:tcW w:w="1080" w:type="dxa"/>
            <w:vAlign w:val="center"/>
          </w:tcPr>
          <w:p w14:paraId="513A5EC8" w14:textId="40A84E5B"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22.344</w:t>
            </w:r>
          </w:p>
        </w:tc>
        <w:tc>
          <w:tcPr>
            <w:tcW w:w="1170" w:type="dxa"/>
            <w:vAlign w:val="center"/>
          </w:tcPr>
          <w:p w14:paraId="4752FC64" w14:textId="13D2CCC2"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25.896</w:t>
            </w:r>
          </w:p>
        </w:tc>
        <w:tc>
          <w:tcPr>
            <w:tcW w:w="1260" w:type="dxa"/>
            <w:vAlign w:val="center"/>
          </w:tcPr>
          <w:p w14:paraId="55A96B15" w14:textId="1905DDD5"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27.48</w:t>
            </w:r>
          </w:p>
        </w:tc>
        <w:tc>
          <w:tcPr>
            <w:tcW w:w="1504" w:type="dxa"/>
            <w:vAlign w:val="center"/>
          </w:tcPr>
          <w:p w14:paraId="5F7DEDE7" w14:textId="111C066E"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24.48</w:t>
            </w:r>
          </w:p>
        </w:tc>
      </w:tr>
      <w:tr w:rsidR="007C29FA" w:rsidRPr="00584328" w14:paraId="238676E8" w14:textId="77777777" w:rsidTr="00D0486A">
        <w:trPr>
          <w:trHeight w:val="346"/>
          <w:jc w:val="center"/>
        </w:trPr>
        <w:tc>
          <w:tcPr>
            <w:tcW w:w="855" w:type="dxa"/>
            <w:vAlign w:val="center"/>
          </w:tcPr>
          <w:p w14:paraId="4E3BC52D" w14:textId="77777777" w:rsidR="007C29FA" w:rsidRPr="00584328" w:rsidRDefault="007C29FA" w:rsidP="00D0486A">
            <w:pPr>
              <w:pStyle w:val="BodyText"/>
              <w:tabs>
                <w:tab w:val="left" w:pos="360"/>
                <w:tab w:val="left" w:pos="8100"/>
              </w:tabs>
              <w:spacing w:after="0" w:line="360" w:lineRule="auto"/>
              <w:jc w:val="center"/>
              <w:rPr>
                <w:rFonts w:ascii="Arial" w:hAnsi="Arial" w:cs="Arial"/>
              </w:rPr>
            </w:pPr>
          </w:p>
        </w:tc>
        <w:tc>
          <w:tcPr>
            <w:tcW w:w="1570" w:type="dxa"/>
            <w:vAlign w:val="center"/>
          </w:tcPr>
          <w:p w14:paraId="66081FD2" w14:textId="78C82BC3" w:rsidR="007C29FA" w:rsidRPr="00584328" w:rsidRDefault="00584328" w:rsidP="00D0486A">
            <w:pPr>
              <w:pStyle w:val="BodyText"/>
              <w:tabs>
                <w:tab w:val="left" w:pos="360"/>
                <w:tab w:val="left" w:pos="8100"/>
              </w:tabs>
              <w:spacing w:after="0" w:line="360" w:lineRule="auto"/>
              <w:jc w:val="center"/>
              <w:rPr>
                <w:rFonts w:ascii="Arial" w:hAnsi="Arial" w:cs="Arial"/>
              </w:rPr>
            </w:pPr>
            <w:r>
              <w:rPr>
                <w:rFonts w:ascii="Arial" w:hAnsi="Arial" w:cs="Arial"/>
                <w:b/>
                <w:spacing w:val="-2"/>
                <w:sz w:val="24"/>
              </w:rPr>
              <w:t>-</w:t>
            </w:r>
            <w:proofErr w:type="spellStart"/>
            <w:r>
              <w:rPr>
                <w:rFonts w:ascii="Arial" w:hAnsi="Arial" w:cs="Arial"/>
                <w:b/>
                <w:spacing w:val="-2"/>
                <w:sz w:val="24"/>
              </w:rPr>
              <w:t>ve</w:t>
            </w:r>
            <w:proofErr w:type="spellEnd"/>
            <w:r w:rsidR="007C29FA" w:rsidRPr="00584328">
              <w:rPr>
                <w:rFonts w:ascii="Arial" w:hAnsi="Arial" w:cs="Arial"/>
                <w:b/>
                <w:sz w:val="24"/>
              </w:rPr>
              <w:t xml:space="preserve"> </w:t>
            </w:r>
            <w:r w:rsidR="007C29FA" w:rsidRPr="00584328">
              <w:rPr>
                <w:rFonts w:ascii="Arial" w:hAnsi="Arial" w:cs="Arial"/>
                <w:b/>
                <w:spacing w:val="-2"/>
                <w:sz w:val="24"/>
              </w:rPr>
              <w:t>control</w:t>
            </w:r>
          </w:p>
        </w:tc>
        <w:tc>
          <w:tcPr>
            <w:tcW w:w="1016" w:type="dxa"/>
            <w:vAlign w:val="center"/>
          </w:tcPr>
          <w:p w14:paraId="60B9AF47" w14:textId="56A67D4E"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22.08</w:t>
            </w:r>
          </w:p>
        </w:tc>
        <w:tc>
          <w:tcPr>
            <w:tcW w:w="1080" w:type="dxa"/>
            <w:vAlign w:val="center"/>
          </w:tcPr>
          <w:p w14:paraId="4E861786" w14:textId="4C21F19A"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20.52</w:t>
            </w:r>
          </w:p>
        </w:tc>
        <w:tc>
          <w:tcPr>
            <w:tcW w:w="1170" w:type="dxa"/>
            <w:vAlign w:val="center"/>
          </w:tcPr>
          <w:p w14:paraId="09415CA1" w14:textId="4D3E90BD"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23.04</w:t>
            </w:r>
          </w:p>
        </w:tc>
        <w:tc>
          <w:tcPr>
            <w:tcW w:w="1260" w:type="dxa"/>
            <w:vAlign w:val="center"/>
          </w:tcPr>
          <w:p w14:paraId="2B8B4403" w14:textId="74437CCC"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21.522</w:t>
            </w:r>
          </w:p>
        </w:tc>
        <w:tc>
          <w:tcPr>
            <w:tcW w:w="1504" w:type="dxa"/>
            <w:vAlign w:val="center"/>
          </w:tcPr>
          <w:p w14:paraId="18BCF16C" w14:textId="5C178BA7" w:rsidR="007C29FA" w:rsidRPr="00584328" w:rsidRDefault="007C29FA"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22.248</w:t>
            </w:r>
          </w:p>
        </w:tc>
      </w:tr>
      <w:tr w:rsidR="00195546" w:rsidRPr="00584328" w14:paraId="130C5E4F" w14:textId="77777777" w:rsidTr="00D0486A">
        <w:trPr>
          <w:trHeight w:val="346"/>
          <w:jc w:val="center"/>
        </w:trPr>
        <w:tc>
          <w:tcPr>
            <w:tcW w:w="855" w:type="dxa"/>
            <w:vAlign w:val="center"/>
          </w:tcPr>
          <w:p w14:paraId="2819DC2C"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w:t>
            </w:r>
          </w:p>
        </w:tc>
        <w:tc>
          <w:tcPr>
            <w:tcW w:w="1570" w:type="dxa"/>
            <w:vAlign w:val="center"/>
          </w:tcPr>
          <w:p w14:paraId="032056B6"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S1</w:t>
            </w:r>
          </w:p>
        </w:tc>
        <w:tc>
          <w:tcPr>
            <w:tcW w:w="1016" w:type="dxa"/>
            <w:vAlign w:val="center"/>
          </w:tcPr>
          <w:p w14:paraId="0AAB259D" w14:textId="0AFD0E55"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15.552</w:t>
            </w:r>
          </w:p>
        </w:tc>
        <w:tc>
          <w:tcPr>
            <w:tcW w:w="1080" w:type="dxa"/>
            <w:vAlign w:val="center"/>
          </w:tcPr>
          <w:p w14:paraId="62CEB2EE" w14:textId="7C9E3333"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18.312</w:t>
            </w:r>
          </w:p>
        </w:tc>
        <w:tc>
          <w:tcPr>
            <w:tcW w:w="1170" w:type="dxa"/>
            <w:vAlign w:val="center"/>
          </w:tcPr>
          <w:p w14:paraId="2EB33C74" w14:textId="0A205BF5"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17.496</w:t>
            </w:r>
          </w:p>
        </w:tc>
        <w:tc>
          <w:tcPr>
            <w:tcW w:w="1260" w:type="dxa"/>
            <w:vAlign w:val="center"/>
          </w:tcPr>
          <w:p w14:paraId="2D22FD31" w14:textId="4139BC39"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18.216</w:t>
            </w:r>
          </w:p>
        </w:tc>
        <w:tc>
          <w:tcPr>
            <w:tcW w:w="1504" w:type="dxa"/>
            <w:vAlign w:val="center"/>
          </w:tcPr>
          <w:p w14:paraId="32580C7B" w14:textId="6877D394"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18.096</w:t>
            </w:r>
          </w:p>
        </w:tc>
      </w:tr>
      <w:tr w:rsidR="00195546" w:rsidRPr="00584328" w14:paraId="1CFA5018" w14:textId="77777777" w:rsidTr="00D0486A">
        <w:trPr>
          <w:trHeight w:val="346"/>
          <w:jc w:val="center"/>
        </w:trPr>
        <w:tc>
          <w:tcPr>
            <w:tcW w:w="855" w:type="dxa"/>
            <w:vAlign w:val="center"/>
          </w:tcPr>
          <w:p w14:paraId="5C8AAA7B"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2</w:t>
            </w:r>
          </w:p>
        </w:tc>
        <w:tc>
          <w:tcPr>
            <w:tcW w:w="1570" w:type="dxa"/>
            <w:vAlign w:val="center"/>
          </w:tcPr>
          <w:p w14:paraId="4EBB09D9"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S2</w:t>
            </w:r>
          </w:p>
        </w:tc>
        <w:tc>
          <w:tcPr>
            <w:tcW w:w="1016" w:type="dxa"/>
            <w:vAlign w:val="center"/>
          </w:tcPr>
          <w:p w14:paraId="7875A983" w14:textId="5FD682FC"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20.04</w:t>
            </w:r>
          </w:p>
        </w:tc>
        <w:tc>
          <w:tcPr>
            <w:tcW w:w="1080" w:type="dxa"/>
            <w:vAlign w:val="center"/>
          </w:tcPr>
          <w:p w14:paraId="54F50511" w14:textId="209DCB09"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16.752</w:t>
            </w:r>
          </w:p>
        </w:tc>
        <w:tc>
          <w:tcPr>
            <w:tcW w:w="1170" w:type="dxa"/>
            <w:vAlign w:val="center"/>
          </w:tcPr>
          <w:p w14:paraId="56D04E64" w14:textId="2229D7E9"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21.288</w:t>
            </w:r>
          </w:p>
        </w:tc>
        <w:tc>
          <w:tcPr>
            <w:tcW w:w="1260" w:type="dxa"/>
            <w:vAlign w:val="center"/>
          </w:tcPr>
          <w:p w14:paraId="105C3DC7" w14:textId="39F86F7F"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15.6</w:t>
            </w:r>
          </w:p>
        </w:tc>
        <w:tc>
          <w:tcPr>
            <w:tcW w:w="1504" w:type="dxa"/>
            <w:vAlign w:val="center"/>
          </w:tcPr>
          <w:p w14:paraId="3DBAC0E7" w14:textId="2559B974"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19.008</w:t>
            </w:r>
          </w:p>
        </w:tc>
      </w:tr>
      <w:tr w:rsidR="00195546" w:rsidRPr="00584328" w14:paraId="2660C00A" w14:textId="77777777" w:rsidTr="00D0486A">
        <w:trPr>
          <w:trHeight w:val="346"/>
          <w:jc w:val="center"/>
        </w:trPr>
        <w:tc>
          <w:tcPr>
            <w:tcW w:w="855" w:type="dxa"/>
            <w:vAlign w:val="center"/>
          </w:tcPr>
          <w:p w14:paraId="49DF5E84"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3</w:t>
            </w:r>
          </w:p>
        </w:tc>
        <w:tc>
          <w:tcPr>
            <w:tcW w:w="1570" w:type="dxa"/>
            <w:vAlign w:val="center"/>
          </w:tcPr>
          <w:p w14:paraId="1939D7D4"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S3</w:t>
            </w:r>
          </w:p>
        </w:tc>
        <w:tc>
          <w:tcPr>
            <w:tcW w:w="1016" w:type="dxa"/>
            <w:vAlign w:val="center"/>
          </w:tcPr>
          <w:p w14:paraId="5B19ACBE" w14:textId="632F5955"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19.632</w:t>
            </w:r>
          </w:p>
        </w:tc>
        <w:tc>
          <w:tcPr>
            <w:tcW w:w="1080" w:type="dxa"/>
            <w:vAlign w:val="center"/>
          </w:tcPr>
          <w:p w14:paraId="0304CEDE" w14:textId="48AB5436"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18.048</w:t>
            </w:r>
          </w:p>
        </w:tc>
        <w:tc>
          <w:tcPr>
            <w:tcW w:w="1170" w:type="dxa"/>
            <w:vAlign w:val="center"/>
          </w:tcPr>
          <w:p w14:paraId="6A80C5F4" w14:textId="6433C523"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23.568</w:t>
            </w:r>
          </w:p>
        </w:tc>
        <w:tc>
          <w:tcPr>
            <w:tcW w:w="1260" w:type="dxa"/>
            <w:vAlign w:val="center"/>
          </w:tcPr>
          <w:p w14:paraId="69372165" w14:textId="218F6D3B"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17.184</w:t>
            </w:r>
          </w:p>
        </w:tc>
        <w:tc>
          <w:tcPr>
            <w:tcW w:w="1504" w:type="dxa"/>
            <w:vAlign w:val="center"/>
          </w:tcPr>
          <w:p w14:paraId="030904EC" w14:textId="0DD7743B"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20.16</w:t>
            </w:r>
          </w:p>
        </w:tc>
      </w:tr>
      <w:tr w:rsidR="00195546" w:rsidRPr="00584328" w14:paraId="2A1A1122" w14:textId="77777777" w:rsidTr="00D0486A">
        <w:trPr>
          <w:trHeight w:val="346"/>
          <w:jc w:val="center"/>
        </w:trPr>
        <w:tc>
          <w:tcPr>
            <w:tcW w:w="855" w:type="dxa"/>
            <w:vAlign w:val="center"/>
          </w:tcPr>
          <w:p w14:paraId="68B41111"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4</w:t>
            </w:r>
          </w:p>
        </w:tc>
        <w:tc>
          <w:tcPr>
            <w:tcW w:w="1570" w:type="dxa"/>
            <w:vAlign w:val="center"/>
          </w:tcPr>
          <w:p w14:paraId="5EFFBB23"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S4</w:t>
            </w:r>
          </w:p>
        </w:tc>
        <w:tc>
          <w:tcPr>
            <w:tcW w:w="1016" w:type="dxa"/>
            <w:vAlign w:val="center"/>
          </w:tcPr>
          <w:p w14:paraId="13BB1CE9" w14:textId="169D3261"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17.04</w:t>
            </w:r>
          </w:p>
        </w:tc>
        <w:tc>
          <w:tcPr>
            <w:tcW w:w="1080" w:type="dxa"/>
            <w:vAlign w:val="center"/>
          </w:tcPr>
          <w:p w14:paraId="0C50DF67" w14:textId="17CD523E"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18.312</w:t>
            </w:r>
          </w:p>
        </w:tc>
        <w:tc>
          <w:tcPr>
            <w:tcW w:w="1170" w:type="dxa"/>
            <w:vAlign w:val="center"/>
          </w:tcPr>
          <w:p w14:paraId="15973435" w14:textId="4B2F1F46"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16.968</w:t>
            </w:r>
          </w:p>
        </w:tc>
        <w:tc>
          <w:tcPr>
            <w:tcW w:w="1260" w:type="dxa"/>
            <w:vAlign w:val="center"/>
          </w:tcPr>
          <w:p w14:paraId="64BA9B29" w14:textId="365EA4F8"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18.96</w:t>
            </w:r>
          </w:p>
        </w:tc>
        <w:tc>
          <w:tcPr>
            <w:tcW w:w="1504" w:type="dxa"/>
            <w:vAlign w:val="center"/>
          </w:tcPr>
          <w:p w14:paraId="65DF5FCA" w14:textId="61FFF7FF"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22.2</w:t>
            </w:r>
          </w:p>
        </w:tc>
      </w:tr>
      <w:tr w:rsidR="00195546" w:rsidRPr="00584328" w14:paraId="37F810FC" w14:textId="77777777" w:rsidTr="00D0486A">
        <w:trPr>
          <w:trHeight w:val="346"/>
          <w:jc w:val="center"/>
        </w:trPr>
        <w:tc>
          <w:tcPr>
            <w:tcW w:w="855" w:type="dxa"/>
            <w:vAlign w:val="center"/>
          </w:tcPr>
          <w:p w14:paraId="45102124"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5</w:t>
            </w:r>
          </w:p>
        </w:tc>
        <w:tc>
          <w:tcPr>
            <w:tcW w:w="1570" w:type="dxa"/>
            <w:vAlign w:val="center"/>
          </w:tcPr>
          <w:p w14:paraId="16D4291D"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S5</w:t>
            </w:r>
          </w:p>
        </w:tc>
        <w:tc>
          <w:tcPr>
            <w:tcW w:w="1016" w:type="dxa"/>
            <w:vAlign w:val="center"/>
          </w:tcPr>
          <w:p w14:paraId="6439F880" w14:textId="7148C80A"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w:t>
            </w:r>
            <w:r w:rsidRPr="00584328">
              <w:rPr>
                <w:rFonts w:ascii="Arial" w:hAnsi="Arial" w:cs="Arial"/>
                <w:spacing w:val="-1"/>
              </w:rPr>
              <w:t xml:space="preserve"> </w:t>
            </w:r>
            <w:r w:rsidRPr="00584328">
              <w:rPr>
                <w:rFonts w:ascii="Arial" w:hAnsi="Arial" w:cs="Arial"/>
              </w:rPr>
              <w:t>21.552</w:t>
            </w:r>
          </w:p>
        </w:tc>
        <w:tc>
          <w:tcPr>
            <w:tcW w:w="1080" w:type="dxa"/>
            <w:vAlign w:val="center"/>
          </w:tcPr>
          <w:p w14:paraId="1EFF44D5" w14:textId="797DECB7"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18.552</w:t>
            </w:r>
          </w:p>
        </w:tc>
        <w:tc>
          <w:tcPr>
            <w:tcW w:w="1170" w:type="dxa"/>
            <w:vAlign w:val="center"/>
          </w:tcPr>
          <w:p w14:paraId="42005C4C" w14:textId="0D9B5E17"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20.496</w:t>
            </w:r>
          </w:p>
        </w:tc>
        <w:tc>
          <w:tcPr>
            <w:tcW w:w="1260" w:type="dxa"/>
            <w:vAlign w:val="center"/>
          </w:tcPr>
          <w:p w14:paraId="22E19CF0" w14:textId="290F4B4A"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18.768</w:t>
            </w:r>
          </w:p>
        </w:tc>
        <w:tc>
          <w:tcPr>
            <w:tcW w:w="1504" w:type="dxa"/>
            <w:vAlign w:val="center"/>
          </w:tcPr>
          <w:p w14:paraId="444E680C" w14:textId="78F574EE"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22.92</w:t>
            </w:r>
          </w:p>
        </w:tc>
      </w:tr>
      <w:tr w:rsidR="00195546" w:rsidRPr="00584328" w14:paraId="70D10986" w14:textId="77777777" w:rsidTr="00D0486A">
        <w:trPr>
          <w:trHeight w:val="346"/>
          <w:jc w:val="center"/>
        </w:trPr>
        <w:tc>
          <w:tcPr>
            <w:tcW w:w="855" w:type="dxa"/>
            <w:vAlign w:val="center"/>
          </w:tcPr>
          <w:p w14:paraId="42B06BF6"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6</w:t>
            </w:r>
          </w:p>
        </w:tc>
        <w:tc>
          <w:tcPr>
            <w:tcW w:w="1570" w:type="dxa"/>
            <w:vAlign w:val="center"/>
          </w:tcPr>
          <w:p w14:paraId="052AA319"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C1</w:t>
            </w:r>
          </w:p>
        </w:tc>
        <w:tc>
          <w:tcPr>
            <w:tcW w:w="1016" w:type="dxa"/>
            <w:vAlign w:val="center"/>
          </w:tcPr>
          <w:p w14:paraId="4FBFAAAE" w14:textId="4E0E5534"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17.28</w:t>
            </w:r>
          </w:p>
        </w:tc>
        <w:tc>
          <w:tcPr>
            <w:tcW w:w="1080" w:type="dxa"/>
            <w:vAlign w:val="center"/>
          </w:tcPr>
          <w:p w14:paraId="0703C2AF" w14:textId="3EB54EEA"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18.768</w:t>
            </w:r>
          </w:p>
        </w:tc>
        <w:tc>
          <w:tcPr>
            <w:tcW w:w="1170" w:type="dxa"/>
            <w:vAlign w:val="center"/>
          </w:tcPr>
          <w:p w14:paraId="36507583" w14:textId="4DA4D74D"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20.712</w:t>
            </w:r>
          </w:p>
        </w:tc>
        <w:tc>
          <w:tcPr>
            <w:tcW w:w="1260" w:type="dxa"/>
            <w:vAlign w:val="center"/>
          </w:tcPr>
          <w:p w14:paraId="47B8F66F" w14:textId="098B6860"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21.36</w:t>
            </w:r>
          </w:p>
        </w:tc>
        <w:tc>
          <w:tcPr>
            <w:tcW w:w="1504" w:type="dxa"/>
            <w:vAlign w:val="center"/>
          </w:tcPr>
          <w:p w14:paraId="1DD2E3FB" w14:textId="1268E171"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20.352</w:t>
            </w:r>
          </w:p>
        </w:tc>
      </w:tr>
      <w:tr w:rsidR="00195546" w:rsidRPr="00584328" w14:paraId="15F468CC" w14:textId="77777777" w:rsidTr="00D0486A">
        <w:trPr>
          <w:trHeight w:val="346"/>
          <w:jc w:val="center"/>
        </w:trPr>
        <w:tc>
          <w:tcPr>
            <w:tcW w:w="855" w:type="dxa"/>
            <w:vAlign w:val="center"/>
          </w:tcPr>
          <w:p w14:paraId="1E6758FC"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7</w:t>
            </w:r>
          </w:p>
        </w:tc>
        <w:tc>
          <w:tcPr>
            <w:tcW w:w="1570" w:type="dxa"/>
            <w:vAlign w:val="center"/>
          </w:tcPr>
          <w:p w14:paraId="7DCD8666"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C2</w:t>
            </w:r>
          </w:p>
        </w:tc>
        <w:tc>
          <w:tcPr>
            <w:tcW w:w="1016" w:type="dxa"/>
            <w:vAlign w:val="center"/>
          </w:tcPr>
          <w:p w14:paraId="50A9E280" w14:textId="2B58E510"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16.752</w:t>
            </w:r>
          </w:p>
        </w:tc>
        <w:tc>
          <w:tcPr>
            <w:tcW w:w="1080" w:type="dxa"/>
            <w:vAlign w:val="center"/>
          </w:tcPr>
          <w:p w14:paraId="206334A0" w14:textId="6D1AC2E1"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17.472</w:t>
            </w:r>
          </w:p>
        </w:tc>
        <w:tc>
          <w:tcPr>
            <w:tcW w:w="1170" w:type="dxa"/>
            <w:vAlign w:val="center"/>
          </w:tcPr>
          <w:p w14:paraId="18E695B9" w14:textId="4BC0925D"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18.216</w:t>
            </w:r>
          </w:p>
        </w:tc>
        <w:tc>
          <w:tcPr>
            <w:tcW w:w="1260" w:type="dxa"/>
            <w:vAlign w:val="center"/>
          </w:tcPr>
          <w:p w14:paraId="610AAB81" w14:textId="24505C80"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18.792</w:t>
            </w:r>
          </w:p>
        </w:tc>
        <w:tc>
          <w:tcPr>
            <w:tcW w:w="1504" w:type="dxa"/>
            <w:vAlign w:val="center"/>
          </w:tcPr>
          <w:p w14:paraId="716250C6" w14:textId="6A90E24D"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19.728</w:t>
            </w:r>
          </w:p>
        </w:tc>
      </w:tr>
      <w:tr w:rsidR="00195546" w:rsidRPr="00584328" w14:paraId="3A5FA6BE" w14:textId="77777777" w:rsidTr="00D0486A">
        <w:trPr>
          <w:trHeight w:val="346"/>
          <w:jc w:val="center"/>
        </w:trPr>
        <w:tc>
          <w:tcPr>
            <w:tcW w:w="855" w:type="dxa"/>
            <w:vAlign w:val="center"/>
          </w:tcPr>
          <w:p w14:paraId="5C65184C"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8</w:t>
            </w:r>
          </w:p>
        </w:tc>
        <w:tc>
          <w:tcPr>
            <w:tcW w:w="1570" w:type="dxa"/>
            <w:vAlign w:val="center"/>
          </w:tcPr>
          <w:p w14:paraId="2D6212AC"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C3</w:t>
            </w:r>
          </w:p>
        </w:tc>
        <w:tc>
          <w:tcPr>
            <w:tcW w:w="1016" w:type="dxa"/>
            <w:vAlign w:val="center"/>
          </w:tcPr>
          <w:p w14:paraId="26731C04" w14:textId="4A37B43B"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17.352</w:t>
            </w:r>
          </w:p>
        </w:tc>
        <w:tc>
          <w:tcPr>
            <w:tcW w:w="1080" w:type="dxa"/>
            <w:vAlign w:val="center"/>
          </w:tcPr>
          <w:p w14:paraId="29067C87" w14:textId="246784F2"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22.464</w:t>
            </w:r>
          </w:p>
        </w:tc>
        <w:tc>
          <w:tcPr>
            <w:tcW w:w="1170" w:type="dxa"/>
            <w:vAlign w:val="center"/>
          </w:tcPr>
          <w:p w14:paraId="78E40DEC" w14:textId="5F7ECBE7"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20.688</w:t>
            </w:r>
          </w:p>
        </w:tc>
        <w:tc>
          <w:tcPr>
            <w:tcW w:w="1260" w:type="dxa"/>
            <w:vAlign w:val="center"/>
          </w:tcPr>
          <w:p w14:paraId="5FF7107E" w14:textId="534E4FA6"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17.688</w:t>
            </w:r>
          </w:p>
        </w:tc>
        <w:tc>
          <w:tcPr>
            <w:tcW w:w="1504" w:type="dxa"/>
            <w:vAlign w:val="center"/>
          </w:tcPr>
          <w:p w14:paraId="2440920F" w14:textId="5EFE2726"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22.8</w:t>
            </w:r>
          </w:p>
        </w:tc>
      </w:tr>
      <w:tr w:rsidR="00195546" w:rsidRPr="00584328" w14:paraId="24ACE59B" w14:textId="77777777" w:rsidTr="00D0486A">
        <w:trPr>
          <w:trHeight w:val="346"/>
          <w:jc w:val="center"/>
        </w:trPr>
        <w:tc>
          <w:tcPr>
            <w:tcW w:w="855" w:type="dxa"/>
            <w:vAlign w:val="center"/>
          </w:tcPr>
          <w:p w14:paraId="028C8F1C"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9</w:t>
            </w:r>
          </w:p>
        </w:tc>
        <w:tc>
          <w:tcPr>
            <w:tcW w:w="1570" w:type="dxa"/>
            <w:vAlign w:val="center"/>
          </w:tcPr>
          <w:p w14:paraId="655ACE9B" w14:textId="77777777" w:rsidR="00195546" w:rsidRPr="00584328" w:rsidRDefault="00195546"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C4</w:t>
            </w:r>
          </w:p>
        </w:tc>
        <w:tc>
          <w:tcPr>
            <w:tcW w:w="1016" w:type="dxa"/>
            <w:vAlign w:val="center"/>
          </w:tcPr>
          <w:p w14:paraId="67B4FB4E" w14:textId="042D5E36"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17.568</w:t>
            </w:r>
          </w:p>
        </w:tc>
        <w:tc>
          <w:tcPr>
            <w:tcW w:w="1080" w:type="dxa"/>
            <w:vAlign w:val="center"/>
          </w:tcPr>
          <w:p w14:paraId="2519DEDE" w14:textId="43203D2E"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17.976</w:t>
            </w:r>
          </w:p>
        </w:tc>
        <w:tc>
          <w:tcPr>
            <w:tcW w:w="1170" w:type="dxa"/>
            <w:vAlign w:val="center"/>
          </w:tcPr>
          <w:p w14:paraId="6C87A3F7" w14:textId="1152CCFD"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17.324</w:t>
            </w:r>
          </w:p>
        </w:tc>
        <w:tc>
          <w:tcPr>
            <w:tcW w:w="1260" w:type="dxa"/>
            <w:vAlign w:val="center"/>
          </w:tcPr>
          <w:p w14:paraId="2AAA3936" w14:textId="42DE7AAA"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16.44</w:t>
            </w:r>
          </w:p>
        </w:tc>
        <w:tc>
          <w:tcPr>
            <w:tcW w:w="1504" w:type="dxa"/>
            <w:vAlign w:val="center"/>
          </w:tcPr>
          <w:p w14:paraId="5F619778" w14:textId="4B77E55E" w:rsidR="00195546" w:rsidRPr="00584328" w:rsidRDefault="00195546" w:rsidP="00D0486A">
            <w:pPr>
              <w:pStyle w:val="BodyText"/>
              <w:tabs>
                <w:tab w:val="left" w:pos="360"/>
                <w:tab w:val="left" w:pos="8100"/>
              </w:tabs>
              <w:spacing w:after="0"/>
              <w:jc w:val="center"/>
              <w:rPr>
                <w:rFonts w:ascii="Arial" w:hAnsi="Arial" w:cs="Arial"/>
              </w:rPr>
            </w:pPr>
            <w:r w:rsidRPr="00584328">
              <w:rPr>
                <w:rFonts w:ascii="Arial" w:hAnsi="Arial" w:cs="Arial"/>
              </w:rPr>
              <w:t>21.744</w:t>
            </w:r>
          </w:p>
        </w:tc>
      </w:tr>
    </w:tbl>
    <w:p w14:paraId="2C8EC5B2" w14:textId="77777777" w:rsidR="00584328" w:rsidRPr="00584328" w:rsidRDefault="00584328" w:rsidP="00584328">
      <w:pPr>
        <w:ind w:left="142"/>
        <w:jc w:val="center"/>
        <w:rPr>
          <w:rFonts w:ascii="Arial" w:hAnsi="Arial" w:cs="Arial"/>
          <w:bCs/>
          <w:sz w:val="20"/>
          <w:szCs w:val="18"/>
        </w:rPr>
      </w:pPr>
      <w:r w:rsidRPr="00584328">
        <w:rPr>
          <w:rFonts w:ascii="Arial" w:hAnsi="Arial" w:cs="Arial"/>
          <w:bCs/>
          <w:sz w:val="20"/>
          <w:szCs w:val="18"/>
        </w:rPr>
        <w:t>Table 2.1: Temperature O.D converted to Enzyme Unit per ml</w:t>
      </w:r>
    </w:p>
    <w:p w14:paraId="3C4977D0" w14:textId="77777777" w:rsidR="00CD5479" w:rsidRPr="00584328" w:rsidRDefault="00CD5479" w:rsidP="00D0486A">
      <w:pPr>
        <w:pStyle w:val="Heading2"/>
        <w:rPr>
          <w:rFonts w:ascii="Arial" w:hAnsi="Arial" w:cs="Arial"/>
          <w:sz w:val="22"/>
          <w:szCs w:val="22"/>
        </w:rPr>
      </w:pPr>
      <w:r w:rsidRPr="00584328">
        <w:rPr>
          <w:rFonts w:ascii="Arial" w:hAnsi="Arial" w:cs="Arial"/>
          <w:sz w:val="22"/>
          <w:szCs w:val="22"/>
        </w:rPr>
        <w:t>Effect of different pH on keratinase enzyme activity</w:t>
      </w:r>
    </w:p>
    <w:p w14:paraId="5DE0325F" w14:textId="77777777" w:rsidR="00CD5479" w:rsidRPr="00584328" w:rsidRDefault="00CD5479" w:rsidP="00584328">
      <w:pPr>
        <w:pStyle w:val="BodyText"/>
        <w:tabs>
          <w:tab w:val="left" w:pos="360"/>
          <w:tab w:val="left" w:pos="8100"/>
        </w:tabs>
        <w:spacing w:line="240" w:lineRule="auto"/>
        <w:jc w:val="both"/>
        <w:rPr>
          <w:rFonts w:ascii="Arial" w:hAnsi="Arial" w:cs="Arial"/>
          <w:sz w:val="20"/>
          <w:szCs w:val="20"/>
        </w:rPr>
      </w:pPr>
      <w:r w:rsidRPr="00584328">
        <w:rPr>
          <w:rFonts w:ascii="Arial" w:hAnsi="Arial" w:cs="Arial"/>
          <w:sz w:val="20"/>
          <w:szCs w:val="20"/>
        </w:rPr>
        <w:t>Keratinolytic enzyme activity was studied in the pH range of 4 to 9 using Phosphate buffer.</w:t>
      </w:r>
    </w:p>
    <w:p w14:paraId="04AD25C3" w14:textId="77777777" w:rsidR="00CD5479" w:rsidRPr="00584328" w:rsidRDefault="00CD5479" w:rsidP="00584328">
      <w:pPr>
        <w:pStyle w:val="BodyText"/>
        <w:tabs>
          <w:tab w:val="left" w:pos="360"/>
          <w:tab w:val="left" w:pos="8100"/>
        </w:tabs>
        <w:spacing w:line="240" w:lineRule="auto"/>
        <w:jc w:val="both"/>
        <w:rPr>
          <w:rFonts w:ascii="Arial" w:hAnsi="Arial" w:cs="Arial"/>
          <w:sz w:val="20"/>
          <w:szCs w:val="20"/>
        </w:rPr>
      </w:pPr>
      <w:r w:rsidRPr="00584328">
        <w:rPr>
          <w:rFonts w:ascii="Arial" w:hAnsi="Arial" w:cs="Arial"/>
          <w:sz w:val="20"/>
          <w:szCs w:val="20"/>
        </w:rPr>
        <w:t>0.04 g feathers + 3.8 ml phosphate buffer having different pH from 4 to 9, to which 0.2 ml supernatant of culture filtrate of each microorganism was added.</w:t>
      </w:r>
    </w:p>
    <w:p w14:paraId="018E6736" w14:textId="77777777" w:rsidR="00CD5479" w:rsidRPr="00584328" w:rsidRDefault="00CD5479" w:rsidP="00584328">
      <w:pPr>
        <w:pStyle w:val="BodyText"/>
        <w:tabs>
          <w:tab w:val="left" w:pos="360"/>
          <w:tab w:val="left" w:pos="8100"/>
        </w:tabs>
        <w:spacing w:line="240" w:lineRule="auto"/>
        <w:jc w:val="both"/>
        <w:rPr>
          <w:rFonts w:ascii="Arial" w:hAnsi="Arial" w:cs="Arial"/>
          <w:sz w:val="20"/>
          <w:szCs w:val="20"/>
        </w:rPr>
      </w:pPr>
      <w:r w:rsidRPr="00584328">
        <w:rPr>
          <w:rFonts w:ascii="Arial" w:hAnsi="Arial" w:cs="Arial"/>
          <w:sz w:val="20"/>
          <w:szCs w:val="20"/>
        </w:rPr>
        <w:t>All tubes were incubated at 30° C for 1 hour, and then chilled in ice water for 10 min then filtered and O.D was taken at 280 nm.</w:t>
      </w:r>
    </w:p>
    <w:p w14:paraId="27788496" w14:textId="1A93D856" w:rsidR="000D74D4" w:rsidRPr="00584328" w:rsidRDefault="00CD5479" w:rsidP="00584328">
      <w:pPr>
        <w:pStyle w:val="BodyText"/>
        <w:tabs>
          <w:tab w:val="left" w:pos="360"/>
          <w:tab w:val="left" w:pos="8100"/>
        </w:tabs>
        <w:spacing w:line="240" w:lineRule="auto"/>
        <w:jc w:val="both"/>
        <w:rPr>
          <w:rFonts w:ascii="Arial" w:hAnsi="Arial" w:cs="Arial"/>
          <w:spacing w:val="-5"/>
        </w:rPr>
      </w:pPr>
      <w:r w:rsidRPr="00584328">
        <w:rPr>
          <w:rFonts w:ascii="Arial" w:hAnsi="Arial" w:cs="Arial"/>
          <w:sz w:val="20"/>
          <w:szCs w:val="20"/>
        </w:rPr>
        <w:t>O.D values were converted to Enzyme Unit / ml.</w:t>
      </w:r>
    </w:p>
    <w:tbl>
      <w:tblPr>
        <w:tblW w:w="764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1260"/>
        <w:gridCol w:w="1169"/>
        <w:gridCol w:w="1080"/>
        <w:gridCol w:w="1080"/>
        <w:gridCol w:w="1172"/>
      </w:tblGrid>
      <w:tr w:rsidR="000D74D4" w:rsidRPr="00D0486A" w14:paraId="5826DF8C" w14:textId="77777777" w:rsidTr="00D0486A">
        <w:trPr>
          <w:trHeight w:val="288"/>
        </w:trPr>
        <w:tc>
          <w:tcPr>
            <w:tcW w:w="1887" w:type="dxa"/>
            <w:vAlign w:val="center"/>
          </w:tcPr>
          <w:p w14:paraId="11075B76" w14:textId="77777777" w:rsidR="000D74D4" w:rsidRPr="00D0486A"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5"/>
                <w:sz w:val="20"/>
                <w:szCs w:val="20"/>
              </w:rPr>
              <w:t>pH</w:t>
            </w:r>
          </w:p>
        </w:tc>
        <w:tc>
          <w:tcPr>
            <w:tcW w:w="1260" w:type="dxa"/>
            <w:vAlign w:val="center"/>
          </w:tcPr>
          <w:p w14:paraId="2C7BEE08" w14:textId="77777777" w:rsidR="000D74D4" w:rsidRPr="00D0486A"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10"/>
                <w:sz w:val="20"/>
                <w:szCs w:val="20"/>
              </w:rPr>
              <w:t>5</w:t>
            </w:r>
          </w:p>
        </w:tc>
        <w:tc>
          <w:tcPr>
            <w:tcW w:w="1169" w:type="dxa"/>
            <w:vAlign w:val="center"/>
          </w:tcPr>
          <w:p w14:paraId="77FE3217" w14:textId="77777777" w:rsidR="000D74D4" w:rsidRPr="00D0486A"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10"/>
                <w:sz w:val="20"/>
                <w:szCs w:val="20"/>
              </w:rPr>
              <w:t>6</w:t>
            </w:r>
          </w:p>
        </w:tc>
        <w:tc>
          <w:tcPr>
            <w:tcW w:w="1080" w:type="dxa"/>
            <w:vAlign w:val="center"/>
          </w:tcPr>
          <w:p w14:paraId="01BEDE29" w14:textId="77777777" w:rsidR="000D74D4" w:rsidRPr="00D0486A"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10"/>
                <w:sz w:val="20"/>
                <w:szCs w:val="20"/>
              </w:rPr>
              <w:t>7</w:t>
            </w:r>
          </w:p>
        </w:tc>
        <w:tc>
          <w:tcPr>
            <w:tcW w:w="1080" w:type="dxa"/>
            <w:vAlign w:val="center"/>
          </w:tcPr>
          <w:p w14:paraId="6B891C92" w14:textId="77777777" w:rsidR="000D74D4" w:rsidRPr="00D0486A"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10"/>
                <w:sz w:val="20"/>
                <w:szCs w:val="20"/>
              </w:rPr>
              <w:t>8</w:t>
            </w:r>
          </w:p>
        </w:tc>
        <w:tc>
          <w:tcPr>
            <w:tcW w:w="1172" w:type="dxa"/>
            <w:vAlign w:val="center"/>
          </w:tcPr>
          <w:p w14:paraId="1CDCA807" w14:textId="77777777" w:rsidR="000D74D4" w:rsidRPr="00D0486A" w:rsidRDefault="000D74D4" w:rsidP="00584328">
            <w:pPr>
              <w:pStyle w:val="TableParagraph"/>
              <w:tabs>
                <w:tab w:val="left" w:pos="360"/>
                <w:tab w:val="left" w:pos="8100"/>
              </w:tabs>
              <w:spacing w:line="240" w:lineRule="auto"/>
              <w:ind w:left="0"/>
              <w:jc w:val="center"/>
              <w:rPr>
                <w:rFonts w:ascii="Arial" w:hAnsi="Arial" w:cs="Arial"/>
                <w:b/>
                <w:sz w:val="20"/>
                <w:szCs w:val="20"/>
              </w:rPr>
            </w:pPr>
            <w:r w:rsidRPr="00D0486A">
              <w:rPr>
                <w:rFonts w:ascii="Arial" w:hAnsi="Arial" w:cs="Arial"/>
                <w:b/>
                <w:spacing w:val="-10"/>
                <w:sz w:val="20"/>
                <w:szCs w:val="20"/>
              </w:rPr>
              <w:t>9</w:t>
            </w:r>
          </w:p>
        </w:tc>
      </w:tr>
      <w:tr w:rsidR="000D74D4" w:rsidRPr="00D0486A" w14:paraId="5BD8A48F" w14:textId="77777777" w:rsidTr="00D0486A">
        <w:trPr>
          <w:trHeight w:val="288"/>
        </w:trPr>
        <w:tc>
          <w:tcPr>
            <w:tcW w:w="1887" w:type="dxa"/>
            <w:vAlign w:val="center"/>
          </w:tcPr>
          <w:p w14:paraId="665AD0E1"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z w:val="20"/>
                <w:szCs w:val="20"/>
              </w:rPr>
              <w:t>Positive</w:t>
            </w:r>
            <w:r w:rsidRPr="00D0486A">
              <w:rPr>
                <w:rFonts w:ascii="Arial" w:hAnsi="Arial" w:cs="Arial"/>
                <w:b/>
                <w:spacing w:val="-1"/>
                <w:sz w:val="20"/>
                <w:szCs w:val="20"/>
              </w:rPr>
              <w:t xml:space="preserve"> </w:t>
            </w:r>
            <w:r w:rsidRPr="00D0486A">
              <w:rPr>
                <w:rFonts w:ascii="Arial" w:hAnsi="Arial" w:cs="Arial"/>
                <w:b/>
                <w:spacing w:val="-2"/>
                <w:sz w:val="20"/>
                <w:szCs w:val="20"/>
              </w:rPr>
              <w:t>control</w:t>
            </w:r>
          </w:p>
        </w:tc>
        <w:tc>
          <w:tcPr>
            <w:tcW w:w="1260" w:type="dxa"/>
            <w:vAlign w:val="center"/>
          </w:tcPr>
          <w:p w14:paraId="450C2B78"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35.64</w:t>
            </w:r>
          </w:p>
        </w:tc>
        <w:tc>
          <w:tcPr>
            <w:tcW w:w="1169" w:type="dxa"/>
            <w:vAlign w:val="center"/>
          </w:tcPr>
          <w:p w14:paraId="7EEC6B5D"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20.808</w:t>
            </w:r>
          </w:p>
        </w:tc>
        <w:tc>
          <w:tcPr>
            <w:tcW w:w="1080" w:type="dxa"/>
            <w:vAlign w:val="center"/>
          </w:tcPr>
          <w:p w14:paraId="4EDFC7A5"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20.808</w:t>
            </w:r>
          </w:p>
        </w:tc>
        <w:tc>
          <w:tcPr>
            <w:tcW w:w="1080" w:type="dxa"/>
            <w:vAlign w:val="center"/>
          </w:tcPr>
          <w:p w14:paraId="79FADE54"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24.84</w:t>
            </w:r>
          </w:p>
        </w:tc>
        <w:tc>
          <w:tcPr>
            <w:tcW w:w="1172" w:type="dxa"/>
            <w:vAlign w:val="center"/>
          </w:tcPr>
          <w:p w14:paraId="2830311B"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16.92</w:t>
            </w:r>
          </w:p>
        </w:tc>
      </w:tr>
      <w:tr w:rsidR="000D74D4" w:rsidRPr="00D0486A" w14:paraId="0B55118F" w14:textId="77777777" w:rsidTr="00D0486A">
        <w:trPr>
          <w:trHeight w:val="288"/>
        </w:trPr>
        <w:tc>
          <w:tcPr>
            <w:tcW w:w="1887" w:type="dxa"/>
            <w:vAlign w:val="center"/>
          </w:tcPr>
          <w:p w14:paraId="212DF44B"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Negative</w:t>
            </w:r>
            <w:r w:rsidRPr="00D0486A">
              <w:rPr>
                <w:rFonts w:ascii="Arial" w:hAnsi="Arial" w:cs="Arial"/>
                <w:b/>
                <w:sz w:val="20"/>
                <w:szCs w:val="20"/>
              </w:rPr>
              <w:t xml:space="preserve"> </w:t>
            </w:r>
            <w:r w:rsidRPr="00D0486A">
              <w:rPr>
                <w:rFonts w:ascii="Arial" w:hAnsi="Arial" w:cs="Arial"/>
                <w:b/>
                <w:spacing w:val="-2"/>
                <w:sz w:val="20"/>
                <w:szCs w:val="20"/>
              </w:rPr>
              <w:t>control</w:t>
            </w:r>
          </w:p>
        </w:tc>
        <w:tc>
          <w:tcPr>
            <w:tcW w:w="1260" w:type="dxa"/>
            <w:vAlign w:val="center"/>
          </w:tcPr>
          <w:p w14:paraId="7B019BC3"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23.64</w:t>
            </w:r>
          </w:p>
        </w:tc>
        <w:tc>
          <w:tcPr>
            <w:tcW w:w="1169" w:type="dxa"/>
            <w:vAlign w:val="center"/>
          </w:tcPr>
          <w:p w14:paraId="07C182BA"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14.568</w:t>
            </w:r>
          </w:p>
        </w:tc>
        <w:tc>
          <w:tcPr>
            <w:tcW w:w="1080" w:type="dxa"/>
            <w:vAlign w:val="center"/>
          </w:tcPr>
          <w:p w14:paraId="25C0C8DA"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16.392</w:t>
            </w:r>
          </w:p>
        </w:tc>
        <w:tc>
          <w:tcPr>
            <w:tcW w:w="1080" w:type="dxa"/>
            <w:vAlign w:val="center"/>
          </w:tcPr>
          <w:p w14:paraId="6FE61E45"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17.376</w:t>
            </w:r>
          </w:p>
        </w:tc>
        <w:tc>
          <w:tcPr>
            <w:tcW w:w="1172" w:type="dxa"/>
            <w:vAlign w:val="center"/>
          </w:tcPr>
          <w:p w14:paraId="6A243D6B"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2"/>
                <w:sz w:val="20"/>
                <w:szCs w:val="20"/>
              </w:rPr>
              <w:t>14.184</w:t>
            </w:r>
          </w:p>
        </w:tc>
      </w:tr>
      <w:tr w:rsidR="000D74D4" w:rsidRPr="00D0486A" w14:paraId="664DFD56" w14:textId="77777777" w:rsidTr="00D0486A">
        <w:trPr>
          <w:trHeight w:val="288"/>
        </w:trPr>
        <w:tc>
          <w:tcPr>
            <w:tcW w:w="1887" w:type="dxa"/>
            <w:vAlign w:val="center"/>
          </w:tcPr>
          <w:p w14:paraId="598F4CB3"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S1</w:t>
            </w:r>
          </w:p>
        </w:tc>
        <w:tc>
          <w:tcPr>
            <w:tcW w:w="1260" w:type="dxa"/>
            <w:vAlign w:val="center"/>
          </w:tcPr>
          <w:p w14:paraId="697E603E"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25.656</w:t>
            </w:r>
          </w:p>
        </w:tc>
        <w:tc>
          <w:tcPr>
            <w:tcW w:w="1169" w:type="dxa"/>
            <w:vAlign w:val="center"/>
          </w:tcPr>
          <w:p w14:paraId="303F15F9"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15.96</w:t>
            </w:r>
          </w:p>
        </w:tc>
        <w:tc>
          <w:tcPr>
            <w:tcW w:w="1080" w:type="dxa"/>
            <w:vAlign w:val="center"/>
          </w:tcPr>
          <w:p w14:paraId="7F3AB710"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17.904</w:t>
            </w:r>
          </w:p>
        </w:tc>
        <w:tc>
          <w:tcPr>
            <w:tcW w:w="1080" w:type="dxa"/>
            <w:vAlign w:val="center"/>
          </w:tcPr>
          <w:p w14:paraId="0A8DD734"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17.808</w:t>
            </w:r>
          </w:p>
        </w:tc>
        <w:tc>
          <w:tcPr>
            <w:tcW w:w="1172" w:type="dxa"/>
            <w:vAlign w:val="center"/>
          </w:tcPr>
          <w:p w14:paraId="7E859910"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14.256</w:t>
            </w:r>
          </w:p>
        </w:tc>
      </w:tr>
      <w:tr w:rsidR="000D74D4" w:rsidRPr="00D0486A" w14:paraId="0527C1DE" w14:textId="77777777" w:rsidTr="00D0486A">
        <w:trPr>
          <w:trHeight w:val="288"/>
        </w:trPr>
        <w:tc>
          <w:tcPr>
            <w:tcW w:w="1887" w:type="dxa"/>
            <w:vAlign w:val="center"/>
          </w:tcPr>
          <w:p w14:paraId="58FCB644" w14:textId="77777777" w:rsidR="000D74D4" w:rsidRPr="00D0486A" w:rsidRDefault="000D74D4" w:rsidP="00584328">
            <w:pPr>
              <w:pStyle w:val="TableParagraph"/>
              <w:tabs>
                <w:tab w:val="left" w:pos="360"/>
                <w:tab w:val="left" w:pos="8100"/>
              </w:tabs>
              <w:spacing w:line="276" w:lineRule="exact"/>
              <w:ind w:left="0"/>
              <w:jc w:val="center"/>
              <w:rPr>
                <w:rFonts w:ascii="Arial" w:hAnsi="Arial" w:cs="Arial"/>
                <w:b/>
                <w:sz w:val="20"/>
                <w:szCs w:val="20"/>
              </w:rPr>
            </w:pPr>
            <w:r w:rsidRPr="00D0486A">
              <w:rPr>
                <w:rFonts w:ascii="Arial" w:hAnsi="Arial" w:cs="Arial"/>
                <w:b/>
                <w:spacing w:val="-5"/>
                <w:sz w:val="20"/>
                <w:szCs w:val="20"/>
              </w:rPr>
              <w:t>S2</w:t>
            </w:r>
          </w:p>
        </w:tc>
        <w:tc>
          <w:tcPr>
            <w:tcW w:w="1260" w:type="dxa"/>
            <w:vAlign w:val="center"/>
          </w:tcPr>
          <w:p w14:paraId="71E9295D" w14:textId="77777777" w:rsidR="000D74D4" w:rsidRPr="00D0486A"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2"/>
                <w:sz w:val="20"/>
                <w:szCs w:val="20"/>
              </w:rPr>
              <w:t>33.48</w:t>
            </w:r>
          </w:p>
        </w:tc>
        <w:tc>
          <w:tcPr>
            <w:tcW w:w="1169" w:type="dxa"/>
            <w:vAlign w:val="center"/>
          </w:tcPr>
          <w:p w14:paraId="18E4CCC0" w14:textId="77777777" w:rsidR="000D74D4" w:rsidRPr="00D0486A"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2"/>
                <w:sz w:val="20"/>
                <w:szCs w:val="20"/>
              </w:rPr>
              <w:t>17.496</w:t>
            </w:r>
          </w:p>
        </w:tc>
        <w:tc>
          <w:tcPr>
            <w:tcW w:w="1080" w:type="dxa"/>
            <w:vAlign w:val="center"/>
          </w:tcPr>
          <w:p w14:paraId="1C8F8DE3" w14:textId="77777777" w:rsidR="000D74D4" w:rsidRPr="00D0486A"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2"/>
                <w:sz w:val="20"/>
                <w:szCs w:val="20"/>
              </w:rPr>
              <w:t>17.232</w:t>
            </w:r>
          </w:p>
        </w:tc>
        <w:tc>
          <w:tcPr>
            <w:tcW w:w="1080" w:type="dxa"/>
            <w:vAlign w:val="center"/>
          </w:tcPr>
          <w:p w14:paraId="4A42F06A" w14:textId="77777777" w:rsidR="000D74D4" w:rsidRPr="00D0486A"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2"/>
                <w:sz w:val="20"/>
                <w:szCs w:val="20"/>
              </w:rPr>
              <w:t>16.344</w:t>
            </w:r>
          </w:p>
        </w:tc>
        <w:tc>
          <w:tcPr>
            <w:tcW w:w="1172" w:type="dxa"/>
            <w:vAlign w:val="center"/>
          </w:tcPr>
          <w:p w14:paraId="050E0022" w14:textId="77777777" w:rsidR="000D74D4" w:rsidRPr="00D0486A" w:rsidRDefault="000D74D4" w:rsidP="00584328">
            <w:pPr>
              <w:pStyle w:val="TableParagraph"/>
              <w:tabs>
                <w:tab w:val="left" w:pos="360"/>
                <w:tab w:val="left" w:pos="8100"/>
              </w:tabs>
              <w:spacing w:line="276" w:lineRule="exact"/>
              <w:ind w:left="0"/>
              <w:jc w:val="center"/>
              <w:rPr>
                <w:rFonts w:ascii="Arial" w:hAnsi="Arial" w:cs="Arial"/>
                <w:sz w:val="20"/>
                <w:szCs w:val="20"/>
              </w:rPr>
            </w:pPr>
            <w:r w:rsidRPr="00D0486A">
              <w:rPr>
                <w:rFonts w:ascii="Arial" w:hAnsi="Arial" w:cs="Arial"/>
                <w:spacing w:val="-2"/>
                <w:sz w:val="20"/>
                <w:szCs w:val="20"/>
              </w:rPr>
              <w:t>15.48</w:t>
            </w:r>
          </w:p>
        </w:tc>
      </w:tr>
      <w:tr w:rsidR="000D74D4" w:rsidRPr="00D0486A" w14:paraId="6CF57B05" w14:textId="77777777" w:rsidTr="00D0486A">
        <w:trPr>
          <w:trHeight w:val="288"/>
        </w:trPr>
        <w:tc>
          <w:tcPr>
            <w:tcW w:w="1887" w:type="dxa"/>
            <w:vAlign w:val="center"/>
          </w:tcPr>
          <w:p w14:paraId="614506E3"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S3</w:t>
            </w:r>
          </w:p>
        </w:tc>
        <w:tc>
          <w:tcPr>
            <w:tcW w:w="1260" w:type="dxa"/>
            <w:vAlign w:val="center"/>
          </w:tcPr>
          <w:p w14:paraId="302616DF"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27.24</w:t>
            </w:r>
          </w:p>
        </w:tc>
        <w:tc>
          <w:tcPr>
            <w:tcW w:w="1169" w:type="dxa"/>
            <w:vAlign w:val="center"/>
          </w:tcPr>
          <w:p w14:paraId="40482BC6"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17.472</w:t>
            </w:r>
          </w:p>
        </w:tc>
        <w:tc>
          <w:tcPr>
            <w:tcW w:w="1080" w:type="dxa"/>
            <w:vAlign w:val="center"/>
          </w:tcPr>
          <w:p w14:paraId="2BC41EB3"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18.912</w:t>
            </w:r>
          </w:p>
        </w:tc>
        <w:tc>
          <w:tcPr>
            <w:tcW w:w="1080" w:type="dxa"/>
            <w:vAlign w:val="center"/>
          </w:tcPr>
          <w:p w14:paraId="1DDA95B7"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17.016</w:t>
            </w:r>
          </w:p>
        </w:tc>
        <w:tc>
          <w:tcPr>
            <w:tcW w:w="1172" w:type="dxa"/>
            <w:vAlign w:val="center"/>
          </w:tcPr>
          <w:p w14:paraId="65AE5B67"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16.728</w:t>
            </w:r>
          </w:p>
        </w:tc>
      </w:tr>
      <w:tr w:rsidR="000D74D4" w:rsidRPr="00D0486A" w14:paraId="3EC924D8" w14:textId="77777777" w:rsidTr="00D0486A">
        <w:trPr>
          <w:trHeight w:val="288"/>
        </w:trPr>
        <w:tc>
          <w:tcPr>
            <w:tcW w:w="1887" w:type="dxa"/>
            <w:vAlign w:val="center"/>
          </w:tcPr>
          <w:p w14:paraId="207D71A5"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S4</w:t>
            </w:r>
          </w:p>
        </w:tc>
        <w:tc>
          <w:tcPr>
            <w:tcW w:w="1260" w:type="dxa"/>
            <w:vAlign w:val="center"/>
          </w:tcPr>
          <w:p w14:paraId="077D801E"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28.32</w:t>
            </w:r>
          </w:p>
        </w:tc>
        <w:tc>
          <w:tcPr>
            <w:tcW w:w="1169" w:type="dxa"/>
            <w:vAlign w:val="center"/>
          </w:tcPr>
          <w:p w14:paraId="74A8A2B6"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16.248</w:t>
            </w:r>
          </w:p>
        </w:tc>
        <w:tc>
          <w:tcPr>
            <w:tcW w:w="1080" w:type="dxa"/>
            <w:vAlign w:val="center"/>
          </w:tcPr>
          <w:p w14:paraId="04771994"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19.896</w:t>
            </w:r>
          </w:p>
        </w:tc>
        <w:tc>
          <w:tcPr>
            <w:tcW w:w="1080" w:type="dxa"/>
            <w:vAlign w:val="center"/>
          </w:tcPr>
          <w:p w14:paraId="681D072C"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16.944</w:t>
            </w:r>
          </w:p>
        </w:tc>
        <w:tc>
          <w:tcPr>
            <w:tcW w:w="1172" w:type="dxa"/>
            <w:vAlign w:val="center"/>
          </w:tcPr>
          <w:p w14:paraId="3CA91CF8"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17.712</w:t>
            </w:r>
          </w:p>
        </w:tc>
      </w:tr>
      <w:tr w:rsidR="000D74D4" w:rsidRPr="00D0486A" w14:paraId="6FABE464" w14:textId="77777777" w:rsidTr="00D0486A">
        <w:trPr>
          <w:trHeight w:val="288"/>
        </w:trPr>
        <w:tc>
          <w:tcPr>
            <w:tcW w:w="1887" w:type="dxa"/>
            <w:vAlign w:val="center"/>
          </w:tcPr>
          <w:p w14:paraId="459748A3"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S5</w:t>
            </w:r>
          </w:p>
        </w:tc>
        <w:tc>
          <w:tcPr>
            <w:tcW w:w="1260" w:type="dxa"/>
            <w:vAlign w:val="center"/>
          </w:tcPr>
          <w:p w14:paraId="57CA6AB5"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29.016</w:t>
            </w:r>
          </w:p>
        </w:tc>
        <w:tc>
          <w:tcPr>
            <w:tcW w:w="1169" w:type="dxa"/>
            <w:vAlign w:val="center"/>
          </w:tcPr>
          <w:p w14:paraId="0B6C8543"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14.736</w:t>
            </w:r>
          </w:p>
        </w:tc>
        <w:tc>
          <w:tcPr>
            <w:tcW w:w="1080" w:type="dxa"/>
            <w:vAlign w:val="center"/>
          </w:tcPr>
          <w:p w14:paraId="5D411735"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16.632</w:t>
            </w:r>
          </w:p>
        </w:tc>
        <w:tc>
          <w:tcPr>
            <w:tcW w:w="1080" w:type="dxa"/>
            <w:vAlign w:val="center"/>
          </w:tcPr>
          <w:p w14:paraId="25242B1D"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17.832</w:t>
            </w:r>
          </w:p>
        </w:tc>
        <w:tc>
          <w:tcPr>
            <w:tcW w:w="1172" w:type="dxa"/>
            <w:vAlign w:val="center"/>
          </w:tcPr>
          <w:p w14:paraId="7796CFB9"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15.888</w:t>
            </w:r>
          </w:p>
        </w:tc>
      </w:tr>
      <w:tr w:rsidR="000D74D4" w:rsidRPr="00D0486A" w14:paraId="7F57F526" w14:textId="77777777" w:rsidTr="00D0486A">
        <w:trPr>
          <w:trHeight w:val="288"/>
        </w:trPr>
        <w:tc>
          <w:tcPr>
            <w:tcW w:w="1887" w:type="dxa"/>
            <w:vAlign w:val="center"/>
          </w:tcPr>
          <w:p w14:paraId="3065B7A8"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C1</w:t>
            </w:r>
          </w:p>
        </w:tc>
        <w:tc>
          <w:tcPr>
            <w:tcW w:w="1260" w:type="dxa"/>
            <w:vAlign w:val="center"/>
          </w:tcPr>
          <w:p w14:paraId="49436E17"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23.016</w:t>
            </w:r>
          </w:p>
        </w:tc>
        <w:tc>
          <w:tcPr>
            <w:tcW w:w="1169" w:type="dxa"/>
            <w:vAlign w:val="center"/>
          </w:tcPr>
          <w:p w14:paraId="3AE33BD4"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17.088</w:t>
            </w:r>
          </w:p>
        </w:tc>
        <w:tc>
          <w:tcPr>
            <w:tcW w:w="1080" w:type="dxa"/>
            <w:vAlign w:val="center"/>
          </w:tcPr>
          <w:p w14:paraId="3A7AF4D4"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15.384</w:t>
            </w:r>
          </w:p>
        </w:tc>
        <w:tc>
          <w:tcPr>
            <w:tcW w:w="1080" w:type="dxa"/>
            <w:vAlign w:val="center"/>
          </w:tcPr>
          <w:p w14:paraId="1A0F476E"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16.058</w:t>
            </w:r>
          </w:p>
        </w:tc>
        <w:tc>
          <w:tcPr>
            <w:tcW w:w="1172" w:type="dxa"/>
            <w:vAlign w:val="center"/>
          </w:tcPr>
          <w:p w14:paraId="5733F557"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14.736</w:t>
            </w:r>
          </w:p>
        </w:tc>
      </w:tr>
      <w:tr w:rsidR="000D74D4" w:rsidRPr="00D0486A" w14:paraId="09E68EFB" w14:textId="77777777" w:rsidTr="00D0486A">
        <w:trPr>
          <w:trHeight w:val="288"/>
        </w:trPr>
        <w:tc>
          <w:tcPr>
            <w:tcW w:w="1887" w:type="dxa"/>
            <w:vAlign w:val="center"/>
          </w:tcPr>
          <w:p w14:paraId="6C64BE3E"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C2</w:t>
            </w:r>
          </w:p>
        </w:tc>
        <w:tc>
          <w:tcPr>
            <w:tcW w:w="1260" w:type="dxa"/>
            <w:vAlign w:val="center"/>
          </w:tcPr>
          <w:p w14:paraId="6FE35212"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20.808</w:t>
            </w:r>
          </w:p>
        </w:tc>
        <w:tc>
          <w:tcPr>
            <w:tcW w:w="1169" w:type="dxa"/>
            <w:vAlign w:val="center"/>
          </w:tcPr>
          <w:p w14:paraId="7ED07EFC"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15.84</w:t>
            </w:r>
          </w:p>
        </w:tc>
        <w:tc>
          <w:tcPr>
            <w:tcW w:w="1080" w:type="dxa"/>
            <w:vAlign w:val="center"/>
          </w:tcPr>
          <w:p w14:paraId="1FA492E5"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17.88</w:t>
            </w:r>
          </w:p>
        </w:tc>
        <w:tc>
          <w:tcPr>
            <w:tcW w:w="1080" w:type="dxa"/>
            <w:vAlign w:val="center"/>
          </w:tcPr>
          <w:p w14:paraId="07A40CB9"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16.128</w:t>
            </w:r>
          </w:p>
        </w:tc>
        <w:tc>
          <w:tcPr>
            <w:tcW w:w="1172" w:type="dxa"/>
            <w:vAlign w:val="center"/>
          </w:tcPr>
          <w:p w14:paraId="3B88CB28"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15.456</w:t>
            </w:r>
          </w:p>
        </w:tc>
      </w:tr>
      <w:tr w:rsidR="000D74D4" w:rsidRPr="00D0486A" w14:paraId="68D6192E" w14:textId="77777777" w:rsidTr="00D0486A">
        <w:trPr>
          <w:trHeight w:val="288"/>
        </w:trPr>
        <w:tc>
          <w:tcPr>
            <w:tcW w:w="1887" w:type="dxa"/>
            <w:vAlign w:val="center"/>
          </w:tcPr>
          <w:p w14:paraId="6D07F7AA"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C3</w:t>
            </w:r>
          </w:p>
        </w:tc>
        <w:tc>
          <w:tcPr>
            <w:tcW w:w="1260" w:type="dxa"/>
            <w:vAlign w:val="center"/>
          </w:tcPr>
          <w:p w14:paraId="65B535B5"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30.6</w:t>
            </w:r>
          </w:p>
        </w:tc>
        <w:tc>
          <w:tcPr>
            <w:tcW w:w="1169" w:type="dxa"/>
            <w:vAlign w:val="center"/>
          </w:tcPr>
          <w:p w14:paraId="73DA51D1"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17.76</w:t>
            </w:r>
          </w:p>
        </w:tc>
        <w:tc>
          <w:tcPr>
            <w:tcW w:w="1080" w:type="dxa"/>
            <w:vAlign w:val="center"/>
          </w:tcPr>
          <w:p w14:paraId="1981C2CD"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16.728</w:t>
            </w:r>
          </w:p>
        </w:tc>
        <w:tc>
          <w:tcPr>
            <w:tcW w:w="1080" w:type="dxa"/>
            <w:vAlign w:val="center"/>
          </w:tcPr>
          <w:p w14:paraId="221B0053"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14.976</w:t>
            </w:r>
          </w:p>
        </w:tc>
        <w:tc>
          <w:tcPr>
            <w:tcW w:w="1172" w:type="dxa"/>
            <w:vAlign w:val="center"/>
          </w:tcPr>
          <w:p w14:paraId="00E83F6E"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16.08</w:t>
            </w:r>
          </w:p>
        </w:tc>
      </w:tr>
      <w:tr w:rsidR="000D74D4" w:rsidRPr="00D0486A" w14:paraId="53D1085B" w14:textId="77777777" w:rsidTr="00D0486A">
        <w:trPr>
          <w:trHeight w:val="288"/>
        </w:trPr>
        <w:tc>
          <w:tcPr>
            <w:tcW w:w="1887" w:type="dxa"/>
            <w:vAlign w:val="center"/>
          </w:tcPr>
          <w:p w14:paraId="7890D8B8" w14:textId="77777777" w:rsidR="000D74D4" w:rsidRPr="00D0486A" w:rsidRDefault="000D74D4" w:rsidP="00584328">
            <w:pPr>
              <w:pStyle w:val="TableParagraph"/>
              <w:tabs>
                <w:tab w:val="left" w:pos="360"/>
                <w:tab w:val="left" w:pos="8100"/>
              </w:tabs>
              <w:ind w:left="0"/>
              <w:jc w:val="center"/>
              <w:rPr>
                <w:rFonts w:ascii="Arial" w:hAnsi="Arial" w:cs="Arial"/>
                <w:b/>
                <w:sz w:val="20"/>
                <w:szCs w:val="20"/>
              </w:rPr>
            </w:pPr>
            <w:r w:rsidRPr="00D0486A">
              <w:rPr>
                <w:rFonts w:ascii="Arial" w:hAnsi="Arial" w:cs="Arial"/>
                <w:b/>
                <w:spacing w:val="-5"/>
                <w:sz w:val="20"/>
                <w:szCs w:val="20"/>
              </w:rPr>
              <w:t>C4</w:t>
            </w:r>
          </w:p>
        </w:tc>
        <w:tc>
          <w:tcPr>
            <w:tcW w:w="1260" w:type="dxa"/>
            <w:vAlign w:val="center"/>
          </w:tcPr>
          <w:p w14:paraId="67D6FC6F"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4"/>
                <w:sz w:val="20"/>
                <w:szCs w:val="20"/>
              </w:rPr>
              <w:t>22.5</w:t>
            </w:r>
          </w:p>
        </w:tc>
        <w:tc>
          <w:tcPr>
            <w:tcW w:w="1169" w:type="dxa"/>
            <w:vAlign w:val="center"/>
          </w:tcPr>
          <w:p w14:paraId="3D9F1640"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15.768</w:t>
            </w:r>
          </w:p>
        </w:tc>
        <w:tc>
          <w:tcPr>
            <w:tcW w:w="1080" w:type="dxa"/>
            <w:vAlign w:val="center"/>
          </w:tcPr>
          <w:p w14:paraId="1B256C9E"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14.88</w:t>
            </w:r>
          </w:p>
        </w:tc>
        <w:tc>
          <w:tcPr>
            <w:tcW w:w="1080" w:type="dxa"/>
            <w:vAlign w:val="center"/>
          </w:tcPr>
          <w:p w14:paraId="05C4BB4D"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15.408</w:t>
            </w:r>
          </w:p>
        </w:tc>
        <w:tc>
          <w:tcPr>
            <w:tcW w:w="1172" w:type="dxa"/>
            <w:vAlign w:val="center"/>
          </w:tcPr>
          <w:p w14:paraId="67521A8A" w14:textId="77777777" w:rsidR="000D74D4" w:rsidRPr="00D0486A" w:rsidRDefault="000D74D4" w:rsidP="00584328">
            <w:pPr>
              <w:pStyle w:val="TableParagraph"/>
              <w:tabs>
                <w:tab w:val="left" w:pos="360"/>
                <w:tab w:val="left" w:pos="8100"/>
              </w:tabs>
              <w:ind w:left="0"/>
              <w:jc w:val="center"/>
              <w:rPr>
                <w:rFonts w:ascii="Arial" w:hAnsi="Arial" w:cs="Arial"/>
                <w:sz w:val="20"/>
                <w:szCs w:val="20"/>
              </w:rPr>
            </w:pPr>
            <w:r w:rsidRPr="00D0486A">
              <w:rPr>
                <w:rFonts w:ascii="Arial" w:hAnsi="Arial" w:cs="Arial"/>
                <w:spacing w:val="-2"/>
                <w:sz w:val="20"/>
                <w:szCs w:val="20"/>
              </w:rPr>
              <w:t>15.84</w:t>
            </w:r>
          </w:p>
        </w:tc>
      </w:tr>
    </w:tbl>
    <w:p w14:paraId="2CE96D7F" w14:textId="77777777" w:rsidR="00D0486A" w:rsidRDefault="00D0486A" w:rsidP="00D0486A">
      <w:pPr>
        <w:spacing w:before="71"/>
        <w:jc w:val="center"/>
        <w:rPr>
          <w:rFonts w:ascii="Arial" w:hAnsi="Arial" w:cs="Arial"/>
          <w:bCs/>
          <w:spacing w:val="-5"/>
          <w:sz w:val="20"/>
          <w:szCs w:val="18"/>
        </w:rPr>
      </w:pPr>
      <w:r w:rsidRPr="00584328">
        <w:rPr>
          <w:rFonts w:ascii="Arial" w:hAnsi="Arial" w:cs="Arial"/>
          <w:bCs/>
          <w:sz w:val="20"/>
          <w:szCs w:val="18"/>
        </w:rPr>
        <w:t>Table</w:t>
      </w:r>
      <w:r w:rsidRPr="00584328">
        <w:rPr>
          <w:rFonts w:ascii="Arial" w:hAnsi="Arial" w:cs="Arial"/>
          <w:bCs/>
          <w:spacing w:val="-4"/>
          <w:sz w:val="20"/>
          <w:szCs w:val="18"/>
        </w:rPr>
        <w:t xml:space="preserve"> </w:t>
      </w:r>
      <w:r w:rsidRPr="00584328">
        <w:rPr>
          <w:rFonts w:ascii="Arial" w:hAnsi="Arial" w:cs="Arial"/>
          <w:bCs/>
          <w:sz w:val="20"/>
          <w:szCs w:val="18"/>
        </w:rPr>
        <w:t>3.1:</w:t>
      </w:r>
      <w:r w:rsidRPr="00584328">
        <w:rPr>
          <w:rFonts w:ascii="Arial" w:hAnsi="Arial" w:cs="Arial"/>
          <w:bCs/>
          <w:spacing w:val="-6"/>
          <w:sz w:val="20"/>
          <w:szCs w:val="18"/>
        </w:rPr>
        <w:t xml:space="preserve"> </w:t>
      </w:r>
      <w:r w:rsidRPr="00584328">
        <w:rPr>
          <w:rFonts w:ascii="Arial" w:hAnsi="Arial" w:cs="Arial"/>
          <w:bCs/>
          <w:sz w:val="20"/>
          <w:szCs w:val="18"/>
        </w:rPr>
        <w:t>pH</w:t>
      </w:r>
      <w:r w:rsidRPr="00584328">
        <w:rPr>
          <w:rFonts w:ascii="Arial" w:hAnsi="Arial" w:cs="Arial"/>
          <w:bCs/>
          <w:spacing w:val="-4"/>
          <w:sz w:val="20"/>
          <w:szCs w:val="18"/>
        </w:rPr>
        <w:t xml:space="preserve"> </w:t>
      </w:r>
      <w:r w:rsidRPr="00584328">
        <w:rPr>
          <w:rFonts w:ascii="Arial" w:hAnsi="Arial" w:cs="Arial"/>
          <w:bCs/>
          <w:sz w:val="20"/>
          <w:szCs w:val="18"/>
        </w:rPr>
        <w:t>O.D</w:t>
      </w:r>
      <w:r w:rsidRPr="00584328">
        <w:rPr>
          <w:rFonts w:ascii="Arial" w:hAnsi="Arial" w:cs="Arial"/>
          <w:bCs/>
          <w:spacing w:val="-5"/>
          <w:sz w:val="20"/>
          <w:szCs w:val="18"/>
        </w:rPr>
        <w:t xml:space="preserve"> </w:t>
      </w:r>
      <w:r w:rsidRPr="00584328">
        <w:rPr>
          <w:rFonts w:ascii="Arial" w:hAnsi="Arial" w:cs="Arial"/>
          <w:bCs/>
          <w:sz w:val="20"/>
          <w:szCs w:val="18"/>
        </w:rPr>
        <w:t>converted</w:t>
      </w:r>
      <w:r w:rsidRPr="00584328">
        <w:rPr>
          <w:rFonts w:ascii="Arial" w:hAnsi="Arial" w:cs="Arial"/>
          <w:bCs/>
          <w:spacing w:val="-4"/>
          <w:sz w:val="20"/>
          <w:szCs w:val="18"/>
        </w:rPr>
        <w:t xml:space="preserve"> </w:t>
      </w:r>
      <w:r w:rsidRPr="00584328">
        <w:rPr>
          <w:rFonts w:ascii="Arial" w:hAnsi="Arial" w:cs="Arial"/>
          <w:bCs/>
          <w:sz w:val="20"/>
          <w:szCs w:val="18"/>
        </w:rPr>
        <w:t>to</w:t>
      </w:r>
      <w:r w:rsidRPr="00584328">
        <w:rPr>
          <w:rFonts w:ascii="Arial" w:hAnsi="Arial" w:cs="Arial"/>
          <w:bCs/>
          <w:spacing w:val="-3"/>
          <w:sz w:val="20"/>
          <w:szCs w:val="18"/>
        </w:rPr>
        <w:t xml:space="preserve"> </w:t>
      </w:r>
      <w:r w:rsidRPr="00584328">
        <w:rPr>
          <w:rFonts w:ascii="Arial" w:hAnsi="Arial" w:cs="Arial"/>
          <w:bCs/>
          <w:sz w:val="20"/>
          <w:szCs w:val="18"/>
        </w:rPr>
        <w:t>Enzyme</w:t>
      </w:r>
      <w:r w:rsidRPr="00584328">
        <w:rPr>
          <w:rFonts w:ascii="Arial" w:hAnsi="Arial" w:cs="Arial"/>
          <w:bCs/>
          <w:spacing w:val="-5"/>
          <w:sz w:val="20"/>
          <w:szCs w:val="18"/>
        </w:rPr>
        <w:t xml:space="preserve"> </w:t>
      </w:r>
      <w:r w:rsidRPr="00584328">
        <w:rPr>
          <w:rFonts w:ascii="Arial" w:hAnsi="Arial" w:cs="Arial"/>
          <w:bCs/>
          <w:sz w:val="20"/>
          <w:szCs w:val="18"/>
        </w:rPr>
        <w:t>Unit</w:t>
      </w:r>
      <w:r w:rsidRPr="00584328">
        <w:rPr>
          <w:rFonts w:ascii="Arial" w:hAnsi="Arial" w:cs="Arial"/>
          <w:bCs/>
          <w:spacing w:val="-4"/>
          <w:sz w:val="20"/>
          <w:szCs w:val="18"/>
        </w:rPr>
        <w:t xml:space="preserve"> </w:t>
      </w:r>
      <w:r w:rsidRPr="00584328">
        <w:rPr>
          <w:rFonts w:ascii="Arial" w:hAnsi="Arial" w:cs="Arial"/>
          <w:bCs/>
          <w:sz w:val="20"/>
          <w:szCs w:val="18"/>
        </w:rPr>
        <w:t>per</w:t>
      </w:r>
      <w:r w:rsidRPr="00584328">
        <w:rPr>
          <w:rFonts w:ascii="Arial" w:hAnsi="Arial" w:cs="Arial"/>
          <w:bCs/>
          <w:spacing w:val="-8"/>
          <w:sz w:val="20"/>
          <w:szCs w:val="18"/>
        </w:rPr>
        <w:t xml:space="preserve"> </w:t>
      </w:r>
      <w:r w:rsidRPr="00584328">
        <w:rPr>
          <w:rFonts w:ascii="Arial" w:hAnsi="Arial" w:cs="Arial"/>
          <w:bCs/>
          <w:spacing w:val="-5"/>
          <w:sz w:val="20"/>
          <w:szCs w:val="18"/>
        </w:rPr>
        <w:t>ml</w:t>
      </w:r>
    </w:p>
    <w:p w14:paraId="349F9BCF" w14:textId="77777777" w:rsidR="00D0486A" w:rsidRDefault="00D0486A" w:rsidP="00584328">
      <w:pPr>
        <w:tabs>
          <w:tab w:val="left" w:pos="360"/>
          <w:tab w:val="left" w:pos="8100"/>
        </w:tabs>
        <w:spacing w:after="240"/>
        <w:rPr>
          <w:rFonts w:ascii="Arial" w:hAnsi="Arial" w:cs="Arial"/>
          <w:b/>
          <w:sz w:val="24"/>
        </w:rPr>
      </w:pPr>
    </w:p>
    <w:p w14:paraId="75826F80" w14:textId="46187DD1" w:rsidR="00584328" w:rsidRPr="00584328" w:rsidRDefault="00584328" w:rsidP="00584328">
      <w:pPr>
        <w:tabs>
          <w:tab w:val="left" w:pos="360"/>
          <w:tab w:val="left" w:pos="8100"/>
        </w:tabs>
        <w:spacing w:after="240"/>
        <w:rPr>
          <w:rFonts w:ascii="Arial" w:hAnsi="Arial" w:cs="Arial"/>
          <w:sz w:val="24"/>
        </w:rPr>
      </w:pPr>
      <w:r w:rsidRPr="00584328">
        <w:rPr>
          <w:rFonts w:ascii="Arial" w:hAnsi="Arial" w:cs="Arial"/>
          <w:b/>
          <w:sz w:val="24"/>
        </w:rPr>
        <w:lastRenderedPageBreak/>
        <w:t>Calculations:</w:t>
      </w:r>
      <w:r w:rsidRPr="00584328">
        <w:rPr>
          <w:rFonts w:ascii="Arial" w:hAnsi="Arial" w:cs="Arial"/>
          <w:b/>
          <w:spacing w:val="-3"/>
          <w:sz w:val="24"/>
        </w:rPr>
        <w:t xml:space="preserve"> </w:t>
      </w:r>
      <w:r w:rsidRPr="00584328">
        <w:rPr>
          <w:rFonts w:ascii="Arial" w:hAnsi="Arial" w:cs="Arial"/>
          <w:sz w:val="24"/>
        </w:rPr>
        <w:t>values</w:t>
      </w:r>
      <w:r w:rsidRPr="00584328">
        <w:rPr>
          <w:rFonts w:ascii="Arial" w:hAnsi="Arial" w:cs="Arial"/>
          <w:spacing w:val="-3"/>
          <w:sz w:val="24"/>
        </w:rPr>
        <w:t xml:space="preserve"> </w:t>
      </w:r>
      <w:r w:rsidRPr="00584328">
        <w:rPr>
          <w:rFonts w:ascii="Arial" w:hAnsi="Arial" w:cs="Arial"/>
          <w:sz w:val="24"/>
        </w:rPr>
        <w:t>converted</w:t>
      </w:r>
      <w:r w:rsidRPr="00584328">
        <w:rPr>
          <w:rFonts w:ascii="Arial" w:hAnsi="Arial" w:cs="Arial"/>
          <w:spacing w:val="-2"/>
          <w:sz w:val="24"/>
        </w:rPr>
        <w:t xml:space="preserve"> </w:t>
      </w:r>
      <w:r w:rsidRPr="00584328">
        <w:rPr>
          <w:rFonts w:ascii="Arial" w:hAnsi="Arial" w:cs="Arial"/>
          <w:sz w:val="24"/>
        </w:rPr>
        <w:t>into</w:t>
      </w:r>
      <w:r w:rsidRPr="00584328">
        <w:rPr>
          <w:rFonts w:ascii="Arial" w:hAnsi="Arial" w:cs="Arial"/>
          <w:spacing w:val="-3"/>
          <w:sz w:val="24"/>
        </w:rPr>
        <w:t xml:space="preserve"> </w:t>
      </w:r>
      <w:r w:rsidRPr="00584328">
        <w:rPr>
          <w:rFonts w:ascii="Arial" w:hAnsi="Arial" w:cs="Arial"/>
          <w:sz w:val="24"/>
        </w:rPr>
        <w:t>Enzyme</w:t>
      </w:r>
      <w:r w:rsidRPr="00584328">
        <w:rPr>
          <w:rFonts w:ascii="Arial" w:hAnsi="Arial" w:cs="Arial"/>
          <w:spacing w:val="-2"/>
          <w:sz w:val="24"/>
        </w:rPr>
        <w:t xml:space="preserve"> </w:t>
      </w:r>
      <w:r w:rsidRPr="00584328">
        <w:rPr>
          <w:rFonts w:ascii="Arial" w:hAnsi="Arial" w:cs="Arial"/>
          <w:sz w:val="24"/>
        </w:rPr>
        <w:t>unit per</w:t>
      </w:r>
      <w:r w:rsidRPr="00584328">
        <w:rPr>
          <w:rFonts w:ascii="Arial" w:hAnsi="Arial" w:cs="Arial"/>
          <w:spacing w:val="-2"/>
          <w:sz w:val="24"/>
        </w:rPr>
        <w:t xml:space="preserve"> </w:t>
      </w:r>
      <w:r w:rsidRPr="00584328">
        <w:rPr>
          <w:rFonts w:ascii="Arial" w:hAnsi="Arial" w:cs="Arial"/>
          <w:spacing w:val="-5"/>
          <w:sz w:val="24"/>
        </w:rPr>
        <w:t>ml</w:t>
      </w:r>
    </w:p>
    <w:p w14:paraId="286286E4" w14:textId="1C23638C" w:rsidR="004B07DA" w:rsidRPr="00584328" w:rsidRDefault="002A40BB" w:rsidP="00D0486A">
      <w:pPr>
        <w:pStyle w:val="BodyText"/>
        <w:tabs>
          <w:tab w:val="left" w:pos="360"/>
          <w:tab w:val="left" w:pos="8100"/>
        </w:tabs>
        <w:spacing w:after="240" w:line="360" w:lineRule="auto"/>
        <w:jc w:val="both"/>
        <w:rPr>
          <w:rFonts w:ascii="Arial" w:hAnsi="Arial" w:cs="Arial"/>
          <w:spacing w:val="-5"/>
        </w:rPr>
      </w:pPr>
      <w:r w:rsidRPr="00584328">
        <w:rPr>
          <w:rFonts w:ascii="Arial" w:hAnsi="Arial" w:cs="Arial"/>
          <w:sz w:val="20"/>
          <w:szCs w:val="20"/>
        </w:rPr>
        <w:t>Enzyme unit per ml = optical density x total volume x dilution rate x incubation time.</w:t>
      </w:r>
    </w:p>
    <w:tbl>
      <w:tblPr>
        <w:tblStyle w:val="TableGrid"/>
        <w:tblW w:w="0" w:type="auto"/>
        <w:jc w:val="center"/>
        <w:tblLook w:val="04A0" w:firstRow="1" w:lastRow="0" w:firstColumn="1" w:lastColumn="0" w:noHBand="0" w:noVBand="1"/>
      </w:tblPr>
      <w:tblGrid>
        <w:gridCol w:w="985"/>
        <w:gridCol w:w="2031"/>
        <w:gridCol w:w="955"/>
        <w:gridCol w:w="934"/>
        <w:gridCol w:w="980"/>
        <w:gridCol w:w="1025"/>
        <w:gridCol w:w="1010"/>
      </w:tblGrid>
      <w:tr w:rsidR="00584328" w:rsidRPr="00584328" w14:paraId="0B7AD190" w14:textId="77777777" w:rsidTr="00D0486A">
        <w:trPr>
          <w:trHeight w:val="346"/>
          <w:jc w:val="center"/>
        </w:trPr>
        <w:tc>
          <w:tcPr>
            <w:tcW w:w="985" w:type="dxa"/>
            <w:vAlign w:val="center"/>
          </w:tcPr>
          <w:p w14:paraId="5BD1260C" w14:textId="07F12D73"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Sr. no.</w:t>
            </w:r>
          </w:p>
        </w:tc>
        <w:tc>
          <w:tcPr>
            <w:tcW w:w="2031" w:type="dxa"/>
            <w:vAlign w:val="center"/>
          </w:tcPr>
          <w:p w14:paraId="01AD93F9"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Samples</w:t>
            </w:r>
          </w:p>
        </w:tc>
        <w:tc>
          <w:tcPr>
            <w:tcW w:w="4904" w:type="dxa"/>
            <w:gridSpan w:val="5"/>
            <w:vAlign w:val="center"/>
          </w:tcPr>
          <w:p w14:paraId="7B12635D"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Effect of pH on Keratinase</w:t>
            </w:r>
            <w:r w:rsidRPr="00584328">
              <w:rPr>
                <w:rFonts w:ascii="Arial" w:hAnsi="Arial" w:cs="Arial"/>
                <w:spacing w:val="-4"/>
              </w:rPr>
              <w:t xml:space="preserve"> </w:t>
            </w:r>
            <w:r w:rsidRPr="00584328">
              <w:rPr>
                <w:rFonts w:ascii="Arial" w:hAnsi="Arial" w:cs="Arial"/>
              </w:rPr>
              <w:t xml:space="preserve">activity (U/ ml / </w:t>
            </w:r>
            <w:r w:rsidRPr="00584328">
              <w:rPr>
                <w:rFonts w:ascii="Arial" w:hAnsi="Arial" w:cs="Arial"/>
                <w:spacing w:val="-5"/>
              </w:rPr>
              <w:t>min)</w:t>
            </w:r>
          </w:p>
        </w:tc>
      </w:tr>
      <w:tr w:rsidR="00584328" w:rsidRPr="00584328" w14:paraId="09166D09" w14:textId="77777777" w:rsidTr="00D0486A">
        <w:trPr>
          <w:trHeight w:val="346"/>
          <w:jc w:val="center"/>
        </w:trPr>
        <w:tc>
          <w:tcPr>
            <w:tcW w:w="985" w:type="dxa"/>
            <w:vAlign w:val="center"/>
          </w:tcPr>
          <w:p w14:paraId="01C64594"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p>
        </w:tc>
        <w:tc>
          <w:tcPr>
            <w:tcW w:w="2031" w:type="dxa"/>
            <w:vAlign w:val="center"/>
          </w:tcPr>
          <w:p w14:paraId="2E67DE16"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pH</w:t>
            </w:r>
          </w:p>
        </w:tc>
        <w:tc>
          <w:tcPr>
            <w:tcW w:w="955" w:type="dxa"/>
            <w:vAlign w:val="center"/>
          </w:tcPr>
          <w:p w14:paraId="61BFC8FC"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10"/>
                <w:sz w:val="24"/>
              </w:rPr>
              <w:t>5</w:t>
            </w:r>
          </w:p>
        </w:tc>
        <w:tc>
          <w:tcPr>
            <w:tcW w:w="934" w:type="dxa"/>
            <w:vAlign w:val="center"/>
          </w:tcPr>
          <w:p w14:paraId="158E57F9"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10"/>
                <w:sz w:val="24"/>
              </w:rPr>
              <w:t>6</w:t>
            </w:r>
          </w:p>
        </w:tc>
        <w:tc>
          <w:tcPr>
            <w:tcW w:w="980" w:type="dxa"/>
            <w:vAlign w:val="center"/>
          </w:tcPr>
          <w:p w14:paraId="10D1989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10"/>
                <w:sz w:val="24"/>
              </w:rPr>
              <w:t>7</w:t>
            </w:r>
          </w:p>
        </w:tc>
        <w:tc>
          <w:tcPr>
            <w:tcW w:w="1025" w:type="dxa"/>
            <w:vAlign w:val="center"/>
          </w:tcPr>
          <w:p w14:paraId="53D6B37D"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10"/>
                <w:sz w:val="24"/>
              </w:rPr>
              <w:t>8</w:t>
            </w:r>
          </w:p>
        </w:tc>
        <w:tc>
          <w:tcPr>
            <w:tcW w:w="1010" w:type="dxa"/>
            <w:vAlign w:val="center"/>
          </w:tcPr>
          <w:p w14:paraId="6EB0A0D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10"/>
                <w:sz w:val="24"/>
              </w:rPr>
              <w:t>9</w:t>
            </w:r>
          </w:p>
        </w:tc>
      </w:tr>
      <w:tr w:rsidR="00584328" w:rsidRPr="00584328" w14:paraId="14501CDB" w14:textId="77777777" w:rsidTr="00D0486A">
        <w:trPr>
          <w:trHeight w:val="346"/>
          <w:jc w:val="center"/>
        </w:trPr>
        <w:tc>
          <w:tcPr>
            <w:tcW w:w="985" w:type="dxa"/>
            <w:vAlign w:val="center"/>
          </w:tcPr>
          <w:p w14:paraId="3C61B688"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p>
        </w:tc>
        <w:tc>
          <w:tcPr>
            <w:tcW w:w="2031" w:type="dxa"/>
            <w:vAlign w:val="center"/>
          </w:tcPr>
          <w:p w14:paraId="0BA44518" w14:textId="28F9658E" w:rsidR="00584328" w:rsidRPr="00584328" w:rsidRDefault="00584328" w:rsidP="00D0486A">
            <w:pPr>
              <w:pStyle w:val="BodyText"/>
              <w:tabs>
                <w:tab w:val="left" w:pos="360"/>
                <w:tab w:val="left" w:pos="8100"/>
              </w:tabs>
              <w:spacing w:after="0" w:line="360" w:lineRule="auto"/>
              <w:jc w:val="center"/>
              <w:rPr>
                <w:rFonts w:ascii="Arial" w:hAnsi="Arial" w:cs="Arial"/>
              </w:rPr>
            </w:pPr>
            <w:r>
              <w:rPr>
                <w:rFonts w:ascii="Arial" w:hAnsi="Arial" w:cs="Arial"/>
                <w:b/>
                <w:sz w:val="24"/>
              </w:rPr>
              <w:t>+</w:t>
            </w:r>
            <w:proofErr w:type="spellStart"/>
            <w:r>
              <w:rPr>
                <w:rFonts w:ascii="Arial" w:hAnsi="Arial" w:cs="Arial"/>
                <w:b/>
                <w:sz w:val="24"/>
              </w:rPr>
              <w:t>ve</w:t>
            </w:r>
            <w:proofErr w:type="spellEnd"/>
            <w:r w:rsidRPr="00584328">
              <w:rPr>
                <w:rFonts w:ascii="Arial" w:hAnsi="Arial" w:cs="Arial"/>
                <w:b/>
                <w:spacing w:val="-1"/>
                <w:sz w:val="24"/>
              </w:rPr>
              <w:t xml:space="preserve"> </w:t>
            </w:r>
            <w:r w:rsidRPr="00584328">
              <w:rPr>
                <w:rFonts w:ascii="Arial" w:hAnsi="Arial" w:cs="Arial"/>
                <w:b/>
                <w:spacing w:val="-2"/>
                <w:sz w:val="24"/>
              </w:rPr>
              <w:t>control</w:t>
            </w:r>
          </w:p>
        </w:tc>
        <w:tc>
          <w:tcPr>
            <w:tcW w:w="955" w:type="dxa"/>
            <w:vAlign w:val="center"/>
          </w:tcPr>
          <w:p w14:paraId="37FB5A59"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1.485</w:t>
            </w:r>
          </w:p>
        </w:tc>
        <w:tc>
          <w:tcPr>
            <w:tcW w:w="934" w:type="dxa"/>
            <w:vAlign w:val="center"/>
          </w:tcPr>
          <w:p w14:paraId="40C5DDC0"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0.867</w:t>
            </w:r>
          </w:p>
        </w:tc>
        <w:tc>
          <w:tcPr>
            <w:tcW w:w="980" w:type="dxa"/>
            <w:vAlign w:val="center"/>
          </w:tcPr>
          <w:p w14:paraId="01D8EB4A"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0.867</w:t>
            </w:r>
          </w:p>
        </w:tc>
        <w:tc>
          <w:tcPr>
            <w:tcW w:w="1025" w:type="dxa"/>
            <w:vAlign w:val="center"/>
          </w:tcPr>
          <w:p w14:paraId="79C735DE"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1.035</w:t>
            </w:r>
          </w:p>
        </w:tc>
        <w:tc>
          <w:tcPr>
            <w:tcW w:w="1010" w:type="dxa"/>
            <w:vAlign w:val="center"/>
          </w:tcPr>
          <w:p w14:paraId="6A6A8A7F"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0.705</w:t>
            </w:r>
          </w:p>
        </w:tc>
      </w:tr>
      <w:tr w:rsidR="00584328" w:rsidRPr="00584328" w14:paraId="54A918D0" w14:textId="77777777" w:rsidTr="00D0486A">
        <w:trPr>
          <w:trHeight w:val="346"/>
          <w:jc w:val="center"/>
        </w:trPr>
        <w:tc>
          <w:tcPr>
            <w:tcW w:w="985" w:type="dxa"/>
            <w:vAlign w:val="center"/>
          </w:tcPr>
          <w:p w14:paraId="606FB48E"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p>
        </w:tc>
        <w:tc>
          <w:tcPr>
            <w:tcW w:w="2031" w:type="dxa"/>
            <w:vAlign w:val="center"/>
          </w:tcPr>
          <w:p w14:paraId="386E91DD" w14:textId="43549296" w:rsidR="00584328" w:rsidRPr="00584328" w:rsidRDefault="00584328" w:rsidP="00D0486A">
            <w:pPr>
              <w:pStyle w:val="BodyText"/>
              <w:tabs>
                <w:tab w:val="left" w:pos="360"/>
                <w:tab w:val="left" w:pos="8100"/>
              </w:tabs>
              <w:spacing w:after="0" w:line="360" w:lineRule="auto"/>
              <w:jc w:val="center"/>
              <w:rPr>
                <w:rFonts w:ascii="Arial" w:hAnsi="Arial" w:cs="Arial"/>
              </w:rPr>
            </w:pPr>
            <w:r>
              <w:rPr>
                <w:rFonts w:ascii="Arial" w:hAnsi="Arial" w:cs="Arial"/>
                <w:b/>
                <w:spacing w:val="-2"/>
                <w:sz w:val="24"/>
              </w:rPr>
              <w:t>-</w:t>
            </w:r>
            <w:proofErr w:type="spellStart"/>
            <w:r>
              <w:rPr>
                <w:rFonts w:ascii="Arial" w:hAnsi="Arial" w:cs="Arial"/>
                <w:b/>
                <w:spacing w:val="-2"/>
                <w:sz w:val="24"/>
              </w:rPr>
              <w:t>ve</w:t>
            </w:r>
            <w:proofErr w:type="spellEnd"/>
            <w:r w:rsidRPr="00584328">
              <w:rPr>
                <w:rFonts w:ascii="Arial" w:hAnsi="Arial" w:cs="Arial"/>
                <w:b/>
                <w:sz w:val="24"/>
              </w:rPr>
              <w:t xml:space="preserve"> </w:t>
            </w:r>
            <w:r w:rsidRPr="00584328">
              <w:rPr>
                <w:rFonts w:ascii="Arial" w:hAnsi="Arial" w:cs="Arial"/>
                <w:b/>
                <w:spacing w:val="-2"/>
                <w:sz w:val="24"/>
              </w:rPr>
              <w:t>control</w:t>
            </w:r>
          </w:p>
        </w:tc>
        <w:tc>
          <w:tcPr>
            <w:tcW w:w="955" w:type="dxa"/>
            <w:vAlign w:val="center"/>
          </w:tcPr>
          <w:p w14:paraId="04DEA2CE"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0.985</w:t>
            </w:r>
          </w:p>
        </w:tc>
        <w:tc>
          <w:tcPr>
            <w:tcW w:w="934" w:type="dxa"/>
            <w:vAlign w:val="center"/>
          </w:tcPr>
          <w:p w14:paraId="6C18724E"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0.607</w:t>
            </w:r>
          </w:p>
        </w:tc>
        <w:tc>
          <w:tcPr>
            <w:tcW w:w="980" w:type="dxa"/>
            <w:vAlign w:val="center"/>
          </w:tcPr>
          <w:p w14:paraId="00E60064"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0.683</w:t>
            </w:r>
          </w:p>
        </w:tc>
        <w:tc>
          <w:tcPr>
            <w:tcW w:w="1025" w:type="dxa"/>
            <w:vAlign w:val="center"/>
          </w:tcPr>
          <w:p w14:paraId="12A9BF18"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0.724</w:t>
            </w:r>
          </w:p>
        </w:tc>
        <w:tc>
          <w:tcPr>
            <w:tcW w:w="1010" w:type="dxa"/>
            <w:vAlign w:val="center"/>
          </w:tcPr>
          <w:p w14:paraId="1514A92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b/>
                <w:spacing w:val="-2"/>
                <w:sz w:val="24"/>
              </w:rPr>
              <w:t>0.591</w:t>
            </w:r>
          </w:p>
        </w:tc>
      </w:tr>
      <w:tr w:rsidR="00584328" w:rsidRPr="00584328" w14:paraId="5C19E7E0" w14:textId="77777777" w:rsidTr="00D0486A">
        <w:trPr>
          <w:trHeight w:val="346"/>
          <w:jc w:val="center"/>
        </w:trPr>
        <w:tc>
          <w:tcPr>
            <w:tcW w:w="985" w:type="dxa"/>
            <w:vAlign w:val="center"/>
          </w:tcPr>
          <w:p w14:paraId="7629C022"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1</w:t>
            </w:r>
          </w:p>
        </w:tc>
        <w:tc>
          <w:tcPr>
            <w:tcW w:w="2031" w:type="dxa"/>
            <w:vAlign w:val="center"/>
          </w:tcPr>
          <w:p w14:paraId="3ABCD555"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S1</w:t>
            </w:r>
          </w:p>
        </w:tc>
        <w:tc>
          <w:tcPr>
            <w:tcW w:w="955" w:type="dxa"/>
            <w:vAlign w:val="center"/>
          </w:tcPr>
          <w:p w14:paraId="7950F6D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1.069</w:t>
            </w:r>
          </w:p>
        </w:tc>
        <w:tc>
          <w:tcPr>
            <w:tcW w:w="934" w:type="dxa"/>
            <w:vAlign w:val="center"/>
          </w:tcPr>
          <w:p w14:paraId="3219A112"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0.665</w:t>
            </w:r>
          </w:p>
        </w:tc>
        <w:tc>
          <w:tcPr>
            <w:tcW w:w="980" w:type="dxa"/>
            <w:vAlign w:val="center"/>
          </w:tcPr>
          <w:p w14:paraId="1C44EDCF"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0.746</w:t>
            </w:r>
          </w:p>
        </w:tc>
        <w:tc>
          <w:tcPr>
            <w:tcW w:w="1025" w:type="dxa"/>
            <w:vAlign w:val="center"/>
          </w:tcPr>
          <w:p w14:paraId="1B63CF8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0.742</w:t>
            </w:r>
          </w:p>
        </w:tc>
        <w:tc>
          <w:tcPr>
            <w:tcW w:w="1010" w:type="dxa"/>
            <w:vAlign w:val="center"/>
          </w:tcPr>
          <w:p w14:paraId="5F1C4F45"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0.594</w:t>
            </w:r>
          </w:p>
        </w:tc>
      </w:tr>
      <w:tr w:rsidR="00584328" w:rsidRPr="00584328" w14:paraId="11882C6F" w14:textId="77777777" w:rsidTr="00D0486A">
        <w:trPr>
          <w:trHeight w:val="346"/>
          <w:jc w:val="center"/>
        </w:trPr>
        <w:tc>
          <w:tcPr>
            <w:tcW w:w="985" w:type="dxa"/>
            <w:vAlign w:val="center"/>
          </w:tcPr>
          <w:p w14:paraId="68E16619"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2</w:t>
            </w:r>
          </w:p>
        </w:tc>
        <w:tc>
          <w:tcPr>
            <w:tcW w:w="2031" w:type="dxa"/>
            <w:vAlign w:val="center"/>
          </w:tcPr>
          <w:p w14:paraId="2A16B23D"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S2</w:t>
            </w:r>
          </w:p>
        </w:tc>
        <w:tc>
          <w:tcPr>
            <w:tcW w:w="955" w:type="dxa"/>
            <w:vAlign w:val="center"/>
          </w:tcPr>
          <w:p w14:paraId="43C089E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1.395</w:t>
            </w:r>
          </w:p>
        </w:tc>
        <w:tc>
          <w:tcPr>
            <w:tcW w:w="934" w:type="dxa"/>
            <w:vAlign w:val="center"/>
          </w:tcPr>
          <w:p w14:paraId="4C764DA9"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0.729</w:t>
            </w:r>
          </w:p>
        </w:tc>
        <w:tc>
          <w:tcPr>
            <w:tcW w:w="980" w:type="dxa"/>
            <w:vAlign w:val="center"/>
          </w:tcPr>
          <w:p w14:paraId="718E2CD3"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0.718</w:t>
            </w:r>
          </w:p>
        </w:tc>
        <w:tc>
          <w:tcPr>
            <w:tcW w:w="1025" w:type="dxa"/>
            <w:vAlign w:val="center"/>
          </w:tcPr>
          <w:p w14:paraId="765A9216"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0.681</w:t>
            </w:r>
          </w:p>
        </w:tc>
        <w:tc>
          <w:tcPr>
            <w:tcW w:w="1010" w:type="dxa"/>
            <w:vAlign w:val="center"/>
          </w:tcPr>
          <w:p w14:paraId="0BA34484"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0.645</w:t>
            </w:r>
          </w:p>
        </w:tc>
      </w:tr>
      <w:tr w:rsidR="00584328" w:rsidRPr="00584328" w14:paraId="5D72608F" w14:textId="77777777" w:rsidTr="00D0486A">
        <w:trPr>
          <w:trHeight w:val="346"/>
          <w:jc w:val="center"/>
        </w:trPr>
        <w:tc>
          <w:tcPr>
            <w:tcW w:w="985" w:type="dxa"/>
            <w:vAlign w:val="center"/>
          </w:tcPr>
          <w:p w14:paraId="301D65CF"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3</w:t>
            </w:r>
          </w:p>
        </w:tc>
        <w:tc>
          <w:tcPr>
            <w:tcW w:w="2031" w:type="dxa"/>
            <w:vAlign w:val="center"/>
          </w:tcPr>
          <w:p w14:paraId="72D7749D"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S3</w:t>
            </w:r>
          </w:p>
        </w:tc>
        <w:tc>
          <w:tcPr>
            <w:tcW w:w="955" w:type="dxa"/>
            <w:vAlign w:val="center"/>
          </w:tcPr>
          <w:p w14:paraId="4EA190A3"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1.135</w:t>
            </w:r>
          </w:p>
        </w:tc>
        <w:tc>
          <w:tcPr>
            <w:tcW w:w="934" w:type="dxa"/>
            <w:vAlign w:val="center"/>
          </w:tcPr>
          <w:p w14:paraId="2736A2BF"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0.728</w:t>
            </w:r>
          </w:p>
        </w:tc>
        <w:tc>
          <w:tcPr>
            <w:tcW w:w="980" w:type="dxa"/>
            <w:vAlign w:val="center"/>
          </w:tcPr>
          <w:p w14:paraId="760E3194"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0.788</w:t>
            </w:r>
          </w:p>
        </w:tc>
        <w:tc>
          <w:tcPr>
            <w:tcW w:w="1025" w:type="dxa"/>
            <w:vAlign w:val="center"/>
          </w:tcPr>
          <w:p w14:paraId="199103D0"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0.709</w:t>
            </w:r>
          </w:p>
        </w:tc>
        <w:tc>
          <w:tcPr>
            <w:tcW w:w="1010" w:type="dxa"/>
            <w:vAlign w:val="center"/>
          </w:tcPr>
          <w:p w14:paraId="6B4BFE94"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0.697</w:t>
            </w:r>
          </w:p>
        </w:tc>
      </w:tr>
      <w:tr w:rsidR="00584328" w:rsidRPr="00584328" w14:paraId="624BFEBE" w14:textId="77777777" w:rsidTr="00D0486A">
        <w:trPr>
          <w:trHeight w:val="346"/>
          <w:jc w:val="center"/>
        </w:trPr>
        <w:tc>
          <w:tcPr>
            <w:tcW w:w="985" w:type="dxa"/>
            <w:vAlign w:val="center"/>
          </w:tcPr>
          <w:p w14:paraId="07EF4444"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4</w:t>
            </w:r>
          </w:p>
        </w:tc>
        <w:tc>
          <w:tcPr>
            <w:tcW w:w="2031" w:type="dxa"/>
            <w:vAlign w:val="center"/>
          </w:tcPr>
          <w:p w14:paraId="011A90EA"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S4</w:t>
            </w:r>
          </w:p>
        </w:tc>
        <w:tc>
          <w:tcPr>
            <w:tcW w:w="955" w:type="dxa"/>
            <w:vAlign w:val="center"/>
          </w:tcPr>
          <w:p w14:paraId="73361AED"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1.180</w:t>
            </w:r>
          </w:p>
        </w:tc>
        <w:tc>
          <w:tcPr>
            <w:tcW w:w="934" w:type="dxa"/>
            <w:vAlign w:val="center"/>
          </w:tcPr>
          <w:p w14:paraId="7DB3DF98"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0.677</w:t>
            </w:r>
          </w:p>
        </w:tc>
        <w:tc>
          <w:tcPr>
            <w:tcW w:w="980" w:type="dxa"/>
            <w:vAlign w:val="center"/>
          </w:tcPr>
          <w:p w14:paraId="7895CC5E"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0.829</w:t>
            </w:r>
          </w:p>
        </w:tc>
        <w:tc>
          <w:tcPr>
            <w:tcW w:w="1025" w:type="dxa"/>
            <w:vAlign w:val="center"/>
          </w:tcPr>
          <w:p w14:paraId="25CE1F9F"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0.706</w:t>
            </w:r>
          </w:p>
        </w:tc>
        <w:tc>
          <w:tcPr>
            <w:tcW w:w="1010" w:type="dxa"/>
            <w:vAlign w:val="center"/>
          </w:tcPr>
          <w:p w14:paraId="6F9FD8C5"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0.738</w:t>
            </w:r>
          </w:p>
        </w:tc>
      </w:tr>
      <w:tr w:rsidR="00584328" w:rsidRPr="00584328" w14:paraId="2F2840B1" w14:textId="77777777" w:rsidTr="00D0486A">
        <w:trPr>
          <w:trHeight w:val="346"/>
          <w:jc w:val="center"/>
        </w:trPr>
        <w:tc>
          <w:tcPr>
            <w:tcW w:w="985" w:type="dxa"/>
            <w:vAlign w:val="center"/>
          </w:tcPr>
          <w:p w14:paraId="18789E8F"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5</w:t>
            </w:r>
          </w:p>
        </w:tc>
        <w:tc>
          <w:tcPr>
            <w:tcW w:w="2031" w:type="dxa"/>
            <w:vAlign w:val="center"/>
          </w:tcPr>
          <w:p w14:paraId="66679E20"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S5</w:t>
            </w:r>
          </w:p>
        </w:tc>
        <w:tc>
          <w:tcPr>
            <w:tcW w:w="955" w:type="dxa"/>
            <w:vAlign w:val="center"/>
          </w:tcPr>
          <w:p w14:paraId="302A2B16"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1.209</w:t>
            </w:r>
          </w:p>
        </w:tc>
        <w:tc>
          <w:tcPr>
            <w:tcW w:w="934" w:type="dxa"/>
            <w:vAlign w:val="center"/>
          </w:tcPr>
          <w:p w14:paraId="5CC3AF53"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0.614</w:t>
            </w:r>
          </w:p>
        </w:tc>
        <w:tc>
          <w:tcPr>
            <w:tcW w:w="980" w:type="dxa"/>
            <w:vAlign w:val="center"/>
          </w:tcPr>
          <w:p w14:paraId="5A29F62A"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0.693</w:t>
            </w:r>
          </w:p>
        </w:tc>
        <w:tc>
          <w:tcPr>
            <w:tcW w:w="1025" w:type="dxa"/>
            <w:vAlign w:val="center"/>
          </w:tcPr>
          <w:p w14:paraId="16D5A27F"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0.743</w:t>
            </w:r>
          </w:p>
        </w:tc>
        <w:tc>
          <w:tcPr>
            <w:tcW w:w="1010" w:type="dxa"/>
            <w:vAlign w:val="center"/>
          </w:tcPr>
          <w:p w14:paraId="1CC79192"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0.662</w:t>
            </w:r>
          </w:p>
        </w:tc>
      </w:tr>
      <w:tr w:rsidR="00584328" w:rsidRPr="00584328" w14:paraId="448978BD" w14:textId="77777777" w:rsidTr="00D0486A">
        <w:trPr>
          <w:trHeight w:val="346"/>
          <w:jc w:val="center"/>
        </w:trPr>
        <w:tc>
          <w:tcPr>
            <w:tcW w:w="985" w:type="dxa"/>
            <w:vAlign w:val="center"/>
          </w:tcPr>
          <w:p w14:paraId="3646980C"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6</w:t>
            </w:r>
          </w:p>
        </w:tc>
        <w:tc>
          <w:tcPr>
            <w:tcW w:w="2031" w:type="dxa"/>
            <w:vAlign w:val="center"/>
          </w:tcPr>
          <w:p w14:paraId="4D43E4B7"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C1</w:t>
            </w:r>
          </w:p>
        </w:tc>
        <w:tc>
          <w:tcPr>
            <w:tcW w:w="955" w:type="dxa"/>
            <w:vAlign w:val="center"/>
          </w:tcPr>
          <w:p w14:paraId="40AA30F3"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0.959</w:t>
            </w:r>
          </w:p>
        </w:tc>
        <w:tc>
          <w:tcPr>
            <w:tcW w:w="934" w:type="dxa"/>
            <w:vAlign w:val="center"/>
          </w:tcPr>
          <w:p w14:paraId="5C24A667"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0.712</w:t>
            </w:r>
          </w:p>
        </w:tc>
        <w:tc>
          <w:tcPr>
            <w:tcW w:w="980" w:type="dxa"/>
            <w:vAlign w:val="center"/>
          </w:tcPr>
          <w:p w14:paraId="0510AC3E"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0.641</w:t>
            </w:r>
          </w:p>
        </w:tc>
        <w:tc>
          <w:tcPr>
            <w:tcW w:w="1025" w:type="dxa"/>
            <w:vAlign w:val="center"/>
          </w:tcPr>
          <w:p w14:paraId="6BAC6C6F"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0.669</w:t>
            </w:r>
          </w:p>
        </w:tc>
        <w:tc>
          <w:tcPr>
            <w:tcW w:w="1010" w:type="dxa"/>
            <w:vAlign w:val="center"/>
          </w:tcPr>
          <w:p w14:paraId="50C8DB14"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0.614</w:t>
            </w:r>
          </w:p>
        </w:tc>
      </w:tr>
      <w:tr w:rsidR="00584328" w:rsidRPr="00584328" w14:paraId="1FCC4B77" w14:textId="77777777" w:rsidTr="00D0486A">
        <w:trPr>
          <w:trHeight w:val="346"/>
          <w:jc w:val="center"/>
        </w:trPr>
        <w:tc>
          <w:tcPr>
            <w:tcW w:w="985" w:type="dxa"/>
            <w:vAlign w:val="center"/>
          </w:tcPr>
          <w:p w14:paraId="68E9C8C5"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7</w:t>
            </w:r>
          </w:p>
        </w:tc>
        <w:tc>
          <w:tcPr>
            <w:tcW w:w="2031" w:type="dxa"/>
            <w:vAlign w:val="center"/>
          </w:tcPr>
          <w:p w14:paraId="6BC80CCC"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C2</w:t>
            </w:r>
          </w:p>
        </w:tc>
        <w:tc>
          <w:tcPr>
            <w:tcW w:w="955" w:type="dxa"/>
            <w:vAlign w:val="center"/>
          </w:tcPr>
          <w:p w14:paraId="749FE924"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0.867</w:t>
            </w:r>
          </w:p>
        </w:tc>
        <w:tc>
          <w:tcPr>
            <w:tcW w:w="934" w:type="dxa"/>
            <w:vAlign w:val="center"/>
          </w:tcPr>
          <w:p w14:paraId="35BFEDCF"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0.660</w:t>
            </w:r>
          </w:p>
        </w:tc>
        <w:tc>
          <w:tcPr>
            <w:tcW w:w="980" w:type="dxa"/>
            <w:vAlign w:val="center"/>
          </w:tcPr>
          <w:p w14:paraId="1F12EF0D"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0.745</w:t>
            </w:r>
          </w:p>
        </w:tc>
        <w:tc>
          <w:tcPr>
            <w:tcW w:w="1025" w:type="dxa"/>
            <w:vAlign w:val="center"/>
          </w:tcPr>
          <w:p w14:paraId="346978D3"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0.672</w:t>
            </w:r>
          </w:p>
        </w:tc>
        <w:tc>
          <w:tcPr>
            <w:tcW w:w="1010" w:type="dxa"/>
            <w:vAlign w:val="center"/>
          </w:tcPr>
          <w:p w14:paraId="4D4D0BD8"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spacing w:val="-2"/>
                <w:sz w:val="24"/>
              </w:rPr>
              <w:t>0.644</w:t>
            </w:r>
          </w:p>
        </w:tc>
      </w:tr>
      <w:tr w:rsidR="00584328" w:rsidRPr="00584328" w14:paraId="3205328A" w14:textId="77777777" w:rsidTr="00D0486A">
        <w:trPr>
          <w:trHeight w:val="346"/>
          <w:jc w:val="center"/>
        </w:trPr>
        <w:tc>
          <w:tcPr>
            <w:tcW w:w="985" w:type="dxa"/>
            <w:vAlign w:val="center"/>
          </w:tcPr>
          <w:p w14:paraId="7B77E094"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8</w:t>
            </w:r>
          </w:p>
        </w:tc>
        <w:tc>
          <w:tcPr>
            <w:tcW w:w="2031" w:type="dxa"/>
            <w:vAlign w:val="center"/>
          </w:tcPr>
          <w:p w14:paraId="40EF917D"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C3</w:t>
            </w:r>
          </w:p>
        </w:tc>
        <w:tc>
          <w:tcPr>
            <w:tcW w:w="955" w:type="dxa"/>
            <w:vAlign w:val="center"/>
          </w:tcPr>
          <w:p w14:paraId="41AD4ED6"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1.275</w:t>
            </w:r>
          </w:p>
        </w:tc>
        <w:tc>
          <w:tcPr>
            <w:tcW w:w="934" w:type="dxa"/>
            <w:vAlign w:val="center"/>
          </w:tcPr>
          <w:p w14:paraId="30B64D32"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0.740</w:t>
            </w:r>
          </w:p>
        </w:tc>
        <w:tc>
          <w:tcPr>
            <w:tcW w:w="980" w:type="dxa"/>
            <w:vAlign w:val="center"/>
          </w:tcPr>
          <w:p w14:paraId="5CBC4EC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0.697</w:t>
            </w:r>
          </w:p>
        </w:tc>
        <w:tc>
          <w:tcPr>
            <w:tcW w:w="1025" w:type="dxa"/>
            <w:vAlign w:val="center"/>
          </w:tcPr>
          <w:p w14:paraId="3F2628EA"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0.624</w:t>
            </w:r>
          </w:p>
        </w:tc>
        <w:tc>
          <w:tcPr>
            <w:tcW w:w="1010" w:type="dxa"/>
            <w:vAlign w:val="center"/>
          </w:tcPr>
          <w:p w14:paraId="35FC7AF1"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0.670</w:t>
            </w:r>
          </w:p>
        </w:tc>
      </w:tr>
      <w:tr w:rsidR="00584328" w:rsidRPr="00584328" w14:paraId="60A6EDDE" w14:textId="77777777" w:rsidTr="00D0486A">
        <w:trPr>
          <w:trHeight w:val="346"/>
          <w:jc w:val="center"/>
        </w:trPr>
        <w:tc>
          <w:tcPr>
            <w:tcW w:w="985" w:type="dxa"/>
            <w:vAlign w:val="center"/>
          </w:tcPr>
          <w:p w14:paraId="0C709A73"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9</w:t>
            </w:r>
          </w:p>
        </w:tc>
        <w:tc>
          <w:tcPr>
            <w:tcW w:w="2031" w:type="dxa"/>
            <w:vAlign w:val="center"/>
          </w:tcPr>
          <w:p w14:paraId="56E1D7BC" w14:textId="77777777" w:rsidR="00584328" w:rsidRPr="00584328" w:rsidRDefault="00584328" w:rsidP="00D0486A">
            <w:pPr>
              <w:pStyle w:val="BodyText"/>
              <w:tabs>
                <w:tab w:val="left" w:pos="360"/>
                <w:tab w:val="left" w:pos="8100"/>
              </w:tabs>
              <w:spacing w:after="0" w:line="360" w:lineRule="auto"/>
              <w:jc w:val="center"/>
              <w:rPr>
                <w:rFonts w:ascii="Arial" w:hAnsi="Arial" w:cs="Arial"/>
              </w:rPr>
            </w:pPr>
            <w:r w:rsidRPr="00584328">
              <w:rPr>
                <w:rFonts w:ascii="Arial" w:hAnsi="Arial" w:cs="Arial"/>
              </w:rPr>
              <w:t>C4</w:t>
            </w:r>
          </w:p>
        </w:tc>
        <w:tc>
          <w:tcPr>
            <w:tcW w:w="955" w:type="dxa"/>
            <w:vAlign w:val="center"/>
          </w:tcPr>
          <w:p w14:paraId="311E3CB6"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1.050</w:t>
            </w:r>
          </w:p>
        </w:tc>
        <w:tc>
          <w:tcPr>
            <w:tcW w:w="934" w:type="dxa"/>
            <w:vAlign w:val="center"/>
          </w:tcPr>
          <w:p w14:paraId="700BDDCB"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0.657</w:t>
            </w:r>
          </w:p>
        </w:tc>
        <w:tc>
          <w:tcPr>
            <w:tcW w:w="980" w:type="dxa"/>
            <w:vAlign w:val="center"/>
          </w:tcPr>
          <w:p w14:paraId="1248A01F"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0.620</w:t>
            </w:r>
          </w:p>
        </w:tc>
        <w:tc>
          <w:tcPr>
            <w:tcW w:w="1025" w:type="dxa"/>
            <w:vAlign w:val="center"/>
          </w:tcPr>
          <w:p w14:paraId="073383FB"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0.642</w:t>
            </w:r>
          </w:p>
        </w:tc>
        <w:tc>
          <w:tcPr>
            <w:tcW w:w="1010" w:type="dxa"/>
            <w:vAlign w:val="center"/>
          </w:tcPr>
          <w:p w14:paraId="5E5AE8EE" w14:textId="77777777" w:rsidR="00584328" w:rsidRPr="00584328" w:rsidRDefault="00584328" w:rsidP="00D0486A">
            <w:pPr>
              <w:pStyle w:val="BodyText"/>
              <w:tabs>
                <w:tab w:val="left" w:pos="360"/>
                <w:tab w:val="left" w:pos="8100"/>
              </w:tabs>
              <w:spacing w:after="0"/>
              <w:jc w:val="center"/>
              <w:rPr>
                <w:rFonts w:ascii="Arial" w:hAnsi="Arial" w:cs="Arial"/>
              </w:rPr>
            </w:pPr>
            <w:r w:rsidRPr="00584328">
              <w:rPr>
                <w:rFonts w:ascii="Arial" w:hAnsi="Arial" w:cs="Arial"/>
                <w:spacing w:val="-2"/>
                <w:sz w:val="24"/>
              </w:rPr>
              <w:t>0.660</w:t>
            </w:r>
          </w:p>
        </w:tc>
      </w:tr>
    </w:tbl>
    <w:p w14:paraId="0DF5044B" w14:textId="56251B00" w:rsidR="00D0486A" w:rsidRDefault="00D0486A" w:rsidP="00D0486A">
      <w:pPr>
        <w:ind w:left="142"/>
        <w:jc w:val="center"/>
        <w:rPr>
          <w:rFonts w:ascii="Arial" w:hAnsi="Arial" w:cs="Arial"/>
          <w:bCs/>
          <w:sz w:val="20"/>
          <w:szCs w:val="18"/>
        </w:rPr>
      </w:pPr>
      <w:r w:rsidRPr="00584328">
        <w:rPr>
          <w:rFonts w:ascii="Arial" w:hAnsi="Arial" w:cs="Arial"/>
          <w:bCs/>
          <w:sz w:val="20"/>
          <w:szCs w:val="18"/>
        </w:rPr>
        <w:t>Table 3</w:t>
      </w:r>
      <w:r>
        <w:rPr>
          <w:rFonts w:ascii="Arial" w:hAnsi="Arial" w:cs="Arial"/>
          <w:bCs/>
          <w:sz w:val="20"/>
          <w:szCs w:val="18"/>
        </w:rPr>
        <w:t>.2</w:t>
      </w:r>
      <w:r w:rsidRPr="00584328">
        <w:rPr>
          <w:rFonts w:ascii="Arial" w:hAnsi="Arial" w:cs="Arial"/>
          <w:bCs/>
          <w:sz w:val="20"/>
          <w:szCs w:val="18"/>
        </w:rPr>
        <w:t>: Effect of pH O.D at 280 nm</w:t>
      </w:r>
    </w:p>
    <w:p w14:paraId="02C6214D" w14:textId="77777777" w:rsidR="00D0486A" w:rsidRPr="00D0486A" w:rsidRDefault="00D0486A" w:rsidP="00D0486A">
      <w:pPr>
        <w:ind w:left="142"/>
        <w:jc w:val="center"/>
        <w:rPr>
          <w:rFonts w:ascii="Arial" w:hAnsi="Arial" w:cs="Arial"/>
          <w:bCs/>
          <w:sz w:val="20"/>
          <w:szCs w:val="18"/>
        </w:rPr>
      </w:pPr>
    </w:p>
    <w:p w14:paraId="2E82175D" w14:textId="14AEB8D2" w:rsidR="00C675EC" w:rsidRPr="00584328" w:rsidRDefault="00C675EC" w:rsidP="00584328">
      <w:pPr>
        <w:pStyle w:val="Heading1"/>
        <w:tabs>
          <w:tab w:val="left" w:pos="360"/>
        </w:tabs>
        <w:spacing w:before="0" w:after="240"/>
        <w:ind w:left="0" w:firstLine="0"/>
        <w:rPr>
          <w:rFonts w:ascii="Arial" w:hAnsi="Arial" w:cs="Arial"/>
          <w:caps/>
          <w:smallCaps w:val="0"/>
          <w:sz w:val="22"/>
          <w:szCs w:val="22"/>
        </w:rPr>
      </w:pPr>
      <w:r w:rsidRPr="00584328">
        <w:rPr>
          <w:rFonts w:ascii="Arial" w:hAnsi="Arial" w:cs="Arial"/>
          <w:caps/>
          <w:smallCaps w:val="0"/>
          <w:sz w:val="22"/>
          <w:szCs w:val="22"/>
        </w:rPr>
        <w:t>Results</w:t>
      </w:r>
    </w:p>
    <w:p w14:paraId="25B2615A" w14:textId="77777777" w:rsidR="00C675EC" w:rsidRPr="00584328" w:rsidRDefault="00C675EC" w:rsidP="002A40BB">
      <w:pPr>
        <w:pStyle w:val="BodyText"/>
        <w:tabs>
          <w:tab w:val="left" w:pos="360"/>
          <w:tab w:val="left" w:pos="8100"/>
        </w:tabs>
        <w:spacing w:after="240" w:line="240" w:lineRule="auto"/>
        <w:jc w:val="both"/>
        <w:rPr>
          <w:rFonts w:ascii="Arial" w:hAnsi="Arial" w:cs="Arial"/>
          <w:sz w:val="20"/>
          <w:szCs w:val="20"/>
        </w:rPr>
      </w:pPr>
      <w:r w:rsidRPr="00584328">
        <w:rPr>
          <w:rFonts w:ascii="Arial" w:hAnsi="Arial" w:cs="Arial"/>
          <w:sz w:val="20"/>
          <w:szCs w:val="20"/>
        </w:rPr>
        <w:t>Characterization and identification of bacteria by studying morphological and biochemical characteristics</w:t>
      </w:r>
    </w:p>
    <w:p w14:paraId="529455B2" w14:textId="4C936237" w:rsidR="00C675EC" w:rsidRPr="002A40BB" w:rsidRDefault="00C675EC" w:rsidP="00584328">
      <w:pPr>
        <w:pStyle w:val="Heading2"/>
        <w:tabs>
          <w:tab w:val="left" w:pos="360"/>
          <w:tab w:val="left" w:pos="8100"/>
        </w:tabs>
        <w:spacing w:after="240" w:line="360" w:lineRule="auto"/>
        <w:rPr>
          <w:rFonts w:ascii="Arial" w:hAnsi="Arial" w:cs="Arial"/>
        </w:rPr>
      </w:pPr>
      <w:r w:rsidRPr="002A40BB">
        <w:rPr>
          <w:rFonts w:ascii="Arial" w:hAnsi="Arial" w:cs="Arial"/>
          <w:sz w:val="22"/>
          <w:szCs w:val="22"/>
        </w:rPr>
        <w:t xml:space="preserve">Colony </w:t>
      </w:r>
      <w:proofErr w:type="spellStart"/>
      <w:r w:rsidRPr="002A40BB">
        <w:rPr>
          <w:rFonts w:ascii="Arial" w:hAnsi="Arial" w:cs="Arial"/>
          <w:sz w:val="22"/>
          <w:szCs w:val="22"/>
        </w:rPr>
        <w:t>Characters</w:t>
      </w:r>
      <w:r w:rsidR="002069F6" w:rsidRPr="002A40BB">
        <w:rPr>
          <w:rFonts w:ascii="Arial" w:hAnsi="Arial" w:cs="Arial"/>
          <w:sz w:val="22"/>
          <w:szCs w:val="22"/>
        </w:rPr>
        <w:t>tics</w:t>
      </w:r>
      <w:proofErr w:type="spellEnd"/>
    </w:p>
    <w:tbl>
      <w:tblPr>
        <w:tblW w:w="10351"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00"/>
        <w:gridCol w:w="990"/>
        <w:gridCol w:w="959"/>
        <w:gridCol w:w="989"/>
        <w:gridCol w:w="1382"/>
        <w:gridCol w:w="1170"/>
        <w:gridCol w:w="1323"/>
        <w:gridCol w:w="1648"/>
      </w:tblGrid>
      <w:tr w:rsidR="00584328" w:rsidRPr="00584328" w14:paraId="73005830" w14:textId="77777777" w:rsidTr="002A40BB">
        <w:trPr>
          <w:trHeight w:val="346"/>
        </w:trPr>
        <w:tc>
          <w:tcPr>
            <w:tcW w:w="990" w:type="dxa"/>
            <w:vAlign w:val="center"/>
          </w:tcPr>
          <w:p w14:paraId="4BA45674"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Colony</w:t>
            </w:r>
          </w:p>
        </w:tc>
        <w:tc>
          <w:tcPr>
            <w:tcW w:w="900" w:type="dxa"/>
            <w:vAlign w:val="center"/>
          </w:tcPr>
          <w:p w14:paraId="7A958956"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4"/>
                <w:sz w:val="24"/>
              </w:rPr>
              <w:t>Size</w:t>
            </w:r>
          </w:p>
        </w:tc>
        <w:tc>
          <w:tcPr>
            <w:tcW w:w="990" w:type="dxa"/>
            <w:vAlign w:val="center"/>
          </w:tcPr>
          <w:p w14:paraId="55C2A958"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Shape</w:t>
            </w:r>
          </w:p>
        </w:tc>
        <w:tc>
          <w:tcPr>
            <w:tcW w:w="959" w:type="dxa"/>
            <w:vAlign w:val="center"/>
          </w:tcPr>
          <w:p w14:paraId="27E76D9C"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Color</w:t>
            </w:r>
          </w:p>
        </w:tc>
        <w:tc>
          <w:tcPr>
            <w:tcW w:w="989" w:type="dxa"/>
            <w:vAlign w:val="center"/>
          </w:tcPr>
          <w:p w14:paraId="7464CEF0"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Margin</w:t>
            </w:r>
          </w:p>
        </w:tc>
        <w:tc>
          <w:tcPr>
            <w:tcW w:w="1382" w:type="dxa"/>
            <w:vAlign w:val="center"/>
          </w:tcPr>
          <w:p w14:paraId="5A63C226"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Opacity</w:t>
            </w:r>
          </w:p>
        </w:tc>
        <w:tc>
          <w:tcPr>
            <w:tcW w:w="1170" w:type="dxa"/>
            <w:vAlign w:val="center"/>
          </w:tcPr>
          <w:p w14:paraId="401C1A79"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Elevation</w:t>
            </w:r>
          </w:p>
        </w:tc>
        <w:tc>
          <w:tcPr>
            <w:tcW w:w="1323" w:type="dxa"/>
            <w:vAlign w:val="center"/>
          </w:tcPr>
          <w:p w14:paraId="113078AA"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Consistency</w:t>
            </w:r>
          </w:p>
        </w:tc>
        <w:tc>
          <w:tcPr>
            <w:tcW w:w="1648" w:type="dxa"/>
            <w:vAlign w:val="center"/>
          </w:tcPr>
          <w:p w14:paraId="0B91CA08"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2"/>
                <w:sz w:val="24"/>
              </w:rPr>
              <w:t>Grams character</w:t>
            </w:r>
          </w:p>
        </w:tc>
      </w:tr>
      <w:tr w:rsidR="00584328" w:rsidRPr="00584328" w14:paraId="39D97A7E" w14:textId="77777777" w:rsidTr="002A40BB">
        <w:trPr>
          <w:trHeight w:val="346"/>
        </w:trPr>
        <w:tc>
          <w:tcPr>
            <w:tcW w:w="990" w:type="dxa"/>
            <w:vAlign w:val="center"/>
          </w:tcPr>
          <w:p w14:paraId="6F442DFC"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t>S1</w:t>
            </w:r>
          </w:p>
        </w:tc>
        <w:tc>
          <w:tcPr>
            <w:tcW w:w="900" w:type="dxa"/>
            <w:vAlign w:val="center"/>
          </w:tcPr>
          <w:p w14:paraId="466A303E" w14:textId="6D5A68D5"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5"/>
                <w:sz w:val="24"/>
              </w:rPr>
              <w:t>2m</w:t>
            </w:r>
            <w:r w:rsidRPr="00584328">
              <w:rPr>
                <w:rFonts w:ascii="Arial" w:hAnsi="Arial" w:cs="Arial"/>
                <w:spacing w:val="-10"/>
                <w:sz w:val="24"/>
              </w:rPr>
              <w:t>m</w:t>
            </w:r>
          </w:p>
        </w:tc>
        <w:tc>
          <w:tcPr>
            <w:tcW w:w="990" w:type="dxa"/>
            <w:vAlign w:val="center"/>
          </w:tcPr>
          <w:p w14:paraId="72C9A153" w14:textId="77777777" w:rsidR="00C675EC" w:rsidRPr="00584328" w:rsidRDefault="00C675EC" w:rsidP="002A40BB">
            <w:pPr>
              <w:pStyle w:val="TableParagraph"/>
              <w:tabs>
                <w:tab w:val="left" w:pos="360"/>
                <w:tab w:val="left" w:pos="8100"/>
              </w:tabs>
              <w:ind w:left="0"/>
              <w:jc w:val="center"/>
              <w:rPr>
                <w:rFonts w:ascii="Arial" w:hAnsi="Arial" w:cs="Arial"/>
                <w:sz w:val="24"/>
              </w:rPr>
            </w:pPr>
            <w:proofErr w:type="spellStart"/>
            <w:r w:rsidRPr="00584328">
              <w:rPr>
                <w:rFonts w:ascii="Arial" w:hAnsi="Arial" w:cs="Arial"/>
                <w:spacing w:val="-2"/>
                <w:sz w:val="24"/>
              </w:rPr>
              <w:t>Circul</w:t>
            </w:r>
            <w:proofErr w:type="spellEnd"/>
          </w:p>
          <w:p w14:paraId="3C3ECF16"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ar</w:t>
            </w:r>
            <w:proofErr w:type="spellEnd"/>
          </w:p>
        </w:tc>
        <w:tc>
          <w:tcPr>
            <w:tcW w:w="959" w:type="dxa"/>
            <w:vAlign w:val="center"/>
          </w:tcPr>
          <w:p w14:paraId="509B420D"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4"/>
                <w:sz w:val="24"/>
              </w:rPr>
              <w:t>Off-</w:t>
            </w:r>
          </w:p>
          <w:p w14:paraId="6F41DC5D"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white</w:t>
            </w:r>
          </w:p>
        </w:tc>
        <w:tc>
          <w:tcPr>
            <w:tcW w:w="989" w:type="dxa"/>
            <w:vAlign w:val="center"/>
          </w:tcPr>
          <w:p w14:paraId="4CAFCE5A"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0F8C2233"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Opaque</w:t>
            </w:r>
          </w:p>
        </w:tc>
        <w:tc>
          <w:tcPr>
            <w:tcW w:w="1170" w:type="dxa"/>
            <w:vAlign w:val="center"/>
          </w:tcPr>
          <w:p w14:paraId="0E08A74B"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4"/>
                <w:sz w:val="24"/>
              </w:rPr>
              <w:t>Flat</w:t>
            </w:r>
          </w:p>
        </w:tc>
        <w:tc>
          <w:tcPr>
            <w:tcW w:w="1323" w:type="dxa"/>
            <w:vAlign w:val="center"/>
          </w:tcPr>
          <w:p w14:paraId="7D069486"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007CE64C"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z w:val="24"/>
              </w:rPr>
              <w:t>Gram</w:t>
            </w:r>
            <w:r w:rsidRPr="00584328">
              <w:rPr>
                <w:rFonts w:ascii="Arial" w:hAnsi="Arial" w:cs="Arial"/>
                <w:spacing w:val="60"/>
                <w:sz w:val="24"/>
              </w:rPr>
              <w:t xml:space="preserve"> </w:t>
            </w:r>
            <w:r w:rsidRPr="00584328">
              <w:rPr>
                <w:rFonts w:ascii="Arial" w:hAnsi="Arial" w:cs="Arial"/>
                <w:spacing w:val="-2"/>
                <w:sz w:val="24"/>
              </w:rPr>
              <w:t>positive</w:t>
            </w:r>
          </w:p>
          <w:p w14:paraId="529BB0C6"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cocci</w:t>
            </w:r>
          </w:p>
        </w:tc>
      </w:tr>
      <w:tr w:rsidR="00584328" w:rsidRPr="00584328" w14:paraId="3A6EEE96" w14:textId="77777777" w:rsidTr="002A40BB">
        <w:trPr>
          <w:trHeight w:val="346"/>
        </w:trPr>
        <w:tc>
          <w:tcPr>
            <w:tcW w:w="990" w:type="dxa"/>
            <w:vAlign w:val="center"/>
          </w:tcPr>
          <w:p w14:paraId="673CFB8D"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t>S2</w:t>
            </w:r>
          </w:p>
        </w:tc>
        <w:tc>
          <w:tcPr>
            <w:tcW w:w="900" w:type="dxa"/>
            <w:vAlign w:val="center"/>
          </w:tcPr>
          <w:p w14:paraId="60AA767E" w14:textId="40749ED4"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5"/>
                <w:sz w:val="24"/>
              </w:rPr>
              <w:t>&lt;1m</w:t>
            </w:r>
            <w:r w:rsidRPr="00584328">
              <w:rPr>
                <w:rFonts w:ascii="Arial" w:hAnsi="Arial" w:cs="Arial"/>
                <w:spacing w:val="-10"/>
                <w:sz w:val="24"/>
              </w:rPr>
              <w:t>m</w:t>
            </w:r>
          </w:p>
        </w:tc>
        <w:tc>
          <w:tcPr>
            <w:tcW w:w="990" w:type="dxa"/>
            <w:vAlign w:val="center"/>
          </w:tcPr>
          <w:p w14:paraId="0690A6CE" w14:textId="77777777" w:rsidR="00C675EC" w:rsidRPr="00584328" w:rsidRDefault="00C675EC" w:rsidP="002A40BB">
            <w:pPr>
              <w:pStyle w:val="TableParagraph"/>
              <w:tabs>
                <w:tab w:val="left" w:pos="360"/>
                <w:tab w:val="left" w:pos="8100"/>
              </w:tabs>
              <w:ind w:left="0"/>
              <w:jc w:val="center"/>
              <w:rPr>
                <w:rFonts w:ascii="Arial" w:hAnsi="Arial" w:cs="Arial"/>
                <w:sz w:val="24"/>
              </w:rPr>
            </w:pPr>
            <w:proofErr w:type="spellStart"/>
            <w:r w:rsidRPr="00584328">
              <w:rPr>
                <w:rFonts w:ascii="Arial" w:hAnsi="Arial" w:cs="Arial"/>
                <w:spacing w:val="-2"/>
                <w:sz w:val="24"/>
              </w:rPr>
              <w:t>Circul</w:t>
            </w:r>
            <w:proofErr w:type="spellEnd"/>
          </w:p>
          <w:p w14:paraId="765BD6F1"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ar</w:t>
            </w:r>
            <w:proofErr w:type="spellEnd"/>
          </w:p>
        </w:tc>
        <w:tc>
          <w:tcPr>
            <w:tcW w:w="959" w:type="dxa"/>
            <w:vAlign w:val="center"/>
          </w:tcPr>
          <w:p w14:paraId="3C51DEE7"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4"/>
                <w:sz w:val="24"/>
              </w:rPr>
              <w:t>Off-</w:t>
            </w:r>
          </w:p>
          <w:p w14:paraId="2BE1076E"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white</w:t>
            </w:r>
          </w:p>
        </w:tc>
        <w:tc>
          <w:tcPr>
            <w:tcW w:w="989" w:type="dxa"/>
            <w:vAlign w:val="center"/>
          </w:tcPr>
          <w:p w14:paraId="72E6D3AF"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1C53E0C7" w14:textId="77777777" w:rsidR="00C675EC" w:rsidRPr="00584328" w:rsidRDefault="00C675EC" w:rsidP="002A40BB">
            <w:pPr>
              <w:pStyle w:val="TableParagraph"/>
              <w:tabs>
                <w:tab w:val="left" w:pos="360"/>
                <w:tab w:val="left" w:pos="8100"/>
              </w:tabs>
              <w:ind w:left="0"/>
              <w:jc w:val="center"/>
              <w:rPr>
                <w:rFonts w:ascii="Arial" w:hAnsi="Arial" w:cs="Arial"/>
                <w:sz w:val="24"/>
              </w:rPr>
            </w:pPr>
            <w:proofErr w:type="spellStart"/>
            <w:r w:rsidRPr="00584328">
              <w:rPr>
                <w:rFonts w:ascii="Arial" w:hAnsi="Arial" w:cs="Arial"/>
                <w:spacing w:val="-2"/>
                <w:sz w:val="24"/>
              </w:rPr>
              <w:t>Transluc</w:t>
            </w:r>
            <w:proofErr w:type="spellEnd"/>
          </w:p>
          <w:p w14:paraId="58E3040A"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ent</w:t>
            </w:r>
            <w:proofErr w:type="spellEnd"/>
          </w:p>
        </w:tc>
        <w:tc>
          <w:tcPr>
            <w:tcW w:w="1170" w:type="dxa"/>
            <w:vAlign w:val="center"/>
          </w:tcPr>
          <w:p w14:paraId="181ED3FE"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Convex</w:t>
            </w:r>
          </w:p>
        </w:tc>
        <w:tc>
          <w:tcPr>
            <w:tcW w:w="1323" w:type="dxa"/>
            <w:vAlign w:val="center"/>
          </w:tcPr>
          <w:p w14:paraId="71B78160"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27EB325E"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z w:val="24"/>
              </w:rPr>
              <w:t>Gram</w:t>
            </w:r>
            <w:r w:rsidRPr="00584328">
              <w:rPr>
                <w:rFonts w:ascii="Arial" w:hAnsi="Arial" w:cs="Arial"/>
                <w:spacing w:val="60"/>
                <w:sz w:val="24"/>
              </w:rPr>
              <w:t xml:space="preserve"> </w:t>
            </w:r>
            <w:r w:rsidRPr="00584328">
              <w:rPr>
                <w:rFonts w:ascii="Arial" w:hAnsi="Arial" w:cs="Arial"/>
                <w:spacing w:val="-2"/>
                <w:sz w:val="24"/>
              </w:rPr>
              <w:t>positive</w:t>
            </w:r>
          </w:p>
          <w:p w14:paraId="04F8089C"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cocci</w:t>
            </w:r>
          </w:p>
        </w:tc>
      </w:tr>
      <w:tr w:rsidR="00584328" w:rsidRPr="00584328" w14:paraId="6E30377D" w14:textId="77777777" w:rsidTr="002A40BB">
        <w:trPr>
          <w:trHeight w:val="346"/>
        </w:trPr>
        <w:tc>
          <w:tcPr>
            <w:tcW w:w="990" w:type="dxa"/>
            <w:vAlign w:val="center"/>
          </w:tcPr>
          <w:p w14:paraId="4CC3C6E2"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t>S3</w:t>
            </w:r>
          </w:p>
        </w:tc>
        <w:tc>
          <w:tcPr>
            <w:tcW w:w="900" w:type="dxa"/>
            <w:vAlign w:val="center"/>
          </w:tcPr>
          <w:p w14:paraId="0DB1B681" w14:textId="5E73892F"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6"/>
                <w:sz w:val="24"/>
              </w:rPr>
              <w:t>2m</w:t>
            </w:r>
            <w:r w:rsidRPr="00584328">
              <w:rPr>
                <w:rFonts w:ascii="Arial" w:hAnsi="Arial" w:cs="Arial"/>
                <w:spacing w:val="-10"/>
                <w:sz w:val="24"/>
              </w:rPr>
              <w:t>m</w:t>
            </w:r>
          </w:p>
        </w:tc>
        <w:tc>
          <w:tcPr>
            <w:tcW w:w="990" w:type="dxa"/>
            <w:vAlign w:val="center"/>
          </w:tcPr>
          <w:p w14:paraId="75B323A3"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Circul</w:t>
            </w:r>
            <w:proofErr w:type="spellEnd"/>
            <w:r w:rsidRPr="00584328">
              <w:rPr>
                <w:rFonts w:ascii="Arial" w:hAnsi="Arial" w:cs="Arial"/>
                <w:spacing w:val="-2"/>
                <w:sz w:val="24"/>
              </w:rPr>
              <w:t xml:space="preserve"> </w:t>
            </w:r>
            <w:proofErr w:type="spellStart"/>
            <w:r w:rsidRPr="00584328">
              <w:rPr>
                <w:rFonts w:ascii="Arial" w:hAnsi="Arial" w:cs="Arial"/>
                <w:spacing w:val="-6"/>
                <w:sz w:val="24"/>
              </w:rPr>
              <w:t>ar</w:t>
            </w:r>
            <w:proofErr w:type="spellEnd"/>
          </w:p>
        </w:tc>
        <w:tc>
          <w:tcPr>
            <w:tcW w:w="959" w:type="dxa"/>
            <w:vAlign w:val="center"/>
          </w:tcPr>
          <w:p w14:paraId="746B2DEE"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4"/>
                <w:sz w:val="24"/>
              </w:rPr>
              <w:t xml:space="preserve">Off- </w:t>
            </w:r>
            <w:r w:rsidRPr="00584328">
              <w:rPr>
                <w:rFonts w:ascii="Arial" w:hAnsi="Arial" w:cs="Arial"/>
                <w:spacing w:val="-2"/>
                <w:sz w:val="24"/>
              </w:rPr>
              <w:t>white</w:t>
            </w:r>
          </w:p>
        </w:tc>
        <w:tc>
          <w:tcPr>
            <w:tcW w:w="989" w:type="dxa"/>
            <w:vAlign w:val="center"/>
          </w:tcPr>
          <w:p w14:paraId="4ECDFE45"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4FA06BD1"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Transluc</w:t>
            </w:r>
            <w:proofErr w:type="spellEnd"/>
            <w:r w:rsidRPr="00584328">
              <w:rPr>
                <w:rFonts w:ascii="Arial" w:hAnsi="Arial" w:cs="Arial"/>
                <w:spacing w:val="-2"/>
                <w:sz w:val="24"/>
              </w:rPr>
              <w:t xml:space="preserve"> </w:t>
            </w:r>
            <w:proofErr w:type="spellStart"/>
            <w:r w:rsidRPr="00584328">
              <w:rPr>
                <w:rFonts w:ascii="Arial" w:hAnsi="Arial" w:cs="Arial"/>
                <w:spacing w:val="-4"/>
                <w:sz w:val="24"/>
              </w:rPr>
              <w:t>ent</w:t>
            </w:r>
            <w:proofErr w:type="spellEnd"/>
          </w:p>
        </w:tc>
        <w:tc>
          <w:tcPr>
            <w:tcW w:w="1170" w:type="dxa"/>
            <w:vAlign w:val="center"/>
          </w:tcPr>
          <w:p w14:paraId="58550718"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Convex</w:t>
            </w:r>
          </w:p>
        </w:tc>
        <w:tc>
          <w:tcPr>
            <w:tcW w:w="1323" w:type="dxa"/>
            <w:vAlign w:val="center"/>
          </w:tcPr>
          <w:p w14:paraId="50FDF936"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3A4E701F"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z w:val="24"/>
              </w:rPr>
              <w:t>Gram</w:t>
            </w:r>
            <w:r w:rsidRPr="00584328">
              <w:rPr>
                <w:rFonts w:ascii="Arial" w:hAnsi="Arial" w:cs="Arial"/>
                <w:spacing w:val="-14"/>
                <w:sz w:val="24"/>
              </w:rPr>
              <w:t xml:space="preserve"> </w:t>
            </w:r>
            <w:r w:rsidRPr="00584328">
              <w:rPr>
                <w:rFonts w:ascii="Arial" w:hAnsi="Arial" w:cs="Arial"/>
                <w:sz w:val="24"/>
              </w:rPr>
              <w:t>negative short rods</w:t>
            </w:r>
          </w:p>
        </w:tc>
      </w:tr>
      <w:tr w:rsidR="00584328" w:rsidRPr="00584328" w14:paraId="0A106A3F" w14:textId="77777777" w:rsidTr="002A40BB">
        <w:trPr>
          <w:trHeight w:val="346"/>
        </w:trPr>
        <w:tc>
          <w:tcPr>
            <w:tcW w:w="990" w:type="dxa"/>
            <w:vAlign w:val="center"/>
          </w:tcPr>
          <w:p w14:paraId="4ACDBBA2"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5"/>
                <w:sz w:val="24"/>
              </w:rPr>
              <w:t>S4</w:t>
            </w:r>
          </w:p>
        </w:tc>
        <w:tc>
          <w:tcPr>
            <w:tcW w:w="900" w:type="dxa"/>
            <w:vAlign w:val="center"/>
          </w:tcPr>
          <w:p w14:paraId="1DC14D90" w14:textId="54FDFF02"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5"/>
                <w:sz w:val="24"/>
              </w:rPr>
              <w:t>&lt;1m</w:t>
            </w:r>
            <w:r w:rsidRPr="00584328">
              <w:rPr>
                <w:rFonts w:ascii="Arial" w:hAnsi="Arial" w:cs="Arial"/>
                <w:spacing w:val="-10"/>
                <w:sz w:val="24"/>
              </w:rPr>
              <w:t>m</w:t>
            </w:r>
          </w:p>
        </w:tc>
        <w:tc>
          <w:tcPr>
            <w:tcW w:w="990" w:type="dxa"/>
            <w:vAlign w:val="center"/>
          </w:tcPr>
          <w:p w14:paraId="1BC94609"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2"/>
                <w:sz w:val="24"/>
              </w:rPr>
              <w:t>Circul</w:t>
            </w:r>
            <w:proofErr w:type="spellEnd"/>
          </w:p>
          <w:p w14:paraId="13908E01"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ar</w:t>
            </w:r>
            <w:proofErr w:type="spellEnd"/>
          </w:p>
        </w:tc>
        <w:tc>
          <w:tcPr>
            <w:tcW w:w="959" w:type="dxa"/>
            <w:vAlign w:val="center"/>
          </w:tcPr>
          <w:p w14:paraId="2BA481D3"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Yello</w:t>
            </w:r>
          </w:p>
          <w:p w14:paraId="61153DBD"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10"/>
                <w:sz w:val="24"/>
              </w:rPr>
              <w:t>w</w:t>
            </w:r>
          </w:p>
        </w:tc>
        <w:tc>
          <w:tcPr>
            <w:tcW w:w="989" w:type="dxa"/>
            <w:vAlign w:val="center"/>
          </w:tcPr>
          <w:p w14:paraId="06EE5D72"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01839378"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2"/>
                <w:sz w:val="24"/>
              </w:rPr>
              <w:t>Transluc</w:t>
            </w:r>
            <w:proofErr w:type="spellEnd"/>
          </w:p>
          <w:p w14:paraId="2FBD06C9"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ent</w:t>
            </w:r>
            <w:proofErr w:type="spellEnd"/>
          </w:p>
        </w:tc>
        <w:tc>
          <w:tcPr>
            <w:tcW w:w="1170" w:type="dxa"/>
            <w:vAlign w:val="center"/>
          </w:tcPr>
          <w:p w14:paraId="01BA1C99"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4"/>
                <w:sz w:val="24"/>
              </w:rPr>
              <w:t>Flat</w:t>
            </w:r>
          </w:p>
        </w:tc>
        <w:tc>
          <w:tcPr>
            <w:tcW w:w="1323" w:type="dxa"/>
            <w:vAlign w:val="center"/>
          </w:tcPr>
          <w:p w14:paraId="5BE7D4D0"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67DC0CBC"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z w:val="24"/>
              </w:rPr>
              <w:t>Gram</w:t>
            </w:r>
            <w:r w:rsidRPr="00584328">
              <w:rPr>
                <w:rFonts w:ascii="Arial" w:hAnsi="Arial" w:cs="Arial"/>
                <w:spacing w:val="60"/>
                <w:sz w:val="24"/>
              </w:rPr>
              <w:t xml:space="preserve"> </w:t>
            </w:r>
            <w:r w:rsidRPr="00584328">
              <w:rPr>
                <w:rFonts w:ascii="Arial" w:hAnsi="Arial" w:cs="Arial"/>
                <w:spacing w:val="-2"/>
                <w:sz w:val="24"/>
              </w:rPr>
              <w:t>positive</w:t>
            </w:r>
          </w:p>
          <w:p w14:paraId="7FE1874C"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z w:val="24"/>
              </w:rPr>
              <w:t xml:space="preserve">short </w:t>
            </w:r>
            <w:r w:rsidRPr="00584328">
              <w:rPr>
                <w:rFonts w:ascii="Arial" w:hAnsi="Arial" w:cs="Arial"/>
                <w:spacing w:val="-4"/>
                <w:sz w:val="24"/>
              </w:rPr>
              <w:t>rods</w:t>
            </w:r>
          </w:p>
        </w:tc>
      </w:tr>
      <w:tr w:rsidR="00584328" w:rsidRPr="00584328" w14:paraId="028B91BB" w14:textId="77777777" w:rsidTr="002A40BB">
        <w:trPr>
          <w:trHeight w:val="346"/>
        </w:trPr>
        <w:tc>
          <w:tcPr>
            <w:tcW w:w="990" w:type="dxa"/>
            <w:vAlign w:val="center"/>
          </w:tcPr>
          <w:p w14:paraId="32C89B46"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t>S5</w:t>
            </w:r>
          </w:p>
        </w:tc>
        <w:tc>
          <w:tcPr>
            <w:tcW w:w="900" w:type="dxa"/>
            <w:vAlign w:val="center"/>
          </w:tcPr>
          <w:p w14:paraId="54F9A299" w14:textId="588A9ED6"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6"/>
                <w:sz w:val="24"/>
              </w:rPr>
              <w:t>4m</w:t>
            </w:r>
            <w:r w:rsidRPr="00584328">
              <w:rPr>
                <w:rFonts w:ascii="Arial" w:hAnsi="Arial" w:cs="Arial"/>
                <w:spacing w:val="-10"/>
                <w:sz w:val="24"/>
              </w:rPr>
              <w:t>m</w:t>
            </w:r>
          </w:p>
        </w:tc>
        <w:tc>
          <w:tcPr>
            <w:tcW w:w="990" w:type="dxa"/>
            <w:vAlign w:val="center"/>
          </w:tcPr>
          <w:p w14:paraId="07DF9D14"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Irregu</w:t>
            </w:r>
            <w:proofErr w:type="spellEnd"/>
            <w:r w:rsidRPr="00584328">
              <w:rPr>
                <w:rFonts w:ascii="Arial" w:hAnsi="Arial" w:cs="Arial"/>
                <w:spacing w:val="-2"/>
                <w:sz w:val="24"/>
              </w:rPr>
              <w:t xml:space="preserve"> </w:t>
            </w:r>
            <w:r w:rsidRPr="00584328">
              <w:rPr>
                <w:rFonts w:ascii="Arial" w:hAnsi="Arial" w:cs="Arial"/>
                <w:spacing w:val="-4"/>
                <w:sz w:val="24"/>
              </w:rPr>
              <w:t>lar</w:t>
            </w:r>
          </w:p>
        </w:tc>
        <w:tc>
          <w:tcPr>
            <w:tcW w:w="959" w:type="dxa"/>
            <w:vAlign w:val="center"/>
          </w:tcPr>
          <w:p w14:paraId="2899C569"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White</w:t>
            </w:r>
          </w:p>
        </w:tc>
        <w:tc>
          <w:tcPr>
            <w:tcW w:w="989" w:type="dxa"/>
            <w:vAlign w:val="center"/>
          </w:tcPr>
          <w:p w14:paraId="2E370903"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Irregula</w:t>
            </w:r>
            <w:proofErr w:type="spellEnd"/>
            <w:r w:rsidRPr="00584328">
              <w:rPr>
                <w:rFonts w:ascii="Arial" w:hAnsi="Arial" w:cs="Arial"/>
                <w:spacing w:val="-2"/>
                <w:sz w:val="24"/>
              </w:rPr>
              <w:t xml:space="preserve"> </w:t>
            </w:r>
            <w:r w:rsidRPr="00584328">
              <w:rPr>
                <w:rFonts w:ascii="Arial" w:hAnsi="Arial" w:cs="Arial"/>
                <w:spacing w:val="-10"/>
                <w:sz w:val="24"/>
              </w:rPr>
              <w:t>r</w:t>
            </w:r>
          </w:p>
        </w:tc>
        <w:tc>
          <w:tcPr>
            <w:tcW w:w="1382" w:type="dxa"/>
            <w:vAlign w:val="center"/>
          </w:tcPr>
          <w:p w14:paraId="106196F4"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Opaque</w:t>
            </w:r>
          </w:p>
        </w:tc>
        <w:tc>
          <w:tcPr>
            <w:tcW w:w="1170" w:type="dxa"/>
            <w:vAlign w:val="center"/>
          </w:tcPr>
          <w:p w14:paraId="0AE8C079" w14:textId="215A8276" w:rsidR="00C675EC" w:rsidRPr="00584328" w:rsidRDefault="00C675EC" w:rsidP="002A40BB">
            <w:pPr>
              <w:pStyle w:val="TableParagraph"/>
              <w:tabs>
                <w:tab w:val="left" w:pos="360"/>
                <w:tab w:val="left" w:pos="964"/>
                <w:tab w:val="left" w:pos="8100"/>
              </w:tabs>
              <w:spacing w:line="360" w:lineRule="auto"/>
              <w:ind w:left="0"/>
              <w:jc w:val="center"/>
              <w:rPr>
                <w:rFonts w:ascii="Arial" w:hAnsi="Arial" w:cs="Arial"/>
                <w:sz w:val="24"/>
              </w:rPr>
            </w:pPr>
            <w:r w:rsidRPr="00584328">
              <w:rPr>
                <w:rFonts w:ascii="Arial" w:hAnsi="Arial" w:cs="Arial"/>
                <w:spacing w:val="-2"/>
                <w:sz w:val="24"/>
              </w:rPr>
              <w:t>Raised</w:t>
            </w:r>
            <w:r w:rsidRPr="00584328">
              <w:rPr>
                <w:rFonts w:ascii="Arial" w:hAnsi="Arial" w:cs="Arial"/>
                <w:sz w:val="24"/>
              </w:rPr>
              <w:tab/>
            </w:r>
            <w:r w:rsidRPr="00584328">
              <w:rPr>
                <w:rFonts w:ascii="Arial" w:hAnsi="Arial" w:cs="Arial"/>
                <w:spacing w:val="-10"/>
                <w:sz w:val="24"/>
              </w:rPr>
              <w:t xml:space="preserve"> </w:t>
            </w:r>
            <w:r w:rsidRPr="00584328">
              <w:rPr>
                <w:rFonts w:ascii="Arial" w:hAnsi="Arial" w:cs="Arial"/>
                <w:spacing w:val="-2"/>
                <w:sz w:val="24"/>
              </w:rPr>
              <w:lastRenderedPageBreak/>
              <w:t>Mid-depth</w:t>
            </w:r>
          </w:p>
        </w:tc>
        <w:tc>
          <w:tcPr>
            <w:tcW w:w="1323" w:type="dxa"/>
            <w:vAlign w:val="center"/>
          </w:tcPr>
          <w:p w14:paraId="1E2C8D6B"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lastRenderedPageBreak/>
              <w:t>Sticky</w:t>
            </w:r>
          </w:p>
        </w:tc>
        <w:tc>
          <w:tcPr>
            <w:tcW w:w="1648" w:type="dxa"/>
            <w:vAlign w:val="center"/>
          </w:tcPr>
          <w:p w14:paraId="2E3A02D6"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z w:val="24"/>
              </w:rPr>
              <w:t>Gram</w:t>
            </w:r>
            <w:r w:rsidRPr="00584328">
              <w:rPr>
                <w:rFonts w:ascii="Arial" w:hAnsi="Arial" w:cs="Arial"/>
                <w:spacing w:val="26"/>
                <w:sz w:val="24"/>
              </w:rPr>
              <w:t xml:space="preserve"> </w:t>
            </w:r>
            <w:r w:rsidRPr="00584328">
              <w:rPr>
                <w:rFonts w:ascii="Arial" w:hAnsi="Arial" w:cs="Arial"/>
                <w:sz w:val="24"/>
              </w:rPr>
              <w:t xml:space="preserve">positive </w:t>
            </w:r>
            <w:r w:rsidRPr="00584328">
              <w:rPr>
                <w:rFonts w:ascii="Arial" w:hAnsi="Arial" w:cs="Arial"/>
                <w:spacing w:val="-4"/>
                <w:sz w:val="24"/>
              </w:rPr>
              <w:lastRenderedPageBreak/>
              <w:t>rods</w:t>
            </w:r>
          </w:p>
        </w:tc>
      </w:tr>
      <w:tr w:rsidR="00584328" w:rsidRPr="00584328" w14:paraId="599F56A8" w14:textId="77777777" w:rsidTr="002A40BB">
        <w:trPr>
          <w:trHeight w:val="346"/>
        </w:trPr>
        <w:tc>
          <w:tcPr>
            <w:tcW w:w="990" w:type="dxa"/>
            <w:vAlign w:val="center"/>
          </w:tcPr>
          <w:p w14:paraId="3F625913"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lastRenderedPageBreak/>
              <w:t>C1</w:t>
            </w:r>
          </w:p>
        </w:tc>
        <w:tc>
          <w:tcPr>
            <w:tcW w:w="900" w:type="dxa"/>
            <w:vAlign w:val="center"/>
          </w:tcPr>
          <w:p w14:paraId="0813F0C9" w14:textId="2F2CE152"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5"/>
                <w:sz w:val="24"/>
              </w:rPr>
              <w:t>1m</w:t>
            </w:r>
            <w:r w:rsidRPr="00584328">
              <w:rPr>
                <w:rFonts w:ascii="Arial" w:hAnsi="Arial" w:cs="Arial"/>
                <w:spacing w:val="-10"/>
                <w:sz w:val="24"/>
              </w:rPr>
              <w:t>m</w:t>
            </w:r>
          </w:p>
        </w:tc>
        <w:tc>
          <w:tcPr>
            <w:tcW w:w="990" w:type="dxa"/>
            <w:vAlign w:val="center"/>
          </w:tcPr>
          <w:p w14:paraId="0008F7DC" w14:textId="77777777" w:rsidR="00C675EC" w:rsidRPr="00584328" w:rsidRDefault="00C675EC" w:rsidP="002A40BB">
            <w:pPr>
              <w:pStyle w:val="TableParagraph"/>
              <w:tabs>
                <w:tab w:val="left" w:pos="360"/>
                <w:tab w:val="left" w:pos="8100"/>
              </w:tabs>
              <w:ind w:left="0"/>
              <w:jc w:val="center"/>
              <w:rPr>
                <w:rFonts w:ascii="Arial" w:hAnsi="Arial" w:cs="Arial"/>
                <w:sz w:val="24"/>
              </w:rPr>
            </w:pPr>
            <w:proofErr w:type="spellStart"/>
            <w:r w:rsidRPr="00584328">
              <w:rPr>
                <w:rFonts w:ascii="Arial" w:hAnsi="Arial" w:cs="Arial"/>
                <w:spacing w:val="-2"/>
                <w:sz w:val="24"/>
              </w:rPr>
              <w:t>Circul</w:t>
            </w:r>
            <w:proofErr w:type="spellEnd"/>
          </w:p>
          <w:p w14:paraId="7319662C"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ar</w:t>
            </w:r>
            <w:proofErr w:type="spellEnd"/>
          </w:p>
        </w:tc>
        <w:tc>
          <w:tcPr>
            <w:tcW w:w="959" w:type="dxa"/>
            <w:vAlign w:val="center"/>
          </w:tcPr>
          <w:p w14:paraId="3071891E"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4"/>
                <w:sz w:val="24"/>
              </w:rPr>
              <w:t>Off-</w:t>
            </w:r>
          </w:p>
          <w:p w14:paraId="0EA61101"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white</w:t>
            </w:r>
          </w:p>
        </w:tc>
        <w:tc>
          <w:tcPr>
            <w:tcW w:w="989" w:type="dxa"/>
            <w:vAlign w:val="center"/>
          </w:tcPr>
          <w:p w14:paraId="13E70352"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20771DDC" w14:textId="77777777" w:rsidR="00C675EC" w:rsidRPr="00584328" w:rsidRDefault="00C675EC" w:rsidP="002A40BB">
            <w:pPr>
              <w:pStyle w:val="TableParagraph"/>
              <w:tabs>
                <w:tab w:val="left" w:pos="360"/>
                <w:tab w:val="left" w:pos="8100"/>
              </w:tabs>
              <w:ind w:left="0"/>
              <w:jc w:val="center"/>
              <w:rPr>
                <w:rFonts w:ascii="Arial" w:hAnsi="Arial" w:cs="Arial"/>
                <w:sz w:val="24"/>
              </w:rPr>
            </w:pPr>
            <w:proofErr w:type="spellStart"/>
            <w:r w:rsidRPr="00584328">
              <w:rPr>
                <w:rFonts w:ascii="Arial" w:hAnsi="Arial" w:cs="Arial"/>
                <w:spacing w:val="-2"/>
                <w:sz w:val="24"/>
              </w:rPr>
              <w:t>Transluc</w:t>
            </w:r>
            <w:proofErr w:type="spellEnd"/>
          </w:p>
          <w:p w14:paraId="14C135D3"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proofErr w:type="spellStart"/>
            <w:r w:rsidRPr="00584328">
              <w:rPr>
                <w:rFonts w:ascii="Arial" w:hAnsi="Arial" w:cs="Arial"/>
                <w:spacing w:val="-5"/>
                <w:sz w:val="24"/>
              </w:rPr>
              <w:t>ent</w:t>
            </w:r>
            <w:proofErr w:type="spellEnd"/>
          </w:p>
        </w:tc>
        <w:tc>
          <w:tcPr>
            <w:tcW w:w="1170" w:type="dxa"/>
            <w:vAlign w:val="center"/>
          </w:tcPr>
          <w:p w14:paraId="533A9C45"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Raised</w:t>
            </w:r>
          </w:p>
        </w:tc>
        <w:tc>
          <w:tcPr>
            <w:tcW w:w="1323" w:type="dxa"/>
            <w:vAlign w:val="center"/>
          </w:tcPr>
          <w:p w14:paraId="0A89DAE3"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659EE571"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z w:val="24"/>
              </w:rPr>
              <w:t>Gram</w:t>
            </w:r>
            <w:r w:rsidRPr="00584328">
              <w:rPr>
                <w:rFonts w:ascii="Arial" w:hAnsi="Arial" w:cs="Arial"/>
                <w:spacing w:val="60"/>
                <w:sz w:val="24"/>
              </w:rPr>
              <w:t xml:space="preserve"> </w:t>
            </w:r>
            <w:r w:rsidRPr="00584328">
              <w:rPr>
                <w:rFonts w:ascii="Arial" w:hAnsi="Arial" w:cs="Arial"/>
                <w:spacing w:val="-2"/>
                <w:sz w:val="24"/>
              </w:rPr>
              <w:t>positive</w:t>
            </w:r>
          </w:p>
          <w:p w14:paraId="1BD51BFC"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z w:val="24"/>
              </w:rPr>
              <w:t xml:space="preserve">short </w:t>
            </w:r>
            <w:r w:rsidRPr="00584328">
              <w:rPr>
                <w:rFonts w:ascii="Arial" w:hAnsi="Arial" w:cs="Arial"/>
                <w:spacing w:val="-4"/>
                <w:sz w:val="24"/>
              </w:rPr>
              <w:t>rods</w:t>
            </w:r>
          </w:p>
        </w:tc>
      </w:tr>
      <w:tr w:rsidR="00584328" w:rsidRPr="00584328" w14:paraId="2A88C489" w14:textId="77777777" w:rsidTr="002A40BB">
        <w:trPr>
          <w:trHeight w:val="346"/>
        </w:trPr>
        <w:tc>
          <w:tcPr>
            <w:tcW w:w="990" w:type="dxa"/>
            <w:vAlign w:val="center"/>
          </w:tcPr>
          <w:p w14:paraId="50CC4924"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t>C2</w:t>
            </w:r>
          </w:p>
        </w:tc>
        <w:tc>
          <w:tcPr>
            <w:tcW w:w="900" w:type="dxa"/>
            <w:vAlign w:val="center"/>
          </w:tcPr>
          <w:p w14:paraId="481EC950"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6"/>
                <w:sz w:val="24"/>
              </w:rPr>
              <w:t xml:space="preserve">1m </w:t>
            </w:r>
            <w:r w:rsidRPr="00584328">
              <w:rPr>
                <w:rFonts w:ascii="Arial" w:hAnsi="Arial" w:cs="Arial"/>
                <w:spacing w:val="-10"/>
                <w:sz w:val="24"/>
              </w:rPr>
              <w:t>m</w:t>
            </w:r>
          </w:p>
        </w:tc>
        <w:tc>
          <w:tcPr>
            <w:tcW w:w="990" w:type="dxa"/>
            <w:vAlign w:val="center"/>
          </w:tcPr>
          <w:p w14:paraId="601DD6BB"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Circul</w:t>
            </w:r>
            <w:proofErr w:type="spellEnd"/>
            <w:r w:rsidRPr="00584328">
              <w:rPr>
                <w:rFonts w:ascii="Arial" w:hAnsi="Arial" w:cs="Arial"/>
                <w:spacing w:val="-2"/>
                <w:sz w:val="24"/>
              </w:rPr>
              <w:t xml:space="preserve"> </w:t>
            </w:r>
            <w:proofErr w:type="spellStart"/>
            <w:r w:rsidRPr="00584328">
              <w:rPr>
                <w:rFonts w:ascii="Arial" w:hAnsi="Arial" w:cs="Arial"/>
                <w:spacing w:val="-6"/>
                <w:sz w:val="24"/>
              </w:rPr>
              <w:t>ar</w:t>
            </w:r>
            <w:proofErr w:type="spellEnd"/>
          </w:p>
        </w:tc>
        <w:tc>
          <w:tcPr>
            <w:tcW w:w="959" w:type="dxa"/>
            <w:vAlign w:val="center"/>
          </w:tcPr>
          <w:p w14:paraId="73C3A783"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4"/>
                <w:sz w:val="24"/>
              </w:rPr>
              <w:t xml:space="preserve">Off- </w:t>
            </w:r>
            <w:r w:rsidRPr="00584328">
              <w:rPr>
                <w:rFonts w:ascii="Arial" w:hAnsi="Arial" w:cs="Arial"/>
                <w:spacing w:val="-2"/>
                <w:sz w:val="24"/>
              </w:rPr>
              <w:t>white</w:t>
            </w:r>
          </w:p>
        </w:tc>
        <w:tc>
          <w:tcPr>
            <w:tcW w:w="989" w:type="dxa"/>
            <w:vAlign w:val="center"/>
          </w:tcPr>
          <w:p w14:paraId="33FE35CA"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3A62611F"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Transluc</w:t>
            </w:r>
            <w:proofErr w:type="spellEnd"/>
            <w:r w:rsidRPr="00584328">
              <w:rPr>
                <w:rFonts w:ascii="Arial" w:hAnsi="Arial" w:cs="Arial"/>
                <w:spacing w:val="-2"/>
                <w:sz w:val="24"/>
              </w:rPr>
              <w:t xml:space="preserve"> </w:t>
            </w:r>
            <w:proofErr w:type="spellStart"/>
            <w:r w:rsidRPr="00584328">
              <w:rPr>
                <w:rFonts w:ascii="Arial" w:hAnsi="Arial" w:cs="Arial"/>
                <w:spacing w:val="-4"/>
                <w:sz w:val="24"/>
              </w:rPr>
              <w:t>ent</w:t>
            </w:r>
            <w:proofErr w:type="spellEnd"/>
          </w:p>
        </w:tc>
        <w:tc>
          <w:tcPr>
            <w:tcW w:w="1170" w:type="dxa"/>
            <w:vAlign w:val="center"/>
          </w:tcPr>
          <w:p w14:paraId="6B34BAD3"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4"/>
                <w:sz w:val="24"/>
              </w:rPr>
              <w:t>Flat</w:t>
            </w:r>
          </w:p>
        </w:tc>
        <w:tc>
          <w:tcPr>
            <w:tcW w:w="1323" w:type="dxa"/>
            <w:vAlign w:val="center"/>
          </w:tcPr>
          <w:p w14:paraId="60F02550"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77D46738"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z w:val="24"/>
              </w:rPr>
              <w:t>Gram</w:t>
            </w:r>
            <w:r w:rsidRPr="00584328">
              <w:rPr>
                <w:rFonts w:ascii="Arial" w:hAnsi="Arial" w:cs="Arial"/>
                <w:spacing w:val="-14"/>
                <w:sz w:val="24"/>
              </w:rPr>
              <w:t xml:space="preserve"> </w:t>
            </w:r>
            <w:r w:rsidRPr="00584328">
              <w:rPr>
                <w:rFonts w:ascii="Arial" w:hAnsi="Arial" w:cs="Arial"/>
                <w:sz w:val="24"/>
              </w:rPr>
              <w:t>negative long rods</w:t>
            </w:r>
          </w:p>
        </w:tc>
      </w:tr>
      <w:tr w:rsidR="00584328" w:rsidRPr="00584328" w14:paraId="737AF382" w14:textId="77777777" w:rsidTr="002A40BB">
        <w:trPr>
          <w:trHeight w:val="346"/>
        </w:trPr>
        <w:tc>
          <w:tcPr>
            <w:tcW w:w="990" w:type="dxa"/>
            <w:vAlign w:val="center"/>
          </w:tcPr>
          <w:p w14:paraId="5BE8728A" w14:textId="77777777" w:rsidR="00C675EC" w:rsidRPr="00584328" w:rsidRDefault="00C675EC" w:rsidP="002A40BB">
            <w:pPr>
              <w:pStyle w:val="TableParagraph"/>
              <w:tabs>
                <w:tab w:val="left" w:pos="360"/>
                <w:tab w:val="left" w:pos="8100"/>
              </w:tabs>
              <w:ind w:left="0"/>
              <w:jc w:val="center"/>
              <w:rPr>
                <w:rFonts w:ascii="Arial" w:hAnsi="Arial" w:cs="Arial"/>
                <w:b/>
                <w:sz w:val="24"/>
              </w:rPr>
            </w:pPr>
            <w:r w:rsidRPr="00584328">
              <w:rPr>
                <w:rFonts w:ascii="Arial" w:hAnsi="Arial" w:cs="Arial"/>
                <w:b/>
                <w:spacing w:val="-5"/>
                <w:sz w:val="24"/>
              </w:rPr>
              <w:t>C3</w:t>
            </w:r>
          </w:p>
        </w:tc>
        <w:tc>
          <w:tcPr>
            <w:tcW w:w="900" w:type="dxa"/>
            <w:vAlign w:val="center"/>
          </w:tcPr>
          <w:p w14:paraId="7F7F0FDD" w14:textId="58FC63DD"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4"/>
                <w:sz w:val="24"/>
              </w:rPr>
              <w:t>&lt;1m</w:t>
            </w:r>
            <w:r w:rsidRPr="00584328">
              <w:rPr>
                <w:rFonts w:ascii="Arial" w:hAnsi="Arial" w:cs="Arial"/>
                <w:spacing w:val="-10"/>
                <w:sz w:val="24"/>
              </w:rPr>
              <w:t>m</w:t>
            </w:r>
          </w:p>
        </w:tc>
        <w:tc>
          <w:tcPr>
            <w:tcW w:w="990" w:type="dxa"/>
            <w:vAlign w:val="center"/>
          </w:tcPr>
          <w:p w14:paraId="48909B87"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Circul</w:t>
            </w:r>
            <w:proofErr w:type="spellEnd"/>
            <w:r w:rsidRPr="00584328">
              <w:rPr>
                <w:rFonts w:ascii="Arial" w:hAnsi="Arial" w:cs="Arial"/>
                <w:spacing w:val="-2"/>
                <w:sz w:val="24"/>
              </w:rPr>
              <w:t xml:space="preserve"> </w:t>
            </w:r>
            <w:proofErr w:type="spellStart"/>
            <w:r w:rsidRPr="00584328">
              <w:rPr>
                <w:rFonts w:ascii="Arial" w:hAnsi="Arial" w:cs="Arial"/>
                <w:spacing w:val="-6"/>
                <w:sz w:val="24"/>
              </w:rPr>
              <w:t>ar</w:t>
            </w:r>
            <w:proofErr w:type="spellEnd"/>
          </w:p>
        </w:tc>
        <w:tc>
          <w:tcPr>
            <w:tcW w:w="959" w:type="dxa"/>
            <w:vAlign w:val="center"/>
          </w:tcPr>
          <w:p w14:paraId="6EAB68D3"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4"/>
                <w:sz w:val="24"/>
              </w:rPr>
              <w:t xml:space="preserve">Off- </w:t>
            </w:r>
            <w:r w:rsidRPr="00584328">
              <w:rPr>
                <w:rFonts w:ascii="Arial" w:hAnsi="Arial" w:cs="Arial"/>
                <w:spacing w:val="-2"/>
                <w:sz w:val="24"/>
              </w:rPr>
              <w:t>white</w:t>
            </w:r>
          </w:p>
        </w:tc>
        <w:tc>
          <w:tcPr>
            <w:tcW w:w="989" w:type="dxa"/>
            <w:vAlign w:val="center"/>
          </w:tcPr>
          <w:p w14:paraId="40E15E3D"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20E9201B"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Opaque</w:t>
            </w:r>
          </w:p>
        </w:tc>
        <w:tc>
          <w:tcPr>
            <w:tcW w:w="1170" w:type="dxa"/>
            <w:vAlign w:val="center"/>
          </w:tcPr>
          <w:p w14:paraId="2A816C66"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4"/>
                <w:sz w:val="24"/>
              </w:rPr>
              <w:t>Flat</w:t>
            </w:r>
          </w:p>
        </w:tc>
        <w:tc>
          <w:tcPr>
            <w:tcW w:w="1323" w:type="dxa"/>
            <w:vAlign w:val="center"/>
          </w:tcPr>
          <w:p w14:paraId="42284E8F" w14:textId="77777777" w:rsidR="00C675EC" w:rsidRPr="00584328" w:rsidRDefault="00C675EC" w:rsidP="002A40BB">
            <w:pPr>
              <w:pStyle w:val="TableParagraph"/>
              <w:tabs>
                <w:tab w:val="left" w:pos="360"/>
                <w:tab w:val="left" w:pos="8100"/>
              </w:tabs>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1F5AA50F"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z w:val="24"/>
              </w:rPr>
              <w:t>Gram</w:t>
            </w:r>
            <w:r w:rsidRPr="00584328">
              <w:rPr>
                <w:rFonts w:ascii="Arial" w:hAnsi="Arial" w:cs="Arial"/>
                <w:spacing w:val="-14"/>
                <w:sz w:val="24"/>
              </w:rPr>
              <w:t xml:space="preserve"> </w:t>
            </w:r>
            <w:r w:rsidRPr="00584328">
              <w:rPr>
                <w:rFonts w:ascii="Arial" w:hAnsi="Arial" w:cs="Arial"/>
                <w:sz w:val="24"/>
              </w:rPr>
              <w:t>negative short rods</w:t>
            </w:r>
          </w:p>
        </w:tc>
      </w:tr>
      <w:tr w:rsidR="00584328" w:rsidRPr="00584328" w14:paraId="4C14EDC9" w14:textId="77777777" w:rsidTr="002A40BB">
        <w:trPr>
          <w:trHeight w:val="346"/>
        </w:trPr>
        <w:tc>
          <w:tcPr>
            <w:tcW w:w="990" w:type="dxa"/>
            <w:vAlign w:val="center"/>
          </w:tcPr>
          <w:p w14:paraId="4EDCB1DF"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b/>
                <w:sz w:val="24"/>
              </w:rPr>
            </w:pPr>
            <w:r w:rsidRPr="00584328">
              <w:rPr>
                <w:rFonts w:ascii="Arial" w:hAnsi="Arial" w:cs="Arial"/>
                <w:b/>
                <w:spacing w:val="-5"/>
                <w:sz w:val="24"/>
              </w:rPr>
              <w:t>C4</w:t>
            </w:r>
          </w:p>
        </w:tc>
        <w:tc>
          <w:tcPr>
            <w:tcW w:w="900" w:type="dxa"/>
            <w:vAlign w:val="center"/>
          </w:tcPr>
          <w:p w14:paraId="03A0845E" w14:textId="658FF33E"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4"/>
                <w:sz w:val="24"/>
              </w:rPr>
              <w:t>&lt;1m</w:t>
            </w:r>
            <w:r w:rsidRPr="00584328">
              <w:rPr>
                <w:rFonts w:ascii="Arial" w:hAnsi="Arial" w:cs="Arial"/>
                <w:spacing w:val="-10"/>
                <w:sz w:val="24"/>
              </w:rPr>
              <w:t>m</w:t>
            </w:r>
          </w:p>
        </w:tc>
        <w:tc>
          <w:tcPr>
            <w:tcW w:w="990" w:type="dxa"/>
            <w:vAlign w:val="center"/>
          </w:tcPr>
          <w:p w14:paraId="4002C125"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proofErr w:type="spellStart"/>
            <w:r w:rsidRPr="00584328">
              <w:rPr>
                <w:rFonts w:ascii="Arial" w:hAnsi="Arial" w:cs="Arial"/>
                <w:spacing w:val="-2"/>
                <w:sz w:val="24"/>
              </w:rPr>
              <w:t>circul</w:t>
            </w:r>
            <w:proofErr w:type="spellEnd"/>
            <w:r w:rsidRPr="00584328">
              <w:rPr>
                <w:rFonts w:ascii="Arial" w:hAnsi="Arial" w:cs="Arial"/>
                <w:spacing w:val="-2"/>
                <w:sz w:val="24"/>
              </w:rPr>
              <w:t xml:space="preserve"> </w:t>
            </w:r>
            <w:proofErr w:type="spellStart"/>
            <w:r w:rsidRPr="00584328">
              <w:rPr>
                <w:rFonts w:ascii="Arial" w:hAnsi="Arial" w:cs="Arial"/>
                <w:spacing w:val="-6"/>
                <w:sz w:val="24"/>
              </w:rPr>
              <w:t>ar</w:t>
            </w:r>
            <w:proofErr w:type="spellEnd"/>
          </w:p>
        </w:tc>
        <w:tc>
          <w:tcPr>
            <w:tcW w:w="959" w:type="dxa"/>
            <w:vAlign w:val="center"/>
          </w:tcPr>
          <w:p w14:paraId="7748005B" w14:textId="284BB719"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pacing w:val="-4"/>
                <w:sz w:val="24"/>
              </w:rPr>
              <w:t xml:space="preserve">Pale </w:t>
            </w:r>
            <w:r w:rsidRPr="00584328">
              <w:rPr>
                <w:rFonts w:ascii="Arial" w:hAnsi="Arial" w:cs="Arial"/>
                <w:spacing w:val="-2"/>
                <w:sz w:val="24"/>
              </w:rPr>
              <w:t>yello</w:t>
            </w:r>
            <w:r w:rsidRPr="00584328">
              <w:rPr>
                <w:rFonts w:ascii="Arial" w:hAnsi="Arial" w:cs="Arial"/>
                <w:spacing w:val="-10"/>
                <w:sz w:val="24"/>
              </w:rPr>
              <w:t>w</w:t>
            </w:r>
          </w:p>
        </w:tc>
        <w:tc>
          <w:tcPr>
            <w:tcW w:w="989" w:type="dxa"/>
            <w:vAlign w:val="center"/>
          </w:tcPr>
          <w:p w14:paraId="2042A942"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Entire</w:t>
            </w:r>
          </w:p>
        </w:tc>
        <w:tc>
          <w:tcPr>
            <w:tcW w:w="1382" w:type="dxa"/>
            <w:vAlign w:val="center"/>
          </w:tcPr>
          <w:p w14:paraId="386408BE"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Opaque</w:t>
            </w:r>
          </w:p>
        </w:tc>
        <w:tc>
          <w:tcPr>
            <w:tcW w:w="1170" w:type="dxa"/>
            <w:vAlign w:val="center"/>
          </w:tcPr>
          <w:p w14:paraId="70B02A9A"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Raised</w:t>
            </w:r>
          </w:p>
        </w:tc>
        <w:tc>
          <w:tcPr>
            <w:tcW w:w="1323" w:type="dxa"/>
            <w:vAlign w:val="center"/>
          </w:tcPr>
          <w:p w14:paraId="315F3E06" w14:textId="77777777" w:rsidR="00C675EC" w:rsidRPr="00584328" w:rsidRDefault="00C675EC" w:rsidP="002A40BB">
            <w:pPr>
              <w:pStyle w:val="TableParagraph"/>
              <w:tabs>
                <w:tab w:val="left" w:pos="360"/>
                <w:tab w:val="left" w:pos="8100"/>
              </w:tabs>
              <w:spacing w:line="240" w:lineRule="auto"/>
              <w:ind w:left="0"/>
              <w:jc w:val="center"/>
              <w:rPr>
                <w:rFonts w:ascii="Arial" w:hAnsi="Arial" w:cs="Arial"/>
                <w:sz w:val="24"/>
              </w:rPr>
            </w:pPr>
            <w:r w:rsidRPr="00584328">
              <w:rPr>
                <w:rFonts w:ascii="Arial" w:hAnsi="Arial" w:cs="Arial"/>
                <w:spacing w:val="-2"/>
                <w:sz w:val="24"/>
              </w:rPr>
              <w:t>smooth</w:t>
            </w:r>
          </w:p>
        </w:tc>
        <w:tc>
          <w:tcPr>
            <w:tcW w:w="1648" w:type="dxa"/>
            <w:vAlign w:val="center"/>
          </w:tcPr>
          <w:p w14:paraId="2DDB2B32" w14:textId="77777777" w:rsidR="00C675EC" w:rsidRPr="00584328" w:rsidRDefault="00C675EC" w:rsidP="002A40BB">
            <w:pPr>
              <w:pStyle w:val="TableParagraph"/>
              <w:tabs>
                <w:tab w:val="left" w:pos="360"/>
                <w:tab w:val="left" w:pos="8100"/>
              </w:tabs>
              <w:spacing w:line="360" w:lineRule="auto"/>
              <w:ind w:left="0"/>
              <w:jc w:val="center"/>
              <w:rPr>
                <w:rFonts w:ascii="Arial" w:hAnsi="Arial" w:cs="Arial"/>
                <w:sz w:val="24"/>
              </w:rPr>
            </w:pPr>
            <w:r w:rsidRPr="00584328">
              <w:rPr>
                <w:rFonts w:ascii="Arial" w:hAnsi="Arial" w:cs="Arial"/>
                <w:sz w:val="24"/>
              </w:rPr>
              <w:t>Gram</w:t>
            </w:r>
            <w:r w:rsidRPr="00584328">
              <w:rPr>
                <w:rFonts w:ascii="Arial" w:hAnsi="Arial" w:cs="Arial"/>
                <w:spacing w:val="26"/>
                <w:sz w:val="24"/>
              </w:rPr>
              <w:t xml:space="preserve"> </w:t>
            </w:r>
            <w:r w:rsidRPr="00584328">
              <w:rPr>
                <w:rFonts w:ascii="Arial" w:hAnsi="Arial" w:cs="Arial"/>
                <w:sz w:val="24"/>
              </w:rPr>
              <w:t xml:space="preserve">positive </w:t>
            </w:r>
            <w:r w:rsidRPr="00584328">
              <w:rPr>
                <w:rFonts w:ascii="Arial" w:hAnsi="Arial" w:cs="Arial"/>
                <w:spacing w:val="-2"/>
                <w:sz w:val="24"/>
              </w:rPr>
              <w:t>cocci</w:t>
            </w:r>
          </w:p>
        </w:tc>
      </w:tr>
    </w:tbl>
    <w:p w14:paraId="0E6B106A" w14:textId="64784131" w:rsidR="006E789D" w:rsidRPr="002A40BB" w:rsidRDefault="006E789D" w:rsidP="002A40BB">
      <w:pPr>
        <w:pStyle w:val="ListParagraph"/>
        <w:tabs>
          <w:tab w:val="left" w:pos="360"/>
          <w:tab w:val="left" w:pos="8100"/>
        </w:tabs>
        <w:spacing w:after="240"/>
        <w:ind w:left="0"/>
        <w:jc w:val="center"/>
        <w:rPr>
          <w:rFonts w:ascii="Arial" w:hAnsi="Arial" w:cs="Arial"/>
          <w:bCs/>
          <w:spacing w:val="-2"/>
          <w:sz w:val="24"/>
        </w:rPr>
      </w:pPr>
      <w:r w:rsidRPr="002A40BB">
        <w:rPr>
          <w:rFonts w:ascii="Arial" w:hAnsi="Arial" w:cs="Arial"/>
          <w:bCs/>
          <w:sz w:val="24"/>
        </w:rPr>
        <w:t>Table</w:t>
      </w:r>
      <w:r w:rsidRPr="002A40BB">
        <w:rPr>
          <w:rFonts w:ascii="Arial" w:hAnsi="Arial" w:cs="Arial"/>
          <w:bCs/>
          <w:spacing w:val="-8"/>
          <w:sz w:val="24"/>
        </w:rPr>
        <w:t xml:space="preserve"> </w:t>
      </w:r>
      <w:r w:rsidRPr="002A40BB">
        <w:rPr>
          <w:rFonts w:ascii="Arial" w:hAnsi="Arial" w:cs="Arial"/>
          <w:bCs/>
          <w:sz w:val="24"/>
        </w:rPr>
        <w:t>4:</w:t>
      </w:r>
      <w:r w:rsidRPr="002A40BB">
        <w:rPr>
          <w:rFonts w:ascii="Arial" w:hAnsi="Arial" w:cs="Arial"/>
          <w:bCs/>
          <w:spacing w:val="-9"/>
          <w:sz w:val="24"/>
        </w:rPr>
        <w:t xml:space="preserve"> </w:t>
      </w:r>
      <w:r w:rsidRPr="002A40BB">
        <w:rPr>
          <w:rFonts w:ascii="Arial" w:hAnsi="Arial" w:cs="Arial"/>
          <w:bCs/>
          <w:sz w:val="24"/>
        </w:rPr>
        <w:t>Bacterial</w:t>
      </w:r>
      <w:r w:rsidRPr="002A40BB">
        <w:rPr>
          <w:rFonts w:ascii="Arial" w:hAnsi="Arial" w:cs="Arial"/>
          <w:bCs/>
          <w:spacing w:val="-7"/>
          <w:sz w:val="24"/>
        </w:rPr>
        <w:t xml:space="preserve"> </w:t>
      </w:r>
      <w:r w:rsidRPr="002A40BB">
        <w:rPr>
          <w:rFonts w:ascii="Arial" w:hAnsi="Arial" w:cs="Arial"/>
          <w:bCs/>
          <w:sz w:val="24"/>
        </w:rPr>
        <w:t>colony</w:t>
      </w:r>
      <w:r w:rsidRPr="002A40BB">
        <w:rPr>
          <w:rFonts w:ascii="Arial" w:hAnsi="Arial" w:cs="Arial"/>
          <w:bCs/>
          <w:spacing w:val="-7"/>
          <w:sz w:val="24"/>
        </w:rPr>
        <w:t xml:space="preserve"> </w:t>
      </w:r>
      <w:proofErr w:type="spellStart"/>
      <w:r w:rsidRPr="002A40BB">
        <w:rPr>
          <w:rFonts w:ascii="Arial" w:hAnsi="Arial" w:cs="Arial"/>
          <w:bCs/>
          <w:spacing w:val="-2"/>
          <w:sz w:val="24"/>
        </w:rPr>
        <w:t>characterstics</w:t>
      </w:r>
      <w:proofErr w:type="spellEnd"/>
    </w:p>
    <w:p w14:paraId="63649B02" w14:textId="1BF3EEB9" w:rsidR="00C675EC" w:rsidRPr="002A40BB" w:rsidRDefault="002A40BB" w:rsidP="00584328">
      <w:pPr>
        <w:pStyle w:val="Heading2"/>
        <w:tabs>
          <w:tab w:val="left" w:pos="360"/>
          <w:tab w:val="left" w:pos="8100"/>
        </w:tabs>
        <w:spacing w:after="240"/>
        <w:rPr>
          <w:rFonts w:ascii="Arial" w:hAnsi="Arial" w:cs="Arial"/>
          <w:sz w:val="20"/>
        </w:rPr>
      </w:pPr>
      <w:r w:rsidRPr="00584328">
        <w:rPr>
          <w:rFonts w:ascii="Arial" w:hAnsi="Arial" w:cs="Arial"/>
          <w:b w:val="0"/>
          <w:noProof/>
          <w:sz w:val="20"/>
        </w:rPr>
        <mc:AlternateContent>
          <mc:Choice Requires="wpg">
            <w:drawing>
              <wp:anchor distT="0" distB="0" distL="0" distR="0" simplePos="0" relativeHeight="251692032" behindDoc="1" locked="0" layoutInCell="1" allowOverlap="1" wp14:anchorId="39E5D4F7" wp14:editId="140EA5C4">
                <wp:simplePos x="0" y="0"/>
                <wp:positionH relativeFrom="page">
                  <wp:posOffset>4994882</wp:posOffset>
                </wp:positionH>
                <wp:positionV relativeFrom="paragraph">
                  <wp:posOffset>2475527</wp:posOffset>
                </wp:positionV>
                <wp:extent cx="1818639" cy="203009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639" cy="2030095"/>
                          <a:chOff x="0" y="0"/>
                          <a:chExt cx="1818639" cy="2030095"/>
                        </a:xfrm>
                      </wpg:grpSpPr>
                      <pic:pic xmlns:pic="http://schemas.openxmlformats.org/drawingml/2006/picture">
                        <pic:nvPicPr>
                          <pic:cNvPr id="130" name="Image 130"/>
                          <pic:cNvPicPr/>
                        </pic:nvPicPr>
                        <pic:blipFill>
                          <a:blip r:embed="rId76" cstate="print"/>
                          <a:stretch>
                            <a:fillRect/>
                          </a:stretch>
                        </pic:blipFill>
                        <pic:spPr>
                          <a:xfrm>
                            <a:off x="100647" y="55181"/>
                            <a:ext cx="1616964" cy="1490726"/>
                          </a:xfrm>
                          <a:prstGeom prst="rect">
                            <a:avLst/>
                          </a:prstGeom>
                        </pic:spPr>
                      </pic:pic>
                      <wps:wsp>
                        <wps:cNvPr id="131" name="Textbox 131"/>
                        <wps:cNvSpPr txBox="1"/>
                        <wps:spPr>
                          <a:xfrm>
                            <a:off x="4762" y="4762"/>
                            <a:ext cx="1809114" cy="2020570"/>
                          </a:xfrm>
                          <a:prstGeom prst="rect">
                            <a:avLst/>
                          </a:prstGeom>
                          <a:ln w="9525">
                            <a:solidFill>
                              <a:srgbClr val="000000"/>
                            </a:solidFill>
                            <a:prstDash val="solid"/>
                          </a:ln>
                        </wps:spPr>
                        <wps:txbx>
                          <w:txbxContent>
                            <w:p w14:paraId="2B963E67" w14:textId="77777777" w:rsidR="00C675EC" w:rsidRDefault="00C675EC" w:rsidP="00C675EC">
                              <w:pPr>
                                <w:rPr>
                                  <w:b/>
                                  <w:sz w:val="24"/>
                                </w:rPr>
                              </w:pPr>
                            </w:p>
                            <w:p w14:paraId="3DE4AE24" w14:textId="77777777" w:rsidR="00C675EC" w:rsidRDefault="00C675EC" w:rsidP="00C675EC">
                              <w:pPr>
                                <w:rPr>
                                  <w:b/>
                                  <w:sz w:val="24"/>
                                </w:rPr>
                              </w:pPr>
                            </w:p>
                            <w:p w14:paraId="08F961D0" w14:textId="77777777" w:rsidR="00C675EC" w:rsidRDefault="00C675EC" w:rsidP="00C675EC">
                              <w:pPr>
                                <w:rPr>
                                  <w:b/>
                                  <w:sz w:val="24"/>
                                </w:rPr>
                              </w:pPr>
                            </w:p>
                            <w:p w14:paraId="622A2E05" w14:textId="77777777" w:rsidR="00C675EC" w:rsidRDefault="00C675EC" w:rsidP="00C675EC">
                              <w:pPr>
                                <w:rPr>
                                  <w:b/>
                                  <w:sz w:val="24"/>
                                </w:rPr>
                              </w:pPr>
                            </w:p>
                            <w:p w14:paraId="07345E45" w14:textId="77777777" w:rsidR="00C675EC" w:rsidRDefault="00C675EC" w:rsidP="00C675EC">
                              <w:pPr>
                                <w:rPr>
                                  <w:b/>
                                  <w:sz w:val="24"/>
                                </w:rPr>
                              </w:pPr>
                            </w:p>
                            <w:p w14:paraId="3170A14C" w14:textId="77777777" w:rsidR="002A40BB" w:rsidRDefault="002A40BB" w:rsidP="00584328">
                              <w:pPr>
                                <w:ind w:left="142"/>
                                <w:jc w:val="center"/>
                                <w:rPr>
                                  <w:rFonts w:ascii="Arial" w:hAnsi="Arial" w:cs="Arial"/>
                                  <w:bCs/>
                                  <w:sz w:val="20"/>
                                  <w:szCs w:val="18"/>
                                </w:rPr>
                              </w:pPr>
                            </w:p>
                            <w:p w14:paraId="20A062DA" w14:textId="6E0E30BC"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Fig.36: C1- Gram positive rods</w:t>
                              </w:r>
                            </w:p>
                            <w:p w14:paraId="7F11387B" w14:textId="77777777" w:rsidR="00C675EC" w:rsidRDefault="00C675EC" w:rsidP="00C675EC">
                              <w:pPr>
                                <w:rPr>
                                  <w:b/>
                                  <w:sz w:val="24"/>
                                </w:rPr>
                              </w:pPr>
                            </w:p>
                            <w:p w14:paraId="52B0C875" w14:textId="77777777" w:rsidR="00C675EC" w:rsidRDefault="00C675EC" w:rsidP="00C675EC">
                              <w:pPr>
                                <w:rPr>
                                  <w:b/>
                                  <w:sz w:val="24"/>
                                </w:rPr>
                              </w:pPr>
                            </w:p>
                            <w:p w14:paraId="6307216B" w14:textId="77777777" w:rsidR="00C675EC" w:rsidRDefault="00C675EC" w:rsidP="00C675EC">
                              <w:pPr>
                                <w:spacing w:before="233"/>
                                <w:rPr>
                                  <w:b/>
                                  <w:sz w:val="24"/>
                                </w:rPr>
                              </w:pPr>
                            </w:p>
                            <w:p w14:paraId="2399FBCF" w14:textId="77777777" w:rsidR="00C675EC" w:rsidRDefault="00C675EC" w:rsidP="00C675EC">
                              <w:pPr>
                                <w:ind w:left="144" w:right="174"/>
                                <w:rPr>
                                  <w:b/>
                                  <w:sz w:val="24"/>
                                </w:rPr>
                              </w:pPr>
                              <w:r>
                                <w:rPr>
                                  <w:b/>
                                  <w:sz w:val="24"/>
                                </w:rPr>
                                <w:t>Fig.36:</w:t>
                              </w:r>
                              <w:r>
                                <w:rPr>
                                  <w:b/>
                                  <w:spacing w:val="-15"/>
                                  <w:sz w:val="24"/>
                                </w:rPr>
                                <w:t xml:space="preserve"> </w:t>
                              </w:r>
                              <w:r>
                                <w:rPr>
                                  <w:b/>
                                  <w:sz w:val="24"/>
                                </w:rPr>
                                <w:t>C1-</w:t>
                              </w:r>
                              <w:r>
                                <w:rPr>
                                  <w:b/>
                                  <w:spacing w:val="-15"/>
                                  <w:sz w:val="24"/>
                                </w:rPr>
                                <w:t xml:space="preserve"> </w:t>
                              </w:r>
                              <w:r>
                                <w:rPr>
                                  <w:b/>
                                  <w:sz w:val="24"/>
                                </w:rPr>
                                <w:t>Gram positive rods</w:t>
                              </w:r>
                            </w:p>
                          </w:txbxContent>
                        </wps:txbx>
                        <wps:bodyPr wrap="square" lIns="0" tIns="0" rIns="0" bIns="0" rtlCol="0">
                          <a:noAutofit/>
                        </wps:bodyPr>
                      </wps:wsp>
                    </wpg:wgp>
                  </a:graphicData>
                </a:graphic>
              </wp:anchor>
            </w:drawing>
          </mc:Choice>
          <mc:Fallback>
            <w:pict>
              <v:group w14:anchorId="39E5D4F7" id="Group 129" o:spid="_x0000_s1121" style="position:absolute;left:0;text-align:left;margin-left:393.3pt;margin-top:194.9pt;width:143.2pt;height:159.85pt;z-index:-251624448;mso-wrap-distance-left:0;mso-wrap-distance-right:0;mso-position-horizontal-relative:page" coordsize="18186,2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">
                <v:shape id="Image 130" o:spid="_x0000_s1122" type="#_x0000_t75" style="position:absolute;left:1006;top:551;width:16170;height:1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">
                  <v:imagedata r:id="rId77" o:title=""/>
                </v:shape>
                <v:shape id="Textbox 131" o:spid="_x0000_s1123" type="#_x0000_t202" style="position:absolute;left:47;top:47;width:18091;height:20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" filled="f">
                  <v:textbox inset="0,0,0,0">
                    <w:txbxContent>
                      <w:p w14:paraId="2B963E67" w14:textId="77777777" w:rsidR="00C675EC" w:rsidRDefault="00C675EC" w:rsidP="00C675EC">
                        <w:pPr>
                          <w:rPr>
                            <w:b/>
                            <w:sz w:val="24"/>
                          </w:rPr>
                        </w:pPr>
                      </w:p>
                      <w:p w14:paraId="3DE4AE24" w14:textId="77777777" w:rsidR="00C675EC" w:rsidRDefault="00C675EC" w:rsidP="00C675EC">
                        <w:pPr>
                          <w:rPr>
                            <w:b/>
                            <w:sz w:val="24"/>
                          </w:rPr>
                        </w:pPr>
                      </w:p>
                      <w:p w14:paraId="08F961D0" w14:textId="77777777" w:rsidR="00C675EC" w:rsidRDefault="00C675EC" w:rsidP="00C675EC">
                        <w:pPr>
                          <w:rPr>
                            <w:b/>
                            <w:sz w:val="24"/>
                          </w:rPr>
                        </w:pPr>
                      </w:p>
                      <w:p w14:paraId="622A2E05" w14:textId="77777777" w:rsidR="00C675EC" w:rsidRDefault="00C675EC" w:rsidP="00C675EC">
                        <w:pPr>
                          <w:rPr>
                            <w:b/>
                            <w:sz w:val="24"/>
                          </w:rPr>
                        </w:pPr>
                      </w:p>
                      <w:p w14:paraId="07345E45" w14:textId="77777777" w:rsidR="00C675EC" w:rsidRDefault="00C675EC" w:rsidP="00C675EC">
                        <w:pPr>
                          <w:rPr>
                            <w:b/>
                            <w:sz w:val="24"/>
                          </w:rPr>
                        </w:pPr>
                      </w:p>
                      <w:p w14:paraId="3170A14C" w14:textId="77777777" w:rsidR="002A40BB" w:rsidRDefault="002A40BB" w:rsidP="00584328">
                        <w:pPr>
                          <w:ind w:left="142"/>
                          <w:jc w:val="center"/>
                          <w:rPr>
                            <w:rFonts w:ascii="Arial" w:hAnsi="Arial" w:cs="Arial"/>
                            <w:bCs/>
                            <w:sz w:val="20"/>
                            <w:szCs w:val="18"/>
                          </w:rPr>
                        </w:pPr>
                      </w:p>
                      <w:p w14:paraId="20A062DA" w14:textId="6E0E30BC"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Fig.36: C1- Gram positive rods</w:t>
                        </w:r>
                      </w:p>
                      <w:p w14:paraId="7F11387B" w14:textId="77777777" w:rsidR="00C675EC" w:rsidRDefault="00C675EC" w:rsidP="00C675EC">
                        <w:pPr>
                          <w:rPr>
                            <w:b/>
                            <w:sz w:val="24"/>
                          </w:rPr>
                        </w:pPr>
                      </w:p>
                      <w:p w14:paraId="52B0C875" w14:textId="77777777" w:rsidR="00C675EC" w:rsidRDefault="00C675EC" w:rsidP="00C675EC">
                        <w:pPr>
                          <w:rPr>
                            <w:b/>
                            <w:sz w:val="24"/>
                          </w:rPr>
                        </w:pPr>
                      </w:p>
                      <w:p w14:paraId="6307216B" w14:textId="77777777" w:rsidR="00C675EC" w:rsidRDefault="00C675EC" w:rsidP="00C675EC">
                        <w:pPr>
                          <w:spacing w:before="233"/>
                          <w:rPr>
                            <w:b/>
                            <w:sz w:val="24"/>
                          </w:rPr>
                        </w:pPr>
                      </w:p>
                      <w:p w14:paraId="2399FBCF" w14:textId="77777777" w:rsidR="00C675EC" w:rsidRDefault="00C675EC" w:rsidP="00C675EC">
                        <w:pPr>
                          <w:ind w:left="144" w:right="174"/>
                          <w:rPr>
                            <w:b/>
                            <w:sz w:val="24"/>
                          </w:rPr>
                        </w:pPr>
                        <w:r>
                          <w:rPr>
                            <w:b/>
                            <w:sz w:val="24"/>
                          </w:rPr>
                          <w:t>Fig.36:</w:t>
                        </w:r>
                        <w:r>
                          <w:rPr>
                            <w:b/>
                            <w:spacing w:val="-15"/>
                            <w:sz w:val="24"/>
                          </w:rPr>
                          <w:t xml:space="preserve"> </w:t>
                        </w:r>
                        <w:r>
                          <w:rPr>
                            <w:b/>
                            <w:sz w:val="24"/>
                          </w:rPr>
                          <w:t>C1-</w:t>
                        </w:r>
                        <w:r>
                          <w:rPr>
                            <w:b/>
                            <w:spacing w:val="-15"/>
                            <w:sz w:val="24"/>
                          </w:rPr>
                          <w:t xml:space="preserve"> </w:t>
                        </w:r>
                        <w:r>
                          <w:rPr>
                            <w:b/>
                            <w:sz w:val="24"/>
                          </w:rPr>
                          <w:t>Gram positive rods</w:t>
                        </w:r>
                      </w:p>
                    </w:txbxContent>
                  </v:textbox>
                </v:shape>
                <w10:wrap type="topAndBottom" anchorx="page"/>
              </v:group>
            </w:pict>
          </mc:Fallback>
        </mc:AlternateContent>
      </w:r>
      <w:r w:rsidRPr="00584328">
        <w:rPr>
          <w:rFonts w:ascii="Arial" w:hAnsi="Arial" w:cs="Arial"/>
          <w:b w:val="0"/>
          <w:noProof/>
          <w:sz w:val="20"/>
        </w:rPr>
        <mc:AlternateContent>
          <mc:Choice Requires="wpg">
            <w:drawing>
              <wp:anchor distT="0" distB="0" distL="0" distR="0" simplePos="0" relativeHeight="251691008" behindDoc="1" locked="0" layoutInCell="1" allowOverlap="1" wp14:anchorId="3CAF5BDA" wp14:editId="0EE1A159">
                <wp:simplePos x="0" y="0"/>
                <wp:positionH relativeFrom="page">
                  <wp:posOffset>2993073</wp:posOffset>
                </wp:positionH>
                <wp:positionV relativeFrom="paragraph">
                  <wp:posOffset>2410394</wp:posOffset>
                </wp:positionV>
                <wp:extent cx="1818639" cy="201104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639" cy="2011045"/>
                          <a:chOff x="0" y="0"/>
                          <a:chExt cx="1818639" cy="2011045"/>
                        </a:xfrm>
                      </wpg:grpSpPr>
                      <pic:pic xmlns:pic="http://schemas.openxmlformats.org/drawingml/2006/picture">
                        <pic:nvPicPr>
                          <pic:cNvPr id="127" name="Image 127"/>
                          <pic:cNvPicPr/>
                        </pic:nvPicPr>
                        <pic:blipFill>
                          <a:blip r:embed="rId78" cstate="print"/>
                          <a:stretch>
                            <a:fillRect/>
                          </a:stretch>
                        </pic:blipFill>
                        <pic:spPr>
                          <a:xfrm>
                            <a:off x="100647" y="55181"/>
                            <a:ext cx="1616710" cy="1471929"/>
                          </a:xfrm>
                          <a:prstGeom prst="rect">
                            <a:avLst/>
                          </a:prstGeom>
                        </pic:spPr>
                      </pic:pic>
                      <wps:wsp>
                        <wps:cNvPr id="128" name="Textbox 128"/>
                        <wps:cNvSpPr txBox="1"/>
                        <wps:spPr>
                          <a:xfrm>
                            <a:off x="4762" y="4762"/>
                            <a:ext cx="1809114" cy="2001520"/>
                          </a:xfrm>
                          <a:prstGeom prst="rect">
                            <a:avLst/>
                          </a:prstGeom>
                          <a:ln w="9525">
                            <a:solidFill>
                              <a:srgbClr val="000000"/>
                            </a:solidFill>
                            <a:prstDash val="solid"/>
                          </a:ln>
                        </wps:spPr>
                        <wps:txbx>
                          <w:txbxContent>
                            <w:p w14:paraId="49ABE1C1" w14:textId="77777777" w:rsidR="00C675EC" w:rsidRDefault="00C675EC" w:rsidP="00C675EC">
                              <w:pPr>
                                <w:rPr>
                                  <w:b/>
                                  <w:sz w:val="24"/>
                                </w:rPr>
                              </w:pPr>
                            </w:p>
                            <w:p w14:paraId="62007CBB" w14:textId="77777777" w:rsidR="00C675EC" w:rsidRDefault="00C675EC" w:rsidP="00C675EC">
                              <w:pPr>
                                <w:rPr>
                                  <w:b/>
                                  <w:sz w:val="24"/>
                                </w:rPr>
                              </w:pPr>
                            </w:p>
                            <w:p w14:paraId="47BE070C" w14:textId="77777777" w:rsidR="00C675EC" w:rsidRDefault="00C675EC" w:rsidP="00C675EC">
                              <w:pPr>
                                <w:rPr>
                                  <w:b/>
                                  <w:sz w:val="24"/>
                                </w:rPr>
                              </w:pPr>
                            </w:p>
                            <w:p w14:paraId="60212D86" w14:textId="77777777" w:rsidR="00C675EC" w:rsidRDefault="00C675EC" w:rsidP="00C675EC">
                              <w:pPr>
                                <w:rPr>
                                  <w:b/>
                                  <w:sz w:val="24"/>
                                </w:rPr>
                              </w:pPr>
                            </w:p>
                            <w:p w14:paraId="73DC6989" w14:textId="77777777" w:rsidR="00C675EC" w:rsidRDefault="00C675EC" w:rsidP="00C675EC">
                              <w:pPr>
                                <w:rPr>
                                  <w:b/>
                                  <w:sz w:val="24"/>
                                </w:rPr>
                              </w:pPr>
                            </w:p>
                            <w:p w14:paraId="5218E6B4" w14:textId="77777777" w:rsidR="002A40BB" w:rsidRDefault="002A40BB" w:rsidP="00584328">
                              <w:pPr>
                                <w:ind w:left="142"/>
                                <w:jc w:val="center"/>
                                <w:rPr>
                                  <w:rFonts w:ascii="Arial" w:hAnsi="Arial" w:cs="Arial"/>
                                  <w:bCs/>
                                  <w:sz w:val="20"/>
                                  <w:szCs w:val="18"/>
                                </w:rPr>
                              </w:pPr>
                            </w:p>
                            <w:p w14:paraId="2C06D6A8" w14:textId="1D2290C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Fig.35: S5- Gram positive rods</w:t>
                              </w:r>
                            </w:p>
                            <w:p w14:paraId="69C99046" w14:textId="77777777" w:rsidR="00C675EC" w:rsidRDefault="00C675EC" w:rsidP="00C675EC">
                              <w:pPr>
                                <w:rPr>
                                  <w:b/>
                                  <w:sz w:val="24"/>
                                </w:rPr>
                              </w:pPr>
                            </w:p>
                            <w:p w14:paraId="74B0AFA8" w14:textId="77777777" w:rsidR="00C675EC" w:rsidRDefault="00C675EC" w:rsidP="00C675EC">
                              <w:pPr>
                                <w:rPr>
                                  <w:b/>
                                  <w:sz w:val="24"/>
                                </w:rPr>
                              </w:pPr>
                            </w:p>
                            <w:p w14:paraId="394FC541" w14:textId="77777777" w:rsidR="00C675EC" w:rsidRDefault="00C675EC" w:rsidP="00C675EC">
                              <w:pPr>
                                <w:spacing w:before="204"/>
                                <w:rPr>
                                  <w:b/>
                                  <w:sz w:val="24"/>
                                </w:rPr>
                              </w:pPr>
                            </w:p>
                            <w:p w14:paraId="444F26F4" w14:textId="77777777" w:rsidR="00C675EC" w:rsidRDefault="00C675EC" w:rsidP="00C675EC">
                              <w:pPr>
                                <w:ind w:left="143" w:right="174"/>
                                <w:rPr>
                                  <w:b/>
                                  <w:sz w:val="24"/>
                                </w:rPr>
                              </w:pPr>
                              <w:r>
                                <w:rPr>
                                  <w:b/>
                                  <w:sz w:val="24"/>
                                </w:rPr>
                                <w:t>Fig.35:</w:t>
                              </w:r>
                              <w:r>
                                <w:rPr>
                                  <w:b/>
                                  <w:spacing w:val="-15"/>
                                  <w:sz w:val="24"/>
                                </w:rPr>
                                <w:t xml:space="preserve"> </w:t>
                              </w:r>
                              <w:r>
                                <w:rPr>
                                  <w:b/>
                                  <w:sz w:val="24"/>
                                </w:rPr>
                                <w:t>S5-</w:t>
                              </w:r>
                              <w:r>
                                <w:rPr>
                                  <w:b/>
                                  <w:spacing w:val="-15"/>
                                  <w:sz w:val="24"/>
                                </w:rPr>
                                <w:t xml:space="preserve"> </w:t>
                              </w:r>
                              <w:r>
                                <w:rPr>
                                  <w:b/>
                                  <w:sz w:val="24"/>
                                </w:rPr>
                                <w:t>Gram positive rods</w:t>
                              </w:r>
                            </w:p>
                          </w:txbxContent>
                        </wps:txbx>
                        <wps:bodyPr wrap="square" lIns="0" tIns="0" rIns="0" bIns="0" rtlCol="0">
                          <a:noAutofit/>
                        </wps:bodyPr>
                      </wps:wsp>
                    </wpg:wgp>
                  </a:graphicData>
                </a:graphic>
              </wp:anchor>
            </w:drawing>
          </mc:Choice>
          <mc:Fallback>
            <w:pict>
              <v:group w14:anchorId="3CAF5BDA" id="Group 126" o:spid="_x0000_s1124" style="position:absolute;left:0;text-align:left;margin-left:235.7pt;margin-top:189.8pt;width:143.2pt;height:158.35pt;z-index:-251625472;mso-wrap-distance-left:0;mso-wrap-distance-right:0;mso-position-horizontal-relative:page" coordsize="18186,20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">
                <v:shape id="Image 127" o:spid="_x0000_s1125" type="#_x0000_t75" style="position:absolute;left:1006;top:551;width:16167;height:1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">
                  <v:imagedata r:id="rId79" o:title=""/>
                </v:shape>
                <v:shape id="Textbox 128" o:spid="_x0000_s1126" type="#_x0000_t202" style="position:absolute;left:47;top:47;width:18091;height: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gP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Fp5RibQm18AAAD//wMAUEsBAi0AFAAGAAgAAAAhANvh9svuAAAAhQEAABMAAAAAAAAA&#10;AAAAAAAAAAAAAFtDb250ZW50X1R5cGVzXS54bWxQSwECLQAUAAYACAAAACEAWvQsW78AAAAVAQAA&#10;CwAAAAAAAAAAAAAAAAAfAQAAX3JlbHMvLnJlbHNQSwECLQAUAAYACAAAACEA5XJID8YAAADcAAAA&#10;DwAAAAAAAAAAAAAAAAAHAgAAZHJzL2Rvd25yZXYueG1sUEsFBgAAAAADAAMAtwAAAPoCAAAAAA==&#10;" filled="f">
                  <v:textbox inset="0,0,0,0">
                    <w:txbxContent>
                      <w:p w14:paraId="49ABE1C1" w14:textId="77777777" w:rsidR="00C675EC" w:rsidRDefault="00C675EC" w:rsidP="00C675EC">
                        <w:pPr>
                          <w:rPr>
                            <w:b/>
                            <w:sz w:val="24"/>
                          </w:rPr>
                        </w:pPr>
                      </w:p>
                      <w:p w14:paraId="62007CBB" w14:textId="77777777" w:rsidR="00C675EC" w:rsidRDefault="00C675EC" w:rsidP="00C675EC">
                        <w:pPr>
                          <w:rPr>
                            <w:b/>
                            <w:sz w:val="24"/>
                          </w:rPr>
                        </w:pPr>
                      </w:p>
                      <w:p w14:paraId="47BE070C" w14:textId="77777777" w:rsidR="00C675EC" w:rsidRDefault="00C675EC" w:rsidP="00C675EC">
                        <w:pPr>
                          <w:rPr>
                            <w:b/>
                            <w:sz w:val="24"/>
                          </w:rPr>
                        </w:pPr>
                      </w:p>
                      <w:p w14:paraId="60212D86" w14:textId="77777777" w:rsidR="00C675EC" w:rsidRDefault="00C675EC" w:rsidP="00C675EC">
                        <w:pPr>
                          <w:rPr>
                            <w:b/>
                            <w:sz w:val="24"/>
                          </w:rPr>
                        </w:pPr>
                      </w:p>
                      <w:p w14:paraId="73DC6989" w14:textId="77777777" w:rsidR="00C675EC" w:rsidRDefault="00C675EC" w:rsidP="00C675EC">
                        <w:pPr>
                          <w:rPr>
                            <w:b/>
                            <w:sz w:val="24"/>
                          </w:rPr>
                        </w:pPr>
                      </w:p>
                      <w:p w14:paraId="5218E6B4" w14:textId="77777777" w:rsidR="002A40BB" w:rsidRDefault="002A40BB" w:rsidP="00584328">
                        <w:pPr>
                          <w:ind w:left="142"/>
                          <w:jc w:val="center"/>
                          <w:rPr>
                            <w:rFonts w:ascii="Arial" w:hAnsi="Arial" w:cs="Arial"/>
                            <w:bCs/>
                            <w:sz w:val="20"/>
                            <w:szCs w:val="18"/>
                          </w:rPr>
                        </w:pPr>
                      </w:p>
                      <w:p w14:paraId="2C06D6A8" w14:textId="1D2290C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Fig.35: S5- Gram positive rods</w:t>
                        </w:r>
                      </w:p>
                      <w:p w14:paraId="69C99046" w14:textId="77777777" w:rsidR="00C675EC" w:rsidRDefault="00C675EC" w:rsidP="00C675EC">
                        <w:pPr>
                          <w:rPr>
                            <w:b/>
                            <w:sz w:val="24"/>
                          </w:rPr>
                        </w:pPr>
                      </w:p>
                      <w:p w14:paraId="74B0AFA8" w14:textId="77777777" w:rsidR="00C675EC" w:rsidRDefault="00C675EC" w:rsidP="00C675EC">
                        <w:pPr>
                          <w:rPr>
                            <w:b/>
                            <w:sz w:val="24"/>
                          </w:rPr>
                        </w:pPr>
                      </w:p>
                      <w:p w14:paraId="394FC541" w14:textId="77777777" w:rsidR="00C675EC" w:rsidRDefault="00C675EC" w:rsidP="00C675EC">
                        <w:pPr>
                          <w:spacing w:before="204"/>
                          <w:rPr>
                            <w:b/>
                            <w:sz w:val="24"/>
                          </w:rPr>
                        </w:pPr>
                      </w:p>
                      <w:p w14:paraId="444F26F4" w14:textId="77777777" w:rsidR="00C675EC" w:rsidRDefault="00C675EC" w:rsidP="00C675EC">
                        <w:pPr>
                          <w:ind w:left="143" w:right="174"/>
                          <w:rPr>
                            <w:b/>
                            <w:sz w:val="24"/>
                          </w:rPr>
                        </w:pPr>
                        <w:r>
                          <w:rPr>
                            <w:b/>
                            <w:sz w:val="24"/>
                          </w:rPr>
                          <w:t>Fig.35:</w:t>
                        </w:r>
                        <w:r>
                          <w:rPr>
                            <w:b/>
                            <w:spacing w:val="-15"/>
                            <w:sz w:val="24"/>
                          </w:rPr>
                          <w:t xml:space="preserve"> </w:t>
                        </w:r>
                        <w:r>
                          <w:rPr>
                            <w:b/>
                            <w:sz w:val="24"/>
                          </w:rPr>
                          <w:t>S5-</w:t>
                        </w:r>
                        <w:r>
                          <w:rPr>
                            <w:b/>
                            <w:spacing w:val="-15"/>
                            <w:sz w:val="24"/>
                          </w:rPr>
                          <w:t xml:space="preserve"> </w:t>
                        </w:r>
                        <w:r>
                          <w:rPr>
                            <w:b/>
                            <w:sz w:val="24"/>
                          </w:rPr>
                          <w:t>Gram positive rods</w:t>
                        </w:r>
                      </w:p>
                    </w:txbxContent>
                  </v:textbox>
                </v:shape>
                <w10:wrap type="topAndBottom" anchorx="page"/>
              </v:group>
            </w:pict>
          </mc:Fallback>
        </mc:AlternateContent>
      </w:r>
      <w:r w:rsidR="00C675EC" w:rsidRPr="002A40BB">
        <w:rPr>
          <w:rFonts w:ascii="Arial" w:hAnsi="Arial" w:cs="Arial"/>
          <w:sz w:val="22"/>
          <w:szCs w:val="22"/>
        </w:rPr>
        <w:t>Gram staining</w:t>
      </w:r>
      <w:r w:rsidR="00C675EC" w:rsidRPr="00584328">
        <w:rPr>
          <w:rFonts w:ascii="Arial" w:hAnsi="Arial" w:cs="Arial"/>
          <w:b w:val="0"/>
          <w:noProof/>
          <w:sz w:val="20"/>
        </w:rPr>
        <mc:AlternateContent>
          <mc:Choice Requires="wpg">
            <w:drawing>
              <wp:anchor distT="0" distB="0" distL="0" distR="0" simplePos="0" relativeHeight="251686912" behindDoc="1" locked="0" layoutInCell="1" allowOverlap="1" wp14:anchorId="0F841575" wp14:editId="5937E9CB">
                <wp:simplePos x="0" y="0"/>
                <wp:positionH relativeFrom="page">
                  <wp:posOffset>909637</wp:posOffset>
                </wp:positionH>
                <wp:positionV relativeFrom="paragraph">
                  <wp:posOffset>284827</wp:posOffset>
                </wp:positionV>
                <wp:extent cx="1838325" cy="202120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2021205"/>
                          <a:chOff x="0" y="0"/>
                          <a:chExt cx="1838325" cy="2021205"/>
                        </a:xfrm>
                      </wpg:grpSpPr>
                      <pic:pic xmlns:pic="http://schemas.openxmlformats.org/drawingml/2006/picture">
                        <pic:nvPicPr>
                          <pic:cNvPr id="115" name="Image 115"/>
                          <pic:cNvPicPr/>
                        </pic:nvPicPr>
                        <pic:blipFill>
                          <a:blip r:embed="rId80" cstate="print"/>
                          <a:stretch>
                            <a:fillRect/>
                          </a:stretch>
                        </pic:blipFill>
                        <pic:spPr>
                          <a:xfrm>
                            <a:off x="100774" y="55054"/>
                            <a:ext cx="1636776" cy="1413764"/>
                          </a:xfrm>
                          <a:prstGeom prst="rect">
                            <a:avLst/>
                          </a:prstGeom>
                        </pic:spPr>
                      </pic:pic>
                      <wps:wsp>
                        <wps:cNvPr id="116" name="Textbox 116"/>
                        <wps:cNvSpPr txBox="1"/>
                        <wps:spPr>
                          <a:xfrm>
                            <a:off x="4762" y="4762"/>
                            <a:ext cx="1828800" cy="2011680"/>
                          </a:xfrm>
                          <a:prstGeom prst="rect">
                            <a:avLst/>
                          </a:prstGeom>
                          <a:ln w="9525">
                            <a:solidFill>
                              <a:srgbClr val="000000"/>
                            </a:solidFill>
                            <a:prstDash val="solid"/>
                          </a:ln>
                        </wps:spPr>
                        <wps:txbx>
                          <w:txbxContent>
                            <w:p w14:paraId="6C8CF90C" w14:textId="77777777" w:rsidR="00C675EC" w:rsidRDefault="00C675EC" w:rsidP="00C675EC">
                              <w:pPr>
                                <w:rPr>
                                  <w:b/>
                                  <w:sz w:val="24"/>
                                </w:rPr>
                              </w:pPr>
                            </w:p>
                            <w:p w14:paraId="773B43E2" w14:textId="77777777" w:rsidR="00C675EC" w:rsidRDefault="00C675EC" w:rsidP="00C675EC">
                              <w:pPr>
                                <w:rPr>
                                  <w:b/>
                                  <w:sz w:val="24"/>
                                </w:rPr>
                              </w:pPr>
                            </w:p>
                            <w:p w14:paraId="37A81F20" w14:textId="77777777" w:rsidR="00C675EC" w:rsidRDefault="00C675EC" w:rsidP="00C675EC">
                              <w:pPr>
                                <w:rPr>
                                  <w:b/>
                                  <w:sz w:val="24"/>
                                </w:rPr>
                              </w:pPr>
                            </w:p>
                            <w:p w14:paraId="47BEE95D" w14:textId="77777777" w:rsidR="00C675EC" w:rsidRDefault="00C675EC" w:rsidP="00C675EC">
                              <w:pPr>
                                <w:rPr>
                                  <w:b/>
                                  <w:sz w:val="24"/>
                                </w:rPr>
                              </w:pPr>
                            </w:p>
                            <w:p w14:paraId="020B6D5B" w14:textId="77777777" w:rsidR="00C675EC" w:rsidRDefault="00C675EC" w:rsidP="00C675EC">
                              <w:pPr>
                                <w:rPr>
                                  <w:b/>
                                  <w:sz w:val="24"/>
                                </w:rPr>
                              </w:pPr>
                            </w:p>
                            <w:p w14:paraId="53C91244" w14:textId="7777777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Fig.31: S1- Gram positive cocci</w:t>
                              </w:r>
                            </w:p>
                            <w:p w14:paraId="0B6EE400" w14:textId="77777777" w:rsidR="00C675EC" w:rsidRDefault="00C675EC" w:rsidP="00C675EC">
                              <w:pPr>
                                <w:rPr>
                                  <w:b/>
                                  <w:sz w:val="24"/>
                                </w:rPr>
                              </w:pPr>
                            </w:p>
                            <w:p w14:paraId="382D805C" w14:textId="77777777" w:rsidR="00C675EC" w:rsidRDefault="00C675EC" w:rsidP="00C675EC">
                              <w:pPr>
                                <w:rPr>
                                  <w:b/>
                                  <w:sz w:val="24"/>
                                </w:rPr>
                              </w:pPr>
                            </w:p>
                            <w:p w14:paraId="44A22846" w14:textId="77777777" w:rsidR="00C675EC" w:rsidRDefault="00C675EC" w:rsidP="00C675EC">
                              <w:pPr>
                                <w:spacing w:before="112"/>
                                <w:rPr>
                                  <w:b/>
                                  <w:sz w:val="24"/>
                                </w:rPr>
                              </w:pPr>
                            </w:p>
                            <w:p w14:paraId="1BEFCE56" w14:textId="77777777" w:rsidR="00C675EC" w:rsidRDefault="00C675EC" w:rsidP="00C675EC">
                              <w:pPr>
                                <w:spacing w:before="1"/>
                                <w:ind w:left="144" w:right="939"/>
                                <w:rPr>
                                  <w:b/>
                                  <w:sz w:val="24"/>
                                </w:rPr>
                              </w:pPr>
                              <w:r>
                                <w:rPr>
                                  <w:b/>
                                  <w:sz w:val="24"/>
                                </w:rPr>
                                <w:t>Fig.31:</w:t>
                              </w:r>
                              <w:r>
                                <w:rPr>
                                  <w:b/>
                                  <w:spacing w:val="-15"/>
                                  <w:sz w:val="24"/>
                                </w:rPr>
                                <w:t xml:space="preserve"> </w:t>
                              </w:r>
                              <w:r>
                                <w:rPr>
                                  <w:b/>
                                  <w:sz w:val="24"/>
                                </w:rPr>
                                <w:t>S1-</w:t>
                              </w:r>
                              <w:r>
                                <w:rPr>
                                  <w:b/>
                                  <w:spacing w:val="-15"/>
                                  <w:sz w:val="24"/>
                                </w:rPr>
                                <w:t xml:space="preserve"> </w:t>
                              </w:r>
                              <w:r>
                                <w:rPr>
                                  <w:b/>
                                  <w:sz w:val="24"/>
                                </w:rPr>
                                <w:t>Gram positive cocci</w:t>
                              </w:r>
                            </w:p>
                          </w:txbxContent>
                        </wps:txbx>
                        <wps:bodyPr wrap="square" lIns="0" tIns="0" rIns="0" bIns="0" rtlCol="0">
                          <a:noAutofit/>
                        </wps:bodyPr>
                      </wps:wsp>
                    </wpg:wgp>
                  </a:graphicData>
                </a:graphic>
              </wp:anchor>
            </w:drawing>
          </mc:Choice>
          <mc:Fallback>
            <w:pict>
              <v:group w14:anchorId="0F841575" id="Group 114" o:spid="_x0000_s1127" style="position:absolute;left:0;text-align:left;margin-left:71.6pt;margin-top:22.45pt;width:144.75pt;height:159.15pt;z-index:-251629568;mso-wrap-distance-left:0;mso-wrap-distance-right:0;mso-position-horizontal-relative:page" coordsize="18383,20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">
                <v:shape id="Image 115" o:spid="_x0000_s1128" type="#_x0000_t75" style="position:absolute;left:1007;top:550;width:16368;height:1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">
                  <v:imagedata r:id="rId81" o:title=""/>
                </v:shape>
                <v:shape id="Textbox 116" o:spid="_x0000_s1129" type="#_x0000_t202" style="position:absolute;left:47;top:47;width:18288;height:20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" filled="f">
                  <v:textbox inset="0,0,0,0">
                    <w:txbxContent>
                      <w:p w14:paraId="6C8CF90C" w14:textId="77777777" w:rsidR="00C675EC" w:rsidRDefault="00C675EC" w:rsidP="00C675EC">
                        <w:pPr>
                          <w:rPr>
                            <w:b/>
                            <w:sz w:val="24"/>
                          </w:rPr>
                        </w:pPr>
                      </w:p>
                      <w:p w14:paraId="773B43E2" w14:textId="77777777" w:rsidR="00C675EC" w:rsidRDefault="00C675EC" w:rsidP="00C675EC">
                        <w:pPr>
                          <w:rPr>
                            <w:b/>
                            <w:sz w:val="24"/>
                          </w:rPr>
                        </w:pPr>
                      </w:p>
                      <w:p w14:paraId="37A81F20" w14:textId="77777777" w:rsidR="00C675EC" w:rsidRDefault="00C675EC" w:rsidP="00C675EC">
                        <w:pPr>
                          <w:rPr>
                            <w:b/>
                            <w:sz w:val="24"/>
                          </w:rPr>
                        </w:pPr>
                      </w:p>
                      <w:p w14:paraId="47BEE95D" w14:textId="77777777" w:rsidR="00C675EC" w:rsidRDefault="00C675EC" w:rsidP="00C675EC">
                        <w:pPr>
                          <w:rPr>
                            <w:b/>
                            <w:sz w:val="24"/>
                          </w:rPr>
                        </w:pPr>
                      </w:p>
                      <w:p w14:paraId="020B6D5B" w14:textId="77777777" w:rsidR="00C675EC" w:rsidRDefault="00C675EC" w:rsidP="00C675EC">
                        <w:pPr>
                          <w:rPr>
                            <w:b/>
                            <w:sz w:val="24"/>
                          </w:rPr>
                        </w:pPr>
                      </w:p>
                      <w:p w14:paraId="53C91244" w14:textId="7777777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Fig.31: S1- Gram positive cocci</w:t>
                        </w:r>
                      </w:p>
                      <w:p w14:paraId="0B6EE400" w14:textId="77777777" w:rsidR="00C675EC" w:rsidRDefault="00C675EC" w:rsidP="00C675EC">
                        <w:pPr>
                          <w:rPr>
                            <w:b/>
                            <w:sz w:val="24"/>
                          </w:rPr>
                        </w:pPr>
                      </w:p>
                      <w:p w14:paraId="382D805C" w14:textId="77777777" w:rsidR="00C675EC" w:rsidRDefault="00C675EC" w:rsidP="00C675EC">
                        <w:pPr>
                          <w:rPr>
                            <w:b/>
                            <w:sz w:val="24"/>
                          </w:rPr>
                        </w:pPr>
                      </w:p>
                      <w:p w14:paraId="44A22846" w14:textId="77777777" w:rsidR="00C675EC" w:rsidRDefault="00C675EC" w:rsidP="00C675EC">
                        <w:pPr>
                          <w:spacing w:before="112"/>
                          <w:rPr>
                            <w:b/>
                            <w:sz w:val="24"/>
                          </w:rPr>
                        </w:pPr>
                      </w:p>
                      <w:p w14:paraId="1BEFCE56" w14:textId="77777777" w:rsidR="00C675EC" w:rsidRDefault="00C675EC" w:rsidP="00C675EC">
                        <w:pPr>
                          <w:spacing w:before="1"/>
                          <w:ind w:left="144" w:right="939"/>
                          <w:rPr>
                            <w:b/>
                            <w:sz w:val="24"/>
                          </w:rPr>
                        </w:pPr>
                        <w:r>
                          <w:rPr>
                            <w:b/>
                            <w:sz w:val="24"/>
                          </w:rPr>
                          <w:t>Fig.31:</w:t>
                        </w:r>
                        <w:r>
                          <w:rPr>
                            <w:b/>
                            <w:spacing w:val="-15"/>
                            <w:sz w:val="24"/>
                          </w:rPr>
                          <w:t xml:space="preserve"> </w:t>
                        </w:r>
                        <w:r>
                          <w:rPr>
                            <w:b/>
                            <w:sz w:val="24"/>
                          </w:rPr>
                          <w:t>S1-</w:t>
                        </w:r>
                        <w:r>
                          <w:rPr>
                            <w:b/>
                            <w:spacing w:val="-15"/>
                            <w:sz w:val="24"/>
                          </w:rPr>
                          <w:t xml:space="preserve"> </w:t>
                        </w:r>
                        <w:r>
                          <w:rPr>
                            <w:b/>
                            <w:sz w:val="24"/>
                          </w:rPr>
                          <w:t>Gram positive cocci</w:t>
                        </w:r>
                      </w:p>
                    </w:txbxContent>
                  </v:textbox>
                </v:shape>
                <w10:wrap type="topAndBottom" anchorx="page"/>
              </v:group>
            </w:pict>
          </mc:Fallback>
        </mc:AlternateContent>
      </w:r>
      <w:r w:rsidR="00C675EC" w:rsidRPr="00584328">
        <w:rPr>
          <w:rFonts w:ascii="Arial" w:hAnsi="Arial" w:cs="Arial"/>
          <w:b w:val="0"/>
          <w:noProof/>
          <w:sz w:val="20"/>
        </w:rPr>
        <mc:AlternateContent>
          <mc:Choice Requires="wpg">
            <w:drawing>
              <wp:anchor distT="0" distB="0" distL="0" distR="0" simplePos="0" relativeHeight="251687936" behindDoc="1" locked="0" layoutInCell="1" allowOverlap="1" wp14:anchorId="5110E4BD" wp14:editId="10241841">
                <wp:simplePos x="0" y="0"/>
                <wp:positionH relativeFrom="page">
                  <wp:posOffset>2988627</wp:posOffset>
                </wp:positionH>
                <wp:positionV relativeFrom="paragraph">
                  <wp:posOffset>303877</wp:posOffset>
                </wp:positionV>
                <wp:extent cx="1780539" cy="199199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39" cy="1991995"/>
                          <a:chOff x="0" y="0"/>
                          <a:chExt cx="1780539" cy="1991995"/>
                        </a:xfrm>
                      </wpg:grpSpPr>
                      <pic:pic xmlns:pic="http://schemas.openxmlformats.org/drawingml/2006/picture">
                        <pic:nvPicPr>
                          <pic:cNvPr id="118" name="Image 118"/>
                          <pic:cNvPicPr/>
                        </pic:nvPicPr>
                        <pic:blipFill>
                          <a:blip r:embed="rId82" cstate="print"/>
                          <a:stretch>
                            <a:fillRect/>
                          </a:stretch>
                        </pic:blipFill>
                        <pic:spPr>
                          <a:xfrm>
                            <a:off x="100647" y="54927"/>
                            <a:ext cx="1578737" cy="1405001"/>
                          </a:xfrm>
                          <a:prstGeom prst="rect">
                            <a:avLst/>
                          </a:prstGeom>
                        </pic:spPr>
                      </pic:pic>
                      <wps:wsp>
                        <wps:cNvPr id="119" name="Textbox 119"/>
                        <wps:cNvSpPr txBox="1"/>
                        <wps:spPr>
                          <a:xfrm>
                            <a:off x="4762" y="4762"/>
                            <a:ext cx="1771014" cy="1982470"/>
                          </a:xfrm>
                          <a:prstGeom prst="rect">
                            <a:avLst/>
                          </a:prstGeom>
                          <a:ln w="9525">
                            <a:solidFill>
                              <a:srgbClr val="000000"/>
                            </a:solidFill>
                            <a:prstDash val="solid"/>
                          </a:ln>
                        </wps:spPr>
                        <wps:txbx>
                          <w:txbxContent>
                            <w:p w14:paraId="59CB88F7" w14:textId="77777777" w:rsidR="00C675EC" w:rsidRDefault="00C675EC" w:rsidP="00C675EC">
                              <w:pPr>
                                <w:rPr>
                                  <w:b/>
                                  <w:sz w:val="24"/>
                                </w:rPr>
                              </w:pPr>
                            </w:p>
                            <w:p w14:paraId="70524FC2" w14:textId="77777777" w:rsidR="00C675EC" w:rsidRDefault="00C675EC" w:rsidP="00C675EC">
                              <w:pPr>
                                <w:rPr>
                                  <w:b/>
                                  <w:sz w:val="24"/>
                                </w:rPr>
                              </w:pPr>
                            </w:p>
                            <w:p w14:paraId="20CAB220" w14:textId="77777777" w:rsidR="00C675EC" w:rsidRDefault="00C675EC" w:rsidP="00C675EC">
                              <w:pPr>
                                <w:rPr>
                                  <w:b/>
                                  <w:sz w:val="24"/>
                                </w:rPr>
                              </w:pPr>
                            </w:p>
                            <w:p w14:paraId="1B2037CA" w14:textId="77777777" w:rsidR="00C675EC" w:rsidRDefault="00C675EC" w:rsidP="00C675EC">
                              <w:pPr>
                                <w:rPr>
                                  <w:b/>
                                  <w:sz w:val="24"/>
                                </w:rPr>
                              </w:pPr>
                            </w:p>
                            <w:p w14:paraId="3E0902C5" w14:textId="77777777" w:rsidR="00C675EC" w:rsidRDefault="00C675EC" w:rsidP="00C675EC">
                              <w:pPr>
                                <w:rPr>
                                  <w:b/>
                                  <w:sz w:val="24"/>
                                </w:rPr>
                              </w:pPr>
                            </w:p>
                            <w:p w14:paraId="26415E57" w14:textId="7777777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Fig.32: S2- Gram positive cocci</w:t>
                              </w:r>
                            </w:p>
                            <w:p w14:paraId="7ABC16DB" w14:textId="77777777" w:rsidR="00C675EC" w:rsidRDefault="00C675EC" w:rsidP="00C675EC">
                              <w:pPr>
                                <w:rPr>
                                  <w:b/>
                                  <w:sz w:val="24"/>
                                </w:rPr>
                              </w:pPr>
                            </w:p>
                            <w:p w14:paraId="1CC5C0DA" w14:textId="77777777" w:rsidR="00C675EC" w:rsidRDefault="00C675EC" w:rsidP="00C675EC">
                              <w:pPr>
                                <w:rPr>
                                  <w:b/>
                                  <w:sz w:val="24"/>
                                </w:rPr>
                              </w:pPr>
                            </w:p>
                            <w:p w14:paraId="6984373F" w14:textId="77777777" w:rsidR="00C675EC" w:rsidRDefault="00C675EC" w:rsidP="00C675EC">
                              <w:pPr>
                                <w:spacing w:before="104"/>
                                <w:rPr>
                                  <w:b/>
                                  <w:sz w:val="24"/>
                                </w:rPr>
                              </w:pPr>
                            </w:p>
                            <w:p w14:paraId="104853BE" w14:textId="77777777" w:rsidR="00C675EC" w:rsidRDefault="00C675EC" w:rsidP="00C675EC">
                              <w:pPr>
                                <w:ind w:left="144" w:right="113"/>
                                <w:rPr>
                                  <w:b/>
                                  <w:sz w:val="24"/>
                                </w:rPr>
                              </w:pPr>
                              <w:r>
                                <w:rPr>
                                  <w:b/>
                                  <w:sz w:val="24"/>
                                </w:rPr>
                                <w:t>Fig.32:</w:t>
                              </w:r>
                              <w:r>
                                <w:rPr>
                                  <w:b/>
                                  <w:spacing w:val="-15"/>
                                  <w:sz w:val="24"/>
                                </w:rPr>
                                <w:t xml:space="preserve"> </w:t>
                              </w:r>
                              <w:r>
                                <w:rPr>
                                  <w:b/>
                                  <w:sz w:val="24"/>
                                </w:rPr>
                                <w:t>S2-</w:t>
                              </w:r>
                              <w:r>
                                <w:rPr>
                                  <w:b/>
                                  <w:spacing w:val="-15"/>
                                  <w:sz w:val="24"/>
                                </w:rPr>
                                <w:t xml:space="preserve"> </w:t>
                              </w:r>
                              <w:r>
                                <w:rPr>
                                  <w:b/>
                                  <w:sz w:val="24"/>
                                </w:rPr>
                                <w:t>Gram positive cocci</w:t>
                              </w:r>
                            </w:p>
                          </w:txbxContent>
                        </wps:txbx>
                        <wps:bodyPr wrap="square" lIns="0" tIns="0" rIns="0" bIns="0" rtlCol="0">
                          <a:noAutofit/>
                        </wps:bodyPr>
                      </wps:wsp>
                    </wpg:wgp>
                  </a:graphicData>
                </a:graphic>
              </wp:anchor>
            </w:drawing>
          </mc:Choice>
          <mc:Fallback>
            <w:pict>
              <v:group w14:anchorId="5110E4BD" id="Group 117" o:spid="_x0000_s1130" style="position:absolute;left:0;text-align:left;margin-left:235.3pt;margin-top:23.95pt;width:140.2pt;height:156.85pt;z-index:-251628544;mso-wrap-distance-left:0;mso-wrap-distance-right:0;mso-position-horizontal-relative:page" coordsize="17805,19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10;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">
                <v:shape id="Image 118" o:spid="_x0000_s1131" type="#_x0000_t75" style="position:absolute;left:1006;top:549;width:15787;height:1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">
                  <v:imagedata r:id="rId83" o:title=""/>
                </v:shape>
                <v:shape id="Textbox 119" o:spid="_x0000_s1132" type="#_x0000_t202" style="position:absolute;left:47;top:47;width:17710;height:1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" filled="f">
                  <v:textbox inset="0,0,0,0">
                    <w:txbxContent>
                      <w:p w14:paraId="59CB88F7" w14:textId="77777777" w:rsidR="00C675EC" w:rsidRDefault="00C675EC" w:rsidP="00C675EC">
                        <w:pPr>
                          <w:rPr>
                            <w:b/>
                            <w:sz w:val="24"/>
                          </w:rPr>
                        </w:pPr>
                      </w:p>
                      <w:p w14:paraId="70524FC2" w14:textId="77777777" w:rsidR="00C675EC" w:rsidRDefault="00C675EC" w:rsidP="00C675EC">
                        <w:pPr>
                          <w:rPr>
                            <w:b/>
                            <w:sz w:val="24"/>
                          </w:rPr>
                        </w:pPr>
                      </w:p>
                      <w:p w14:paraId="20CAB220" w14:textId="77777777" w:rsidR="00C675EC" w:rsidRDefault="00C675EC" w:rsidP="00C675EC">
                        <w:pPr>
                          <w:rPr>
                            <w:b/>
                            <w:sz w:val="24"/>
                          </w:rPr>
                        </w:pPr>
                      </w:p>
                      <w:p w14:paraId="1B2037CA" w14:textId="77777777" w:rsidR="00C675EC" w:rsidRDefault="00C675EC" w:rsidP="00C675EC">
                        <w:pPr>
                          <w:rPr>
                            <w:b/>
                            <w:sz w:val="24"/>
                          </w:rPr>
                        </w:pPr>
                      </w:p>
                      <w:p w14:paraId="3E0902C5" w14:textId="77777777" w:rsidR="00C675EC" w:rsidRDefault="00C675EC" w:rsidP="00C675EC">
                        <w:pPr>
                          <w:rPr>
                            <w:b/>
                            <w:sz w:val="24"/>
                          </w:rPr>
                        </w:pPr>
                      </w:p>
                      <w:p w14:paraId="26415E57" w14:textId="7777777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Fig.32: S2- Gram positive cocci</w:t>
                        </w:r>
                      </w:p>
                      <w:p w14:paraId="7ABC16DB" w14:textId="77777777" w:rsidR="00C675EC" w:rsidRDefault="00C675EC" w:rsidP="00C675EC">
                        <w:pPr>
                          <w:rPr>
                            <w:b/>
                            <w:sz w:val="24"/>
                          </w:rPr>
                        </w:pPr>
                      </w:p>
                      <w:p w14:paraId="1CC5C0DA" w14:textId="77777777" w:rsidR="00C675EC" w:rsidRDefault="00C675EC" w:rsidP="00C675EC">
                        <w:pPr>
                          <w:rPr>
                            <w:b/>
                            <w:sz w:val="24"/>
                          </w:rPr>
                        </w:pPr>
                      </w:p>
                      <w:p w14:paraId="6984373F" w14:textId="77777777" w:rsidR="00C675EC" w:rsidRDefault="00C675EC" w:rsidP="00C675EC">
                        <w:pPr>
                          <w:spacing w:before="104"/>
                          <w:rPr>
                            <w:b/>
                            <w:sz w:val="24"/>
                          </w:rPr>
                        </w:pPr>
                      </w:p>
                      <w:p w14:paraId="104853BE" w14:textId="77777777" w:rsidR="00C675EC" w:rsidRDefault="00C675EC" w:rsidP="00C675EC">
                        <w:pPr>
                          <w:ind w:left="144" w:right="113"/>
                          <w:rPr>
                            <w:b/>
                            <w:sz w:val="24"/>
                          </w:rPr>
                        </w:pPr>
                        <w:r>
                          <w:rPr>
                            <w:b/>
                            <w:sz w:val="24"/>
                          </w:rPr>
                          <w:t>Fig.32:</w:t>
                        </w:r>
                        <w:r>
                          <w:rPr>
                            <w:b/>
                            <w:spacing w:val="-15"/>
                            <w:sz w:val="24"/>
                          </w:rPr>
                          <w:t xml:space="preserve"> </w:t>
                        </w:r>
                        <w:r>
                          <w:rPr>
                            <w:b/>
                            <w:sz w:val="24"/>
                          </w:rPr>
                          <w:t>S2-</w:t>
                        </w:r>
                        <w:r>
                          <w:rPr>
                            <w:b/>
                            <w:spacing w:val="-15"/>
                            <w:sz w:val="24"/>
                          </w:rPr>
                          <w:t xml:space="preserve"> </w:t>
                        </w:r>
                        <w:r>
                          <w:rPr>
                            <w:b/>
                            <w:sz w:val="24"/>
                          </w:rPr>
                          <w:t>Gram positive cocci</w:t>
                        </w:r>
                      </w:p>
                    </w:txbxContent>
                  </v:textbox>
                </v:shape>
                <w10:wrap type="topAndBottom" anchorx="page"/>
              </v:group>
            </w:pict>
          </mc:Fallback>
        </mc:AlternateContent>
      </w:r>
      <w:r w:rsidR="00C675EC" w:rsidRPr="00584328">
        <w:rPr>
          <w:rFonts w:ascii="Arial" w:hAnsi="Arial" w:cs="Arial"/>
          <w:b w:val="0"/>
          <w:noProof/>
          <w:sz w:val="20"/>
        </w:rPr>
        <mc:AlternateContent>
          <mc:Choice Requires="wpg">
            <w:drawing>
              <wp:anchor distT="0" distB="0" distL="0" distR="0" simplePos="0" relativeHeight="251688960" behindDoc="1" locked="0" layoutInCell="1" allowOverlap="1" wp14:anchorId="53C3372D" wp14:editId="032890B8">
                <wp:simplePos x="0" y="0"/>
                <wp:positionH relativeFrom="page">
                  <wp:posOffset>5058092</wp:posOffset>
                </wp:positionH>
                <wp:positionV relativeFrom="paragraph">
                  <wp:posOffset>342612</wp:posOffset>
                </wp:positionV>
                <wp:extent cx="1780539" cy="195326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39" cy="1953260"/>
                          <a:chOff x="0" y="0"/>
                          <a:chExt cx="1780539" cy="1953260"/>
                        </a:xfrm>
                      </wpg:grpSpPr>
                      <pic:pic xmlns:pic="http://schemas.openxmlformats.org/drawingml/2006/picture">
                        <pic:nvPicPr>
                          <pic:cNvPr id="121" name="Image 121"/>
                          <pic:cNvPicPr/>
                        </pic:nvPicPr>
                        <pic:blipFill>
                          <a:blip r:embed="rId84" cstate="print"/>
                          <a:stretch>
                            <a:fillRect/>
                          </a:stretch>
                        </pic:blipFill>
                        <pic:spPr>
                          <a:xfrm>
                            <a:off x="100647" y="55181"/>
                            <a:ext cx="1578864" cy="1366266"/>
                          </a:xfrm>
                          <a:prstGeom prst="rect">
                            <a:avLst/>
                          </a:prstGeom>
                        </pic:spPr>
                      </pic:pic>
                      <wps:wsp>
                        <wps:cNvPr id="122" name="Textbox 122"/>
                        <wps:cNvSpPr txBox="1"/>
                        <wps:spPr>
                          <a:xfrm>
                            <a:off x="4762" y="4762"/>
                            <a:ext cx="1771014" cy="1943735"/>
                          </a:xfrm>
                          <a:prstGeom prst="rect">
                            <a:avLst/>
                          </a:prstGeom>
                          <a:ln w="9525">
                            <a:solidFill>
                              <a:srgbClr val="000000"/>
                            </a:solidFill>
                            <a:prstDash val="solid"/>
                          </a:ln>
                        </wps:spPr>
                        <wps:txbx>
                          <w:txbxContent>
                            <w:p w14:paraId="41C14A0F" w14:textId="77777777" w:rsidR="00C675EC" w:rsidRDefault="00C675EC" w:rsidP="00C675EC">
                              <w:pPr>
                                <w:rPr>
                                  <w:b/>
                                  <w:sz w:val="24"/>
                                </w:rPr>
                              </w:pPr>
                            </w:p>
                            <w:p w14:paraId="2F42F778" w14:textId="77777777" w:rsidR="00C675EC" w:rsidRDefault="00C675EC" w:rsidP="00C675EC">
                              <w:pPr>
                                <w:rPr>
                                  <w:b/>
                                  <w:sz w:val="24"/>
                                </w:rPr>
                              </w:pPr>
                            </w:p>
                            <w:p w14:paraId="371C7E27" w14:textId="77777777" w:rsidR="00C675EC" w:rsidRDefault="00C675EC" w:rsidP="00C675EC">
                              <w:pPr>
                                <w:rPr>
                                  <w:b/>
                                  <w:sz w:val="24"/>
                                </w:rPr>
                              </w:pPr>
                            </w:p>
                            <w:p w14:paraId="5B20638D" w14:textId="77777777" w:rsidR="00C675EC" w:rsidRDefault="00C675EC" w:rsidP="00C675EC">
                              <w:pPr>
                                <w:rPr>
                                  <w:b/>
                                  <w:sz w:val="24"/>
                                </w:rPr>
                              </w:pPr>
                            </w:p>
                            <w:p w14:paraId="0497F9B5" w14:textId="77777777" w:rsidR="00C675EC" w:rsidRDefault="00C675EC" w:rsidP="00C675EC">
                              <w:pPr>
                                <w:rPr>
                                  <w:b/>
                                  <w:sz w:val="24"/>
                                </w:rPr>
                              </w:pPr>
                            </w:p>
                            <w:p w14:paraId="01750F48" w14:textId="7777777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Fig.33: S3- Gram negative short rods</w:t>
                              </w:r>
                            </w:p>
                            <w:p w14:paraId="5553544B" w14:textId="77777777" w:rsidR="00C675EC" w:rsidRPr="00584328" w:rsidRDefault="00C675EC" w:rsidP="00584328">
                              <w:pPr>
                                <w:ind w:left="142"/>
                                <w:jc w:val="center"/>
                                <w:rPr>
                                  <w:rFonts w:ascii="Arial" w:hAnsi="Arial" w:cs="Arial"/>
                                  <w:bCs/>
                                  <w:sz w:val="20"/>
                                  <w:szCs w:val="18"/>
                                </w:rPr>
                              </w:pPr>
                            </w:p>
                            <w:p w14:paraId="78D59C48" w14:textId="77777777" w:rsidR="00C675EC" w:rsidRDefault="00C675EC" w:rsidP="00C675EC">
                              <w:pPr>
                                <w:rPr>
                                  <w:b/>
                                  <w:sz w:val="24"/>
                                </w:rPr>
                              </w:pPr>
                            </w:p>
                            <w:p w14:paraId="35D96A99" w14:textId="77777777" w:rsidR="00C675EC" w:rsidRDefault="00C675EC" w:rsidP="00C675EC">
                              <w:pPr>
                                <w:spacing w:before="45"/>
                                <w:rPr>
                                  <w:b/>
                                  <w:sz w:val="24"/>
                                </w:rPr>
                              </w:pPr>
                            </w:p>
                            <w:p w14:paraId="70DB2D8C" w14:textId="77777777" w:rsidR="00C675EC" w:rsidRDefault="00C675EC" w:rsidP="00C675EC">
                              <w:pPr>
                                <w:spacing w:before="1"/>
                                <w:ind w:left="144" w:right="113"/>
                                <w:rPr>
                                  <w:b/>
                                  <w:sz w:val="24"/>
                                </w:rPr>
                              </w:pPr>
                              <w:r>
                                <w:rPr>
                                  <w:b/>
                                  <w:sz w:val="24"/>
                                </w:rPr>
                                <w:t>Fig.33: S3- Gram negative</w:t>
                              </w:r>
                              <w:r>
                                <w:rPr>
                                  <w:b/>
                                  <w:spacing w:val="-15"/>
                                  <w:sz w:val="24"/>
                                </w:rPr>
                                <w:t xml:space="preserve"> </w:t>
                              </w:r>
                              <w:r>
                                <w:rPr>
                                  <w:b/>
                                  <w:sz w:val="24"/>
                                </w:rPr>
                                <w:t>short</w:t>
                              </w:r>
                              <w:r>
                                <w:rPr>
                                  <w:b/>
                                  <w:spacing w:val="-15"/>
                                  <w:sz w:val="24"/>
                                </w:rPr>
                                <w:t xml:space="preserve"> </w:t>
                              </w:r>
                              <w:r>
                                <w:rPr>
                                  <w:b/>
                                  <w:sz w:val="24"/>
                                </w:rPr>
                                <w:t>rods</w:t>
                              </w:r>
                            </w:p>
                          </w:txbxContent>
                        </wps:txbx>
                        <wps:bodyPr wrap="square" lIns="0" tIns="0" rIns="0" bIns="0" rtlCol="0">
                          <a:noAutofit/>
                        </wps:bodyPr>
                      </wps:wsp>
                    </wpg:wgp>
                  </a:graphicData>
                </a:graphic>
              </wp:anchor>
            </w:drawing>
          </mc:Choice>
          <mc:Fallback>
            <w:pict>
              <v:group w14:anchorId="53C3372D" id="Group 120" o:spid="_x0000_s1133" style="position:absolute;left:0;text-align:left;margin-left:398.25pt;margin-top:27pt;width:140.2pt;height:153.8pt;z-index:-251627520;mso-wrap-distance-left:0;mso-wrap-distance-right:0;mso-position-horizontal-relative:page" coordsize="17805,19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">
                <v:shape id="Image 121" o:spid="_x0000_s1134" type="#_x0000_t75" style="position:absolute;left:1006;top:551;width:15789;height:1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">
                  <v:imagedata r:id="rId85" o:title=""/>
                </v:shape>
                <v:shape id="Textbox 122" o:spid="_x0000_s1135" type="#_x0000_t202" style="position:absolute;left:47;top:47;width:17710;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" filled="f">
                  <v:textbox inset="0,0,0,0">
                    <w:txbxContent>
                      <w:p w14:paraId="41C14A0F" w14:textId="77777777" w:rsidR="00C675EC" w:rsidRDefault="00C675EC" w:rsidP="00C675EC">
                        <w:pPr>
                          <w:rPr>
                            <w:b/>
                            <w:sz w:val="24"/>
                          </w:rPr>
                        </w:pPr>
                      </w:p>
                      <w:p w14:paraId="2F42F778" w14:textId="77777777" w:rsidR="00C675EC" w:rsidRDefault="00C675EC" w:rsidP="00C675EC">
                        <w:pPr>
                          <w:rPr>
                            <w:b/>
                            <w:sz w:val="24"/>
                          </w:rPr>
                        </w:pPr>
                      </w:p>
                      <w:p w14:paraId="371C7E27" w14:textId="77777777" w:rsidR="00C675EC" w:rsidRDefault="00C675EC" w:rsidP="00C675EC">
                        <w:pPr>
                          <w:rPr>
                            <w:b/>
                            <w:sz w:val="24"/>
                          </w:rPr>
                        </w:pPr>
                      </w:p>
                      <w:p w14:paraId="5B20638D" w14:textId="77777777" w:rsidR="00C675EC" w:rsidRDefault="00C675EC" w:rsidP="00C675EC">
                        <w:pPr>
                          <w:rPr>
                            <w:b/>
                            <w:sz w:val="24"/>
                          </w:rPr>
                        </w:pPr>
                      </w:p>
                      <w:p w14:paraId="0497F9B5" w14:textId="77777777" w:rsidR="00C675EC" w:rsidRDefault="00C675EC" w:rsidP="00C675EC">
                        <w:pPr>
                          <w:rPr>
                            <w:b/>
                            <w:sz w:val="24"/>
                          </w:rPr>
                        </w:pPr>
                      </w:p>
                      <w:p w14:paraId="01750F48" w14:textId="77777777"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Fig.33: S3- Gram negative short rods</w:t>
                        </w:r>
                      </w:p>
                      <w:p w14:paraId="5553544B" w14:textId="77777777" w:rsidR="00C675EC" w:rsidRPr="00584328" w:rsidRDefault="00C675EC" w:rsidP="00584328">
                        <w:pPr>
                          <w:ind w:left="142"/>
                          <w:jc w:val="center"/>
                          <w:rPr>
                            <w:rFonts w:ascii="Arial" w:hAnsi="Arial" w:cs="Arial"/>
                            <w:bCs/>
                            <w:sz w:val="20"/>
                            <w:szCs w:val="18"/>
                          </w:rPr>
                        </w:pPr>
                      </w:p>
                      <w:p w14:paraId="78D59C48" w14:textId="77777777" w:rsidR="00C675EC" w:rsidRDefault="00C675EC" w:rsidP="00C675EC">
                        <w:pPr>
                          <w:rPr>
                            <w:b/>
                            <w:sz w:val="24"/>
                          </w:rPr>
                        </w:pPr>
                      </w:p>
                      <w:p w14:paraId="35D96A99" w14:textId="77777777" w:rsidR="00C675EC" w:rsidRDefault="00C675EC" w:rsidP="00C675EC">
                        <w:pPr>
                          <w:spacing w:before="45"/>
                          <w:rPr>
                            <w:b/>
                            <w:sz w:val="24"/>
                          </w:rPr>
                        </w:pPr>
                      </w:p>
                      <w:p w14:paraId="70DB2D8C" w14:textId="77777777" w:rsidR="00C675EC" w:rsidRDefault="00C675EC" w:rsidP="00C675EC">
                        <w:pPr>
                          <w:spacing w:before="1"/>
                          <w:ind w:left="144" w:right="113"/>
                          <w:rPr>
                            <w:b/>
                            <w:sz w:val="24"/>
                          </w:rPr>
                        </w:pPr>
                        <w:r>
                          <w:rPr>
                            <w:b/>
                            <w:sz w:val="24"/>
                          </w:rPr>
                          <w:t>Fig.33: S3- Gram negative</w:t>
                        </w:r>
                        <w:r>
                          <w:rPr>
                            <w:b/>
                            <w:spacing w:val="-15"/>
                            <w:sz w:val="24"/>
                          </w:rPr>
                          <w:t xml:space="preserve"> </w:t>
                        </w:r>
                        <w:r>
                          <w:rPr>
                            <w:b/>
                            <w:sz w:val="24"/>
                          </w:rPr>
                          <w:t>short</w:t>
                        </w:r>
                        <w:r>
                          <w:rPr>
                            <w:b/>
                            <w:spacing w:val="-15"/>
                            <w:sz w:val="24"/>
                          </w:rPr>
                          <w:t xml:space="preserve"> </w:t>
                        </w:r>
                        <w:r>
                          <w:rPr>
                            <w:b/>
                            <w:sz w:val="24"/>
                          </w:rPr>
                          <w:t>rods</w:t>
                        </w:r>
                      </w:p>
                    </w:txbxContent>
                  </v:textbox>
                </v:shape>
                <w10:wrap type="topAndBottom" anchorx="page"/>
              </v:group>
            </w:pict>
          </mc:Fallback>
        </mc:AlternateContent>
      </w:r>
    </w:p>
    <w:p w14:paraId="259B8D05" w14:textId="6CA4C536" w:rsidR="00C675EC" w:rsidRPr="00584328" w:rsidRDefault="002A40BB" w:rsidP="00584328">
      <w:pPr>
        <w:pStyle w:val="BodyText"/>
        <w:tabs>
          <w:tab w:val="left" w:pos="360"/>
          <w:tab w:val="left" w:pos="8100"/>
        </w:tabs>
        <w:spacing w:after="240"/>
        <w:rPr>
          <w:rFonts w:ascii="Arial" w:hAnsi="Arial" w:cs="Arial"/>
          <w:b/>
          <w:sz w:val="20"/>
        </w:rPr>
      </w:pPr>
      <w:r w:rsidRPr="00584328">
        <w:rPr>
          <w:rFonts w:ascii="Arial" w:hAnsi="Arial" w:cs="Arial"/>
          <w:b/>
          <w:noProof/>
          <w:sz w:val="20"/>
        </w:rPr>
        <mc:AlternateContent>
          <mc:Choice Requires="wpg">
            <w:drawing>
              <wp:anchor distT="0" distB="0" distL="0" distR="0" simplePos="0" relativeHeight="251689984" behindDoc="1" locked="0" layoutInCell="1" allowOverlap="1" wp14:anchorId="46448E61" wp14:editId="1A44E885">
                <wp:simplePos x="0" y="0"/>
                <wp:positionH relativeFrom="page">
                  <wp:posOffset>913951</wp:posOffset>
                </wp:positionH>
                <wp:positionV relativeFrom="paragraph">
                  <wp:posOffset>2052636</wp:posOffset>
                </wp:positionV>
                <wp:extent cx="1799589" cy="202057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89" cy="2020570"/>
                          <a:chOff x="0" y="0"/>
                          <a:chExt cx="1799589" cy="2020570"/>
                        </a:xfrm>
                      </wpg:grpSpPr>
                      <pic:pic xmlns:pic="http://schemas.openxmlformats.org/drawingml/2006/picture">
                        <pic:nvPicPr>
                          <pic:cNvPr id="124" name="Image 124"/>
                          <pic:cNvPicPr/>
                        </pic:nvPicPr>
                        <pic:blipFill>
                          <a:blip r:embed="rId86" cstate="print"/>
                          <a:stretch>
                            <a:fillRect/>
                          </a:stretch>
                        </pic:blipFill>
                        <pic:spPr>
                          <a:xfrm>
                            <a:off x="100774" y="54927"/>
                            <a:ext cx="1598676" cy="1463039"/>
                          </a:xfrm>
                          <a:prstGeom prst="rect">
                            <a:avLst/>
                          </a:prstGeom>
                        </pic:spPr>
                      </pic:pic>
                      <wps:wsp>
                        <wps:cNvPr id="125" name="Textbox 125"/>
                        <wps:cNvSpPr txBox="1"/>
                        <wps:spPr>
                          <a:xfrm>
                            <a:off x="4762" y="4762"/>
                            <a:ext cx="1790064" cy="2011045"/>
                          </a:xfrm>
                          <a:prstGeom prst="rect">
                            <a:avLst/>
                          </a:prstGeom>
                          <a:ln w="9525">
                            <a:solidFill>
                              <a:srgbClr val="000000"/>
                            </a:solidFill>
                            <a:prstDash val="solid"/>
                          </a:ln>
                        </wps:spPr>
                        <wps:txbx>
                          <w:txbxContent>
                            <w:p w14:paraId="236F3604" w14:textId="77777777" w:rsidR="00C675EC" w:rsidRDefault="00C675EC" w:rsidP="00C675EC">
                              <w:pPr>
                                <w:rPr>
                                  <w:b/>
                                  <w:sz w:val="24"/>
                                </w:rPr>
                              </w:pPr>
                            </w:p>
                            <w:p w14:paraId="7C780F7E" w14:textId="77777777" w:rsidR="00C675EC" w:rsidRDefault="00C675EC" w:rsidP="00C675EC">
                              <w:pPr>
                                <w:rPr>
                                  <w:b/>
                                  <w:sz w:val="24"/>
                                </w:rPr>
                              </w:pPr>
                            </w:p>
                            <w:p w14:paraId="24F73F06" w14:textId="77777777" w:rsidR="00C675EC" w:rsidRDefault="00C675EC" w:rsidP="00C675EC">
                              <w:pPr>
                                <w:rPr>
                                  <w:b/>
                                  <w:sz w:val="24"/>
                                </w:rPr>
                              </w:pPr>
                            </w:p>
                            <w:p w14:paraId="3C399289" w14:textId="77777777" w:rsidR="00C675EC" w:rsidRDefault="00C675EC" w:rsidP="00C675EC">
                              <w:pPr>
                                <w:rPr>
                                  <w:b/>
                                  <w:sz w:val="24"/>
                                </w:rPr>
                              </w:pPr>
                            </w:p>
                            <w:p w14:paraId="07B764F2" w14:textId="77777777" w:rsidR="00C675EC" w:rsidRDefault="00C675EC" w:rsidP="00C675EC">
                              <w:pPr>
                                <w:rPr>
                                  <w:b/>
                                  <w:sz w:val="24"/>
                                </w:rPr>
                              </w:pPr>
                            </w:p>
                            <w:p w14:paraId="06A5AE76" w14:textId="77777777" w:rsidR="002A40BB" w:rsidRDefault="002A40BB" w:rsidP="00584328">
                              <w:pPr>
                                <w:ind w:left="142"/>
                                <w:jc w:val="center"/>
                                <w:rPr>
                                  <w:rFonts w:ascii="Arial" w:hAnsi="Arial" w:cs="Arial"/>
                                  <w:bCs/>
                                  <w:sz w:val="20"/>
                                  <w:szCs w:val="18"/>
                                </w:rPr>
                              </w:pPr>
                            </w:p>
                            <w:p w14:paraId="790A5ABD" w14:textId="1AFD68AE"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Fig.34: S4- Gram positive short rods</w:t>
                              </w:r>
                            </w:p>
                            <w:p w14:paraId="21A83CDB" w14:textId="77777777" w:rsidR="00C675EC" w:rsidRDefault="00C675EC" w:rsidP="00C675EC">
                              <w:pPr>
                                <w:rPr>
                                  <w:b/>
                                  <w:sz w:val="24"/>
                                </w:rPr>
                              </w:pPr>
                            </w:p>
                            <w:p w14:paraId="4E336617" w14:textId="77777777" w:rsidR="00C675EC" w:rsidRDefault="00C675EC" w:rsidP="00C675EC">
                              <w:pPr>
                                <w:rPr>
                                  <w:b/>
                                  <w:sz w:val="24"/>
                                </w:rPr>
                              </w:pPr>
                            </w:p>
                            <w:p w14:paraId="24E0539A" w14:textId="77777777" w:rsidR="00C675EC" w:rsidRDefault="00C675EC" w:rsidP="00C675EC">
                              <w:pPr>
                                <w:spacing w:before="196"/>
                                <w:rPr>
                                  <w:b/>
                                  <w:sz w:val="24"/>
                                </w:rPr>
                              </w:pPr>
                            </w:p>
                            <w:p w14:paraId="4CF40D37" w14:textId="77777777" w:rsidR="00C675EC" w:rsidRDefault="00C675EC" w:rsidP="00C675EC">
                              <w:pPr>
                                <w:ind w:left="144" w:right="767"/>
                                <w:rPr>
                                  <w:b/>
                                  <w:sz w:val="24"/>
                                </w:rPr>
                              </w:pPr>
                              <w:r>
                                <w:rPr>
                                  <w:b/>
                                  <w:sz w:val="24"/>
                                </w:rPr>
                                <w:t>Fig.34: S4- Gram positive</w:t>
                              </w:r>
                              <w:r>
                                <w:rPr>
                                  <w:b/>
                                  <w:spacing w:val="-3"/>
                                  <w:sz w:val="24"/>
                                </w:rPr>
                                <w:t xml:space="preserve"> </w:t>
                              </w:r>
                              <w:r>
                                <w:rPr>
                                  <w:b/>
                                  <w:sz w:val="24"/>
                                </w:rPr>
                                <w:t>short</w:t>
                              </w:r>
                              <w:r>
                                <w:rPr>
                                  <w:b/>
                                  <w:spacing w:val="-1"/>
                                  <w:sz w:val="24"/>
                                </w:rPr>
                                <w:t xml:space="preserve"> </w:t>
                              </w:r>
                              <w:r>
                                <w:rPr>
                                  <w:b/>
                                  <w:spacing w:val="-4"/>
                                  <w:sz w:val="24"/>
                                </w:rPr>
                                <w:t>rods</w:t>
                              </w:r>
                            </w:p>
                          </w:txbxContent>
                        </wps:txbx>
                        <wps:bodyPr wrap="square" lIns="0" tIns="0" rIns="0" bIns="0" rtlCol="0">
                          <a:noAutofit/>
                        </wps:bodyPr>
                      </wps:wsp>
                    </wpg:wgp>
                  </a:graphicData>
                </a:graphic>
              </wp:anchor>
            </w:drawing>
          </mc:Choice>
          <mc:Fallback>
            <w:pict>
              <v:group w14:anchorId="46448E61" id="Group 123" o:spid="_x0000_s1136" style="position:absolute;margin-left:71.95pt;margin-top:161.6pt;width:141.7pt;height:159.1pt;z-index:-251626496;mso-wrap-distance-left:0;mso-wrap-distance-right:0;mso-position-horizontal-relative:page" coordsize="17995,20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">
                <v:shape id="Image 124" o:spid="_x0000_s1137" type="#_x0000_t75" style="position:absolute;left:1007;top:549;width:15987;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">
                  <v:imagedata r:id="rId87" o:title=""/>
                </v:shape>
                <v:shape id="Textbox 125" o:spid="_x0000_s1138" type="#_x0000_t202" style="position:absolute;left:47;top:47;width:17901;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RwwAAANwAAAAPAAAAZHJzL2Rvd25yZXYueG1sRE9La8JA&#10;EL4X/A/LCF5K3Si0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C3PnkcMAAADcAAAADwAA&#10;AAAAAAAAAAAAAAAHAgAAZHJzL2Rvd25yZXYueG1sUEsFBgAAAAADAAMAtwAAAPcCAAAAAA==&#10;" filled="f">
                  <v:textbox inset="0,0,0,0">
                    <w:txbxContent>
                      <w:p w14:paraId="236F3604" w14:textId="77777777" w:rsidR="00C675EC" w:rsidRDefault="00C675EC" w:rsidP="00C675EC">
                        <w:pPr>
                          <w:rPr>
                            <w:b/>
                            <w:sz w:val="24"/>
                          </w:rPr>
                        </w:pPr>
                      </w:p>
                      <w:p w14:paraId="7C780F7E" w14:textId="77777777" w:rsidR="00C675EC" w:rsidRDefault="00C675EC" w:rsidP="00C675EC">
                        <w:pPr>
                          <w:rPr>
                            <w:b/>
                            <w:sz w:val="24"/>
                          </w:rPr>
                        </w:pPr>
                      </w:p>
                      <w:p w14:paraId="24F73F06" w14:textId="77777777" w:rsidR="00C675EC" w:rsidRDefault="00C675EC" w:rsidP="00C675EC">
                        <w:pPr>
                          <w:rPr>
                            <w:b/>
                            <w:sz w:val="24"/>
                          </w:rPr>
                        </w:pPr>
                      </w:p>
                      <w:p w14:paraId="3C399289" w14:textId="77777777" w:rsidR="00C675EC" w:rsidRDefault="00C675EC" w:rsidP="00C675EC">
                        <w:pPr>
                          <w:rPr>
                            <w:b/>
                            <w:sz w:val="24"/>
                          </w:rPr>
                        </w:pPr>
                      </w:p>
                      <w:p w14:paraId="07B764F2" w14:textId="77777777" w:rsidR="00C675EC" w:rsidRDefault="00C675EC" w:rsidP="00C675EC">
                        <w:pPr>
                          <w:rPr>
                            <w:b/>
                            <w:sz w:val="24"/>
                          </w:rPr>
                        </w:pPr>
                      </w:p>
                      <w:p w14:paraId="06A5AE76" w14:textId="77777777" w:rsidR="002A40BB" w:rsidRDefault="002A40BB" w:rsidP="00584328">
                        <w:pPr>
                          <w:ind w:left="142"/>
                          <w:jc w:val="center"/>
                          <w:rPr>
                            <w:rFonts w:ascii="Arial" w:hAnsi="Arial" w:cs="Arial"/>
                            <w:bCs/>
                            <w:sz w:val="20"/>
                            <w:szCs w:val="18"/>
                          </w:rPr>
                        </w:pPr>
                      </w:p>
                      <w:p w14:paraId="790A5ABD" w14:textId="1AFD68AE"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Fig.34: S4- Gram positive short rods</w:t>
                        </w:r>
                      </w:p>
                      <w:p w14:paraId="21A83CDB" w14:textId="77777777" w:rsidR="00C675EC" w:rsidRDefault="00C675EC" w:rsidP="00C675EC">
                        <w:pPr>
                          <w:rPr>
                            <w:b/>
                            <w:sz w:val="24"/>
                          </w:rPr>
                        </w:pPr>
                      </w:p>
                      <w:p w14:paraId="4E336617" w14:textId="77777777" w:rsidR="00C675EC" w:rsidRDefault="00C675EC" w:rsidP="00C675EC">
                        <w:pPr>
                          <w:rPr>
                            <w:b/>
                            <w:sz w:val="24"/>
                          </w:rPr>
                        </w:pPr>
                      </w:p>
                      <w:p w14:paraId="24E0539A" w14:textId="77777777" w:rsidR="00C675EC" w:rsidRDefault="00C675EC" w:rsidP="00C675EC">
                        <w:pPr>
                          <w:spacing w:before="196"/>
                          <w:rPr>
                            <w:b/>
                            <w:sz w:val="24"/>
                          </w:rPr>
                        </w:pPr>
                      </w:p>
                      <w:p w14:paraId="4CF40D37" w14:textId="77777777" w:rsidR="00C675EC" w:rsidRDefault="00C675EC" w:rsidP="00C675EC">
                        <w:pPr>
                          <w:ind w:left="144" w:right="767"/>
                          <w:rPr>
                            <w:b/>
                            <w:sz w:val="24"/>
                          </w:rPr>
                        </w:pPr>
                        <w:r>
                          <w:rPr>
                            <w:b/>
                            <w:sz w:val="24"/>
                          </w:rPr>
                          <w:t>Fig.34: S4- Gram positive</w:t>
                        </w:r>
                        <w:r>
                          <w:rPr>
                            <w:b/>
                            <w:spacing w:val="-3"/>
                            <w:sz w:val="24"/>
                          </w:rPr>
                          <w:t xml:space="preserve"> </w:t>
                        </w:r>
                        <w:r>
                          <w:rPr>
                            <w:b/>
                            <w:sz w:val="24"/>
                          </w:rPr>
                          <w:t>short</w:t>
                        </w:r>
                        <w:r>
                          <w:rPr>
                            <w:b/>
                            <w:spacing w:val="-1"/>
                            <w:sz w:val="24"/>
                          </w:rPr>
                          <w:t xml:space="preserve"> </w:t>
                        </w:r>
                        <w:r>
                          <w:rPr>
                            <w:b/>
                            <w:spacing w:val="-4"/>
                            <w:sz w:val="24"/>
                          </w:rPr>
                          <w:t>rods</w:t>
                        </w:r>
                      </w:p>
                    </w:txbxContent>
                  </v:textbox>
                </v:shape>
                <w10:wrap type="topAndBottom" anchorx="page"/>
              </v:group>
            </w:pict>
          </mc:Fallback>
        </mc:AlternateContent>
      </w:r>
    </w:p>
    <w:p w14:paraId="5BE52823" w14:textId="4F725FB1" w:rsidR="006E789D" w:rsidRPr="00584328" w:rsidRDefault="00AF7964" w:rsidP="002A40BB">
      <w:pPr>
        <w:pStyle w:val="BodyText"/>
        <w:tabs>
          <w:tab w:val="left" w:pos="360"/>
          <w:tab w:val="left" w:pos="8100"/>
        </w:tabs>
        <w:spacing w:after="0" w:line="240" w:lineRule="auto"/>
        <w:rPr>
          <w:rFonts w:ascii="Arial" w:hAnsi="Arial" w:cs="Arial"/>
          <w:b/>
          <w:sz w:val="28"/>
        </w:rPr>
      </w:pPr>
      <w:r w:rsidRPr="00584328">
        <w:rPr>
          <w:rFonts w:ascii="Arial" w:hAnsi="Arial" w:cs="Arial"/>
          <w:b/>
          <w:noProof/>
          <w:sz w:val="20"/>
        </w:rPr>
        <w:lastRenderedPageBreak/>
        <mc:AlternateContent>
          <mc:Choice Requires="wpg">
            <w:drawing>
              <wp:anchor distT="0" distB="0" distL="0" distR="0" simplePos="0" relativeHeight="251694080" behindDoc="1" locked="0" layoutInCell="1" allowOverlap="1" wp14:anchorId="31EFC6D8" wp14:editId="27863FC6">
                <wp:simplePos x="0" y="0"/>
                <wp:positionH relativeFrom="page">
                  <wp:posOffset>2929255</wp:posOffset>
                </wp:positionH>
                <wp:positionV relativeFrom="paragraph">
                  <wp:posOffset>109855</wp:posOffset>
                </wp:positionV>
                <wp:extent cx="1808480" cy="1823085"/>
                <wp:effectExtent l="0" t="0" r="20320" b="24765"/>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8480" cy="1823085"/>
                          <a:chOff x="4760" y="4763"/>
                          <a:chExt cx="1809114" cy="1823803"/>
                        </a:xfrm>
                      </wpg:grpSpPr>
                      <pic:pic xmlns:pic="http://schemas.openxmlformats.org/drawingml/2006/picture">
                        <pic:nvPicPr>
                          <pic:cNvPr id="136" name="Image 136"/>
                          <pic:cNvPicPr/>
                        </pic:nvPicPr>
                        <pic:blipFill>
                          <a:blip r:embed="rId88" cstate="print"/>
                          <a:stretch>
                            <a:fillRect/>
                          </a:stretch>
                        </pic:blipFill>
                        <pic:spPr>
                          <a:xfrm>
                            <a:off x="100647" y="55003"/>
                            <a:ext cx="1616837" cy="1481455"/>
                          </a:xfrm>
                          <a:prstGeom prst="rect">
                            <a:avLst/>
                          </a:prstGeom>
                        </pic:spPr>
                      </pic:pic>
                      <wps:wsp>
                        <wps:cNvPr id="137" name="Textbox 137"/>
                        <wps:cNvSpPr txBox="1"/>
                        <wps:spPr>
                          <a:xfrm>
                            <a:off x="4760" y="4763"/>
                            <a:ext cx="1809114" cy="1823803"/>
                          </a:xfrm>
                          <a:prstGeom prst="rect">
                            <a:avLst/>
                          </a:prstGeom>
                          <a:ln w="9525">
                            <a:solidFill>
                              <a:srgbClr val="000000"/>
                            </a:solidFill>
                            <a:prstDash val="solid"/>
                          </a:ln>
                        </wps:spPr>
                        <wps:txbx>
                          <w:txbxContent>
                            <w:p w14:paraId="019CA918" w14:textId="77777777" w:rsidR="00C675EC" w:rsidRDefault="00C675EC" w:rsidP="00C675EC">
                              <w:pPr>
                                <w:rPr>
                                  <w:b/>
                                  <w:sz w:val="24"/>
                                </w:rPr>
                              </w:pPr>
                            </w:p>
                            <w:p w14:paraId="720FB098" w14:textId="77777777" w:rsidR="00C675EC" w:rsidRDefault="00C675EC" w:rsidP="00C675EC">
                              <w:pPr>
                                <w:rPr>
                                  <w:b/>
                                  <w:sz w:val="24"/>
                                </w:rPr>
                              </w:pPr>
                            </w:p>
                            <w:p w14:paraId="5EF69DDF" w14:textId="77777777" w:rsidR="00C675EC" w:rsidRPr="00AF7964" w:rsidRDefault="00C675EC" w:rsidP="00C675EC">
                              <w:pPr>
                                <w:rPr>
                                  <w:b/>
                                  <w:sz w:val="2"/>
                                  <w:szCs w:val="2"/>
                                </w:rPr>
                              </w:pPr>
                            </w:p>
                            <w:p w14:paraId="3613538C" w14:textId="77777777" w:rsidR="00C675EC" w:rsidRPr="00AF7964" w:rsidRDefault="00C675EC" w:rsidP="00C675EC">
                              <w:pPr>
                                <w:rPr>
                                  <w:b/>
                                  <w:sz w:val="20"/>
                                  <w:szCs w:val="18"/>
                                </w:rPr>
                              </w:pPr>
                            </w:p>
                            <w:p w14:paraId="1E78EC0A" w14:textId="77777777" w:rsidR="00C675EC" w:rsidRDefault="00C675EC" w:rsidP="00C675EC">
                              <w:pPr>
                                <w:rPr>
                                  <w:b/>
                                  <w:sz w:val="24"/>
                                </w:rPr>
                              </w:pPr>
                            </w:p>
                            <w:p w14:paraId="47BDBB04" w14:textId="77777777" w:rsidR="002A40BB" w:rsidRDefault="002A40BB" w:rsidP="00584328">
                              <w:pPr>
                                <w:ind w:left="142"/>
                                <w:jc w:val="center"/>
                                <w:rPr>
                                  <w:rFonts w:ascii="Arial" w:hAnsi="Arial" w:cs="Arial"/>
                                  <w:bCs/>
                                  <w:sz w:val="20"/>
                                  <w:szCs w:val="18"/>
                                </w:rPr>
                              </w:pPr>
                            </w:p>
                            <w:p w14:paraId="7865714C" w14:textId="067EC0F9"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Fig.38: C3- Gram negative rods</w:t>
                              </w:r>
                            </w:p>
                            <w:p w14:paraId="20040EBB" w14:textId="77777777" w:rsidR="00C675EC" w:rsidRDefault="00C675EC" w:rsidP="00C675EC">
                              <w:pPr>
                                <w:rPr>
                                  <w:b/>
                                  <w:sz w:val="24"/>
                                </w:rPr>
                              </w:pPr>
                            </w:p>
                            <w:p w14:paraId="56B5E044" w14:textId="77777777" w:rsidR="00C675EC" w:rsidRDefault="00C675EC" w:rsidP="00C675EC">
                              <w:pPr>
                                <w:rPr>
                                  <w:b/>
                                  <w:sz w:val="24"/>
                                </w:rPr>
                              </w:pPr>
                            </w:p>
                            <w:p w14:paraId="1A6983B8" w14:textId="77777777" w:rsidR="00C675EC" w:rsidRDefault="00C675EC" w:rsidP="00C675EC">
                              <w:pPr>
                                <w:rPr>
                                  <w:b/>
                                  <w:sz w:val="24"/>
                                </w:rPr>
                              </w:pPr>
                            </w:p>
                            <w:p w14:paraId="5CEEFCB7" w14:textId="77777777" w:rsidR="00C675EC" w:rsidRDefault="00C675EC" w:rsidP="00C675EC">
                              <w:pPr>
                                <w:spacing w:before="111"/>
                                <w:rPr>
                                  <w:b/>
                                  <w:sz w:val="24"/>
                                </w:rPr>
                              </w:pPr>
                            </w:p>
                            <w:p w14:paraId="5761CE46" w14:textId="77777777" w:rsidR="00C675EC" w:rsidRDefault="00C675EC" w:rsidP="00C675EC">
                              <w:pPr>
                                <w:ind w:left="144" w:right="174"/>
                                <w:rPr>
                                  <w:b/>
                                  <w:sz w:val="24"/>
                                </w:rPr>
                              </w:pPr>
                              <w:r>
                                <w:rPr>
                                  <w:b/>
                                  <w:sz w:val="24"/>
                                </w:rPr>
                                <w:t>Fig.38:</w:t>
                              </w:r>
                              <w:r>
                                <w:rPr>
                                  <w:b/>
                                  <w:spacing w:val="-15"/>
                                  <w:sz w:val="24"/>
                                </w:rPr>
                                <w:t xml:space="preserve"> </w:t>
                              </w:r>
                              <w:r>
                                <w:rPr>
                                  <w:b/>
                                  <w:sz w:val="24"/>
                                </w:rPr>
                                <w:t>C3-</w:t>
                              </w:r>
                              <w:r>
                                <w:rPr>
                                  <w:b/>
                                  <w:spacing w:val="-15"/>
                                  <w:sz w:val="24"/>
                                </w:rPr>
                                <w:t xml:space="preserve"> </w:t>
                              </w:r>
                              <w:r>
                                <w:rPr>
                                  <w:b/>
                                  <w:sz w:val="24"/>
                                </w:rPr>
                                <w:t>Gram negative rods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EFC6D8" id="Group 135" o:spid="_x0000_s1139" style="position:absolute;margin-left:230.65pt;margin-top:8.65pt;width:142.4pt;height:143.55pt;z-index:-251622400;mso-wrap-distance-left:0;mso-wrap-distance-right:0;mso-position-horizontal-relative:page;mso-width-relative:margin;mso-height-relative:margin" coordorigin="47,47" coordsize="18091,18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">
                <v:shape id="Image 136" o:spid="_x0000_s1140" type="#_x0000_t75" style="position:absolute;left:1006;top:550;width:16168;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">
                  <v:imagedata r:id="rId89" o:title=""/>
                </v:shape>
                <v:shape id="Textbox 137" o:spid="_x0000_s1141" type="#_x0000_t202" style="position:absolute;left:47;top:47;width:18091;height:18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" filled="f">
                  <v:textbox inset="0,0,0,0">
                    <w:txbxContent>
                      <w:p w14:paraId="019CA918" w14:textId="77777777" w:rsidR="00C675EC" w:rsidRDefault="00C675EC" w:rsidP="00C675EC">
                        <w:pPr>
                          <w:rPr>
                            <w:b/>
                            <w:sz w:val="24"/>
                          </w:rPr>
                        </w:pPr>
                      </w:p>
                      <w:p w14:paraId="720FB098" w14:textId="77777777" w:rsidR="00C675EC" w:rsidRDefault="00C675EC" w:rsidP="00C675EC">
                        <w:pPr>
                          <w:rPr>
                            <w:b/>
                            <w:sz w:val="24"/>
                          </w:rPr>
                        </w:pPr>
                      </w:p>
                      <w:p w14:paraId="5EF69DDF" w14:textId="77777777" w:rsidR="00C675EC" w:rsidRPr="00AF7964" w:rsidRDefault="00C675EC" w:rsidP="00C675EC">
                        <w:pPr>
                          <w:rPr>
                            <w:b/>
                            <w:sz w:val="2"/>
                            <w:szCs w:val="2"/>
                          </w:rPr>
                        </w:pPr>
                      </w:p>
                      <w:p w14:paraId="3613538C" w14:textId="77777777" w:rsidR="00C675EC" w:rsidRPr="00AF7964" w:rsidRDefault="00C675EC" w:rsidP="00C675EC">
                        <w:pPr>
                          <w:rPr>
                            <w:b/>
                            <w:sz w:val="20"/>
                            <w:szCs w:val="18"/>
                          </w:rPr>
                        </w:pPr>
                      </w:p>
                      <w:p w14:paraId="1E78EC0A" w14:textId="77777777" w:rsidR="00C675EC" w:rsidRDefault="00C675EC" w:rsidP="00C675EC">
                        <w:pPr>
                          <w:rPr>
                            <w:b/>
                            <w:sz w:val="24"/>
                          </w:rPr>
                        </w:pPr>
                      </w:p>
                      <w:p w14:paraId="47BDBB04" w14:textId="77777777" w:rsidR="002A40BB" w:rsidRDefault="002A40BB" w:rsidP="00584328">
                        <w:pPr>
                          <w:ind w:left="142"/>
                          <w:jc w:val="center"/>
                          <w:rPr>
                            <w:rFonts w:ascii="Arial" w:hAnsi="Arial" w:cs="Arial"/>
                            <w:bCs/>
                            <w:sz w:val="20"/>
                            <w:szCs w:val="18"/>
                          </w:rPr>
                        </w:pPr>
                      </w:p>
                      <w:p w14:paraId="7865714C" w14:textId="067EC0F9"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Fig.38: C3- Gram negative rods</w:t>
                        </w:r>
                      </w:p>
                      <w:p w14:paraId="20040EBB" w14:textId="77777777" w:rsidR="00C675EC" w:rsidRDefault="00C675EC" w:rsidP="00C675EC">
                        <w:pPr>
                          <w:rPr>
                            <w:b/>
                            <w:sz w:val="24"/>
                          </w:rPr>
                        </w:pPr>
                      </w:p>
                      <w:p w14:paraId="56B5E044" w14:textId="77777777" w:rsidR="00C675EC" w:rsidRDefault="00C675EC" w:rsidP="00C675EC">
                        <w:pPr>
                          <w:rPr>
                            <w:b/>
                            <w:sz w:val="24"/>
                          </w:rPr>
                        </w:pPr>
                      </w:p>
                      <w:p w14:paraId="1A6983B8" w14:textId="77777777" w:rsidR="00C675EC" w:rsidRDefault="00C675EC" w:rsidP="00C675EC">
                        <w:pPr>
                          <w:rPr>
                            <w:b/>
                            <w:sz w:val="24"/>
                          </w:rPr>
                        </w:pPr>
                      </w:p>
                      <w:p w14:paraId="5CEEFCB7" w14:textId="77777777" w:rsidR="00C675EC" w:rsidRDefault="00C675EC" w:rsidP="00C675EC">
                        <w:pPr>
                          <w:spacing w:before="111"/>
                          <w:rPr>
                            <w:b/>
                            <w:sz w:val="24"/>
                          </w:rPr>
                        </w:pPr>
                      </w:p>
                      <w:p w14:paraId="5761CE46" w14:textId="77777777" w:rsidR="00C675EC" w:rsidRDefault="00C675EC" w:rsidP="00C675EC">
                        <w:pPr>
                          <w:ind w:left="144" w:right="174"/>
                          <w:rPr>
                            <w:b/>
                            <w:sz w:val="24"/>
                          </w:rPr>
                        </w:pPr>
                        <w:r>
                          <w:rPr>
                            <w:b/>
                            <w:sz w:val="24"/>
                          </w:rPr>
                          <w:t>Fig.38:</w:t>
                        </w:r>
                        <w:r>
                          <w:rPr>
                            <w:b/>
                            <w:spacing w:val="-15"/>
                            <w:sz w:val="24"/>
                          </w:rPr>
                          <w:t xml:space="preserve"> </w:t>
                        </w:r>
                        <w:r>
                          <w:rPr>
                            <w:b/>
                            <w:sz w:val="24"/>
                          </w:rPr>
                          <w:t>C3-</w:t>
                        </w:r>
                        <w:r>
                          <w:rPr>
                            <w:b/>
                            <w:spacing w:val="-15"/>
                            <w:sz w:val="24"/>
                          </w:rPr>
                          <w:t xml:space="preserve"> </w:t>
                        </w:r>
                        <w:r>
                          <w:rPr>
                            <w:b/>
                            <w:sz w:val="24"/>
                          </w:rPr>
                          <w:t>Gram negative rods</w:t>
                        </w:r>
                      </w:p>
                    </w:txbxContent>
                  </v:textbox>
                </v:shape>
                <w10:wrap type="topAndBottom" anchorx="page"/>
              </v:group>
            </w:pict>
          </mc:Fallback>
        </mc:AlternateContent>
      </w:r>
      <w:r w:rsidRPr="00584328">
        <w:rPr>
          <w:rFonts w:ascii="Arial" w:hAnsi="Arial" w:cs="Arial"/>
          <w:b/>
          <w:noProof/>
          <w:sz w:val="20"/>
        </w:rPr>
        <mc:AlternateContent>
          <mc:Choice Requires="wpg">
            <w:drawing>
              <wp:anchor distT="0" distB="0" distL="0" distR="0" simplePos="0" relativeHeight="251693056" behindDoc="1" locked="0" layoutInCell="1" allowOverlap="1" wp14:anchorId="2F8D0C2A" wp14:editId="34B4FFBD">
                <wp:simplePos x="0" y="0"/>
                <wp:positionH relativeFrom="page">
                  <wp:posOffset>905510</wp:posOffset>
                </wp:positionH>
                <wp:positionV relativeFrom="paragraph">
                  <wp:posOffset>101600</wp:posOffset>
                </wp:positionV>
                <wp:extent cx="1818005" cy="1831975"/>
                <wp:effectExtent l="0" t="0" r="10795" b="15875"/>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831975"/>
                          <a:chOff x="4762" y="4762"/>
                          <a:chExt cx="1809114" cy="1824011"/>
                        </a:xfrm>
                      </wpg:grpSpPr>
                      <pic:pic xmlns:pic="http://schemas.openxmlformats.org/drawingml/2006/picture">
                        <pic:nvPicPr>
                          <pic:cNvPr id="133" name="Image 133"/>
                          <pic:cNvPicPr/>
                        </pic:nvPicPr>
                        <pic:blipFill>
                          <a:blip r:embed="rId90" cstate="print"/>
                          <a:stretch>
                            <a:fillRect/>
                          </a:stretch>
                        </pic:blipFill>
                        <pic:spPr>
                          <a:xfrm>
                            <a:off x="100774" y="55626"/>
                            <a:ext cx="1616964" cy="1442593"/>
                          </a:xfrm>
                          <a:prstGeom prst="rect">
                            <a:avLst/>
                          </a:prstGeom>
                        </pic:spPr>
                      </pic:pic>
                      <wps:wsp>
                        <wps:cNvPr id="134" name="Textbox 134"/>
                        <wps:cNvSpPr txBox="1"/>
                        <wps:spPr>
                          <a:xfrm>
                            <a:off x="4762" y="4762"/>
                            <a:ext cx="1809114" cy="1824011"/>
                          </a:xfrm>
                          <a:prstGeom prst="rect">
                            <a:avLst/>
                          </a:prstGeom>
                          <a:ln w="9525">
                            <a:solidFill>
                              <a:srgbClr val="000000"/>
                            </a:solidFill>
                            <a:prstDash val="solid"/>
                          </a:ln>
                        </wps:spPr>
                        <wps:txbx>
                          <w:txbxContent>
                            <w:p w14:paraId="655E0A4A" w14:textId="77777777" w:rsidR="00C675EC" w:rsidRDefault="00C675EC" w:rsidP="00C675EC">
                              <w:pPr>
                                <w:rPr>
                                  <w:b/>
                                  <w:sz w:val="24"/>
                                </w:rPr>
                              </w:pPr>
                            </w:p>
                            <w:p w14:paraId="63BDADC5" w14:textId="77777777" w:rsidR="00C675EC" w:rsidRDefault="00C675EC" w:rsidP="00C675EC">
                              <w:pPr>
                                <w:rPr>
                                  <w:b/>
                                  <w:sz w:val="24"/>
                                </w:rPr>
                              </w:pPr>
                            </w:p>
                            <w:p w14:paraId="7EC04630" w14:textId="77777777" w:rsidR="00C675EC" w:rsidRPr="00AF7964" w:rsidRDefault="00C675EC" w:rsidP="00C675EC">
                              <w:pPr>
                                <w:rPr>
                                  <w:b/>
                                  <w:sz w:val="2"/>
                                  <w:szCs w:val="2"/>
                                </w:rPr>
                              </w:pPr>
                            </w:p>
                            <w:p w14:paraId="3151A7A9" w14:textId="77777777" w:rsidR="00C675EC" w:rsidRDefault="00C675EC" w:rsidP="00C675EC">
                              <w:pPr>
                                <w:rPr>
                                  <w:b/>
                                  <w:sz w:val="24"/>
                                </w:rPr>
                              </w:pPr>
                            </w:p>
                            <w:p w14:paraId="2499BA90" w14:textId="77777777" w:rsidR="00C675EC" w:rsidRPr="00AF7964" w:rsidRDefault="00C675EC" w:rsidP="00C675EC">
                              <w:pPr>
                                <w:rPr>
                                  <w:b/>
                                  <w:sz w:val="18"/>
                                  <w:szCs w:val="16"/>
                                </w:rPr>
                              </w:pPr>
                            </w:p>
                            <w:p w14:paraId="1FE74640" w14:textId="77777777" w:rsidR="002A40BB" w:rsidRDefault="002A40BB" w:rsidP="00584328">
                              <w:pPr>
                                <w:ind w:left="142"/>
                                <w:jc w:val="center"/>
                                <w:rPr>
                                  <w:rFonts w:ascii="Arial" w:hAnsi="Arial" w:cs="Arial"/>
                                  <w:bCs/>
                                  <w:sz w:val="20"/>
                                  <w:szCs w:val="18"/>
                                </w:rPr>
                              </w:pPr>
                            </w:p>
                            <w:p w14:paraId="178C40FC" w14:textId="48E8A3F8"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Fig.37: C2- Gram negative long rods</w:t>
                              </w:r>
                            </w:p>
                            <w:p w14:paraId="3896FAAF" w14:textId="77777777" w:rsidR="00C675EC" w:rsidRDefault="00C675EC" w:rsidP="00C675EC">
                              <w:pPr>
                                <w:rPr>
                                  <w:b/>
                                  <w:sz w:val="24"/>
                                </w:rPr>
                              </w:pPr>
                            </w:p>
                            <w:p w14:paraId="131BD349" w14:textId="77777777" w:rsidR="00C675EC" w:rsidRDefault="00C675EC" w:rsidP="00C675EC">
                              <w:pPr>
                                <w:rPr>
                                  <w:b/>
                                  <w:sz w:val="24"/>
                                </w:rPr>
                              </w:pPr>
                            </w:p>
                            <w:p w14:paraId="2D85447A" w14:textId="77777777" w:rsidR="00C675EC" w:rsidRDefault="00C675EC" w:rsidP="00C675EC">
                              <w:pPr>
                                <w:rPr>
                                  <w:b/>
                                  <w:sz w:val="24"/>
                                </w:rPr>
                              </w:pPr>
                            </w:p>
                            <w:p w14:paraId="6CA0D58F" w14:textId="77777777" w:rsidR="00C675EC" w:rsidRDefault="00C675EC" w:rsidP="00C675EC">
                              <w:pPr>
                                <w:spacing w:before="49"/>
                                <w:rPr>
                                  <w:b/>
                                  <w:sz w:val="24"/>
                                </w:rPr>
                              </w:pPr>
                            </w:p>
                            <w:p w14:paraId="712DB599" w14:textId="77777777" w:rsidR="00C675EC" w:rsidRDefault="00C675EC" w:rsidP="00C675EC">
                              <w:pPr>
                                <w:spacing w:before="1"/>
                                <w:ind w:left="144" w:right="174"/>
                                <w:rPr>
                                  <w:b/>
                                  <w:sz w:val="24"/>
                                </w:rPr>
                              </w:pPr>
                              <w:r>
                                <w:rPr>
                                  <w:b/>
                                  <w:sz w:val="24"/>
                                </w:rPr>
                                <w:t>Fig.37: C2- Gram negative</w:t>
                              </w:r>
                              <w:r>
                                <w:rPr>
                                  <w:b/>
                                  <w:spacing w:val="-5"/>
                                  <w:sz w:val="24"/>
                                </w:rPr>
                                <w:t xml:space="preserve"> </w:t>
                              </w:r>
                              <w:r>
                                <w:rPr>
                                  <w:b/>
                                  <w:sz w:val="24"/>
                                </w:rPr>
                                <w:t>long</w:t>
                              </w:r>
                              <w:r>
                                <w:rPr>
                                  <w:b/>
                                  <w:spacing w:val="-1"/>
                                  <w:sz w:val="24"/>
                                </w:rPr>
                                <w:t xml:space="preserve"> </w:t>
                              </w:r>
                              <w:r>
                                <w:rPr>
                                  <w:b/>
                                  <w:spacing w:val="-4"/>
                                  <w:sz w:val="24"/>
                                </w:rPr>
                                <w:t>rods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8D0C2A" id="Group 132" o:spid="_x0000_s1142" style="position:absolute;margin-left:71.3pt;margin-top:8pt;width:143.15pt;height:144.25pt;z-index:-251623424;mso-wrap-distance-left:0;mso-wrap-distance-right:0;mso-position-horizontal-relative:page;mso-width-relative:margin;mso-height-relative:margin" coordorigin="47,47" coordsize="18091,18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">
                <v:shape id="Image 133" o:spid="_x0000_s1143" type="#_x0000_t75" style="position:absolute;left:1007;top:556;width:16170;height:1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">
                  <v:imagedata r:id="rId91" o:title=""/>
                </v:shape>
                <v:shape id="Textbox 134" o:spid="_x0000_s1144" type="#_x0000_t202" style="position:absolute;left:47;top:47;width:18091;height:1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14:paraId="655E0A4A" w14:textId="77777777" w:rsidR="00C675EC" w:rsidRDefault="00C675EC" w:rsidP="00C675EC">
                        <w:pPr>
                          <w:rPr>
                            <w:b/>
                            <w:sz w:val="24"/>
                          </w:rPr>
                        </w:pPr>
                      </w:p>
                      <w:p w14:paraId="63BDADC5" w14:textId="77777777" w:rsidR="00C675EC" w:rsidRDefault="00C675EC" w:rsidP="00C675EC">
                        <w:pPr>
                          <w:rPr>
                            <w:b/>
                            <w:sz w:val="24"/>
                          </w:rPr>
                        </w:pPr>
                      </w:p>
                      <w:p w14:paraId="7EC04630" w14:textId="77777777" w:rsidR="00C675EC" w:rsidRPr="00AF7964" w:rsidRDefault="00C675EC" w:rsidP="00C675EC">
                        <w:pPr>
                          <w:rPr>
                            <w:b/>
                            <w:sz w:val="2"/>
                            <w:szCs w:val="2"/>
                          </w:rPr>
                        </w:pPr>
                      </w:p>
                      <w:p w14:paraId="3151A7A9" w14:textId="77777777" w:rsidR="00C675EC" w:rsidRDefault="00C675EC" w:rsidP="00C675EC">
                        <w:pPr>
                          <w:rPr>
                            <w:b/>
                            <w:sz w:val="24"/>
                          </w:rPr>
                        </w:pPr>
                      </w:p>
                      <w:p w14:paraId="2499BA90" w14:textId="77777777" w:rsidR="00C675EC" w:rsidRPr="00AF7964" w:rsidRDefault="00C675EC" w:rsidP="00C675EC">
                        <w:pPr>
                          <w:rPr>
                            <w:b/>
                            <w:sz w:val="18"/>
                            <w:szCs w:val="16"/>
                          </w:rPr>
                        </w:pPr>
                      </w:p>
                      <w:p w14:paraId="1FE74640" w14:textId="77777777" w:rsidR="002A40BB" w:rsidRDefault="002A40BB" w:rsidP="00584328">
                        <w:pPr>
                          <w:ind w:left="142"/>
                          <w:jc w:val="center"/>
                          <w:rPr>
                            <w:rFonts w:ascii="Arial" w:hAnsi="Arial" w:cs="Arial"/>
                            <w:bCs/>
                            <w:sz w:val="20"/>
                            <w:szCs w:val="18"/>
                          </w:rPr>
                        </w:pPr>
                      </w:p>
                      <w:p w14:paraId="178C40FC" w14:textId="48E8A3F8"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Fig.37: C2- Gram negative long rods</w:t>
                        </w:r>
                      </w:p>
                      <w:p w14:paraId="3896FAAF" w14:textId="77777777" w:rsidR="00C675EC" w:rsidRDefault="00C675EC" w:rsidP="00C675EC">
                        <w:pPr>
                          <w:rPr>
                            <w:b/>
                            <w:sz w:val="24"/>
                          </w:rPr>
                        </w:pPr>
                      </w:p>
                      <w:p w14:paraId="131BD349" w14:textId="77777777" w:rsidR="00C675EC" w:rsidRDefault="00C675EC" w:rsidP="00C675EC">
                        <w:pPr>
                          <w:rPr>
                            <w:b/>
                            <w:sz w:val="24"/>
                          </w:rPr>
                        </w:pPr>
                      </w:p>
                      <w:p w14:paraId="2D85447A" w14:textId="77777777" w:rsidR="00C675EC" w:rsidRDefault="00C675EC" w:rsidP="00C675EC">
                        <w:pPr>
                          <w:rPr>
                            <w:b/>
                            <w:sz w:val="24"/>
                          </w:rPr>
                        </w:pPr>
                      </w:p>
                      <w:p w14:paraId="6CA0D58F" w14:textId="77777777" w:rsidR="00C675EC" w:rsidRDefault="00C675EC" w:rsidP="00C675EC">
                        <w:pPr>
                          <w:spacing w:before="49"/>
                          <w:rPr>
                            <w:b/>
                            <w:sz w:val="24"/>
                          </w:rPr>
                        </w:pPr>
                      </w:p>
                      <w:p w14:paraId="712DB599" w14:textId="77777777" w:rsidR="00C675EC" w:rsidRDefault="00C675EC" w:rsidP="00C675EC">
                        <w:pPr>
                          <w:spacing w:before="1"/>
                          <w:ind w:left="144" w:right="174"/>
                          <w:rPr>
                            <w:b/>
                            <w:sz w:val="24"/>
                          </w:rPr>
                        </w:pPr>
                        <w:r>
                          <w:rPr>
                            <w:b/>
                            <w:sz w:val="24"/>
                          </w:rPr>
                          <w:t>Fig.37: C2- Gram negative</w:t>
                        </w:r>
                        <w:r>
                          <w:rPr>
                            <w:b/>
                            <w:spacing w:val="-5"/>
                            <w:sz w:val="24"/>
                          </w:rPr>
                          <w:t xml:space="preserve"> </w:t>
                        </w:r>
                        <w:r>
                          <w:rPr>
                            <w:b/>
                            <w:sz w:val="24"/>
                          </w:rPr>
                          <w:t>long</w:t>
                        </w:r>
                        <w:r>
                          <w:rPr>
                            <w:b/>
                            <w:spacing w:val="-1"/>
                            <w:sz w:val="24"/>
                          </w:rPr>
                          <w:t xml:space="preserve"> </w:t>
                        </w:r>
                        <w:r>
                          <w:rPr>
                            <w:b/>
                            <w:spacing w:val="-4"/>
                            <w:sz w:val="24"/>
                          </w:rPr>
                          <w:t>rods</w:t>
                        </w:r>
                      </w:p>
                    </w:txbxContent>
                  </v:textbox>
                </v:shape>
                <w10:wrap type="topAndBottom" anchorx="page"/>
              </v:group>
            </w:pict>
          </mc:Fallback>
        </mc:AlternateContent>
      </w:r>
      <w:r w:rsidR="00D0486A" w:rsidRPr="00584328">
        <w:rPr>
          <w:rFonts w:ascii="Arial" w:hAnsi="Arial" w:cs="Arial"/>
          <w:b/>
          <w:noProof/>
          <w:sz w:val="20"/>
        </w:rPr>
        <mc:AlternateContent>
          <mc:Choice Requires="wpg">
            <w:drawing>
              <wp:anchor distT="0" distB="0" distL="0" distR="0" simplePos="0" relativeHeight="251695104" behindDoc="1" locked="0" layoutInCell="1" allowOverlap="1" wp14:anchorId="244981C1" wp14:editId="71CDEA68">
                <wp:simplePos x="0" y="0"/>
                <wp:positionH relativeFrom="page">
                  <wp:posOffset>4914900</wp:posOffset>
                </wp:positionH>
                <wp:positionV relativeFrom="paragraph">
                  <wp:posOffset>123190</wp:posOffset>
                </wp:positionV>
                <wp:extent cx="1808480" cy="1806575"/>
                <wp:effectExtent l="0" t="0" r="20320" b="22225"/>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8480" cy="1806575"/>
                          <a:chOff x="4760" y="4762"/>
                          <a:chExt cx="1809114" cy="1807105"/>
                        </a:xfrm>
                      </wpg:grpSpPr>
                      <pic:pic xmlns:pic="http://schemas.openxmlformats.org/drawingml/2006/picture">
                        <pic:nvPicPr>
                          <pic:cNvPr id="139" name="Image 139"/>
                          <pic:cNvPicPr/>
                        </pic:nvPicPr>
                        <pic:blipFill>
                          <a:blip r:embed="rId92" cstate="print"/>
                          <a:stretch>
                            <a:fillRect/>
                          </a:stretch>
                        </pic:blipFill>
                        <pic:spPr>
                          <a:xfrm>
                            <a:off x="100647" y="55003"/>
                            <a:ext cx="1568323" cy="1438275"/>
                          </a:xfrm>
                          <a:prstGeom prst="rect">
                            <a:avLst/>
                          </a:prstGeom>
                        </pic:spPr>
                      </pic:pic>
                      <wps:wsp>
                        <wps:cNvPr id="140" name="Textbox 140"/>
                        <wps:cNvSpPr txBox="1"/>
                        <wps:spPr>
                          <a:xfrm>
                            <a:off x="4760" y="4762"/>
                            <a:ext cx="1809114" cy="1807105"/>
                          </a:xfrm>
                          <a:prstGeom prst="rect">
                            <a:avLst/>
                          </a:prstGeom>
                          <a:ln w="9525">
                            <a:solidFill>
                              <a:srgbClr val="000000"/>
                            </a:solidFill>
                            <a:prstDash val="solid"/>
                          </a:ln>
                        </wps:spPr>
                        <wps:txbx>
                          <w:txbxContent>
                            <w:p w14:paraId="5E332C71" w14:textId="77777777" w:rsidR="00C675EC" w:rsidRDefault="00C675EC" w:rsidP="00C675EC">
                              <w:pPr>
                                <w:rPr>
                                  <w:b/>
                                  <w:sz w:val="24"/>
                                </w:rPr>
                              </w:pPr>
                            </w:p>
                            <w:p w14:paraId="6C3CE329" w14:textId="77777777" w:rsidR="00C675EC" w:rsidRDefault="00C675EC" w:rsidP="00C675EC">
                              <w:pPr>
                                <w:rPr>
                                  <w:b/>
                                  <w:sz w:val="24"/>
                                </w:rPr>
                              </w:pPr>
                            </w:p>
                            <w:p w14:paraId="76E37C40" w14:textId="77777777" w:rsidR="00C675EC" w:rsidRPr="00AF7964" w:rsidRDefault="00C675EC" w:rsidP="00C675EC">
                              <w:pPr>
                                <w:rPr>
                                  <w:b/>
                                  <w:sz w:val="16"/>
                                  <w:szCs w:val="14"/>
                                </w:rPr>
                              </w:pPr>
                            </w:p>
                            <w:p w14:paraId="102293DF" w14:textId="77777777" w:rsidR="00C675EC" w:rsidRPr="00D0486A" w:rsidRDefault="00C675EC" w:rsidP="00C675EC">
                              <w:pPr>
                                <w:rPr>
                                  <w:b/>
                                  <w:sz w:val="2"/>
                                  <w:szCs w:val="2"/>
                                </w:rPr>
                              </w:pPr>
                            </w:p>
                            <w:p w14:paraId="198F85CA" w14:textId="77777777" w:rsidR="00C675EC" w:rsidRDefault="00C675EC" w:rsidP="00C675EC">
                              <w:pPr>
                                <w:rPr>
                                  <w:b/>
                                  <w:sz w:val="24"/>
                                </w:rPr>
                              </w:pPr>
                            </w:p>
                            <w:p w14:paraId="5B109D89" w14:textId="77777777" w:rsidR="002A40BB" w:rsidRDefault="002A40BB" w:rsidP="00584328">
                              <w:pPr>
                                <w:ind w:left="142"/>
                                <w:jc w:val="center"/>
                                <w:rPr>
                                  <w:rFonts w:ascii="Arial" w:hAnsi="Arial" w:cs="Arial"/>
                                  <w:bCs/>
                                  <w:sz w:val="20"/>
                                  <w:szCs w:val="18"/>
                                </w:rPr>
                              </w:pPr>
                            </w:p>
                            <w:p w14:paraId="20D18B1D" w14:textId="54BC68E3"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Fig.39: C4- Gram positive cocci</w:t>
                              </w:r>
                            </w:p>
                            <w:p w14:paraId="1F6E4C95" w14:textId="77777777" w:rsidR="00C675EC" w:rsidRDefault="00C675EC" w:rsidP="00C675EC">
                              <w:pPr>
                                <w:rPr>
                                  <w:b/>
                                  <w:sz w:val="24"/>
                                </w:rPr>
                              </w:pPr>
                            </w:p>
                            <w:p w14:paraId="657CBFDA" w14:textId="77777777" w:rsidR="00C675EC" w:rsidRDefault="00C675EC" w:rsidP="00C675EC">
                              <w:pPr>
                                <w:rPr>
                                  <w:b/>
                                  <w:sz w:val="24"/>
                                </w:rPr>
                              </w:pPr>
                            </w:p>
                            <w:p w14:paraId="7DD8F239" w14:textId="77777777" w:rsidR="00C675EC" w:rsidRDefault="00C675EC" w:rsidP="00C675EC">
                              <w:pPr>
                                <w:spacing w:before="51"/>
                                <w:rPr>
                                  <w:b/>
                                  <w:sz w:val="24"/>
                                </w:rPr>
                              </w:pPr>
                            </w:p>
                            <w:p w14:paraId="06D1615B" w14:textId="77777777" w:rsidR="00C675EC" w:rsidRDefault="00C675EC" w:rsidP="00C675EC">
                              <w:pPr>
                                <w:ind w:left="144" w:right="174"/>
                                <w:rPr>
                                  <w:b/>
                                  <w:sz w:val="24"/>
                                </w:rPr>
                              </w:pPr>
                              <w:r>
                                <w:rPr>
                                  <w:b/>
                                  <w:sz w:val="24"/>
                                </w:rPr>
                                <w:t>Fig.39:</w:t>
                              </w:r>
                              <w:r>
                                <w:rPr>
                                  <w:b/>
                                  <w:spacing w:val="-15"/>
                                  <w:sz w:val="24"/>
                                </w:rPr>
                                <w:t xml:space="preserve"> </w:t>
                              </w:r>
                              <w:r>
                                <w:rPr>
                                  <w:b/>
                                  <w:sz w:val="24"/>
                                </w:rPr>
                                <w:t>C4-</w:t>
                              </w:r>
                              <w:r>
                                <w:rPr>
                                  <w:b/>
                                  <w:spacing w:val="-15"/>
                                  <w:sz w:val="24"/>
                                </w:rPr>
                                <w:t xml:space="preserve"> </w:t>
                              </w:r>
                              <w:r>
                                <w:rPr>
                                  <w:b/>
                                  <w:sz w:val="24"/>
                                </w:rPr>
                                <w:t>Gram positive cocci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4981C1" id="Group 138" o:spid="_x0000_s1145" style="position:absolute;margin-left:387pt;margin-top:9.7pt;width:142.4pt;height:142.25pt;z-index:-251621376;mso-wrap-distance-left:0;mso-wrap-distance-right:0;mso-position-horizontal-relative:page;mso-width-relative:margin;mso-height-relative:margin" coordorigin="47,47" coordsize="18091,18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&#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">
                <v:shape id="Image 139" o:spid="_x0000_s1146" type="#_x0000_t75" style="position:absolute;left:1006;top:550;width:15683;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">
                  <v:imagedata r:id="rId93" o:title=""/>
                </v:shape>
                <v:shape id="Textbox 140" o:spid="_x0000_s1147" type="#_x0000_t202" style="position:absolute;left:47;top:47;width:18091;height:1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6Gp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MbboanHAAAA3AAA&#10;AA8AAAAAAAAAAAAAAAAABwIAAGRycy9kb3ducmV2LnhtbFBLBQYAAAAAAwADALcAAAD7AgAAAAA=&#10;" filled="f">
                  <v:textbox inset="0,0,0,0">
                    <w:txbxContent>
                      <w:p w14:paraId="5E332C71" w14:textId="77777777" w:rsidR="00C675EC" w:rsidRDefault="00C675EC" w:rsidP="00C675EC">
                        <w:pPr>
                          <w:rPr>
                            <w:b/>
                            <w:sz w:val="24"/>
                          </w:rPr>
                        </w:pPr>
                      </w:p>
                      <w:p w14:paraId="6C3CE329" w14:textId="77777777" w:rsidR="00C675EC" w:rsidRDefault="00C675EC" w:rsidP="00C675EC">
                        <w:pPr>
                          <w:rPr>
                            <w:b/>
                            <w:sz w:val="24"/>
                          </w:rPr>
                        </w:pPr>
                      </w:p>
                      <w:p w14:paraId="76E37C40" w14:textId="77777777" w:rsidR="00C675EC" w:rsidRPr="00AF7964" w:rsidRDefault="00C675EC" w:rsidP="00C675EC">
                        <w:pPr>
                          <w:rPr>
                            <w:b/>
                            <w:sz w:val="16"/>
                            <w:szCs w:val="14"/>
                          </w:rPr>
                        </w:pPr>
                      </w:p>
                      <w:p w14:paraId="102293DF" w14:textId="77777777" w:rsidR="00C675EC" w:rsidRPr="00D0486A" w:rsidRDefault="00C675EC" w:rsidP="00C675EC">
                        <w:pPr>
                          <w:rPr>
                            <w:b/>
                            <w:sz w:val="2"/>
                            <w:szCs w:val="2"/>
                          </w:rPr>
                        </w:pPr>
                      </w:p>
                      <w:p w14:paraId="198F85CA" w14:textId="77777777" w:rsidR="00C675EC" w:rsidRDefault="00C675EC" w:rsidP="00C675EC">
                        <w:pPr>
                          <w:rPr>
                            <w:b/>
                            <w:sz w:val="24"/>
                          </w:rPr>
                        </w:pPr>
                      </w:p>
                      <w:p w14:paraId="5B109D89" w14:textId="77777777" w:rsidR="002A40BB" w:rsidRDefault="002A40BB" w:rsidP="00584328">
                        <w:pPr>
                          <w:ind w:left="142"/>
                          <w:jc w:val="center"/>
                          <w:rPr>
                            <w:rFonts w:ascii="Arial" w:hAnsi="Arial" w:cs="Arial"/>
                            <w:bCs/>
                            <w:sz w:val="20"/>
                            <w:szCs w:val="18"/>
                          </w:rPr>
                        </w:pPr>
                      </w:p>
                      <w:p w14:paraId="20D18B1D" w14:textId="54BC68E3" w:rsidR="006219B2" w:rsidRPr="00584328" w:rsidRDefault="006219B2" w:rsidP="00584328">
                        <w:pPr>
                          <w:ind w:left="142"/>
                          <w:jc w:val="center"/>
                          <w:rPr>
                            <w:rFonts w:ascii="Arial" w:hAnsi="Arial" w:cs="Arial"/>
                            <w:bCs/>
                            <w:sz w:val="20"/>
                            <w:szCs w:val="18"/>
                          </w:rPr>
                        </w:pPr>
                        <w:r w:rsidRPr="00584328">
                          <w:rPr>
                            <w:rFonts w:ascii="Arial" w:hAnsi="Arial" w:cs="Arial"/>
                            <w:bCs/>
                            <w:sz w:val="20"/>
                            <w:szCs w:val="18"/>
                          </w:rPr>
                          <w:t>Fig.39: C4- Gram positive cocci</w:t>
                        </w:r>
                      </w:p>
                      <w:p w14:paraId="1F6E4C95" w14:textId="77777777" w:rsidR="00C675EC" w:rsidRDefault="00C675EC" w:rsidP="00C675EC">
                        <w:pPr>
                          <w:rPr>
                            <w:b/>
                            <w:sz w:val="24"/>
                          </w:rPr>
                        </w:pPr>
                      </w:p>
                      <w:p w14:paraId="657CBFDA" w14:textId="77777777" w:rsidR="00C675EC" w:rsidRDefault="00C675EC" w:rsidP="00C675EC">
                        <w:pPr>
                          <w:rPr>
                            <w:b/>
                            <w:sz w:val="24"/>
                          </w:rPr>
                        </w:pPr>
                      </w:p>
                      <w:p w14:paraId="7DD8F239" w14:textId="77777777" w:rsidR="00C675EC" w:rsidRDefault="00C675EC" w:rsidP="00C675EC">
                        <w:pPr>
                          <w:spacing w:before="51"/>
                          <w:rPr>
                            <w:b/>
                            <w:sz w:val="24"/>
                          </w:rPr>
                        </w:pPr>
                      </w:p>
                      <w:p w14:paraId="06D1615B" w14:textId="77777777" w:rsidR="00C675EC" w:rsidRDefault="00C675EC" w:rsidP="00C675EC">
                        <w:pPr>
                          <w:ind w:left="144" w:right="174"/>
                          <w:rPr>
                            <w:b/>
                            <w:sz w:val="24"/>
                          </w:rPr>
                        </w:pPr>
                        <w:r>
                          <w:rPr>
                            <w:b/>
                            <w:sz w:val="24"/>
                          </w:rPr>
                          <w:t>Fig.39:</w:t>
                        </w:r>
                        <w:r>
                          <w:rPr>
                            <w:b/>
                            <w:spacing w:val="-15"/>
                            <w:sz w:val="24"/>
                          </w:rPr>
                          <w:t xml:space="preserve"> </w:t>
                        </w:r>
                        <w:r>
                          <w:rPr>
                            <w:b/>
                            <w:sz w:val="24"/>
                          </w:rPr>
                          <w:t>C4-</w:t>
                        </w:r>
                        <w:r>
                          <w:rPr>
                            <w:b/>
                            <w:spacing w:val="-15"/>
                            <w:sz w:val="24"/>
                          </w:rPr>
                          <w:t xml:space="preserve"> </w:t>
                        </w:r>
                        <w:r>
                          <w:rPr>
                            <w:b/>
                            <w:sz w:val="24"/>
                          </w:rPr>
                          <w:t>Gram positive cocci</w:t>
                        </w:r>
                      </w:p>
                    </w:txbxContent>
                  </v:textbox>
                </v:shape>
                <w10:wrap type="topAndBottom" anchorx="page"/>
              </v:group>
            </w:pict>
          </mc:Fallback>
        </mc:AlternateContent>
      </w:r>
    </w:p>
    <w:p w14:paraId="266F1BA3" w14:textId="26053784" w:rsidR="00C675EC" w:rsidRPr="002A40BB" w:rsidRDefault="00C675EC" w:rsidP="00D0486A">
      <w:pPr>
        <w:pStyle w:val="Heading2"/>
        <w:spacing w:before="0"/>
        <w:rPr>
          <w:rFonts w:ascii="Arial" w:hAnsi="Arial" w:cs="Arial"/>
          <w:sz w:val="22"/>
          <w:szCs w:val="22"/>
        </w:rPr>
      </w:pPr>
      <w:r w:rsidRPr="002A40BB">
        <w:rPr>
          <w:rFonts w:ascii="Arial" w:hAnsi="Arial" w:cs="Arial"/>
          <w:sz w:val="22"/>
          <w:szCs w:val="22"/>
        </w:rPr>
        <w:t>Catalase/ Oxidase Test</w:t>
      </w:r>
      <w:r w:rsidR="002A40BB">
        <w:rPr>
          <w:rFonts w:ascii="Arial" w:hAnsi="Arial" w:cs="Arial"/>
          <w:sz w:val="22"/>
          <w:szCs w:val="22"/>
        </w:rPr>
        <w:t xml:space="preserve"> -</w:t>
      </w:r>
      <w:r w:rsidR="002A40BB" w:rsidRPr="002A40BB">
        <w:rPr>
          <w:rFonts w:ascii="Arial" w:hAnsi="Arial" w:cs="Arial"/>
          <w:b w:val="0"/>
          <w:bCs w:val="0"/>
          <w:sz w:val="20"/>
          <w:szCs w:val="20"/>
        </w:rPr>
        <w:t xml:space="preserve"> [(+) = Positive, (-) = Negative]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D0486A" w:rsidRPr="002A40BB" w14:paraId="0FCB1163" w14:textId="77777777" w:rsidTr="00D0486A">
        <w:trPr>
          <w:trHeight w:val="288"/>
          <w:jc w:val="center"/>
        </w:trPr>
        <w:tc>
          <w:tcPr>
            <w:tcW w:w="3116" w:type="dxa"/>
            <w:vAlign w:val="center"/>
          </w:tcPr>
          <w:p w14:paraId="7328A338" w14:textId="77777777" w:rsidR="00D0486A" w:rsidRPr="002A40BB" w:rsidRDefault="00D0486A" w:rsidP="00050337">
            <w:pPr>
              <w:pStyle w:val="TableParagraph"/>
              <w:tabs>
                <w:tab w:val="left" w:pos="360"/>
                <w:tab w:val="left" w:pos="8100"/>
              </w:tabs>
              <w:ind w:left="0"/>
              <w:jc w:val="center"/>
              <w:rPr>
                <w:rFonts w:ascii="Arial" w:hAnsi="Arial" w:cs="Arial"/>
                <w:b/>
                <w:bCs/>
                <w:sz w:val="20"/>
                <w:szCs w:val="18"/>
              </w:rPr>
            </w:pPr>
            <w:r w:rsidRPr="002A40BB">
              <w:rPr>
                <w:rFonts w:ascii="Arial" w:hAnsi="Arial" w:cs="Arial"/>
                <w:b/>
                <w:bCs/>
                <w:spacing w:val="-2"/>
                <w:sz w:val="20"/>
                <w:szCs w:val="18"/>
              </w:rPr>
              <w:t>Sample</w:t>
            </w:r>
          </w:p>
        </w:tc>
        <w:tc>
          <w:tcPr>
            <w:tcW w:w="3118" w:type="dxa"/>
            <w:vAlign w:val="center"/>
          </w:tcPr>
          <w:p w14:paraId="790A831E" w14:textId="77777777" w:rsidR="00D0486A" w:rsidRPr="002A40BB" w:rsidRDefault="00D0486A" w:rsidP="00050337">
            <w:pPr>
              <w:pStyle w:val="TableParagraph"/>
              <w:tabs>
                <w:tab w:val="left" w:pos="360"/>
                <w:tab w:val="left" w:pos="8100"/>
              </w:tabs>
              <w:ind w:left="0"/>
              <w:jc w:val="center"/>
              <w:rPr>
                <w:rFonts w:ascii="Arial" w:hAnsi="Arial" w:cs="Arial"/>
                <w:b/>
                <w:bCs/>
                <w:sz w:val="20"/>
                <w:szCs w:val="18"/>
              </w:rPr>
            </w:pPr>
            <w:r w:rsidRPr="002A40BB">
              <w:rPr>
                <w:rFonts w:ascii="Arial" w:hAnsi="Arial" w:cs="Arial"/>
                <w:b/>
                <w:bCs/>
                <w:spacing w:val="-2"/>
                <w:sz w:val="20"/>
                <w:szCs w:val="18"/>
              </w:rPr>
              <w:t>Catalase</w:t>
            </w:r>
          </w:p>
        </w:tc>
        <w:tc>
          <w:tcPr>
            <w:tcW w:w="3118" w:type="dxa"/>
            <w:vAlign w:val="center"/>
          </w:tcPr>
          <w:p w14:paraId="235505C5" w14:textId="77777777" w:rsidR="00D0486A" w:rsidRPr="002A40BB" w:rsidRDefault="00D0486A" w:rsidP="00050337">
            <w:pPr>
              <w:pStyle w:val="TableParagraph"/>
              <w:tabs>
                <w:tab w:val="left" w:pos="360"/>
                <w:tab w:val="left" w:pos="8100"/>
              </w:tabs>
              <w:ind w:left="0"/>
              <w:jc w:val="center"/>
              <w:rPr>
                <w:rFonts w:ascii="Arial" w:hAnsi="Arial" w:cs="Arial"/>
                <w:b/>
                <w:bCs/>
                <w:sz w:val="20"/>
                <w:szCs w:val="18"/>
              </w:rPr>
            </w:pPr>
            <w:r w:rsidRPr="002A40BB">
              <w:rPr>
                <w:rFonts w:ascii="Arial" w:hAnsi="Arial" w:cs="Arial"/>
                <w:b/>
                <w:bCs/>
                <w:spacing w:val="-2"/>
                <w:sz w:val="20"/>
                <w:szCs w:val="18"/>
              </w:rPr>
              <w:t>Oxidase</w:t>
            </w:r>
          </w:p>
        </w:tc>
      </w:tr>
      <w:tr w:rsidR="00D0486A" w:rsidRPr="002A40BB" w14:paraId="0E9740B7" w14:textId="77777777" w:rsidTr="00D0486A">
        <w:trPr>
          <w:trHeight w:val="288"/>
          <w:jc w:val="center"/>
        </w:trPr>
        <w:tc>
          <w:tcPr>
            <w:tcW w:w="3116" w:type="dxa"/>
            <w:vAlign w:val="center"/>
          </w:tcPr>
          <w:p w14:paraId="7C66CCFE"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S1</w:t>
            </w:r>
          </w:p>
        </w:tc>
        <w:tc>
          <w:tcPr>
            <w:tcW w:w="3118" w:type="dxa"/>
            <w:vAlign w:val="center"/>
          </w:tcPr>
          <w:p w14:paraId="0ED317CD"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5344B9C3"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r>
      <w:tr w:rsidR="00D0486A" w:rsidRPr="002A40BB" w14:paraId="1BFE9870" w14:textId="77777777" w:rsidTr="00D0486A">
        <w:trPr>
          <w:trHeight w:val="288"/>
          <w:jc w:val="center"/>
        </w:trPr>
        <w:tc>
          <w:tcPr>
            <w:tcW w:w="3116" w:type="dxa"/>
            <w:vAlign w:val="center"/>
          </w:tcPr>
          <w:p w14:paraId="5B9A5BE9"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S2</w:t>
            </w:r>
          </w:p>
        </w:tc>
        <w:tc>
          <w:tcPr>
            <w:tcW w:w="3118" w:type="dxa"/>
            <w:vAlign w:val="center"/>
          </w:tcPr>
          <w:p w14:paraId="4BC4D2A9"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58D26F24"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2"/>
                <w:sz w:val="20"/>
                <w:szCs w:val="18"/>
              </w:rPr>
              <w:t>(-</w:t>
            </w:r>
            <w:r w:rsidRPr="002A40BB">
              <w:rPr>
                <w:rFonts w:ascii="Arial" w:hAnsi="Arial" w:cs="Arial"/>
                <w:spacing w:val="-12"/>
                <w:sz w:val="20"/>
                <w:szCs w:val="18"/>
              </w:rPr>
              <w:t>)</w:t>
            </w:r>
          </w:p>
        </w:tc>
      </w:tr>
      <w:tr w:rsidR="00D0486A" w:rsidRPr="002A40BB" w14:paraId="63682DA7" w14:textId="77777777" w:rsidTr="00D0486A">
        <w:trPr>
          <w:trHeight w:val="288"/>
          <w:jc w:val="center"/>
        </w:trPr>
        <w:tc>
          <w:tcPr>
            <w:tcW w:w="3116" w:type="dxa"/>
            <w:vAlign w:val="center"/>
          </w:tcPr>
          <w:p w14:paraId="112ACACB"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S3</w:t>
            </w:r>
          </w:p>
        </w:tc>
        <w:tc>
          <w:tcPr>
            <w:tcW w:w="3118" w:type="dxa"/>
            <w:vAlign w:val="center"/>
          </w:tcPr>
          <w:p w14:paraId="31B299E0"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2BC5EED5"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r>
      <w:tr w:rsidR="00D0486A" w:rsidRPr="002A40BB" w14:paraId="4B87E9A1" w14:textId="77777777" w:rsidTr="00D0486A">
        <w:trPr>
          <w:trHeight w:val="288"/>
          <w:jc w:val="center"/>
        </w:trPr>
        <w:tc>
          <w:tcPr>
            <w:tcW w:w="3116" w:type="dxa"/>
            <w:vAlign w:val="center"/>
          </w:tcPr>
          <w:p w14:paraId="2EAC5C6D"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S4</w:t>
            </w:r>
          </w:p>
        </w:tc>
        <w:tc>
          <w:tcPr>
            <w:tcW w:w="3118" w:type="dxa"/>
            <w:vAlign w:val="center"/>
          </w:tcPr>
          <w:p w14:paraId="256285A2"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4FAD6EFE"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r>
      <w:tr w:rsidR="00D0486A" w:rsidRPr="002A40BB" w14:paraId="0958C951" w14:textId="77777777" w:rsidTr="00D0486A">
        <w:trPr>
          <w:trHeight w:val="288"/>
          <w:jc w:val="center"/>
        </w:trPr>
        <w:tc>
          <w:tcPr>
            <w:tcW w:w="3116" w:type="dxa"/>
            <w:vAlign w:val="center"/>
          </w:tcPr>
          <w:p w14:paraId="381A99C9"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S5</w:t>
            </w:r>
          </w:p>
        </w:tc>
        <w:tc>
          <w:tcPr>
            <w:tcW w:w="3118" w:type="dxa"/>
            <w:vAlign w:val="center"/>
          </w:tcPr>
          <w:p w14:paraId="6F8A74C1"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2DAE0DEB"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2"/>
                <w:sz w:val="20"/>
                <w:szCs w:val="18"/>
              </w:rPr>
              <w:t>(-</w:t>
            </w:r>
            <w:r w:rsidRPr="002A40BB">
              <w:rPr>
                <w:rFonts w:ascii="Arial" w:hAnsi="Arial" w:cs="Arial"/>
                <w:spacing w:val="-12"/>
                <w:sz w:val="20"/>
                <w:szCs w:val="18"/>
              </w:rPr>
              <w:t>)</w:t>
            </w:r>
          </w:p>
        </w:tc>
      </w:tr>
      <w:tr w:rsidR="00D0486A" w:rsidRPr="002A40BB" w14:paraId="1D63065C" w14:textId="77777777" w:rsidTr="00D0486A">
        <w:trPr>
          <w:trHeight w:val="288"/>
          <w:jc w:val="center"/>
        </w:trPr>
        <w:tc>
          <w:tcPr>
            <w:tcW w:w="3116" w:type="dxa"/>
            <w:vAlign w:val="center"/>
          </w:tcPr>
          <w:p w14:paraId="2E2FCCD8"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C1</w:t>
            </w:r>
          </w:p>
        </w:tc>
        <w:tc>
          <w:tcPr>
            <w:tcW w:w="3118" w:type="dxa"/>
            <w:vAlign w:val="center"/>
          </w:tcPr>
          <w:p w14:paraId="7AD23895"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6DD19C38"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r>
      <w:tr w:rsidR="00D0486A" w:rsidRPr="002A40BB" w14:paraId="6F3CCAC1" w14:textId="77777777" w:rsidTr="00D0486A">
        <w:trPr>
          <w:trHeight w:val="288"/>
          <w:jc w:val="center"/>
        </w:trPr>
        <w:tc>
          <w:tcPr>
            <w:tcW w:w="3116" w:type="dxa"/>
            <w:vAlign w:val="center"/>
          </w:tcPr>
          <w:p w14:paraId="7AF7AE31" w14:textId="77777777" w:rsidR="00D0486A" w:rsidRPr="002A40BB" w:rsidRDefault="00D0486A" w:rsidP="00050337">
            <w:pPr>
              <w:pStyle w:val="TableParagraph"/>
              <w:tabs>
                <w:tab w:val="left" w:pos="360"/>
                <w:tab w:val="left" w:pos="8100"/>
              </w:tabs>
              <w:spacing w:line="240" w:lineRule="auto"/>
              <w:ind w:left="0"/>
              <w:jc w:val="center"/>
              <w:rPr>
                <w:rFonts w:ascii="Arial" w:hAnsi="Arial" w:cs="Arial"/>
                <w:sz w:val="20"/>
                <w:szCs w:val="18"/>
              </w:rPr>
            </w:pPr>
            <w:r w:rsidRPr="002A40BB">
              <w:rPr>
                <w:rFonts w:ascii="Arial" w:hAnsi="Arial" w:cs="Arial"/>
                <w:spacing w:val="-5"/>
                <w:sz w:val="20"/>
                <w:szCs w:val="18"/>
              </w:rPr>
              <w:t>C2</w:t>
            </w:r>
          </w:p>
        </w:tc>
        <w:tc>
          <w:tcPr>
            <w:tcW w:w="3118" w:type="dxa"/>
            <w:vAlign w:val="center"/>
          </w:tcPr>
          <w:p w14:paraId="0AE2858A" w14:textId="77777777" w:rsidR="00D0486A" w:rsidRPr="002A40BB" w:rsidRDefault="00D0486A" w:rsidP="00050337">
            <w:pPr>
              <w:pStyle w:val="TableParagraph"/>
              <w:tabs>
                <w:tab w:val="left" w:pos="360"/>
                <w:tab w:val="left" w:pos="8100"/>
              </w:tabs>
              <w:spacing w:line="240" w:lineRule="auto"/>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2F29BCCD" w14:textId="77777777" w:rsidR="00D0486A" w:rsidRPr="002A40BB" w:rsidRDefault="00D0486A" w:rsidP="00050337">
            <w:pPr>
              <w:pStyle w:val="TableParagraph"/>
              <w:tabs>
                <w:tab w:val="left" w:pos="360"/>
                <w:tab w:val="left" w:pos="8100"/>
              </w:tabs>
              <w:spacing w:line="240" w:lineRule="auto"/>
              <w:ind w:left="0"/>
              <w:jc w:val="center"/>
              <w:rPr>
                <w:rFonts w:ascii="Arial" w:hAnsi="Arial" w:cs="Arial"/>
                <w:sz w:val="20"/>
                <w:szCs w:val="18"/>
              </w:rPr>
            </w:pPr>
            <w:r w:rsidRPr="002A40BB">
              <w:rPr>
                <w:rFonts w:ascii="Arial" w:hAnsi="Arial" w:cs="Arial"/>
                <w:spacing w:val="-5"/>
                <w:sz w:val="20"/>
                <w:szCs w:val="18"/>
              </w:rPr>
              <w:t>(+)</w:t>
            </w:r>
          </w:p>
        </w:tc>
      </w:tr>
      <w:tr w:rsidR="00D0486A" w:rsidRPr="002A40BB" w14:paraId="0CC2D499" w14:textId="77777777" w:rsidTr="00D0486A">
        <w:trPr>
          <w:trHeight w:val="288"/>
          <w:jc w:val="center"/>
        </w:trPr>
        <w:tc>
          <w:tcPr>
            <w:tcW w:w="3116" w:type="dxa"/>
            <w:vAlign w:val="center"/>
          </w:tcPr>
          <w:p w14:paraId="0A3B367E"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C3</w:t>
            </w:r>
          </w:p>
        </w:tc>
        <w:tc>
          <w:tcPr>
            <w:tcW w:w="3118" w:type="dxa"/>
            <w:vAlign w:val="center"/>
          </w:tcPr>
          <w:p w14:paraId="1CA6344D"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2F312E1D"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2"/>
                <w:sz w:val="20"/>
                <w:szCs w:val="18"/>
              </w:rPr>
              <w:t>(-</w:t>
            </w:r>
            <w:r w:rsidRPr="002A40BB">
              <w:rPr>
                <w:rFonts w:ascii="Arial" w:hAnsi="Arial" w:cs="Arial"/>
                <w:spacing w:val="-12"/>
                <w:sz w:val="20"/>
                <w:szCs w:val="18"/>
              </w:rPr>
              <w:t>)</w:t>
            </w:r>
          </w:p>
        </w:tc>
      </w:tr>
      <w:tr w:rsidR="00D0486A" w:rsidRPr="002A40BB" w14:paraId="5D148BA8" w14:textId="77777777" w:rsidTr="00D0486A">
        <w:trPr>
          <w:trHeight w:val="288"/>
          <w:jc w:val="center"/>
        </w:trPr>
        <w:tc>
          <w:tcPr>
            <w:tcW w:w="3116" w:type="dxa"/>
            <w:vAlign w:val="center"/>
          </w:tcPr>
          <w:p w14:paraId="29629EB1"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C4</w:t>
            </w:r>
          </w:p>
        </w:tc>
        <w:tc>
          <w:tcPr>
            <w:tcW w:w="3118" w:type="dxa"/>
            <w:vAlign w:val="center"/>
          </w:tcPr>
          <w:p w14:paraId="476EAD1D"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5"/>
                <w:sz w:val="20"/>
                <w:szCs w:val="18"/>
              </w:rPr>
              <w:t>(+)</w:t>
            </w:r>
          </w:p>
        </w:tc>
        <w:tc>
          <w:tcPr>
            <w:tcW w:w="3118" w:type="dxa"/>
            <w:vAlign w:val="center"/>
          </w:tcPr>
          <w:p w14:paraId="7BF40FF1" w14:textId="77777777" w:rsidR="00D0486A" w:rsidRPr="002A40BB" w:rsidRDefault="00D0486A" w:rsidP="00050337">
            <w:pPr>
              <w:pStyle w:val="TableParagraph"/>
              <w:tabs>
                <w:tab w:val="left" w:pos="360"/>
                <w:tab w:val="left" w:pos="8100"/>
              </w:tabs>
              <w:ind w:left="0"/>
              <w:jc w:val="center"/>
              <w:rPr>
                <w:rFonts w:ascii="Arial" w:hAnsi="Arial" w:cs="Arial"/>
                <w:sz w:val="20"/>
                <w:szCs w:val="18"/>
              </w:rPr>
            </w:pPr>
            <w:r w:rsidRPr="002A40BB">
              <w:rPr>
                <w:rFonts w:ascii="Arial" w:hAnsi="Arial" w:cs="Arial"/>
                <w:spacing w:val="-2"/>
                <w:sz w:val="20"/>
                <w:szCs w:val="18"/>
              </w:rPr>
              <w:t>(-</w:t>
            </w:r>
            <w:r w:rsidRPr="002A40BB">
              <w:rPr>
                <w:rFonts w:ascii="Arial" w:hAnsi="Arial" w:cs="Arial"/>
                <w:spacing w:val="-12"/>
                <w:sz w:val="20"/>
                <w:szCs w:val="18"/>
              </w:rPr>
              <w:t>)</w:t>
            </w:r>
          </w:p>
        </w:tc>
      </w:tr>
    </w:tbl>
    <w:p w14:paraId="337CC945" w14:textId="79E1FAD2" w:rsidR="006219B2" w:rsidRDefault="006219B2" w:rsidP="002A40BB">
      <w:pPr>
        <w:spacing w:after="0"/>
        <w:ind w:left="142"/>
        <w:jc w:val="center"/>
        <w:rPr>
          <w:rFonts w:ascii="Arial" w:hAnsi="Arial" w:cs="Arial"/>
          <w:bCs/>
          <w:sz w:val="20"/>
          <w:szCs w:val="18"/>
        </w:rPr>
      </w:pPr>
      <w:r w:rsidRPr="00584328">
        <w:rPr>
          <w:rFonts w:ascii="Arial" w:hAnsi="Arial" w:cs="Arial"/>
          <w:bCs/>
          <w:sz w:val="20"/>
          <w:szCs w:val="18"/>
        </w:rPr>
        <w:t>Table 5: Catalase/Oxidase result</w:t>
      </w:r>
    </w:p>
    <w:p w14:paraId="476F7D85" w14:textId="77777777" w:rsidR="00D0486A" w:rsidRPr="00584328" w:rsidRDefault="00D0486A" w:rsidP="002A40BB">
      <w:pPr>
        <w:spacing w:after="0"/>
        <w:ind w:left="142"/>
        <w:jc w:val="center"/>
        <w:rPr>
          <w:rFonts w:ascii="Arial" w:hAnsi="Arial" w:cs="Arial"/>
          <w:bCs/>
          <w:sz w:val="20"/>
          <w:szCs w:val="18"/>
        </w:rPr>
      </w:pPr>
    </w:p>
    <w:p w14:paraId="2DB49CC3" w14:textId="5CF94D8D" w:rsidR="00DF2BBD" w:rsidRPr="002A40BB" w:rsidRDefault="00DF2BBD" w:rsidP="002A40BB">
      <w:pPr>
        <w:pStyle w:val="Heading2"/>
        <w:spacing w:before="0"/>
        <w:rPr>
          <w:rFonts w:ascii="Arial" w:hAnsi="Arial" w:cs="Arial"/>
          <w:sz w:val="22"/>
          <w:szCs w:val="22"/>
        </w:rPr>
      </w:pPr>
      <w:r w:rsidRPr="002A40BB">
        <w:rPr>
          <w:rFonts w:ascii="Arial" w:hAnsi="Arial" w:cs="Arial"/>
          <w:sz w:val="22"/>
          <w:szCs w:val="22"/>
        </w:rPr>
        <w:t>Sugar Fermentation Test Results</w:t>
      </w:r>
      <w:r w:rsidR="002A40BB">
        <w:rPr>
          <w:rFonts w:ascii="Arial" w:hAnsi="Arial" w:cs="Arial"/>
          <w:sz w:val="22"/>
          <w:szCs w:val="22"/>
        </w:rPr>
        <w:t xml:space="preserve">: </w:t>
      </w:r>
      <w:r w:rsidR="002A40BB" w:rsidRPr="002A40BB">
        <w:rPr>
          <w:rFonts w:ascii="Arial" w:hAnsi="Arial" w:cs="Arial"/>
          <w:b w:val="0"/>
          <w:bCs w:val="0"/>
          <w:sz w:val="22"/>
          <w:szCs w:val="22"/>
        </w:rPr>
        <w:t>(+</w:t>
      </w:r>
      <w:proofErr w:type="spellStart"/>
      <w:r w:rsidR="002A40BB" w:rsidRPr="002A40BB">
        <w:rPr>
          <w:rFonts w:ascii="Arial" w:hAnsi="Arial" w:cs="Arial"/>
          <w:b w:val="0"/>
          <w:bCs w:val="0"/>
          <w:sz w:val="22"/>
          <w:szCs w:val="22"/>
        </w:rPr>
        <w:t>ve</w:t>
      </w:r>
      <w:proofErr w:type="spellEnd"/>
      <w:r w:rsidR="002A40BB" w:rsidRPr="002A40BB">
        <w:rPr>
          <w:rFonts w:ascii="Arial" w:hAnsi="Arial" w:cs="Arial"/>
          <w:b w:val="0"/>
          <w:bCs w:val="0"/>
          <w:sz w:val="22"/>
          <w:szCs w:val="22"/>
        </w:rPr>
        <w:t xml:space="preserve"> = Positive, -</w:t>
      </w:r>
      <w:proofErr w:type="spellStart"/>
      <w:r w:rsidR="002A40BB" w:rsidRPr="002A40BB">
        <w:rPr>
          <w:rFonts w:ascii="Arial" w:hAnsi="Arial" w:cs="Arial"/>
          <w:b w:val="0"/>
          <w:bCs w:val="0"/>
          <w:sz w:val="22"/>
          <w:szCs w:val="22"/>
        </w:rPr>
        <w:t>ve</w:t>
      </w:r>
      <w:proofErr w:type="spellEnd"/>
      <w:r w:rsidR="002A40BB" w:rsidRPr="002A40BB">
        <w:rPr>
          <w:rFonts w:ascii="Arial" w:hAnsi="Arial" w:cs="Arial"/>
          <w:b w:val="0"/>
          <w:bCs w:val="0"/>
          <w:sz w:val="22"/>
          <w:szCs w:val="22"/>
        </w:rPr>
        <w:t xml:space="preserve"> =Negative)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893"/>
        <w:gridCol w:w="879"/>
        <w:gridCol w:w="878"/>
        <w:gridCol w:w="878"/>
        <w:gridCol w:w="894"/>
        <w:gridCol w:w="892"/>
        <w:gridCol w:w="895"/>
        <w:gridCol w:w="813"/>
      </w:tblGrid>
      <w:tr w:rsidR="00DF2BBD" w:rsidRPr="002A40BB" w14:paraId="0FBB5C0C" w14:textId="77777777" w:rsidTr="002A40BB">
        <w:trPr>
          <w:trHeight w:val="346"/>
        </w:trPr>
        <w:tc>
          <w:tcPr>
            <w:tcW w:w="1447" w:type="dxa"/>
            <w:vAlign w:val="center"/>
          </w:tcPr>
          <w:p w14:paraId="4119642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2"/>
                <w:sz w:val="20"/>
                <w:szCs w:val="20"/>
              </w:rPr>
              <w:t>Sugars</w:t>
            </w:r>
          </w:p>
        </w:tc>
        <w:tc>
          <w:tcPr>
            <w:tcW w:w="893" w:type="dxa"/>
            <w:vAlign w:val="center"/>
          </w:tcPr>
          <w:p w14:paraId="0624BAB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S1</w:t>
            </w:r>
          </w:p>
        </w:tc>
        <w:tc>
          <w:tcPr>
            <w:tcW w:w="879" w:type="dxa"/>
            <w:vAlign w:val="center"/>
          </w:tcPr>
          <w:p w14:paraId="4A1C9477"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S3</w:t>
            </w:r>
          </w:p>
        </w:tc>
        <w:tc>
          <w:tcPr>
            <w:tcW w:w="878" w:type="dxa"/>
            <w:vAlign w:val="center"/>
          </w:tcPr>
          <w:p w14:paraId="45786EB9"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S4</w:t>
            </w:r>
          </w:p>
        </w:tc>
        <w:tc>
          <w:tcPr>
            <w:tcW w:w="878" w:type="dxa"/>
            <w:vAlign w:val="center"/>
          </w:tcPr>
          <w:p w14:paraId="383C92B6"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S5</w:t>
            </w:r>
          </w:p>
        </w:tc>
        <w:tc>
          <w:tcPr>
            <w:tcW w:w="894" w:type="dxa"/>
            <w:vAlign w:val="center"/>
          </w:tcPr>
          <w:p w14:paraId="06D5325A"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C1</w:t>
            </w:r>
          </w:p>
        </w:tc>
        <w:tc>
          <w:tcPr>
            <w:tcW w:w="892" w:type="dxa"/>
            <w:vAlign w:val="center"/>
          </w:tcPr>
          <w:p w14:paraId="3BF95F31"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C2</w:t>
            </w:r>
          </w:p>
        </w:tc>
        <w:tc>
          <w:tcPr>
            <w:tcW w:w="895" w:type="dxa"/>
            <w:vAlign w:val="center"/>
          </w:tcPr>
          <w:p w14:paraId="68C5B2F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C3</w:t>
            </w:r>
          </w:p>
        </w:tc>
        <w:tc>
          <w:tcPr>
            <w:tcW w:w="813" w:type="dxa"/>
            <w:vAlign w:val="center"/>
          </w:tcPr>
          <w:p w14:paraId="03708C19"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5"/>
                <w:sz w:val="20"/>
                <w:szCs w:val="20"/>
              </w:rPr>
              <w:t>C4</w:t>
            </w:r>
          </w:p>
        </w:tc>
      </w:tr>
      <w:tr w:rsidR="00DF2BBD" w:rsidRPr="002A40BB" w14:paraId="174C8456" w14:textId="77777777" w:rsidTr="002A40BB">
        <w:trPr>
          <w:trHeight w:val="346"/>
        </w:trPr>
        <w:tc>
          <w:tcPr>
            <w:tcW w:w="1447" w:type="dxa"/>
            <w:vAlign w:val="center"/>
          </w:tcPr>
          <w:p w14:paraId="21C6FE58"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Xylose</w:t>
            </w:r>
          </w:p>
        </w:tc>
        <w:tc>
          <w:tcPr>
            <w:tcW w:w="893" w:type="dxa"/>
            <w:vAlign w:val="center"/>
          </w:tcPr>
          <w:p w14:paraId="6A184278"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3FBAE0E4"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7F5268D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178DBE8E"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33D4002A"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67171609"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5" w:type="dxa"/>
            <w:vAlign w:val="center"/>
          </w:tcPr>
          <w:p w14:paraId="7BB53BBF"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72C1FE7A"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6696CF48" w14:textId="77777777" w:rsidTr="002A40BB">
        <w:trPr>
          <w:trHeight w:val="346"/>
        </w:trPr>
        <w:tc>
          <w:tcPr>
            <w:tcW w:w="1447" w:type="dxa"/>
            <w:vAlign w:val="center"/>
          </w:tcPr>
          <w:p w14:paraId="6D7D8E03"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Arabinose</w:t>
            </w:r>
          </w:p>
        </w:tc>
        <w:tc>
          <w:tcPr>
            <w:tcW w:w="893" w:type="dxa"/>
            <w:vAlign w:val="center"/>
          </w:tcPr>
          <w:p w14:paraId="04BE00D4"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79" w:type="dxa"/>
            <w:vAlign w:val="center"/>
          </w:tcPr>
          <w:p w14:paraId="083282AF"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14CC39DC"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8" w:type="dxa"/>
            <w:vAlign w:val="center"/>
          </w:tcPr>
          <w:p w14:paraId="79D46EEE"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65B0A1A3"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4435C9C0"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5" w:type="dxa"/>
            <w:vAlign w:val="center"/>
          </w:tcPr>
          <w:p w14:paraId="5E8994E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5F23418E"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771216FF" w14:textId="77777777" w:rsidTr="002A40BB">
        <w:trPr>
          <w:trHeight w:val="346"/>
        </w:trPr>
        <w:tc>
          <w:tcPr>
            <w:tcW w:w="1447" w:type="dxa"/>
            <w:vAlign w:val="center"/>
          </w:tcPr>
          <w:p w14:paraId="429AF02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b/>
                <w:bCs/>
                <w:sz w:val="20"/>
                <w:szCs w:val="20"/>
              </w:rPr>
            </w:pPr>
            <w:r w:rsidRPr="002A40BB">
              <w:rPr>
                <w:rFonts w:ascii="Arial" w:hAnsi="Arial" w:cs="Arial"/>
                <w:b/>
                <w:bCs/>
                <w:spacing w:val="-2"/>
                <w:sz w:val="20"/>
                <w:szCs w:val="20"/>
              </w:rPr>
              <w:t>Cellobiose</w:t>
            </w:r>
          </w:p>
        </w:tc>
        <w:tc>
          <w:tcPr>
            <w:tcW w:w="893" w:type="dxa"/>
            <w:vAlign w:val="center"/>
          </w:tcPr>
          <w:p w14:paraId="4CFC9AD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11CD995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78" w:type="dxa"/>
            <w:vAlign w:val="center"/>
          </w:tcPr>
          <w:p w14:paraId="1780EAB7"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47B919D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232213A5"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6D586B0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740F777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1067BEDE"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r>
      <w:tr w:rsidR="00DF2BBD" w:rsidRPr="002A40BB" w14:paraId="59F46280" w14:textId="77777777" w:rsidTr="002A40BB">
        <w:trPr>
          <w:trHeight w:val="346"/>
        </w:trPr>
        <w:tc>
          <w:tcPr>
            <w:tcW w:w="1447" w:type="dxa"/>
            <w:vAlign w:val="center"/>
          </w:tcPr>
          <w:p w14:paraId="0C09385D"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Sucrose</w:t>
            </w:r>
          </w:p>
        </w:tc>
        <w:tc>
          <w:tcPr>
            <w:tcW w:w="893" w:type="dxa"/>
            <w:vAlign w:val="center"/>
          </w:tcPr>
          <w:p w14:paraId="58C407D9"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736DF548"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8" w:type="dxa"/>
            <w:vAlign w:val="center"/>
          </w:tcPr>
          <w:p w14:paraId="5C67C91C"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8" w:type="dxa"/>
            <w:vAlign w:val="center"/>
          </w:tcPr>
          <w:p w14:paraId="149B1E0D"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4" w:type="dxa"/>
            <w:vAlign w:val="center"/>
          </w:tcPr>
          <w:p w14:paraId="1DDC9B43"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2" w:type="dxa"/>
            <w:vAlign w:val="center"/>
          </w:tcPr>
          <w:p w14:paraId="333D1835"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49D66BF1"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41F7C95A"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2905A07E" w14:textId="77777777" w:rsidTr="002A40BB">
        <w:trPr>
          <w:trHeight w:val="346"/>
        </w:trPr>
        <w:tc>
          <w:tcPr>
            <w:tcW w:w="1447" w:type="dxa"/>
            <w:vAlign w:val="center"/>
          </w:tcPr>
          <w:p w14:paraId="0F73BC6B"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Maltose</w:t>
            </w:r>
          </w:p>
        </w:tc>
        <w:tc>
          <w:tcPr>
            <w:tcW w:w="893" w:type="dxa"/>
            <w:vAlign w:val="center"/>
          </w:tcPr>
          <w:p w14:paraId="66100845"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101A3023"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78" w:type="dxa"/>
            <w:vAlign w:val="center"/>
          </w:tcPr>
          <w:p w14:paraId="57B565D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65119D22"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4" w:type="dxa"/>
            <w:vAlign w:val="center"/>
          </w:tcPr>
          <w:p w14:paraId="6FC616F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1D6CC87F"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715468D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4E4786A7"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418395A2" w14:textId="77777777" w:rsidTr="002A40BB">
        <w:trPr>
          <w:trHeight w:val="346"/>
        </w:trPr>
        <w:tc>
          <w:tcPr>
            <w:tcW w:w="1447" w:type="dxa"/>
            <w:vAlign w:val="center"/>
          </w:tcPr>
          <w:p w14:paraId="57EAC3DC"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Mannitol</w:t>
            </w:r>
          </w:p>
        </w:tc>
        <w:tc>
          <w:tcPr>
            <w:tcW w:w="893" w:type="dxa"/>
            <w:vAlign w:val="center"/>
          </w:tcPr>
          <w:p w14:paraId="6468B0B4"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1F4FC4CE"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8" w:type="dxa"/>
            <w:vAlign w:val="center"/>
          </w:tcPr>
          <w:p w14:paraId="523DDD64"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2A6314E7"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3625B803"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6011199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0B1083AA"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1397CC41"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111A5C44" w14:textId="77777777" w:rsidTr="002A40BB">
        <w:trPr>
          <w:trHeight w:val="346"/>
        </w:trPr>
        <w:tc>
          <w:tcPr>
            <w:tcW w:w="1447" w:type="dxa"/>
            <w:vAlign w:val="center"/>
          </w:tcPr>
          <w:p w14:paraId="70102E48"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Lactose</w:t>
            </w:r>
          </w:p>
        </w:tc>
        <w:tc>
          <w:tcPr>
            <w:tcW w:w="893" w:type="dxa"/>
            <w:vAlign w:val="center"/>
          </w:tcPr>
          <w:p w14:paraId="37CC7678"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39E9AC3E"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54818769"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0834AC87"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67CB614D"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92" w:type="dxa"/>
            <w:vAlign w:val="center"/>
          </w:tcPr>
          <w:p w14:paraId="0060B1E6"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18957FC0"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13" w:type="dxa"/>
            <w:vAlign w:val="center"/>
          </w:tcPr>
          <w:p w14:paraId="3A52AF42"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r>
      <w:tr w:rsidR="00DF2BBD" w:rsidRPr="002A40BB" w14:paraId="4B17225E" w14:textId="77777777" w:rsidTr="002A40BB">
        <w:trPr>
          <w:trHeight w:val="346"/>
        </w:trPr>
        <w:tc>
          <w:tcPr>
            <w:tcW w:w="1447" w:type="dxa"/>
            <w:vAlign w:val="center"/>
          </w:tcPr>
          <w:p w14:paraId="3B5247DD"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Galactose</w:t>
            </w:r>
          </w:p>
        </w:tc>
        <w:tc>
          <w:tcPr>
            <w:tcW w:w="893" w:type="dxa"/>
            <w:vAlign w:val="center"/>
          </w:tcPr>
          <w:p w14:paraId="5E9BB4BD"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79" w:type="dxa"/>
            <w:vAlign w:val="center"/>
          </w:tcPr>
          <w:p w14:paraId="16718D21"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1D3FF5FE"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39CCE44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045EF4F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49E8EB98"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07A2F8B8"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122C5DCC"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5F40C242" w14:textId="77777777" w:rsidTr="002A40BB">
        <w:trPr>
          <w:trHeight w:val="346"/>
        </w:trPr>
        <w:tc>
          <w:tcPr>
            <w:tcW w:w="1447" w:type="dxa"/>
            <w:vAlign w:val="center"/>
          </w:tcPr>
          <w:p w14:paraId="518E4005"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Fructose</w:t>
            </w:r>
          </w:p>
        </w:tc>
        <w:tc>
          <w:tcPr>
            <w:tcW w:w="893" w:type="dxa"/>
            <w:vAlign w:val="center"/>
          </w:tcPr>
          <w:p w14:paraId="593AF1C8"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455A6A0F"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8" w:type="dxa"/>
            <w:vAlign w:val="center"/>
          </w:tcPr>
          <w:p w14:paraId="38A3AA93"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79D39D2B"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46417DA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597EFD7C"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5" w:type="dxa"/>
            <w:vAlign w:val="center"/>
          </w:tcPr>
          <w:p w14:paraId="77CF5B41"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68ECCB51"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089D2F6D" w14:textId="77777777" w:rsidTr="002A40BB">
        <w:trPr>
          <w:trHeight w:val="346"/>
        </w:trPr>
        <w:tc>
          <w:tcPr>
            <w:tcW w:w="1447" w:type="dxa"/>
            <w:vAlign w:val="center"/>
          </w:tcPr>
          <w:p w14:paraId="52694407"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Raffinose</w:t>
            </w:r>
          </w:p>
        </w:tc>
        <w:tc>
          <w:tcPr>
            <w:tcW w:w="893" w:type="dxa"/>
            <w:vAlign w:val="center"/>
          </w:tcPr>
          <w:p w14:paraId="2B63A985"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9" w:type="dxa"/>
            <w:vAlign w:val="center"/>
          </w:tcPr>
          <w:p w14:paraId="296B1927"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0CB0ABBD"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70B91878"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4" w:type="dxa"/>
            <w:vAlign w:val="center"/>
          </w:tcPr>
          <w:p w14:paraId="07ECB73F"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2" w:type="dxa"/>
            <w:vAlign w:val="center"/>
          </w:tcPr>
          <w:p w14:paraId="1F3EA4E9"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41493AE3"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3164F1CE"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r>
      <w:tr w:rsidR="00DF2BBD" w:rsidRPr="002A40BB" w14:paraId="31F20138" w14:textId="77777777" w:rsidTr="002A40BB">
        <w:trPr>
          <w:trHeight w:val="346"/>
        </w:trPr>
        <w:tc>
          <w:tcPr>
            <w:tcW w:w="1447" w:type="dxa"/>
            <w:vAlign w:val="center"/>
          </w:tcPr>
          <w:p w14:paraId="113115EF"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Cellulose</w:t>
            </w:r>
          </w:p>
        </w:tc>
        <w:tc>
          <w:tcPr>
            <w:tcW w:w="893" w:type="dxa"/>
            <w:vAlign w:val="center"/>
          </w:tcPr>
          <w:p w14:paraId="2323212E"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9" w:type="dxa"/>
            <w:vAlign w:val="center"/>
          </w:tcPr>
          <w:p w14:paraId="15BCB3C3"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78" w:type="dxa"/>
            <w:vAlign w:val="center"/>
          </w:tcPr>
          <w:p w14:paraId="0348EF59"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2012E2F4"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4" w:type="dxa"/>
            <w:vAlign w:val="center"/>
          </w:tcPr>
          <w:p w14:paraId="0F997846"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2"/>
                <w:sz w:val="20"/>
                <w:szCs w:val="20"/>
              </w:rPr>
              <w:t>-</w:t>
            </w:r>
            <w:proofErr w:type="spellStart"/>
            <w:r w:rsidRPr="002A40BB">
              <w:rPr>
                <w:rFonts w:ascii="Arial" w:hAnsi="Arial" w:cs="Arial"/>
                <w:spacing w:val="-7"/>
                <w:sz w:val="20"/>
                <w:szCs w:val="20"/>
              </w:rPr>
              <w:t>ve</w:t>
            </w:r>
            <w:proofErr w:type="spellEnd"/>
          </w:p>
        </w:tc>
        <w:tc>
          <w:tcPr>
            <w:tcW w:w="892" w:type="dxa"/>
            <w:vAlign w:val="center"/>
          </w:tcPr>
          <w:p w14:paraId="0DA7C071"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95" w:type="dxa"/>
            <w:vAlign w:val="center"/>
          </w:tcPr>
          <w:p w14:paraId="778E6C90"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13" w:type="dxa"/>
            <w:vAlign w:val="center"/>
          </w:tcPr>
          <w:p w14:paraId="2DE7D563"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r>
      <w:tr w:rsidR="00DF2BBD" w:rsidRPr="002A40BB" w14:paraId="0177680E" w14:textId="77777777" w:rsidTr="002A40BB">
        <w:trPr>
          <w:trHeight w:val="346"/>
        </w:trPr>
        <w:tc>
          <w:tcPr>
            <w:tcW w:w="1447" w:type="dxa"/>
            <w:vAlign w:val="center"/>
          </w:tcPr>
          <w:p w14:paraId="2C259B69" w14:textId="77777777" w:rsidR="00DF2BBD" w:rsidRPr="002A40BB" w:rsidRDefault="00DF2BBD" w:rsidP="002A40BB">
            <w:pPr>
              <w:pStyle w:val="TableParagraph"/>
              <w:tabs>
                <w:tab w:val="left" w:pos="360"/>
                <w:tab w:val="left" w:pos="8100"/>
              </w:tabs>
              <w:ind w:left="0"/>
              <w:jc w:val="center"/>
              <w:rPr>
                <w:rFonts w:ascii="Arial" w:hAnsi="Arial" w:cs="Arial"/>
                <w:b/>
                <w:bCs/>
                <w:sz w:val="20"/>
                <w:szCs w:val="20"/>
              </w:rPr>
            </w:pPr>
            <w:r w:rsidRPr="002A40BB">
              <w:rPr>
                <w:rFonts w:ascii="Arial" w:hAnsi="Arial" w:cs="Arial"/>
                <w:b/>
                <w:bCs/>
                <w:spacing w:val="-2"/>
                <w:sz w:val="20"/>
                <w:szCs w:val="20"/>
              </w:rPr>
              <w:t>Glucose</w:t>
            </w:r>
          </w:p>
        </w:tc>
        <w:tc>
          <w:tcPr>
            <w:tcW w:w="893" w:type="dxa"/>
            <w:vAlign w:val="center"/>
          </w:tcPr>
          <w:p w14:paraId="39C7CB5C"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9" w:type="dxa"/>
            <w:vAlign w:val="center"/>
          </w:tcPr>
          <w:p w14:paraId="40D15573"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78" w:type="dxa"/>
            <w:vAlign w:val="center"/>
          </w:tcPr>
          <w:p w14:paraId="39C7EC21"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c>
          <w:tcPr>
            <w:tcW w:w="878" w:type="dxa"/>
            <w:vAlign w:val="center"/>
          </w:tcPr>
          <w:p w14:paraId="45BA6F2D"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4" w:type="dxa"/>
            <w:vAlign w:val="center"/>
          </w:tcPr>
          <w:p w14:paraId="1C47EC3D"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2" w:type="dxa"/>
            <w:vAlign w:val="center"/>
          </w:tcPr>
          <w:p w14:paraId="0E3EA04D"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95" w:type="dxa"/>
            <w:vAlign w:val="center"/>
          </w:tcPr>
          <w:p w14:paraId="13987009" w14:textId="77777777" w:rsidR="00DF2BBD" w:rsidRPr="002A40BB" w:rsidRDefault="00DF2BBD" w:rsidP="002A40BB">
            <w:pPr>
              <w:pStyle w:val="TableParagraph"/>
              <w:tabs>
                <w:tab w:val="left" w:pos="360"/>
                <w:tab w:val="left" w:pos="8100"/>
              </w:tabs>
              <w:ind w:left="0"/>
              <w:jc w:val="center"/>
              <w:rPr>
                <w:rFonts w:ascii="Arial" w:hAnsi="Arial" w:cs="Arial"/>
                <w:sz w:val="20"/>
                <w:szCs w:val="20"/>
              </w:rPr>
            </w:pPr>
            <w:r w:rsidRPr="002A40BB">
              <w:rPr>
                <w:rFonts w:ascii="Arial" w:hAnsi="Arial" w:cs="Arial"/>
                <w:spacing w:val="-5"/>
                <w:sz w:val="20"/>
                <w:szCs w:val="20"/>
              </w:rPr>
              <w:t>+</w:t>
            </w:r>
            <w:proofErr w:type="spellStart"/>
            <w:r w:rsidRPr="002A40BB">
              <w:rPr>
                <w:rFonts w:ascii="Arial" w:hAnsi="Arial" w:cs="Arial"/>
                <w:spacing w:val="-5"/>
                <w:sz w:val="20"/>
                <w:szCs w:val="20"/>
              </w:rPr>
              <w:t>ve</w:t>
            </w:r>
            <w:proofErr w:type="spellEnd"/>
          </w:p>
        </w:tc>
        <w:tc>
          <w:tcPr>
            <w:tcW w:w="813" w:type="dxa"/>
            <w:vAlign w:val="center"/>
          </w:tcPr>
          <w:p w14:paraId="5A0EB660" w14:textId="77777777" w:rsidR="00DF2BBD" w:rsidRPr="002A40BB" w:rsidRDefault="00DF2BBD" w:rsidP="002A40BB">
            <w:pPr>
              <w:pStyle w:val="TableParagraph"/>
              <w:tabs>
                <w:tab w:val="left" w:pos="360"/>
                <w:tab w:val="left" w:pos="8100"/>
              </w:tabs>
              <w:spacing w:line="240" w:lineRule="auto"/>
              <w:ind w:left="0"/>
              <w:jc w:val="center"/>
              <w:rPr>
                <w:rFonts w:ascii="Arial" w:hAnsi="Arial" w:cs="Arial"/>
                <w:sz w:val="20"/>
                <w:szCs w:val="20"/>
              </w:rPr>
            </w:pPr>
          </w:p>
        </w:tc>
      </w:tr>
    </w:tbl>
    <w:p w14:paraId="41F8D0C2" w14:textId="05ACCB75" w:rsidR="00AF7964" w:rsidRDefault="00AF7964" w:rsidP="00AF7964">
      <w:pPr>
        <w:spacing w:after="0"/>
        <w:ind w:left="142"/>
        <w:jc w:val="center"/>
        <w:rPr>
          <w:rFonts w:ascii="Arial" w:hAnsi="Arial" w:cs="Arial"/>
          <w:bCs/>
          <w:sz w:val="20"/>
          <w:szCs w:val="18"/>
        </w:rPr>
      </w:pPr>
      <w:r w:rsidRPr="00584328">
        <w:rPr>
          <w:rFonts w:ascii="Arial" w:hAnsi="Arial" w:cs="Arial"/>
          <w:bCs/>
          <w:sz w:val="20"/>
          <w:szCs w:val="18"/>
        </w:rPr>
        <w:t xml:space="preserve">Table </w:t>
      </w:r>
      <w:r>
        <w:rPr>
          <w:rFonts w:ascii="Arial" w:hAnsi="Arial" w:cs="Arial"/>
          <w:bCs/>
          <w:sz w:val="20"/>
          <w:szCs w:val="18"/>
        </w:rPr>
        <w:t>6</w:t>
      </w:r>
      <w:r w:rsidRPr="00584328">
        <w:rPr>
          <w:rFonts w:ascii="Arial" w:hAnsi="Arial" w:cs="Arial"/>
          <w:bCs/>
          <w:sz w:val="20"/>
          <w:szCs w:val="18"/>
        </w:rPr>
        <w:t xml:space="preserve">: </w:t>
      </w:r>
      <w:r>
        <w:rPr>
          <w:rFonts w:ascii="Arial" w:hAnsi="Arial" w:cs="Arial"/>
          <w:bCs/>
          <w:sz w:val="20"/>
          <w:szCs w:val="18"/>
        </w:rPr>
        <w:t>Sugar Fermentation test results</w:t>
      </w:r>
    </w:p>
    <w:p w14:paraId="6CAD1D1C" w14:textId="77777777" w:rsidR="00AF7964" w:rsidRDefault="00AF7964" w:rsidP="00AF7964">
      <w:pPr>
        <w:pStyle w:val="Heading2"/>
        <w:numPr>
          <w:ilvl w:val="0"/>
          <w:numId w:val="0"/>
        </w:numPr>
        <w:spacing w:before="0"/>
        <w:rPr>
          <w:rFonts w:ascii="Arial" w:hAnsi="Arial" w:cs="Arial"/>
          <w:sz w:val="22"/>
          <w:szCs w:val="22"/>
        </w:rPr>
      </w:pPr>
    </w:p>
    <w:p w14:paraId="5C4DE0BC" w14:textId="64495775" w:rsidR="001E0947" w:rsidRPr="002A40BB" w:rsidRDefault="001E0947" w:rsidP="002A40BB">
      <w:pPr>
        <w:pStyle w:val="Heading2"/>
        <w:spacing w:before="0"/>
        <w:rPr>
          <w:rFonts w:ascii="Arial" w:hAnsi="Arial" w:cs="Arial"/>
          <w:sz w:val="22"/>
          <w:szCs w:val="22"/>
        </w:rPr>
      </w:pPr>
      <w:r w:rsidRPr="002A40BB">
        <w:rPr>
          <w:rFonts w:ascii="Arial" w:hAnsi="Arial" w:cs="Arial"/>
          <w:sz w:val="22"/>
          <w:szCs w:val="22"/>
        </w:rPr>
        <w:t xml:space="preserve">Difference in Weight of Feather meal  </w:t>
      </w:r>
    </w:p>
    <w:p w14:paraId="47BA6A11" w14:textId="12A6B2B2" w:rsidR="001E0947" w:rsidRPr="00584328" w:rsidRDefault="00777CEC"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meal</w:t>
      </w:r>
      <w:r w:rsidR="001E0947" w:rsidRPr="00584328">
        <w:rPr>
          <w:rFonts w:ascii="Arial" w:hAnsi="Arial" w:cs="Arial"/>
          <w:sz w:val="20"/>
          <w:szCs w:val="20"/>
        </w:rPr>
        <w:t xml:space="preserve"> </w:t>
      </w:r>
      <w:r w:rsidRPr="00584328">
        <w:rPr>
          <w:rFonts w:ascii="Arial" w:hAnsi="Arial" w:cs="Arial"/>
          <w:sz w:val="20"/>
          <w:szCs w:val="20"/>
        </w:rPr>
        <w:t>was</w:t>
      </w:r>
      <w:r w:rsidR="001E0947" w:rsidRPr="00584328">
        <w:rPr>
          <w:rFonts w:ascii="Arial" w:hAnsi="Arial" w:cs="Arial"/>
          <w:sz w:val="20"/>
          <w:szCs w:val="20"/>
        </w:rPr>
        <w:t xml:space="preserve"> </w:t>
      </w:r>
      <w:r w:rsidRPr="00584328">
        <w:rPr>
          <w:rFonts w:ascii="Arial" w:hAnsi="Arial" w:cs="Arial"/>
          <w:sz w:val="20"/>
          <w:szCs w:val="20"/>
        </w:rPr>
        <w:t>prepared</w:t>
      </w:r>
      <w:r w:rsidR="001E0947" w:rsidRPr="00584328">
        <w:rPr>
          <w:rFonts w:ascii="Arial" w:hAnsi="Arial" w:cs="Arial"/>
          <w:sz w:val="20"/>
          <w:szCs w:val="20"/>
        </w:rPr>
        <w:t xml:space="preserve"> </w:t>
      </w:r>
      <w:r w:rsidRPr="00584328">
        <w:rPr>
          <w:rFonts w:ascii="Arial" w:hAnsi="Arial" w:cs="Arial"/>
          <w:sz w:val="20"/>
          <w:szCs w:val="20"/>
        </w:rPr>
        <w:t>by</w:t>
      </w:r>
      <w:r w:rsidR="001E0947" w:rsidRPr="00584328">
        <w:rPr>
          <w:rFonts w:ascii="Arial" w:hAnsi="Arial" w:cs="Arial"/>
          <w:sz w:val="20"/>
          <w:szCs w:val="20"/>
        </w:rPr>
        <w:t xml:space="preserve"> </w:t>
      </w:r>
      <w:r w:rsidRPr="00584328">
        <w:rPr>
          <w:rFonts w:ascii="Arial" w:hAnsi="Arial" w:cs="Arial"/>
          <w:sz w:val="20"/>
          <w:szCs w:val="20"/>
        </w:rPr>
        <w:t>soaking</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Diethyl</w:t>
      </w:r>
      <w:r w:rsidR="001E0947" w:rsidRPr="00584328">
        <w:rPr>
          <w:rFonts w:ascii="Arial" w:hAnsi="Arial" w:cs="Arial"/>
          <w:sz w:val="20"/>
          <w:szCs w:val="20"/>
        </w:rPr>
        <w:t xml:space="preserve"> </w:t>
      </w:r>
      <w:r w:rsidRPr="00584328">
        <w:rPr>
          <w:rFonts w:ascii="Arial" w:hAnsi="Arial" w:cs="Arial"/>
          <w:sz w:val="20"/>
          <w:szCs w:val="20"/>
        </w:rPr>
        <w:t>ether</w:t>
      </w:r>
      <w:r w:rsidR="001E0947" w:rsidRPr="00584328">
        <w:rPr>
          <w:rFonts w:ascii="Arial" w:hAnsi="Arial" w:cs="Arial"/>
          <w:sz w:val="20"/>
          <w:szCs w:val="20"/>
        </w:rPr>
        <w:t xml:space="preserve"> </w:t>
      </w:r>
      <w:r w:rsidR="009D78D7" w:rsidRPr="00584328">
        <w:rPr>
          <w:rFonts w:ascii="Arial" w:hAnsi="Arial" w:cs="Arial"/>
          <w:sz w:val="20"/>
          <w:szCs w:val="20"/>
        </w:rPr>
        <w:t>and</w:t>
      </w:r>
      <w:r w:rsidR="001E0947" w:rsidRPr="00584328">
        <w:rPr>
          <w:rFonts w:ascii="Arial" w:hAnsi="Arial" w:cs="Arial"/>
          <w:sz w:val="20"/>
          <w:szCs w:val="20"/>
        </w:rPr>
        <w:t xml:space="preserve"> </w:t>
      </w:r>
      <w:r w:rsidR="009D78D7" w:rsidRPr="00584328">
        <w:rPr>
          <w:rFonts w:ascii="Arial" w:hAnsi="Arial" w:cs="Arial"/>
          <w:sz w:val="20"/>
          <w:szCs w:val="20"/>
        </w:rPr>
        <w:t>cutting</w:t>
      </w:r>
      <w:r w:rsidR="001E0947" w:rsidRPr="00584328">
        <w:rPr>
          <w:rFonts w:ascii="Arial" w:hAnsi="Arial" w:cs="Arial"/>
          <w:sz w:val="20"/>
          <w:szCs w:val="20"/>
        </w:rPr>
        <w:t xml:space="preserve"> </w:t>
      </w:r>
      <w:r w:rsidR="009D78D7" w:rsidRPr="00584328">
        <w:rPr>
          <w:rFonts w:ascii="Arial" w:hAnsi="Arial" w:cs="Arial"/>
          <w:sz w:val="20"/>
          <w:szCs w:val="20"/>
        </w:rPr>
        <w:t>them</w:t>
      </w:r>
      <w:r w:rsidR="001E0947" w:rsidRPr="00584328">
        <w:rPr>
          <w:rFonts w:ascii="Arial" w:hAnsi="Arial" w:cs="Arial"/>
          <w:sz w:val="20"/>
          <w:szCs w:val="20"/>
        </w:rPr>
        <w:t xml:space="preserve"> </w:t>
      </w:r>
      <w:r w:rsidR="009D78D7" w:rsidRPr="00584328">
        <w:rPr>
          <w:rFonts w:ascii="Arial" w:hAnsi="Arial" w:cs="Arial"/>
          <w:sz w:val="20"/>
          <w:szCs w:val="20"/>
        </w:rPr>
        <w:t>into</w:t>
      </w:r>
      <w:r w:rsidR="001E0947" w:rsidRPr="00584328">
        <w:rPr>
          <w:rFonts w:ascii="Arial" w:hAnsi="Arial" w:cs="Arial"/>
          <w:sz w:val="20"/>
          <w:szCs w:val="20"/>
        </w:rPr>
        <w:t xml:space="preserve"> </w:t>
      </w:r>
      <w:r w:rsidR="009D78D7" w:rsidRPr="00584328">
        <w:rPr>
          <w:rFonts w:ascii="Arial" w:hAnsi="Arial" w:cs="Arial"/>
          <w:sz w:val="20"/>
          <w:szCs w:val="20"/>
        </w:rPr>
        <w:t>pieces.</w:t>
      </w:r>
      <w:r w:rsidR="001E0947" w:rsidRPr="00584328">
        <w:rPr>
          <w:rFonts w:ascii="Arial" w:hAnsi="Arial" w:cs="Arial"/>
          <w:sz w:val="20"/>
          <w:szCs w:val="20"/>
        </w:rPr>
        <w:t xml:space="preserve">  </w:t>
      </w:r>
      <w:r w:rsidRPr="00584328">
        <w:rPr>
          <w:rFonts w:ascii="Arial" w:hAnsi="Arial" w:cs="Arial"/>
          <w:sz w:val="20"/>
          <w:szCs w:val="20"/>
        </w:rPr>
        <w:t>Bacterial</w:t>
      </w:r>
      <w:r w:rsidR="001E0947" w:rsidRPr="00584328">
        <w:rPr>
          <w:rFonts w:ascii="Arial" w:hAnsi="Arial" w:cs="Arial"/>
          <w:sz w:val="20"/>
          <w:szCs w:val="20"/>
        </w:rPr>
        <w:t xml:space="preserve"> </w:t>
      </w:r>
      <w:r w:rsidRPr="00584328">
        <w:rPr>
          <w:rFonts w:ascii="Arial" w:hAnsi="Arial" w:cs="Arial"/>
          <w:sz w:val="20"/>
          <w:szCs w:val="20"/>
        </w:rPr>
        <w:t>cultures</w:t>
      </w:r>
      <w:r w:rsidR="001E0947" w:rsidRPr="00584328">
        <w:rPr>
          <w:rFonts w:ascii="Arial" w:hAnsi="Arial" w:cs="Arial"/>
          <w:sz w:val="20"/>
          <w:szCs w:val="20"/>
        </w:rPr>
        <w:t xml:space="preserve"> </w:t>
      </w:r>
      <w:r w:rsidRPr="00584328">
        <w:rPr>
          <w:rFonts w:ascii="Arial" w:hAnsi="Arial" w:cs="Arial"/>
          <w:sz w:val="20"/>
          <w:szCs w:val="20"/>
        </w:rPr>
        <w:t>were</w:t>
      </w:r>
      <w:r w:rsidR="001E0947" w:rsidRPr="00584328">
        <w:rPr>
          <w:rFonts w:ascii="Arial" w:hAnsi="Arial" w:cs="Arial"/>
          <w:sz w:val="20"/>
          <w:szCs w:val="20"/>
        </w:rPr>
        <w:t xml:space="preserve"> </w:t>
      </w:r>
      <w:r w:rsidRPr="00584328">
        <w:rPr>
          <w:rFonts w:ascii="Arial" w:hAnsi="Arial" w:cs="Arial"/>
          <w:sz w:val="20"/>
          <w:szCs w:val="20"/>
        </w:rPr>
        <w:t>isolated</w:t>
      </w:r>
      <w:r w:rsidR="001E0947" w:rsidRPr="00584328">
        <w:rPr>
          <w:rFonts w:ascii="Arial" w:hAnsi="Arial" w:cs="Arial"/>
          <w:sz w:val="20"/>
          <w:szCs w:val="20"/>
        </w:rPr>
        <w:t xml:space="preserve"> </w:t>
      </w:r>
      <w:r w:rsidRPr="00584328">
        <w:rPr>
          <w:rFonts w:ascii="Arial" w:hAnsi="Arial" w:cs="Arial"/>
          <w:sz w:val="20"/>
          <w:szCs w:val="20"/>
        </w:rPr>
        <w:t>from</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soil</w:t>
      </w:r>
      <w:r w:rsidR="001E0947" w:rsidRPr="00584328">
        <w:rPr>
          <w:rFonts w:ascii="Arial" w:hAnsi="Arial" w:cs="Arial"/>
          <w:sz w:val="20"/>
          <w:szCs w:val="20"/>
        </w:rPr>
        <w:t xml:space="preserve"> </w:t>
      </w:r>
      <w:r w:rsidRPr="00584328">
        <w:rPr>
          <w:rFonts w:ascii="Arial" w:hAnsi="Arial" w:cs="Arial"/>
          <w:sz w:val="20"/>
          <w:szCs w:val="20"/>
        </w:rPr>
        <w:t>sample</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inocul</w:t>
      </w:r>
      <w:r w:rsidR="009D78D7" w:rsidRPr="00584328">
        <w:rPr>
          <w:rFonts w:ascii="Arial" w:hAnsi="Arial" w:cs="Arial"/>
          <w:sz w:val="20"/>
          <w:szCs w:val="20"/>
        </w:rPr>
        <w:t>ated</w:t>
      </w:r>
      <w:r w:rsidR="001E0947" w:rsidRPr="00584328">
        <w:rPr>
          <w:rFonts w:ascii="Arial" w:hAnsi="Arial" w:cs="Arial"/>
          <w:sz w:val="20"/>
          <w:szCs w:val="20"/>
        </w:rPr>
        <w:t xml:space="preserve"> </w:t>
      </w:r>
      <w:r w:rsidR="009D78D7" w:rsidRPr="00584328">
        <w:rPr>
          <w:rFonts w:ascii="Arial" w:hAnsi="Arial" w:cs="Arial"/>
          <w:sz w:val="20"/>
          <w:szCs w:val="20"/>
        </w:rPr>
        <w:t>in</w:t>
      </w:r>
      <w:r w:rsidR="001E0947" w:rsidRPr="00584328">
        <w:rPr>
          <w:rFonts w:ascii="Arial" w:hAnsi="Arial" w:cs="Arial"/>
          <w:sz w:val="20"/>
          <w:szCs w:val="20"/>
        </w:rPr>
        <w:t xml:space="preserve"> </w:t>
      </w:r>
      <w:r w:rsidR="009D78D7" w:rsidRPr="00584328">
        <w:rPr>
          <w:rFonts w:ascii="Arial" w:hAnsi="Arial" w:cs="Arial"/>
          <w:sz w:val="20"/>
          <w:szCs w:val="20"/>
        </w:rPr>
        <w:t>feather</w:t>
      </w:r>
      <w:r w:rsidR="001E0947" w:rsidRPr="00584328">
        <w:rPr>
          <w:rFonts w:ascii="Arial" w:hAnsi="Arial" w:cs="Arial"/>
          <w:sz w:val="20"/>
          <w:szCs w:val="20"/>
        </w:rPr>
        <w:t xml:space="preserve"> </w:t>
      </w:r>
      <w:r w:rsidR="009D78D7" w:rsidRPr="00584328">
        <w:rPr>
          <w:rFonts w:ascii="Arial" w:hAnsi="Arial" w:cs="Arial"/>
          <w:sz w:val="20"/>
          <w:szCs w:val="20"/>
        </w:rPr>
        <w:t>meal</w:t>
      </w:r>
      <w:r w:rsidR="001E0947" w:rsidRPr="00584328">
        <w:rPr>
          <w:rFonts w:ascii="Arial" w:hAnsi="Arial" w:cs="Arial"/>
          <w:sz w:val="20"/>
          <w:szCs w:val="20"/>
        </w:rPr>
        <w:t xml:space="preserve"> </w:t>
      </w:r>
      <w:r w:rsidR="009D78D7" w:rsidRPr="00584328">
        <w:rPr>
          <w:rFonts w:ascii="Arial" w:hAnsi="Arial" w:cs="Arial"/>
          <w:sz w:val="20"/>
          <w:szCs w:val="20"/>
        </w:rPr>
        <w:t>broth</w:t>
      </w:r>
      <w:r w:rsidR="001E0947" w:rsidRPr="00584328">
        <w:rPr>
          <w:rFonts w:ascii="Arial" w:hAnsi="Arial" w:cs="Arial"/>
          <w:sz w:val="20"/>
          <w:szCs w:val="20"/>
        </w:rPr>
        <w:t xml:space="preserve"> </w:t>
      </w:r>
      <w:r w:rsidR="009D78D7" w:rsidRPr="00584328">
        <w:rPr>
          <w:rFonts w:ascii="Arial" w:hAnsi="Arial" w:cs="Arial"/>
          <w:sz w:val="20"/>
          <w:szCs w:val="20"/>
        </w:rPr>
        <w:t>for</w:t>
      </w:r>
      <w:r w:rsidR="001E0947" w:rsidRPr="00584328">
        <w:rPr>
          <w:rFonts w:ascii="Arial" w:hAnsi="Arial" w:cs="Arial"/>
          <w:sz w:val="20"/>
          <w:szCs w:val="20"/>
        </w:rPr>
        <w:t xml:space="preserve"> </w:t>
      </w:r>
      <w:r w:rsidRPr="00584328">
        <w:rPr>
          <w:rFonts w:ascii="Arial" w:hAnsi="Arial" w:cs="Arial"/>
          <w:sz w:val="20"/>
          <w:szCs w:val="20"/>
        </w:rPr>
        <w:t>keratinase</w:t>
      </w:r>
      <w:r w:rsidR="001E0947" w:rsidRPr="00584328">
        <w:rPr>
          <w:rFonts w:ascii="Arial" w:hAnsi="Arial" w:cs="Arial"/>
          <w:sz w:val="20"/>
          <w:szCs w:val="20"/>
        </w:rPr>
        <w:t xml:space="preserve"> </w:t>
      </w:r>
      <w:r w:rsidRPr="00584328">
        <w:rPr>
          <w:rFonts w:ascii="Arial" w:hAnsi="Arial" w:cs="Arial"/>
          <w:sz w:val="20"/>
          <w:szCs w:val="20"/>
        </w:rPr>
        <w:t>production</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biodegradation</w:t>
      </w:r>
      <w:r w:rsidR="001E0947" w:rsidRPr="00584328">
        <w:rPr>
          <w:rFonts w:ascii="Arial" w:hAnsi="Arial" w:cs="Arial"/>
          <w:sz w:val="20"/>
          <w:szCs w:val="20"/>
        </w:rPr>
        <w:t xml:space="preserve"> </w:t>
      </w:r>
      <w:r w:rsidRPr="00584328">
        <w:rPr>
          <w:rFonts w:ascii="Arial" w:hAnsi="Arial" w:cs="Arial"/>
          <w:sz w:val="20"/>
          <w:szCs w:val="20"/>
        </w:rPr>
        <w:t>using</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(ker</w:t>
      </w:r>
      <w:r w:rsidR="009D78D7" w:rsidRPr="00584328">
        <w:rPr>
          <w:rFonts w:ascii="Arial" w:hAnsi="Arial" w:cs="Arial"/>
          <w:sz w:val="20"/>
          <w:szCs w:val="20"/>
        </w:rPr>
        <w:t>atin)</w:t>
      </w:r>
      <w:r w:rsidR="001E0947" w:rsidRPr="00584328">
        <w:rPr>
          <w:rFonts w:ascii="Arial" w:hAnsi="Arial" w:cs="Arial"/>
          <w:sz w:val="20"/>
          <w:szCs w:val="20"/>
        </w:rPr>
        <w:t xml:space="preserve"> </w:t>
      </w:r>
      <w:r w:rsidR="009D78D7" w:rsidRPr="00584328">
        <w:rPr>
          <w:rFonts w:ascii="Arial" w:hAnsi="Arial" w:cs="Arial"/>
          <w:sz w:val="20"/>
          <w:szCs w:val="20"/>
        </w:rPr>
        <w:t>as</w:t>
      </w:r>
      <w:r w:rsidR="001E0947" w:rsidRPr="00584328">
        <w:rPr>
          <w:rFonts w:ascii="Arial" w:hAnsi="Arial" w:cs="Arial"/>
          <w:sz w:val="20"/>
          <w:szCs w:val="20"/>
        </w:rPr>
        <w:t xml:space="preserve"> </w:t>
      </w:r>
      <w:r w:rsidR="009D78D7" w:rsidRPr="00584328">
        <w:rPr>
          <w:rFonts w:ascii="Arial" w:hAnsi="Arial" w:cs="Arial"/>
          <w:sz w:val="20"/>
          <w:szCs w:val="20"/>
        </w:rPr>
        <w:t>sole</w:t>
      </w:r>
      <w:r w:rsidR="001E0947" w:rsidRPr="00584328">
        <w:rPr>
          <w:rFonts w:ascii="Arial" w:hAnsi="Arial" w:cs="Arial"/>
          <w:sz w:val="20"/>
          <w:szCs w:val="20"/>
        </w:rPr>
        <w:t xml:space="preserve"> </w:t>
      </w:r>
      <w:r w:rsidR="009D78D7" w:rsidRPr="00584328">
        <w:rPr>
          <w:rFonts w:ascii="Arial" w:hAnsi="Arial" w:cs="Arial"/>
          <w:sz w:val="20"/>
          <w:szCs w:val="20"/>
        </w:rPr>
        <w:t>carbon</w:t>
      </w:r>
      <w:r w:rsidR="001E0947" w:rsidRPr="00584328">
        <w:rPr>
          <w:rFonts w:ascii="Arial" w:hAnsi="Arial" w:cs="Arial"/>
          <w:sz w:val="20"/>
          <w:szCs w:val="20"/>
        </w:rPr>
        <w:t xml:space="preserve"> </w:t>
      </w:r>
      <w:r w:rsidR="009D78D7" w:rsidRPr="00584328">
        <w:rPr>
          <w:rFonts w:ascii="Arial" w:hAnsi="Arial" w:cs="Arial"/>
          <w:sz w:val="20"/>
          <w:szCs w:val="20"/>
        </w:rPr>
        <w:t>source.</w:t>
      </w:r>
      <w:r w:rsidR="001E0947" w:rsidRPr="00584328">
        <w:rPr>
          <w:rFonts w:ascii="Arial" w:hAnsi="Arial" w:cs="Arial"/>
          <w:sz w:val="20"/>
          <w:szCs w:val="20"/>
        </w:rPr>
        <w:t xml:space="preserve">  </w:t>
      </w:r>
      <w:r w:rsidRPr="00584328">
        <w:rPr>
          <w:rFonts w:ascii="Arial" w:hAnsi="Arial" w:cs="Arial"/>
          <w:sz w:val="20"/>
          <w:szCs w:val="20"/>
        </w:rPr>
        <w:t>After</w:t>
      </w:r>
      <w:r w:rsidR="001E0947" w:rsidRPr="00584328">
        <w:rPr>
          <w:rFonts w:ascii="Arial" w:hAnsi="Arial" w:cs="Arial"/>
          <w:sz w:val="20"/>
          <w:szCs w:val="20"/>
        </w:rPr>
        <w:t xml:space="preserve"> </w:t>
      </w:r>
      <w:r w:rsidRPr="00584328">
        <w:rPr>
          <w:rFonts w:ascii="Arial" w:hAnsi="Arial" w:cs="Arial"/>
          <w:sz w:val="20"/>
          <w:szCs w:val="20"/>
        </w:rPr>
        <w:t>a</w:t>
      </w:r>
      <w:r w:rsidR="001E0947" w:rsidRPr="00584328">
        <w:rPr>
          <w:rFonts w:ascii="Arial" w:hAnsi="Arial" w:cs="Arial"/>
          <w:sz w:val="20"/>
          <w:szCs w:val="20"/>
        </w:rPr>
        <w:t xml:space="preserve"> </w:t>
      </w:r>
      <w:r w:rsidRPr="00584328">
        <w:rPr>
          <w:rFonts w:ascii="Arial" w:hAnsi="Arial" w:cs="Arial"/>
          <w:sz w:val="20"/>
          <w:szCs w:val="20"/>
        </w:rPr>
        <w:t>week</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incubation</w:t>
      </w:r>
      <w:r w:rsidR="001E0947" w:rsidRPr="00584328">
        <w:rPr>
          <w:rFonts w:ascii="Arial" w:hAnsi="Arial" w:cs="Arial"/>
          <w:sz w:val="20"/>
          <w:szCs w:val="20"/>
        </w:rPr>
        <w:t xml:space="preserve"> </w:t>
      </w:r>
      <w:r w:rsidRPr="00584328">
        <w:rPr>
          <w:rFonts w:ascii="Arial" w:hAnsi="Arial" w:cs="Arial"/>
          <w:sz w:val="20"/>
          <w:szCs w:val="20"/>
        </w:rPr>
        <w:t>on</w:t>
      </w:r>
      <w:r w:rsidR="001E0947" w:rsidRPr="00584328">
        <w:rPr>
          <w:rFonts w:ascii="Arial" w:hAnsi="Arial" w:cs="Arial"/>
          <w:sz w:val="20"/>
          <w:szCs w:val="20"/>
        </w:rPr>
        <w:t xml:space="preserve"> </w:t>
      </w:r>
      <w:r w:rsidRPr="00584328">
        <w:rPr>
          <w:rFonts w:ascii="Arial" w:hAnsi="Arial" w:cs="Arial"/>
          <w:sz w:val="20"/>
          <w:szCs w:val="20"/>
        </w:rPr>
        <w:t>rotary</w:t>
      </w:r>
      <w:r w:rsidR="001E0947" w:rsidRPr="00584328">
        <w:rPr>
          <w:rFonts w:ascii="Arial" w:hAnsi="Arial" w:cs="Arial"/>
          <w:sz w:val="20"/>
          <w:szCs w:val="20"/>
        </w:rPr>
        <w:t xml:space="preserve"> </w:t>
      </w:r>
      <w:r w:rsidRPr="00584328">
        <w:rPr>
          <w:rFonts w:ascii="Arial" w:hAnsi="Arial" w:cs="Arial"/>
          <w:sz w:val="20"/>
          <w:szCs w:val="20"/>
        </w:rPr>
        <w:t>shaker</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flasks</w:t>
      </w:r>
      <w:r w:rsidR="001E0947" w:rsidRPr="00584328">
        <w:rPr>
          <w:rFonts w:ascii="Arial" w:hAnsi="Arial" w:cs="Arial"/>
          <w:sz w:val="20"/>
          <w:szCs w:val="20"/>
        </w:rPr>
        <w:t xml:space="preserve"> </w:t>
      </w:r>
      <w:r w:rsidRPr="00584328">
        <w:rPr>
          <w:rFonts w:ascii="Arial" w:hAnsi="Arial" w:cs="Arial"/>
          <w:sz w:val="20"/>
          <w:szCs w:val="20"/>
        </w:rPr>
        <w:t>showed</w:t>
      </w:r>
      <w:r w:rsidR="001E0947" w:rsidRPr="00584328">
        <w:rPr>
          <w:rFonts w:ascii="Arial" w:hAnsi="Arial" w:cs="Arial"/>
          <w:sz w:val="20"/>
          <w:szCs w:val="20"/>
        </w:rPr>
        <w:t xml:space="preserve"> </w:t>
      </w:r>
      <w:r w:rsidRPr="00584328">
        <w:rPr>
          <w:rFonts w:ascii="Arial" w:hAnsi="Arial" w:cs="Arial"/>
          <w:sz w:val="20"/>
          <w:szCs w:val="20"/>
        </w:rPr>
        <w:t>turbidity</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degradatio</w:t>
      </w:r>
      <w:r w:rsidR="009D78D7" w:rsidRPr="00584328">
        <w:rPr>
          <w:rFonts w:ascii="Arial" w:hAnsi="Arial" w:cs="Arial"/>
          <w:sz w:val="20"/>
          <w:szCs w:val="20"/>
        </w:rPr>
        <w:t>n</w:t>
      </w:r>
      <w:r w:rsidR="001E0947" w:rsidRPr="00584328">
        <w:rPr>
          <w:rFonts w:ascii="Arial" w:hAnsi="Arial" w:cs="Arial"/>
          <w:sz w:val="20"/>
          <w:szCs w:val="20"/>
        </w:rPr>
        <w:t xml:space="preserve"> </w:t>
      </w:r>
      <w:r w:rsidR="009D78D7" w:rsidRPr="00584328">
        <w:rPr>
          <w:rFonts w:ascii="Arial" w:hAnsi="Arial" w:cs="Arial"/>
          <w:sz w:val="20"/>
          <w:szCs w:val="20"/>
        </w:rPr>
        <w:t>of</w:t>
      </w:r>
      <w:r w:rsidR="001E0947" w:rsidRPr="00584328">
        <w:rPr>
          <w:rFonts w:ascii="Arial" w:hAnsi="Arial" w:cs="Arial"/>
          <w:sz w:val="20"/>
          <w:szCs w:val="20"/>
        </w:rPr>
        <w:t xml:space="preserve"> </w:t>
      </w:r>
      <w:r w:rsidR="009D78D7" w:rsidRPr="00584328">
        <w:rPr>
          <w:rFonts w:ascii="Arial" w:hAnsi="Arial" w:cs="Arial"/>
          <w:sz w:val="20"/>
          <w:szCs w:val="20"/>
        </w:rPr>
        <w:t>feathers</w:t>
      </w:r>
      <w:r w:rsidR="001E0947" w:rsidRPr="00584328">
        <w:rPr>
          <w:rFonts w:ascii="Arial" w:hAnsi="Arial" w:cs="Arial"/>
          <w:sz w:val="20"/>
          <w:szCs w:val="20"/>
        </w:rPr>
        <w:t xml:space="preserve"> </w:t>
      </w:r>
      <w:r w:rsidR="009D78D7" w:rsidRPr="00584328">
        <w:rPr>
          <w:rFonts w:ascii="Arial" w:hAnsi="Arial" w:cs="Arial"/>
          <w:sz w:val="20"/>
          <w:szCs w:val="20"/>
        </w:rPr>
        <w:t>were</w:t>
      </w:r>
      <w:r w:rsidR="001E0947" w:rsidRPr="00584328">
        <w:rPr>
          <w:rFonts w:ascii="Arial" w:hAnsi="Arial" w:cs="Arial"/>
          <w:sz w:val="20"/>
          <w:szCs w:val="20"/>
        </w:rPr>
        <w:t xml:space="preserve"> </w:t>
      </w:r>
      <w:r w:rsidR="009D78D7" w:rsidRPr="00584328">
        <w:rPr>
          <w:rFonts w:ascii="Arial" w:hAnsi="Arial" w:cs="Arial"/>
          <w:sz w:val="20"/>
          <w:szCs w:val="20"/>
        </w:rPr>
        <w:t>observed.</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percentage</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feather</w:t>
      </w:r>
      <w:r w:rsidR="001E0947" w:rsidRPr="00584328">
        <w:rPr>
          <w:rFonts w:ascii="Arial" w:hAnsi="Arial" w:cs="Arial"/>
          <w:sz w:val="20"/>
          <w:szCs w:val="20"/>
        </w:rPr>
        <w:t xml:space="preserve"> </w:t>
      </w:r>
      <w:r w:rsidRPr="00584328">
        <w:rPr>
          <w:rFonts w:ascii="Arial" w:hAnsi="Arial" w:cs="Arial"/>
          <w:sz w:val="20"/>
          <w:szCs w:val="20"/>
        </w:rPr>
        <w:t>degradation</w:t>
      </w:r>
      <w:r w:rsidR="001E0947" w:rsidRPr="00584328">
        <w:rPr>
          <w:rFonts w:ascii="Arial" w:hAnsi="Arial" w:cs="Arial"/>
          <w:sz w:val="20"/>
          <w:szCs w:val="20"/>
        </w:rPr>
        <w:t xml:space="preserve"> </w:t>
      </w:r>
      <w:r w:rsidRPr="00584328">
        <w:rPr>
          <w:rFonts w:ascii="Arial" w:hAnsi="Arial" w:cs="Arial"/>
          <w:sz w:val="20"/>
          <w:szCs w:val="20"/>
        </w:rPr>
        <w:t>is</w:t>
      </w:r>
      <w:r w:rsidR="001E0947" w:rsidRPr="00584328">
        <w:rPr>
          <w:rFonts w:ascii="Arial" w:hAnsi="Arial" w:cs="Arial"/>
          <w:sz w:val="20"/>
          <w:szCs w:val="20"/>
        </w:rPr>
        <w:t xml:space="preserve"> </w:t>
      </w:r>
      <w:r w:rsidRPr="00584328">
        <w:rPr>
          <w:rFonts w:ascii="Arial" w:hAnsi="Arial" w:cs="Arial"/>
          <w:sz w:val="20"/>
          <w:szCs w:val="20"/>
        </w:rPr>
        <w:t>calculated</w:t>
      </w:r>
      <w:r w:rsidR="001E0947" w:rsidRPr="00584328">
        <w:rPr>
          <w:rFonts w:ascii="Arial" w:hAnsi="Arial" w:cs="Arial"/>
          <w:sz w:val="20"/>
          <w:szCs w:val="20"/>
        </w:rPr>
        <w:t xml:space="preserve"> </w:t>
      </w:r>
      <w:r w:rsidRPr="00584328">
        <w:rPr>
          <w:rFonts w:ascii="Arial" w:hAnsi="Arial" w:cs="Arial"/>
          <w:sz w:val="20"/>
          <w:szCs w:val="20"/>
        </w:rPr>
        <w:t>from</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difference</w:t>
      </w:r>
      <w:r w:rsidR="001E0947" w:rsidRPr="00584328">
        <w:rPr>
          <w:rFonts w:ascii="Arial" w:hAnsi="Arial" w:cs="Arial"/>
          <w:sz w:val="20"/>
          <w:szCs w:val="20"/>
        </w:rPr>
        <w:t xml:space="preserve"> </w:t>
      </w:r>
      <w:r w:rsidR="009D78D7" w:rsidRPr="00584328">
        <w:rPr>
          <w:rFonts w:ascii="Arial" w:hAnsi="Arial" w:cs="Arial"/>
          <w:sz w:val="20"/>
          <w:szCs w:val="20"/>
        </w:rPr>
        <w:t>in</w:t>
      </w:r>
      <w:r w:rsidR="001E0947" w:rsidRPr="00584328">
        <w:rPr>
          <w:rFonts w:ascii="Arial" w:hAnsi="Arial" w:cs="Arial"/>
          <w:sz w:val="20"/>
          <w:szCs w:val="20"/>
        </w:rPr>
        <w:t xml:space="preserve"> </w:t>
      </w:r>
      <w:r w:rsidR="009D78D7" w:rsidRPr="00584328">
        <w:rPr>
          <w:rFonts w:ascii="Arial" w:hAnsi="Arial" w:cs="Arial"/>
          <w:sz w:val="20"/>
          <w:szCs w:val="20"/>
        </w:rPr>
        <w:t>the</w:t>
      </w:r>
      <w:r w:rsidR="001E0947" w:rsidRPr="00584328">
        <w:rPr>
          <w:rFonts w:ascii="Arial" w:hAnsi="Arial" w:cs="Arial"/>
          <w:sz w:val="20"/>
          <w:szCs w:val="20"/>
        </w:rPr>
        <w:t xml:space="preserve"> </w:t>
      </w:r>
      <w:r w:rsidR="009D78D7" w:rsidRPr="00584328">
        <w:rPr>
          <w:rFonts w:ascii="Arial" w:hAnsi="Arial" w:cs="Arial"/>
          <w:sz w:val="20"/>
          <w:szCs w:val="20"/>
        </w:rPr>
        <w:t>initial</w:t>
      </w:r>
      <w:r w:rsidR="001E0947" w:rsidRPr="00584328">
        <w:rPr>
          <w:rFonts w:ascii="Arial" w:hAnsi="Arial" w:cs="Arial"/>
          <w:sz w:val="20"/>
          <w:szCs w:val="20"/>
        </w:rPr>
        <w:t xml:space="preserve"> </w:t>
      </w:r>
      <w:r w:rsidR="009D78D7" w:rsidRPr="00584328">
        <w:rPr>
          <w:rFonts w:ascii="Arial" w:hAnsi="Arial" w:cs="Arial"/>
          <w:sz w:val="20"/>
          <w:szCs w:val="20"/>
        </w:rPr>
        <w:t>weight</w:t>
      </w:r>
      <w:r w:rsidR="001E0947" w:rsidRPr="00584328">
        <w:rPr>
          <w:rFonts w:ascii="Arial" w:hAnsi="Arial" w:cs="Arial"/>
          <w:sz w:val="20"/>
          <w:szCs w:val="20"/>
        </w:rPr>
        <w:t xml:space="preserve"> </w:t>
      </w:r>
      <w:r w:rsidR="009D78D7"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weight</w:t>
      </w:r>
      <w:r w:rsidR="001E0947" w:rsidRPr="00584328">
        <w:rPr>
          <w:rFonts w:ascii="Arial" w:hAnsi="Arial" w:cs="Arial"/>
          <w:sz w:val="20"/>
          <w:szCs w:val="20"/>
        </w:rPr>
        <w:t xml:space="preserve"> </w:t>
      </w:r>
      <w:r w:rsidRPr="00584328">
        <w:rPr>
          <w:rFonts w:ascii="Arial" w:hAnsi="Arial" w:cs="Arial"/>
          <w:sz w:val="20"/>
          <w:szCs w:val="20"/>
        </w:rPr>
        <w:t>obtained</w:t>
      </w:r>
      <w:r w:rsidR="001E0947" w:rsidRPr="00584328">
        <w:rPr>
          <w:rFonts w:ascii="Arial" w:hAnsi="Arial" w:cs="Arial"/>
          <w:sz w:val="20"/>
          <w:szCs w:val="20"/>
        </w:rPr>
        <w:t xml:space="preserve"> </w:t>
      </w:r>
      <w:r w:rsidRPr="00584328">
        <w:rPr>
          <w:rFonts w:ascii="Arial" w:hAnsi="Arial" w:cs="Arial"/>
          <w:sz w:val="20"/>
          <w:szCs w:val="20"/>
        </w:rPr>
        <w:t>after</w:t>
      </w:r>
      <w:r w:rsidR="001E0947" w:rsidRPr="00584328">
        <w:rPr>
          <w:rFonts w:ascii="Arial" w:hAnsi="Arial" w:cs="Arial"/>
          <w:sz w:val="20"/>
          <w:szCs w:val="20"/>
        </w:rPr>
        <w:t xml:space="preserve"> </w:t>
      </w:r>
      <w:r w:rsidRPr="00584328">
        <w:rPr>
          <w:rFonts w:ascii="Arial" w:hAnsi="Arial" w:cs="Arial"/>
          <w:sz w:val="20"/>
          <w:szCs w:val="20"/>
        </w:rPr>
        <w:t>one</w:t>
      </w:r>
      <w:r w:rsidR="001E0947" w:rsidRPr="00584328">
        <w:rPr>
          <w:rFonts w:ascii="Arial" w:hAnsi="Arial" w:cs="Arial"/>
          <w:sz w:val="20"/>
          <w:szCs w:val="20"/>
        </w:rPr>
        <w:t xml:space="preserve"> </w:t>
      </w:r>
      <w:r w:rsidRPr="00584328">
        <w:rPr>
          <w:rFonts w:ascii="Arial" w:hAnsi="Arial" w:cs="Arial"/>
          <w:sz w:val="20"/>
          <w:szCs w:val="20"/>
        </w:rPr>
        <w:t>week</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incubation.</w:t>
      </w:r>
      <w:r w:rsidR="001E0947" w:rsidRPr="00584328">
        <w:rPr>
          <w:rFonts w:ascii="Arial" w:hAnsi="Arial" w:cs="Arial"/>
          <w:sz w:val="20"/>
          <w:szCs w:val="20"/>
        </w:rPr>
        <w:t xml:space="preserve"> </w:t>
      </w:r>
    </w:p>
    <w:p w14:paraId="33690896" w14:textId="3D24F86B" w:rsidR="00196665" w:rsidRPr="00584328" w:rsidRDefault="00777CEC" w:rsidP="002A40BB">
      <w:pPr>
        <w:pStyle w:val="BodyText"/>
        <w:tabs>
          <w:tab w:val="left" w:pos="360"/>
          <w:tab w:val="left" w:pos="8100"/>
        </w:tabs>
        <w:spacing w:after="240" w:line="360" w:lineRule="auto"/>
        <w:jc w:val="both"/>
        <w:rPr>
          <w:rFonts w:ascii="Arial" w:hAnsi="Arial" w:cs="Arial"/>
          <w:bCs/>
          <w:sz w:val="20"/>
          <w:szCs w:val="18"/>
        </w:rPr>
      </w:pPr>
      <w:r w:rsidRPr="00584328">
        <w:rPr>
          <w:rFonts w:ascii="Arial" w:hAnsi="Arial" w:cs="Arial"/>
          <w:sz w:val="20"/>
          <w:szCs w:val="20"/>
        </w:rPr>
        <w:t>Following</w:t>
      </w:r>
      <w:r w:rsidR="001E0947" w:rsidRPr="00584328">
        <w:rPr>
          <w:rFonts w:ascii="Arial" w:hAnsi="Arial" w:cs="Arial"/>
          <w:sz w:val="20"/>
          <w:szCs w:val="20"/>
        </w:rPr>
        <w:t xml:space="preserve"> </w:t>
      </w:r>
      <w:r w:rsidRPr="00584328">
        <w:rPr>
          <w:rFonts w:ascii="Arial" w:hAnsi="Arial" w:cs="Arial"/>
          <w:sz w:val="20"/>
          <w:szCs w:val="20"/>
        </w:rPr>
        <w:t>table</w:t>
      </w:r>
      <w:r w:rsidR="001E0947" w:rsidRPr="00584328">
        <w:rPr>
          <w:rFonts w:ascii="Arial" w:hAnsi="Arial" w:cs="Arial"/>
          <w:sz w:val="20"/>
          <w:szCs w:val="20"/>
        </w:rPr>
        <w:t xml:space="preserve"> </w:t>
      </w:r>
      <w:r w:rsidRPr="00584328">
        <w:rPr>
          <w:rFonts w:ascii="Arial" w:hAnsi="Arial" w:cs="Arial"/>
          <w:sz w:val="20"/>
          <w:szCs w:val="20"/>
        </w:rPr>
        <w:t>shows</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difference</w:t>
      </w:r>
      <w:r w:rsidR="001E0947" w:rsidRPr="00584328">
        <w:rPr>
          <w:rFonts w:ascii="Arial" w:hAnsi="Arial" w:cs="Arial"/>
          <w:sz w:val="20"/>
          <w:szCs w:val="20"/>
        </w:rPr>
        <w:t xml:space="preserve"> </w:t>
      </w:r>
      <w:r w:rsidRPr="00584328">
        <w:rPr>
          <w:rFonts w:ascii="Arial" w:hAnsi="Arial" w:cs="Arial"/>
          <w:sz w:val="20"/>
          <w:szCs w:val="20"/>
        </w:rPr>
        <w:t>in</w:t>
      </w:r>
      <w:r w:rsidR="001E0947" w:rsidRPr="00584328">
        <w:rPr>
          <w:rFonts w:ascii="Arial" w:hAnsi="Arial" w:cs="Arial"/>
          <w:sz w:val="20"/>
          <w:szCs w:val="20"/>
        </w:rPr>
        <w:t xml:space="preserve"> </w:t>
      </w:r>
      <w:r w:rsidRPr="00584328">
        <w:rPr>
          <w:rFonts w:ascii="Arial" w:hAnsi="Arial" w:cs="Arial"/>
          <w:sz w:val="20"/>
          <w:szCs w:val="20"/>
        </w:rPr>
        <w:t>initial</w:t>
      </w:r>
      <w:r w:rsidR="001E0947" w:rsidRPr="00584328">
        <w:rPr>
          <w:rFonts w:ascii="Arial" w:hAnsi="Arial" w:cs="Arial"/>
          <w:sz w:val="20"/>
          <w:szCs w:val="20"/>
        </w:rPr>
        <w:t xml:space="preserve"> </w:t>
      </w:r>
      <w:r w:rsidRPr="00584328">
        <w:rPr>
          <w:rFonts w:ascii="Arial" w:hAnsi="Arial" w:cs="Arial"/>
          <w:sz w:val="20"/>
          <w:szCs w:val="20"/>
        </w:rPr>
        <w:t>and</w:t>
      </w:r>
      <w:r w:rsidR="001E0947" w:rsidRPr="00584328">
        <w:rPr>
          <w:rFonts w:ascii="Arial" w:hAnsi="Arial" w:cs="Arial"/>
          <w:sz w:val="20"/>
          <w:szCs w:val="20"/>
        </w:rPr>
        <w:t xml:space="preserve"> </w:t>
      </w:r>
      <w:r w:rsidRPr="00584328">
        <w:rPr>
          <w:rFonts w:ascii="Arial" w:hAnsi="Arial" w:cs="Arial"/>
          <w:sz w:val="20"/>
          <w:szCs w:val="20"/>
        </w:rPr>
        <w:t>final</w:t>
      </w:r>
      <w:r w:rsidR="001E0947" w:rsidRPr="00584328">
        <w:rPr>
          <w:rFonts w:ascii="Arial" w:hAnsi="Arial" w:cs="Arial"/>
          <w:sz w:val="20"/>
          <w:szCs w:val="20"/>
        </w:rPr>
        <w:t xml:space="preserve"> </w:t>
      </w:r>
      <w:r w:rsidRPr="00584328">
        <w:rPr>
          <w:rFonts w:ascii="Arial" w:hAnsi="Arial" w:cs="Arial"/>
          <w:sz w:val="20"/>
          <w:szCs w:val="20"/>
        </w:rPr>
        <w:t>weight</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feathers</w:t>
      </w:r>
      <w:r w:rsidR="001E0947" w:rsidRPr="00584328">
        <w:rPr>
          <w:rFonts w:ascii="Arial" w:hAnsi="Arial" w:cs="Arial"/>
          <w:sz w:val="20"/>
          <w:szCs w:val="20"/>
        </w:rPr>
        <w:t xml:space="preserve"> </w:t>
      </w:r>
      <w:r w:rsidRPr="00584328">
        <w:rPr>
          <w:rFonts w:ascii="Arial" w:hAnsi="Arial" w:cs="Arial"/>
          <w:sz w:val="20"/>
          <w:szCs w:val="20"/>
        </w:rPr>
        <w:t>degraded.</w:t>
      </w:r>
      <w:r w:rsidR="001E0947" w:rsidRPr="00584328">
        <w:rPr>
          <w:rFonts w:ascii="Arial" w:hAnsi="Arial" w:cs="Arial"/>
          <w:sz w:val="20"/>
          <w:szCs w:val="20"/>
        </w:rPr>
        <w:t xml:space="preserve"> </w:t>
      </w:r>
    </w:p>
    <w:tbl>
      <w:tblPr>
        <w:tblW w:w="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140"/>
        <w:gridCol w:w="2020"/>
      </w:tblGrid>
      <w:tr w:rsidR="00D42659" w:rsidRPr="00584328" w14:paraId="06031B1A" w14:textId="77777777" w:rsidTr="002A40BB">
        <w:trPr>
          <w:trHeight w:val="300"/>
          <w:jc w:val="center"/>
        </w:trPr>
        <w:tc>
          <w:tcPr>
            <w:tcW w:w="960" w:type="dxa"/>
            <w:noWrap/>
            <w:vAlign w:val="center"/>
            <w:hideMark/>
          </w:tcPr>
          <w:p w14:paraId="73D3977C" w14:textId="77777777" w:rsidR="00D42659" w:rsidRPr="00584328"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584328">
              <w:rPr>
                <w:rFonts w:ascii="Arial" w:eastAsia="Times New Roman" w:hAnsi="Arial" w:cs="Arial"/>
                <w:b/>
                <w:bCs/>
                <w:color w:val="000000"/>
                <w:sz w:val="20"/>
                <w:szCs w:val="20"/>
                <w:lang w:val="en-IN" w:eastAsia="en-IN"/>
              </w:rPr>
              <w:t>Sample</w:t>
            </w:r>
          </w:p>
        </w:tc>
        <w:tc>
          <w:tcPr>
            <w:tcW w:w="2140" w:type="dxa"/>
            <w:noWrap/>
            <w:vAlign w:val="center"/>
            <w:hideMark/>
          </w:tcPr>
          <w:p w14:paraId="1B30EE7D" w14:textId="77777777" w:rsidR="00CD692C" w:rsidRPr="00584328"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584328">
              <w:rPr>
                <w:rFonts w:ascii="Arial" w:eastAsia="Times New Roman" w:hAnsi="Arial" w:cs="Arial"/>
                <w:b/>
                <w:bCs/>
                <w:color w:val="000000"/>
                <w:sz w:val="20"/>
                <w:szCs w:val="20"/>
                <w:lang w:val="en-IN" w:eastAsia="en-IN"/>
              </w:rPr>
              <w:t>Initial Weight</w:t>
            </w:r>
          </w:p>
          <w:p w14:paraId="17676BFB" w14:textId="609DA788" w:rsidR="00D42659" w:rsidRPr="00584328" w:rsidRDefault="00CD692C"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584328">
              <w:rPr>
                <w:rFonts w:ascii="Arial" w:eastAsia="Times New Roman" w:hAnsi="Arial" w:cs="Arial"/>
                <w:b/>
                <w:bCs/>
                <w:color w:val="000000"/>
                <w:sz w:val="20"/>
                <w:szCs w:val="20"/>
                <w:lang w:val="en-IN" w:eastAsia="en-IN"/>
              </w:rPr>
              <w:t xml:space="preserve"> </w:t>
            </w:r>
            <w:r w:rsidR="00D42659" w:rsidRPr="00584328">
              <w:rPr>
                <w:rFonts w:ascii="Arial" w:eastAsia="Times New Roman" w:hAnsi="Arial" w:cs="Arial"/>
                <w:b/>
                <w:bCs/>
                <w:color w:val="000000"/>
                <w:sz w:val="20"/>
                <w:szCs w:val="20"/>
                <w:lang w:val="en-IN" w:eastAsia="en-IN"/>
              </w:rPr>
              <w:t>(in grams)</w:t>
            </w:r>
          </w:p>
        </w:tc>
        <w:tc>
          <w:tcPr>
            <w:tcW w:w="2020" w:type="dxa"/>
            <w:noWrap/>
            <w:vAlign w:val="center"/>
            <w:hideMark/>
          </w:tcPr>
          <w:p w14:paraId="2F785750" w14:textId="77777777" w:rsidR="00CD692C" w:rsidRPr="00584328"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584328">
              <w:rPr>
                <w:rFonts w:ascii="Arial" w:eastAsia="Times New Roman" w:hAnsi="Arial" w:cs="Arial"/>
                <w:b/>
                <w:bCs/>
                <w:color w:val="000000"/>
                <w:sz w:val="20"/>
                <w:szCs w:val="20"/>
                <w:lang w:val="en-IN" w:eastAsia="en-IN"/>
              </w:rPr>
              <w:t xml:space="preserve">Final </w:t>
            </w:r>
            <w:r w:rsidR="003318EE" w:rsidRPr="00584328">
              <w:rPr>
                <w:rFonts w:ascii="Arial" w:eastAsia="Times New Roman" w:hAnsi="Arial" w:cs="Arial"/>
                <w:b/>
                <w:bCs/>
                <w:color w:val="000000"/>
                <w:sz w:val="20"/>
                <w:szCs w:val="20"/>
                <w:lang w:val="en-IN" w:eastAsia="en-IN"/>
              </w:rPr>
              <w:t>W</w:t>
            </w:r>
            <w:r w:rsidRPr="00584328">
              <w:rPr>
                <w:rFonts w:ascii="Arial" w:eastAsia="Times New Roman" w:hAnsi="Arial" w:cs="Arial"/>
                <w:b/>
                <w:bCs/>
                <w:color w:val="000000"/>
                <w:sz w:val="20"/>
                <w:szCs w:val="20"/>
                <w:lang w:val="en-IN" w:eastAsia="en-IN"/>
              </w:rPr>
              <w:t>eight</w:t>
            </w:r>
            <w:r w:rsidR="00CD692C" w:rsidRPr="00584328">
              <w:rPr>
                <w:rFonts w:ascii="Arial" w:eastAsia="Times New Roman" w:hAnsi="Arial" w:cs="Arial"/>
                <w:b/>
                <w:bCs/>
                <w:color w:val="000000"/>
                <w:sz w:val="20"/>
                <w:szCs w:val="20"/>
                <w:lang w:val="en-IN" w:eastAsia="en-IN"/>
              </w:rPr>
              <w:t xml:space="preserve"> </w:t>
            </w:r>
          </w:p>
          <w:p w14:paraId="75A64071" w14:textId="3F3A0255" w:rsidR="00D42659" w:rsidRPr="00584328" w:rsidRDefault="00D42659" w:rsidP="002A40BB">
            <w:pPr>
              <w:tabs>
                <w:tab w:val="left" w:pos="360"/>
                <w:tab w:val="left" w:pos="8100"/>
              </w:tabs>
              <w:spacing w:after="0" w:line="240" w:lineRule="auto"/>
              <w:jc w:val="center"/>
              <w:rPr>
                <w:rFonts w:ascii="Arial" w:eastAsia="Times New Roman" w:hAnsi="Arial" w:cs="Arial"/>
                <w:b/>
                <w:bCs/>
                <w:color w:val="000000"/>
                <w:sz w:val="20"/>
                <w:szCs w:val="20"/>
                <w:lang w:val="en-IN" w:eastAsia="en-IN"/>
              </w:rPr>
            </w:pPr>
            <w:r w:rsidRPr="00584328">
              <w:rPr>
                <w:rFonts w:ascii="Arial" w:eastAsia="Times New Roman" w:hAnsi="Arial" w:cs="Arial"/>
                <w:b/>
                <w:bCs/>
                <w:color w:val="000000"/>
                <w:sz w:val="20"/>
                <w:szCs w:val="20"/>
                <w:lang w:val="en-IN" w:eastAsia="en-IN"/>
              </w:rPr>
              <w:t>(in grams)</w:t>
            </w:r>
          </w:p>
        </w:tc>
      </w:tr>
      <w:tr w:rsidR="00D42659" w:rsidRPr="00584328" w14:paraId="01275BEA" w14:textId="77777777" w:rsidTr="002A40BB">
        <w:trPr>
          <w:trHeight w:val="300"/>
          <w:jc w:val="center"/>
        </w:trPr>
        <w:tc>
          <w:tcPr>
            <w:tcW w:w="960" w:type="dxa"/>
            <w:noWrap/>
            <w:vAlign w:val="bottom"/>
            <w:hideMark/>
          </w:tcPr>
          <w:p w14:paraId="40336539"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S1</w:t>
            </w:r>
          </w:p>
        </w:tc>
        <w:tc>
          <w:tcPr>
            <w:tcW w:w="2140" w:type="dxa"/>
            <w:noWrap/>
            <w:vAlign w:val="bottom"/>
            <w:hideMark/>
          </w:tcPr>
          <w:p w14:paraId="0EBF1F11"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55177D1B"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0.0395</w:t>
            </w:r>
          </w:p>
        </w:tc>
      </w:tr>
      <w:tr w:rsidR="00D42659" w:rsidRPr="00584328" w14:paraId="30BD02E6" w14:textId="77777777" w:rsidTr="002A40BB">
        <w:trPr>
          <w:trHeight w:val="300"/>
          <w:jc w:val="center"/>
        </w:trPr>
        <w:tc>
          <w:tcPr>
            <w:tcW w:w="960" w:type="dxa"/>
            <w:noWrap/>
            <w:vAlign w:val="bottom"/>
            <w:hideMark/>
          </w:tcPr>
          <w:p w14:paraId="5DFDD116"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S2</w:t>
            </w:r>
          </w:p>
        </w:tc>
        <w:tc>
          <w:tcPr>
            <w:tcW w:w="2140" w:type="dxa"/>
            <w:noWrap/>
            <w:vAlign w:val="bottom"/>
            <w:hideMark/>
          </w:tcPr>
          <w:p w14:paraId="6D4B11DB"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73F8F431"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0.02</w:t>
            </w:r>
          </w:p>
        </w:tc>
      </w:tr>
      <w:tr w:rsidR="00D42659" w:rsidRPr="00584328" w14:paraId="71BC28A9" w14:textId="77777777" w:rsidTr="002A40BB">
        <w:trPr>
          <w:trHeight w:val="300"/>
          <w:jc w:val="center"/>
        </w:trPr>
        <w:tc>
          <w:tcPr>
            <w:tcW w:w="960" w:type="dxa"/>
            <w:noWrap/>
            <w:vAlign w:val="bottom"/>
            <w:hideMark/>
          </w:tcPr>
          <w:p w14:paraId="5E24F836"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S3</w:t>
            </w:r>
          </w:p>
        </w:tc>
        <w:tc>
          <w:tcPr>
            <w:tcW w:w="2140" w:type="dxa"/>
            <w:noWrap/>
            <w:vAlign w:val="bottom"/>
            <w:hideMark/>
          </w:tcPr>
          <w:p w14:paraId="4B531478"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4D452C2A"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0.0263</w:t>
            </w:r>
          </w:p>
        </w:tc>
      </w:tr>
      <w:tr w:rsidR="00D42659" w:rsidRPr="00584328" w14:paraId="3F97C544" w14:textId="77777777" w:rsidTr="002A40BB">
        <w:trPr>
          <w:trHeight w:val="300"/>
          <w:jc w:val="center"/>
        </w:trPr>
        <w:tc>
          <w:tcPr>
            <w:tcW w:w="960" w:type="dxa"/>
            <w:noWrap/>
            <w:vAlign w:val="bottom"/>
            <w:hideMark/>
          </w:tcPr>
          <w:p w14:paraId="5A70E0B1"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S4</w:t>
            </w:r>
          </w:p>
        </w:tc>
        <w:tc>
          <w:tcPr>
            <w:tcW w:w="2140" w:type="dxa"/>
            <w:noWrap/>
            <w:vAlign w:val="bottom"/>
            <w:hideMark/>
          </w:tcPr>
          <w:p w14:paraId="3768C589"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496EED70"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0.0176</w:t>
            </w:r>
          </w:p>
        </w:tc>
      </w:tr>
      <w:tr w:rsidR="00D42659" w:rsidRPr="00584328" w14:paraId="51B516E2" w14:textId="77777777" w:rsidTr="002A40BB">
        <w:trPr>
          <w:trHeight w:val="300"/>
          <w:jc w:val="center"/>
        </w:trPr>
        <w:tc>
          <w:tcPr>
            <w:tcW w:w="960" w:type="dxa"/>
            <w:noWrap/>
            <w:vAlign w:val="bottom"/>
            <w:hideMark/>
          </w:tcPr>
          <w:p w14:paraId="3C77AAE7"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S5</w:t>
            </w:r>
          </w:p>
        </w:tc>
        <w:tc>
          <w:tcPr>
            <w:tcW w:w="2140" w:type="dxa"/>
            <w:noWrap/>
            <w:vAlign w:val="bottom"/>
            <w:hideMark/>
          </w:tcPr>
          <w:p w14:paraId="55E43AA8"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2FAB1799"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0.0008</w:t>
            </w:r>
          </w:p>
        </w:tc>
      </w:tr>
      <w:tr w:rsidR="00D42659" w:rsidRPr="00584328" w14:paraId="5CCD4E0B" w14:textId="77777777" w:rsidTr="002A40BB">
        <w:trPr>
          <w:trHeight w:val="300"/>
          <w:jc w:val="center"/>
        </w:trPr>
        <w:tc>
          <w:tcPr>
            <w:tcW w:w="960" w:type="dxa"/>
            <w:noWrap/>
            <w:vAlign w:val="bottom"/>
            <w:hideMark/>
          </w:tcPr>
          <w:p w14:paraId="2B3BAED3"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C1</w:t>
            </w:r>
          </w:p>
        </w:tc>
        <w:tc>
          <w:tcPr>
            <w:tcW w:w="2140" w:type="dxa"/>
            <w:noWrap/>
            <w:vAlign w:val="bottom"/>
            <w:hideMark/>
          </w:tcPr>
          <w:p w14:paraId="2BAE9C83"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64B7087B"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0.0269</w:t>
            </w:r>
          </w:p>
        </w:tc>
      </w:tr>
      <w:tr w:rsidR="00D42659" w:rsidRPr="00584328" w14:paraId="09AA4D7C" w14:textId="77777777" w:rsidTr="002A40BB">
        <w:trPr>
          <w:trHeight w:val="300"/>
          <w:jc w:val="center"/>
        </w:trPr>
        <w:tc>
          <w:tcPr>
            <w:tcW w:w="960" w:type="dxa"/>
            <w:noWrap/>
            <w:vAlign w:val="bottom"/>
            <w:hideMark/>
          </w:tcPr>
          <w:p w14:paraId="4B37E366"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C2</w:t>
            </w:r>
          </w:p>
        </w:tc>
        <w:tc>
          <w:tcPr>
            <w:tcW w:w="2140" w:type="dxa"/>
            <w:noWrap/>
            <w:vAlign w:val="bottom"/>
            <w:hideMark/>
          </w:tcPr>
          <w:p w14:paraId="3A1B8D02"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4DFD4E1B"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0.0401</w:t>
            </w:r>
          </w:p>
        </w:tc>
      </w:tr>
      <w:tr w:rsidR="00D42659" w:rsidRPr="00584328" w14:paraId="0397050C" w14:textId="77777777" w:rsidTr="002A40BB">
        <w:trPr>
          <w:trHeight w:val="300"/>
          <w:jc w:val="center"/>
        </w:trPr>
        <w:tc>
          <w:tcPr>
            <w:tcW w:w="960" w:type="dxa"/>
            <w:noWrap/>
            <w:vAlign w:val="bottom"/>
            <w:hideMark/>
          </w:tcPr>
          <w:p w14:paraId="656B4232"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C3</w:t>
            </w:r>
          </w:p>
        </w:tc>
        <w:tc>
          <w:tcPr>
            <w:tcW w:w="2140" w:type="dxa"/>
            <w:noWrap/>
            <w:vAlign w:val="bottom"/>
            <w:hideMark/>
          </w:tcPr>
          <w:p w14:paraId="5ED76230"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07DEA61B"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0.0044</w:t>
            </w:r>
          </w:p>
        </w:tc>
      </w:tr>
      <w:tr w:rsidR="00D42659" w:rsidRPr="00584328" w14:paraId="2181FBB5" w14:textId="77777777" w:rsidTr="002A40BB">
        <w:trPr>
          <w:trHeight w:val="300"/>
          <w:jc w:val="center"/>
        </w:trPr>
        <w:tc>
          <w:tcPr>
            <w:tcW w:w="960" w:type="dxa"/>
            <w:noWrap/>
            <w:vAlign w:val="bottom"/>
            <w:hideMark/>
          </w:tcPr>
          <w:p w14:paraId="53A9496B"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C4</w:t>
            </w:r>
          </w:p>
        </w:tc>
        <w:tc>
          <w:tcPr>
            <w:tcW w:w="2140" w:type="dxa"/>
            <w:noWrap/>
            <w:vAlign w:val="bottom"/>
            <w:hideMark/>
          </w:tcPr>
          <w:p w14:paraId="20726038"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0.05</w:t>
            </w:r>
          </w:p>
        </w:tc>
        <w:tc>
          <w:tcPr>
            <w:tcW w:w="2020" w:type="dxa"/>
            <w:noWrap/>
            <w:vAlign w:val="bottom"/>
            <w:hideMark/>
          </w:tcPr>
          <w:p w14:paraId="5EE20FB8" w14:textId="77777777" w:rsidR="00D42659" w:rsidRPr="00584328" w:rsidRDefault="00D42659" w:rsidP="002A40BB">
            <w:pPr>
              <w:tabs>
                <w:tab w:val="left" w:pos="360"/>
                <w:tab w:val="left" w:pos="8100"/>
              </w:tabs>
              <w:spacing w:after="0" w:line="240" w:lineRule="auto"/>
              <w:jc w:val="center"/>
              <w:rPr>
                <w:rFonts w:ascii="Arial" w:eastAsia="Times New Roman" w:hAnsi="Arial" w:cs="Arial"/>
                <w:color w:val="000000"/>
                <w:sz w:val="20"/>
                <w:szCs w:val="20"/>
                <w:lang w:val="en-IN" w:eastAsia="en-IN"/>
              </w:rPr>
            </w:pPr>
            <w:r w:rsidRPr="00584328">
              <w:rPr>
                <w:rFonts w:ascii="Arial" w:eastAsia="Times New Roman" w:hAnsi="Arial" w:cs="Arial"/>
                <w:color w:val="000000"/>
                <w:sz w:val="20"/>
                <w:szCs w:val="20"/>
                <w:lang w:val="en-IN" w:eastAsia="en-IN"/>
              </w:rPr>
              <w:t>0.0051</w:t>
            </w:r>
          </w:p>
        </w:tc>
      </w:tr>
    </w:tbl>
    <w:p w14:paraId="1BBF31E7" w14:textId="77777777" w:rsidR="002A40BB" w:rsidRDefault="002A40BB" w:rsidP="002A40BB">
      <w:pPr>
        <w:pStyle w:val="BodyText"/>
        <w:tabs>
          <w:tab w:val="left" w:pos="360"/>
          <w:tab w:val="left" w:pos="8100"/>
        </w:tabs>
        <w:spacing w:after="240" w:line="240" w:lineRule="auto"/>
        <w:jc w:val="center"/>
        <w:rPr>
          <w:rFonts w:ascii="Arial" w:hAnsi="Arial" w:cs="Arial"/>
          <w:bCs/>
          <w:sz w:val="20"/>
          <w:szCs w:val="18"/>
        </w:rPr>
      </w:pPr>
      <w:r w:rsidRPr="00584328">
        <w:rPr>
          <w:rFonts w:ascii="Arial" w:hAnsi="Arial" w:cs="Arial"/>
          <w:bCs/>
          <w:sz w:val="20"/>
          <w:szCs w:val="18"/>
        </w:rPr>
        <w:t xml:space="preserve">Table </w:t>
      </w:r>
      <w:r>
        <w:rPr>
          <w:rFonts w:ascii="Arial" w:hAnsi="Arial" w:cs="Arial"/>
          <w:bCs/>
          <w:sz w:val="20"/>
          <w:szCs w:val="18"/>
        </w:rPr>
        <w:t>7</w:t>
      </w:r>
      <w:r w:rsidRPr="00584328">
        <w:rPr>
          <w:rFonts w:ascii="Arial" w:hAnsi="Arial" w:cs="Arial"/>
          <w:bCs/>
          <w:sz w:val="20"/>
          <w:szCs w:val="18"/>
        </w:rPr>
        <w:t>- Change in Sample Weight Before and After Experiment</w:t>
      </w:r>
    </w:p>
    <w:p w14:paraId="019C48C0" w14:textId="668414CC" w:rsidR="002A40BB" w:rsidRPr="002A40BB" w:rsidRDefault="00777CEC" w:rsidP="002A40BB">
      <w:pPr>
        <w:pStyle w:val="BodyText"/>
        <w:tabs>
          <w:tab w:val="left" w:pos="360"/>
          <w:tab w:val="left" w:pos="8100"/>
        </w:tabs>
        <w:spacing w:after="240" w:line="240" w:lineRule="auto"/>
        <w:jc w:val="both"/>
        <w:rPr>
          <w:rFonts w:ascii="Arial" w:hAnsi="Arial" w:cs="Arial"/>
          <w:sz w:val="20"/>
          <w:szCs w:val="20"/>
        </w:rPr>
      </w:pPr>
      <w:r w:rsidRPr="00584328">
        <w:rPr>
          <w:rFonts w:ascii="Arial" w:hAnsi="Arial" w:cs="Arial"/>
          <w:sz w:val="24"/>
          <w:szCs w:val="24"/>
        </w:rPr>
        <w:br/>
      </w:r>
      <w:r w:rsidRPr="00584328">
        <w:rPr>
          <w:rFonts w:ascii="Arial" w:hAnsi="Arial" w:cs="Arial"/>
          <w:sz w:val="20"/>
          <w:szCs w:val="20"/>
        </w:rPr>
        <w:t>Sample</w:t>
      </w:r>
      <w:r w:rsidR="001E0947" w:rsidRPr="00584328">
        <w:rPr>
          <w:rFonts w:ascii="Arial" w:hAnsi="Arial" w:cs="Arial"/>
          <w:sz w:val="20"/>
          <w:szCs w:val="20"/>
        </w:rPr>
        <w:t xml:space="preserve"> </w:t>
      </w:r>
      <w:r w:rsidRPr="00584328">
        <w:rPr>
          <w:rFonts w:ascii="Arial" w:hAnsi="Arial" w:cs="Arial"/>
          <w:sz w:val="20"/>
          <w:szCs w:val="20"/>
        </w:rPr>
        <w:t>S5</w:t>
      </w:r>
      <w:r w:rsidR="001E0947" w:rsidRPr="00584328">
        <w:rPr>
          <w:rFonts w:ascii="Arial" w:hAnsi="Arial" w:cs="Arial"/>
          <w:sz w:val="20"/>
          <w:szCs w:val="20"/>
        </w:rPr>
        <w:t xml:space="preserve"> </w:t>
      </w:r>
      <w:r w:rsidRPr="00584328">
        <w:rPr>
          <w:rFonts w:ascii="Arial" w:hAnsi="Arial" w:cs="Arial"/>
          <w:sz w:val="20"/>
          <w:szCs w:val="20"/>
        </w:rPr>
        <w:t>shows</w:t>
      </w:r>
      <w:r w:rsidR="001E0947" w:rsidRPr="00584328">
        <w:rPr>
          <w:rFonts w:ascii="Arial" w:hAnsi="Arial" w:cs="Arial"/>
          <w:sz w:val="20"/>
          <w:szCs w:val="20"/>
        </w:rPr>
        <w:t xml:space="preserve"> </w:t>
      </w:r>
      <w:r w:rsidRPr="00584328">
        <w:rPr>
          <w:rFonts w:ascii="Arial" w:hAnsi="Arial" w:cs="Arial"/>
          <w:sz w:val="20"/>
          <w:szCs w:val="20"/>
        </w:rPr>
        <w:t>the</w:t>
      </w:r>
      <w:r w:rsidR="001E0947" w:rsidRPr="00584328">
        <w:rPr>
          <w:rFonts w:ascii="Arial" w:hAnsi="Arial" w:cs="Arial"/>
          <w:sz w:val="20"/>
          <w:szCs w:val="20"/>
        </w:rPr>
        <w:t xml:space="preserve"> </w:t>
      </w:r>
      <w:r w:rsidRPr="00584328">
        <w:rPr>
          <w:rFonts w:ascii="Arial" w:hAnsi="Arial" w:cs="Arial"/>
          <w:sz w:val="20"/>
          <w:szCs w:val="20"/>
        </w:rPr>
        <w:t>highest</w:t>
      </w:r>
      <w:r w:rsidR="001E0947" w:rsidRPr="00584328">
        <w:rPr>
          <w:rFonts w:ascii="Arial" w:hAnsi="Arial" w:cs="Arial"/>
          <w:sz w:val="20"/>
          <w:szCs w:val="20"/>
        </w:rPr>
        <w:t xml:space="preserve"> </w:t>
      </w:r>
      <w:r w:rsidRPr="00584328">
        <w:rPr>
          <w:rFonts w:ascii="Arial" w:hAnsi="Arial" w:cs="Arial"/>
          <w:sz w:val="20"/>
          <w:szCs w:val="20"/>
        </w:rPr>
        <w:t>degradability</w:t>
      </w:r>
      <w:r w:rsidR="001E0947" w:rsidRPr="00584328">
        <w:rPr>
          <w:rFonts w:ascii="Arial" w:hAnsi="Arial" w:cs="Arial"/>
          <w:sz w:val="20"/>
          <w:szCs w:val="20"/>
        </w:rPr>
        <w:t xml:space="preserve"> </w:t>
      </w:r>
      <w:r w:rsidRPr="00584328">
        <w:rPr>
          <w:rFonts w:ascii="Arial" w:hAnsi="Arial" w:cs="Arial"/>
          <w:sz w:val="20"/>
          <w:szCs w:val="20"/>
        </w:rPr>
        <w:t>followed</w:t>
      </w:r>
      <w:r w:rsidR="001E0947" w:rsidRPr="00584328">
        <w:rPr>
          <w:rFonts w:ascii="Arial" w:hAnsi="Arial" w:cs="Arial"/>
          <w:sz w:val="20"/>
          <w:szCs w:val="20"/>
        </w:rPr>
        <w:t xml:space="preserve"> </w:t>
      </w:r>
      <w:r w:rsidRPr="00584328">
        <w:rPr>
          <w:rFonts w:ascii="Arial" w:hAnsi="Arial" w:cs="Arial"/>
          <w:sz w:val="20"/>
          <w:szCs w:val="20"/>
        </w:rPr>
        <w:t>by</w:t>
      </w:r>
      <w:r w:rsidR="001E0947" w:rsidRPr="00584328">
        <w:rPr>
          <w:rFonts w:ascii="Arial" w:hAnsi="Arial" w:cs="Arial"/>
          <w:sz w:val="20"/>
          <w:szCs w:val="20"/>
        </w:rPr>
        <w:t xml:space="preserve"> </w:t>
      </w:r>
      <w:r w:rsidRPr="00584328">
        <w:rPr>
          <w:rFonts w:ascii="Arial" w:hAnsi="Arial" w:cs="Arial"/>
          <w:sz w:val="20"/>
          <w:szCs w:val="20"/>
        </w:rPr>
        <w:t>sample</w:t>
      </w:r>
      <w:r w:rsidR="001E0947" w:rsidRPr="00584328">
        <w:rPr>
          <w:rFonts w:ascii="Arial" w:hAnsi="Arial" w:cs="Arial"/>
          <w:sz w:val="20"/>
          <w:szCs w:val="20"/>
        </w:rPr>
        <w:t xml:space="preserve"> </w:t>
      </w:r>
      <w:r w:rsidR="00A06CD4" w:rsidRPr="00584328">
        <w:rPr>
          <w:rFonts w:ascii="Arial" w:hAnsi="Arial" w:cs="Arial"/>
          <w:sz w:val="20"/>
          <w:szCs w:val="20"/>
        </w:rPr>
        <w:t>C3</w:t>
      </w:r>
      <w:r w:rsidR="001E0947" w:rsidRPr="00584328">
        <w:rPr>
          <w:rFonts w:ascii="Arial" w:hAnsi="Arial" w:cs="Arial"/>
          <w:sz w:val="20"/>
          <w:szCs w:val="20"/>
        </w:rPr>
        <w:t xml:space="preserve"> </w:t>
      </w:r>
      <w:r w:rsidR="00A06CD4" w:rsidRPr="00584328">
        <w:rPr>
          <w:rFonts w:ascii="Arial" w:hAnsi="Arial" w:cs="Arial"/>
          <w:sz w:val="20"/>
          <w:szCs w:val="20"/>
        </w:rPr>
        <w:t>and</w:t>
      </w:r>
      <w:r w:rsidR="001E0947" w:rsidRPr="00584328">
        <w:rPr>
          <w:rFonts w:ascii="Arial" w:hAnsi="Arial" w:cs="Arial"/>
          <w:sz w:val="20"/>
          <w:szCs w:val="20"/>
        </w:rPr>
        <w:t xml:space="preserve"> </w:t>
      </w:r>
      <w:r w:rsidR="00A06CD4" w:rsidRPr="00584328">
        <w:rPr>
          <w:rFonts w:ascii="Arial" w:hAnsi="Arial" w:cs="Arial"/>
          <w:sz w:val="20"/>
          <w:szCs w:val="20"/>
        </w:rPr>
        <w:t>Sample</w:t>
      </w:r>
      <w:r w:rsidR="001E0947" w:rsidRPr="00584328">
        <w:rPr>
          <w:rFonts w:ascii="Arial" w:hAnsi="Arial" w:cs="Arial"/>
          <w:sz w:val="20"/>
          <w:szCs w:val="20"/>
        </w:rPr>
        <w:t xml:space="preserve"> </w:t>
      </w:r>
      <w:r w:rsidR="00A06CD4" w:rsidRPr="00584328">
        <w:rPr>
          <w:rFonts w:ascii="Arial" w:hAnsi="Arial" w:cs="Arial"/>
          <w:sz w:val="20"/>
          <w:szCs w:val="20"/>
        </w:rPr>
        <w:t>C4</w:t>
      </w:r>
      <w:r w:rsidR="001E0947" w:rsidRPr="00584328">
        <w:rPr>
          <w:rFonts w:ascii="Arial" w:hAnsi="Arial" w:cs="Arial"/>
          <w:sz w:val="20"/>
          <w:szCs w:val="20"/>
        </w:rPr>
        <w:t xml:space="preserve"> </w:t>
      </w:r>
      <w:r w:rsidR="00A06CD4" w:rsidRPr="00584328">
        <w:rPr>
          <w:rFonts w:ascii="Arial" w:hAnsi="Arial" w:cs="Arial"/>
          <w:sz w:val="20"/>
          <w:szCs w:val="20"/>
        </w:rPr>
        <w:t>also</w:t>
      </w:r>
      <w:r w:rsidR="001E0947" w:rsidRPr="00584328">
        <w:rPr>
          <w:rFonts w:ascii="Arial" w:hAnsi="Arial" w:cs="Arial"/>
          <w:sz w:val="20"/>
          <w:szCs w:val="20"/>
        </w:rPr>
        <w:t xml:space="preserve"> </w:t>
      </w:r>
      <w:r w:rsidR="00A06CD4" w:rsidRPr="00584328">
        <w:rPr>
          <w:rFonts w:ascii="Arial" w:hAnsi="Arial" w:cs="Arial"/>
          <w:sz w:val="20"/>
          <w:szCs w:val="20"/>
        </w:rPr>
        <w:t>showing</w:t>
      </w:r>
      <w:r w:rsidR="001E0947" w:rsidRPr="00584328">
        <w:rPr>
          <w:rFonts w:ascii="Arial" w:hAnsi="Arial" w:cs="Arial"/>
          <w:sz w:val="20"/>
          <w:szCs w:val="20"/>
        </w:rPr>
        <w:t xml:space="preserve"> </w:t>
      </w:r>
      <w:r w:rsidRPr="00584328">
        <w:rPr>
          <w:rFonts w:ascii="Arial" w:hAnsi="Arial" w:cs="Arial"/>
          <w:sz w:val="20"/>
          <w:szCs w:val="20"/>
        </w:rPr>
        <w:t>maximum</w:t>
      </w:r>
      <w:r w:rsidR="001E0947" w:rsidRPr="00584328">
        <w:rPr>
          <w:rFonts w:ascii="Arial" w:hAnsi="Arial" w:cs="Arial"/>
          <w:sz w:val="20"/>
          <w:szCs w:val="20"/>
        </w:rPr>
        <w:t xml:space="preserve"> </w:t>
      </w:r>
      <w:r w:rsidRPr="00584328">
        <w:rPr>
          <w:rFonts w:ascii="Arial" w:hAnsi="Arial" w:cs="Arial"/>
          <w:sz w:val="20"/>
          <w:szCs w:val="20"/>
        </w:rPr>
        <w:t>amount</w:t>
      </w:r>
      <w:r w:rsidR="001E0947" w:rsidRPr="00584328">
        <w:rPr>
          <w:rFonts w:ascii="Arial" w:hAnsi="Arial" w:cs="Arial"/>
          <w:sz w:val="20"/>
          <w:szCs w:val="20"/>
        </w:rPr>
        <w:t xml:space="preserve"> </w:t>
      </w:r>
      <w:r w:rsidRPr="00584328">
        <w:rPr>
          <w:rFonts w:ascii="Arial" w:hAnsi="Arial" w:cs="Arial"/>
          <w:sz w:val="20"/>
          <w:szCs w:val="20"/>
        </w:rPr>
        <w:t>of</w:t>
      </w:r>
      <w:r w:rsidR="001E0947" w:rsidRPr="00584328">
        <w:rPr>
          <w:rFonts w:ascii="Arial" w:hAnsi="Arial" w:cs="Arial"/>
          <w:sz w:val="20"/>
          <w:szCs w:val="20"/>
        </w:rPr>
        <w:t xml:space="preserve"> </w:t>
      </w:r>
      <w:r w:rsidRPr="00584328">
        <w:rPr>
          <w:rFonts w:ascii="Arial" w:hAnsi="Arial" w:cs="Arial"/>
          <w:sz w:val="20"/>
          <w:szCs w:val="20"/>
        </w:rPr>
        <w:t>degradation.</w:t>
      </w:r>
      <w:r w:rsidR="002A40BB">
        <w:rPr>
          <w:rFonts w:ascii="Arial" w:hAnsi="Arial" w:cs="Arial"/>
        </w:rPr>
        <w:br w:type="page"/>
      </w:r>
    </w:p>
    <w:p w14:paraId="0A96C1C0" w14:textId="10E378C1" w:rsidR="00466823" w:rsidRPr="002A40BB" w:rsidRDefault="00777CEC" w:rsidP="002A40BB">
      <w:pPr>
        <w:pStyle w:val="Heading2"/>
        <w:spacing w:after="240"/>
        <w:rPr>
          <w:rFonts w:ascii="Arial" w:hAnsi="Arial" w:cs="Arial"/>
          <w:sz w:val="22"/>
          <w:szCs w:val="22"/>
        </w:rPr>
      </w:pPr>
      <w:r w:rsidRPr="002A40BB">
        <w:rPr>
          <w:rFonts w:ascii="Arial" w:hAnsi="Arial" w:cs="Arial"/>
          <w:sz w:val="22"/>
          <w:szCs w:val="22"/>
        </w:rPr>
        <w:lastRenderedPageBreak/>
        <w:t>Graphical</w:t>
      </w:r>
      <w:r w:rsidR="001E0947" w:rsidRPr="002A40BB">
        <w:rPr>
          <w:rFonts w:ascii="Arial" w:hAnsi="Arial" w:cs="Arial"/>
          <w:sz w:val="22"/>
          <w:szCs w:val="22"/>
        </w:rPr>
        <w:t xml:space="preserve"> </w:t>
      </w:r>
      <w:r w:rsidRPr="002A40BB">
        <w:rPr>
          <w:rFonts w:ascii="Arial" w:hAnsi="Arial" w:cs="Arial"/>
          <w:sz w:val="22"/>
          <w:szCs w:val="22"/>
        </w:rPr>
        <w:t>representation</w:t>
      </w:r>
      <w:r w:rsidR="001E0947" w:rsidRPr="002A40BB">
        <w:rPr>
          <w:rFonts w:ascii="Arial" w:hAnsi="Arial" w:cs="Arial"/>
          <w:sz w:val="22"/>
          <w:szCs w:val="22"/>
        </w:rPr>
        <w:t xml:space="preserve"> </w:t>
      </w:r>
      <w:r w:rsidRPr="002A40BB">
        <w:rPr>
          <w:rFonts w:ascii="Arial" w:hAnsi="Arial" w:cs="Arial"/>
          <w:sz w:val="22"/>
          <w:szCs w:val="22"/>
        </w:rPr>
        <w:t>of</w:t>
      </w:r>
      <w:r w:rsidR="001E0947" w:rsidRPr="002A40BB">
        <w:rPr>
          <w:rFonts w:ascii="Arial" w:hAnsi="Arial" w:cs="Arial"/>
          <w:sz w:val="22"/>
          <w:szCs w:val="22"/>
        </w:rPr>
        <w:t xml:space="preserve"> </w:t>
      </w:r>
      <w:r w:rsidRPr="002A40BB">
        <w:rPr>
          <w:rFonts w:ascii="Arial" w:hAnsi="Arial" w:cs="Arial"/>
          <w:sz w:val="22"/>
          <w:szCs w:val="22"/>
        </w:rPr>
        <w:t>Ef</w:t>
      </w:r>
      <w:r w:rsidR="00BD39E4" w:rsidRPr="002A40BB">
        <w:rPr>
          <w:rFonts w:ascii="Arial" w:hAnsi="Arial" w:cs="Arial"/>
          <w:sz w:val="22"/>
          <w:szCs w:val="22"/>
        </w:rPr>
        <w:t>fect</w:t>
      </w:r>
      <w:r w:rsidR="001E0947" w:rsidRPr="002A40BB">
        <w:rPr>
          <w:rFonts w:ascii="Arial" w:hAnsi="Arial" w:cs="Arial"/>
          <w:sz w:val="22"/>
          <w:szCs w:val="22"/>
        </w:rPr>
        <w:t xml:space="preserve"> </w:t>
      </w:r>
      <w:r w:rsidR="00BD39E4" w:rsidRPr="002A40BB">
        <w:rPr>
          <w:rFonts w:ascii="Arial" w:hAnsi="Arial" w:cs="Arial"/>
          <w:sz w:val="22"/>
          <w:szCs w:val="22"/>
        </w:rPr>
        <w:t>of</w:t>
      </w:r>
      <w:r w:rsidR="001E0947" w:rsidRPr="002A40BB">
        <w:rPr>
          <w:rFonts w:ascii="Arial" w:hAnsi="Arial" w:cs="Arial"/>
          <w:sz w:val="22"/>
          <w:szCs w:val="22"/>
        </w:rPr>
        <w:t xml:space="preserve"> </w:t>
      </w:r>
      <w:r w:rsidR="00BD39E4" w:rsidRPr="002A40BB">
        <w:rPr>
          <w:rFonts w:ascii="Arial" w:hAnsi="Arial" w:cs="Arial"/>
          <w:sz w:val="22"/>
          <w:szCs w:val="22"/>
        </w:rPr>
        <w:t>Time</w:t>
      </w:r>
      <w:r w:rsidR="001E0947" w:rsidRPr="002A40BB">
        <w:rPr>
          <w:rFonts w:ascii="Arial" w:hAnsi="Arial" w:cs="Arial"/>
          <w:sz w:val="22"/>
          <w:szCs w:val="22"/>
        </w:rPr>
        <w:t xml:space="preserve"> </w:t>
      </w:r>
      <w:r w:rsidR="00BD39E4" w:rsidRPr="002A40BB">
        <w:rPr>
          <w:rFonts w:ascii="Arial" w:hAnsi="Arial" w:cs="Arial"/>
          <w:sz w:val="22"/>
          <w:szCs w:val="22"/>
        </w:rPr>
        <w:t>on</w:t>
      </w:r>
      <w:r w:rsidR="001E0947" w:rsidRPr="002A40BB">
        <w:rPr>
          <w:rFonts w:ascii="Arial" w:hAnsi="Arial" w:cs="Arial"/>
          <w:sz w:val="22"/>
          <w:szCs w:val="22"/>
        </w:rPr>
        <w:t xml:space="preserve"> </w:t>
      </w:r>
      <w:r w:rsidR="00BD39E4" w:rsidRPr="002A40BB">
        <w:rPr>
          <w:rFonts w:ascii="Arial" w:hAnsi="Arial" w:cs="Arial"/>
          <w:sz w:val="22"/>
          <w:szCs w:val="22"/>
        </w:rPr>
        <w:t>growth</w:t>
      </w:r>
      <w:r w:rsidR="001E0947" w:rsidRPr="002A40BB">
        <w:rPr>
          <w:rFonts w:ascii="Arial" w:hAnsi="Arial" w:cs="Arial"/>
          <w:sz w:val="22"/>
          <w:szCs w:val="22"/>
        </w:rPr>
        <w:t xml:space="preserve"> </w:t>
      </w:r>
      <w:r w:rsidR="00BD39E4" w:rsidRPr="002A40BB">
        <w:rPr>
          <w:rFonts w:ascii="Arial" w:hAnsi="Arial" w:cs="Arial"/>
          <w:sz w:val="22"/>
          <w:szCs w:val="22"/>
        </w:rPr>
        <w:t>of</w:t>
      </w:r>
      <w:r w:rsidR="001E0947" w:rsidRPr="002A40BB">
        <w:rPr>
          <w:rFonts w:ascii="Arial" w:hAnsi="Arial" w:cs="Arial"/>
          <w:sz w:val="22"/>
          <w:szCs w:val="22"/>
        </w:rPr>
        <w:t xml:space="preserve"> </w:t>
      </w:r>
      <w:r w:rsidR="00BD39E4" w:rsidRPr="002A40BB">
        <w:rPr>
          <w:rFonts w:ascii="Arial" w:hAnsi="Arial" w:cs="Arial"/>
          <w:sz w:val="22"/>
          <w:szCs w:val="22"/>
        </w:rPr>
        <w:t>Micro</w:t>
      </w:r>
      <w:r w:rsidRPr="002A40BB">
        <w:rPr>
          <w:rFonts w:ascii="Arial" w:hAnsi="Arial" w:cs="Arial"/>
          <w:sz w:val="22"/>
          <w:szCs w:val="22"/>
        </w:rPr>
        <w:t>-</w:t>
      </w:r>
      <w:proofErr w:type="spellStart"/>
      <w:r w:rsidRPr="002A40BB">
        <w:rPr>
          <w:rFonts w:ascii="Arial" w:hAnsi="Arial" w:cs="Arial"/>
          <w:sz w:val="22"/>
          <w:szCs w:val="22"/>
        </w:rPr>
        <w:t>orgamisms</w:t>
      </w:r>
      <w:proofErr w:type="spellEnd"/>
      <w:r w:rsidR="001E0947" w:rsidRPr="002A40BB">
        <w:rPr>
          <w:rFonts w:ascii="Arial" w:hAnsi="Arial" w:cs="Arial"/>
          <w:sz w:val="22"/>
          <w:szCs w:val="22"/>
        </w:rPr>
        <w:t xml:space="preserve">  </w:t>
      </w:r>
    </w:p>
    <w:p w14:paraId="5493A403" w14:textId="17F516F9" w:rsidR="00466823" w:rsidRPr="00584328" w:rsidRDefault="001E0947" w:rsidP="00584328">
      <w:pPr>
        <w:pStyle w:val="BodyText"/>
        <w:tabs>
          <w:tab w:val="left" w:pos="360"/>
          <w:tab w:val="left" w:pos="8100"/>
        </w:tabs>
        <w:spacing w:after="240" w:line="360" w:lineRule="auto"/>
        <w:jc w:val="both"/>
        <w:rPr>
          <w:rFonts w:ascii="Arial" w:hAnsi="Arial" w:cs="Arial"/>
          <w:sz w:val="20"/>
          <w:szCs w:val="20"/>
        </w:rPr>
      </w:pPr>
      <w:r w:rsidRPr="00584328">
        <w:rPr>
          <w:rFonts w:ascii="Arial" w:hAnsi="Arial" w:cs="Arial"/>
          <w:sz w:val="20"/>
          <w:szCs w:val="20"/>
        </w:rPr>
        <w:t xml:space="preserve"> </w:t>
      </w:r>
      <w:r w:rsidR="006A40A0" w:rsidRPr="00584328">
        <w:rPr>
          <w:rFonts w:ascii="Arial" w:hAnsi="Arial" w:cs="Arial"/>
          <w:sz w:val="20"/>
          <w:szCs w:val="20"/>
        </w:rPr>
        <w:t xml:space="preserve">The optical density was recorded </w:t>
      </w:r>
      <w:r w:rsidR="00466823" w:rsidRPr="00584328">
        <w:rPr>
          <w:rFonts w:ascii="Arial" w:hAnsi="Arial" w:cs="Arial"/>
          <w:sz w:val="20"/>
          <w:szCs w:val="20"/>
        </w:rPr>
        <w:t>at</w:t>
      </w:r>
      <w:r w:rsidRPr="00584328">
        <w:rPr>
          <w:rFonts w:ascii="Arial" w:hAnsi="Arial" w:cs="Arial"/>
          <w:sz w:val="20"/>
          <w:szCs w:val="20"/>
        </w:rPr>
        <w:t xml:space="preserve"> </w:t>
      </w:r>
      <w:r w:rsidR="00466823" w:rsidRPr="00584328">
        <w:rPr>
          <w:rFonts w:ascii="Arial" w:hAnsi="Arial" w:cs="Arial"/>
          <w:sz w:val="20"/>
          <w:szCs w:val="20"/>
        </w:rPr>
        <w:t>600</w:t>
      </w:r>
      <w:r w:rsidRPr="00584328">
        <w:rPr>
          <w:rFonts w:ascii="Arial" w:hAnsi="Arial" w:cs="Arial"/>
          <w:sz w:val="20"/>
          <w:szCs w:val="20"/>
        </w:rPr>
        <w:t xml:space="preserve"> </w:t>
      </w:r>
      <w:r w:rsidR="00466823" w:rsidRPr="00584328">
        <w:rPr>
          <w:rFonts w:ascii="Arial" w:hAnsi="Arial" w:cs="Arial"/>
          <w:sz w:val="20"/>
          <w:szCs w:val="20"/>
        </w:rPr>
        <w:t>nm</w:t>
      </w:r>
      <w:r w:rsidR="006A40A0" w:rsidRPr="00584328">
        <w:rPr>
          <w:rFonts w:ascii="Arial" w:hAnsi="Arial" w:cs="Arial"/>
          <w:sz w:val="20"/>
          <w:szCs w:val="20"/>
        </w:rPr>
        <w:t xml:space="preserve"> to study the effect of time on growth of </w:t>
      </w:r>
      <w:proofErr w:type="spellStart"/>
      <w:proofErr w:type="gramStart"/>
      <w:r w:rsidR="006A40A0" w:rsidRPr="00584328">
        <w:rPr>
          <w:rFonts w:ascii="Arial" w:hAnsi="Arial" w:cs="Arial"/>
          <w:sz w:val="20"/>
          <w:szCs w:val="20"/>
        </w:rPr>
        <w:t>micro organism</w:t>
      </w:r>
      <w:proofErr w:type="spellEnd"/>
      <w:proofErr w:type="gramEnd"/>
      <w:r w:rsidR="006A40A0" w:rsidRPr="00584328">
        <w:rPr>
          <w:rFonts w:ascii="Arial" w:hAnsi="Arial" w:cs="Arial"/>
          <w:sz w:val="20"/>
          <w:szCs w:val="20"/>
        </w:rPr>
        <w:t xml:space="preserve">. </w:t>
      </w:r>
    </w:p>
    <w:p w14:paraId="3F07E8F2" w14:textId="45440716" w:rsidR="00BD39E4" w:rsidRPr="00584328" w:rsidRDefault="00466823" w:rsidP="00584328">
      <w:pPr>
        <w:tabs>
          <w:tab w:val="left" w:pos="360"/>
          <w:tab w:val="left" w:pos="8100"/>
        </w:tabs>
        <w:spacing w:after="240"/>
        <w:jc w:val="center"/>
        <w:rPr>
          <w:rFonts w:ascii="Arial" w:hAnsi="Arial" w:cs="Arial"/>
          <w:sz w:val="24"/>
          <w:szCs w:val="24"/>
        </w:rPr>
      </w:pPr>
      <w:r w:rsidRPr="00584328">
        <w:rPr>
          <w:rFonts w:ascii="Arial" w:hAnsi="Arial" w:cs="Arial"/>
          <w:noProof/>
          <w:sz w:val="28"/>
          <w:szCs w:val="28"/>
        </w:rPr>
        <w:drawing>
          <wp:inline distT="0" distB="0" distL="0" distR="0" wp14:anchorId="373FA945" wp14:editId="73EF2FB3">
            <wp:extent cx="6313170" cy="3877056"/>
            <wp:effectExtent l="0" t="0" r="11430" b="95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C7851E5" w14:textId="77777777" w:rsidR="002A40BB" w:rsidRPr="00584328" w:rsidRDefault="002A40BB" w:rsidP="002A40BB">
      <w:pPr>
        <w:ind w:left="142"/>
        <w:jc w:val="center"/>
        <w:rPr>
          <w:rFonts w:ascii="Arial" w:hAnsi="Arial" w:cs="Arial"/>
          <w:bCs/>
          <w:sz w:val="20"/>
          <w:szCs w:val="18"/>
        </w:rPr>
      </w:pPr>
      <w:r w:rsidRPr="00584328">
        <w:rPr>
          <w:rFonts w:ascii="Arial" w:hAnsi="Arial" w:cs="Arial"/>
          <w:bCs/>
          <w:sz w:val="20"/>
          <w:szCs w:val="18"/>
        </w:rPr>
        <w:t>Table 8: Effect of Incubation time on growth of microorganisms</w:t>
      </w:r>
    </w:p>
    <w:p w14:paraId="145A1EC2" w14:textId="0BFAF1AB" w:rsidR="00D42659" w:rsidRPr="00584328" w:rsidRDefault="00D42659" w:rsidP="00584328">
      <w:pPr>
        <w:pStyle w:val="ListParagraph"/>
        <w:tabs>
          <w:tab w:val="left" w:pos="360"/>
          <w:tab w:val="left" w:pos="8100"/>
        </w:tabs>
        <w:spacing w:after="240"/>
        <w:ind w:left="0"/>
        <w:jc w:val="both"/>
        <w:rPr>
          <w:rFonts w:ascii="Arial" w:hAnsi="Arial" w:cs="Arial"/>
          <w:sz w:val="24"/>
          <w:szCs w:val="24"/>
        </w:rPr>
      </w:pPr>
    </w:p>
    <w:p w14:paraId="0FD9A9AB"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15A12228"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0585AA0D"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766B1F1A"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21C9CB20"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0297C5F9"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7806D667"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1F29CBB4"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2489CCEB"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3827241E"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59E9D672"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4E15709E"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17D29AD9"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4B103A43" w14:textId="77777777" w:rsidR="00E402E5" w:rsidRPr="00584328" w:rsidRDefault="00E402E5" w:rsidP="00584328">
      <w:pPr>
        <w:pStyle w:val="ListParagraph"/>
        <w:tabs>
          <w:tab w:val="left" w:pos="360"/>
          <w:tab w:val="left" w:pos="8100"/>
        </w:tabs>
        <w:spacing w:after="240"/>
        <w:ind w:left="0"/>
        <w:jc w:val="both"/>
        <w:rPr>
          <w:rFonts w:ascii="Arial" w:hAnsi="Arial" w:cs="Arial"/>
          <w:sz w:val="24"/>
          <w:szCs w:val="24"/>
        </w:rPr>
      </w:pPr>
    </w:p>
    <w:p w14:paraId="53D84D90" w14:textId="03EB41F8" w:rsidR="00D42659" w:rsidRPr="002A40BB" w:rsidRDefault="00777CEC" w:rsidP="002A40BB">
      <w:pPr>
        <w:pStyle w:val="Heading2"/>
        <w:spacing w:after="240"/>
        <w:rPr>
          <w:rFonts w:ascii="Arial" w:hAnsi="Arial" w:cs="Arial"/>
          <w:sz w:val="22"/>
          <w:szCs w:val="22"/>
        </w:rPr>
      </w:pPr>
      <w:r w:rsidRPr="002A40BB">
        <w:rPr>
          <w:rFonts w:ascii="Arial" w:hAnsi="Arial" w:cs="Arial"/>
          <w:sz w:val="22"/>
          <w:szCs w:val="22"/>
        </w:rPr>
        <w:lastRenderedPageBreak/>
        <w:t>Graphical</w:t>
      </w:r>
      <w:r w:rsidR="001E0947" w:rsidRPr="002A40BB">
        <w:rPr>
          <w:rFonts w:ascii="Arial" w:hAnsi="Arial" w:cs="Arial"/>
          <w:sz w:val="22"/>
          <w:szCs w:val="22"/>
        </w:rPr>
        <w:t xml:space="preserve"> </w:t>
      </w:r>
      <w:r w:rsidR="00D42659" w:rsidRPr="002A40BB">
        <w:rPr>
          <w:rFonts w:ascii="Arial" w:hAnsi="Arial" w:cs="Arial"/>
          <w:sz w:val="22"/>
          <w:szCs w:val="22"/>
        </w:rPr>
        <w:t>representation of</w:t>
      </w:r>
      <w:r w:rsidR="001E0947" w:rsidRPr="002A40BB">
        <w:rPr>
          <w:rFonts w:ascii="Arial" w:hAnsi="Arial" w:cs="Arial"/>
          <w:sz w:val="22"/>
          <w:szCs w:val="22"/>
        </w:rPr>
        <w:t xml:space="preserve"> </w:t>
      </w:r>
      <w:r w:rsidRPr="002A40BB">
        <w:rPr>
          <w:rFonts w:ascii="Arial" w:hAnsi="Arial" w:cs="Arial"/>
          <w:sz w:val="22"/>
          <w:szCs w:val="22"/>
        </w:rPr>
        <w:t>Effect</w:t>
      </w:r>
      <w:r w:rsidR="001E0947" w:rsidRPr="002A40BB">
        <w:rPr>
          <w:rFonts w:ascii="Arial" w:hAnsi="Arial" w:cs="Arial"/>
          <w:sz w:val="22"/>
          <w:szCs w:val="22"/>
        </w:rPr>
        <w:t xml:space="preserve"> </w:t>
      </w:r>
      <w:r w:rsidRPr="002A40BB">
        <w:rPr>
          <w:rFonts w:ascii="Arial" w:hAnsi="Arial" w:cs="Arial"/>
          <w:sz w:val="22"/>
          <w:szCs w:val="22"/>
        </w:rPr>
        <w:t>of</w:t>
      </w:r>
      <w:r w:rsidR="001E0947" w:rsidRPr="002A40BB">
        <w:rPr>
          <w:rFonts w:ascii="Arial" w:hAnsi="Arial" w:cs="Arial"/>
          <w:sz w:val="22"/>
          <w:szCs w:val="22"/>
        </w:rPr>
        <w:t xml:space="preserve"> </w:t>
      </w:r>
      <w:r w:rsidRPr="002A40BB">
        <w:rPr>
          <w:rFonts w:ascii="Arial" w:hAnsi="Arial" w:cs="Arial"/>
          <w:sz w:val="22"/>
          <w:szCs w:val="22"/>
        </w:rPr>
        <w:t>Temperature</w:t>
      </w:r>
      <w:r w:rsidR="001E0947" w:rsidRPr="002A40BB">
        <w:rPr>
          <w:rFonts w:ascii="Arial" w:hAnsi="Arial" w:cs="Arial"/>
          <w:sz w:val="22"/>
          <w:szCs w:val="22"/>
        </w:rPr>
        <w:t xml:space="preserve"> </w:t>
      </w:r>
      <w:r w:rsidRPr="002A40BB">
        <w:rPr>
          <w:rFonts w:ascii="Arial" w:hAnsi="Arial" w:cs="Arial"/>
          <w:sz w:val="22"/>
          <w:szCs w:val="22"/>
        </w:rPr>
        <w:t>on</w:t>
      </w:r>
      <w:r w:rsidR="001E0947" w:rsidRPr="002A40BB">
        <w:rPr>
          <w:rFonts w:ascii="Arial" w:hAnsi="Arial" w:cs="Arial"/>
          <w:sz w:val="22"/>
          <w:szCs w:val="22"/>
        </w:rPr>
        <w:t xml:space="preserve"> </w:t>
      </w:r>
      <w:r w:rsidRPr="002A40BB">
        <w:rPr>
          <w:rFonts w:ascii="Arial" w:hAnsi="Arial" w:cs="Arial"/>
          <w:sz w:val="22"/>
          <w:szCs w:val="22"/>
        </w:rPr>
        <w:t>growth</w:t>
      </w:r>
      <w:r w:rsidR="001E0947" w:rsidRPr="002A40BB">
        <w:rPr>
          <w:rFonts w:ascii="Arial" w:hAnsi="Arial" w:cs="Arial"/>
          <w:sz w:val="22"/>
          <w:szCs w:val="22"/>
        </w:rPr>
        <w:t xml:space="preserve"> </w:t>
      </w:r>
      <w:r w:rsidRPr="002A40BB">
        <w:rPr>
          <w:rFonts w:ascii="Arial" w:hAnsi="Arial" w:cs="Arial"/>
          <w:sz w:val="22"/>
          <w:szCs w:val="22"/>
        </w:rPr>
        <w:t>of</w:t>
      </w:r>
      <w:r w:rsidR="001E0947" w:rsidRPr="002A40BB">
        <w:rPr>
          <w:rFonts w:ascii="Arial" w:hAnsi="Arial" w:cs="Arial"/>
          <w:sz w:val="22"/>
          <w:szCs w:val="22"/>
        </w:rPr>
        <w:t xml:space="preserve"> </w:t>
      </w:r>
      <w:r w:rsidRPr="002A40BB">
        <w:rPr>
          <w:rFonts w:ascii="Arial" w:hAnsi="Arial" w:cs="Arial"/>
          <w:sz w:val="22"/>
          <w:szCs w:val="22"/>
        </w:rPr>
        <w:br/>
        <w:t>microorganisms</w:t>
      </w:r>
      <w:r w:rsidR="001E0947" w:rsidRPr="002A40BB">
        <w:rPr>
          <w:rFonts w:ascii="Arial" w:hAnsi="Arial" w:cs="Arial"/>
          <w:sz w:val="22"/>
          <w:szCs w:val="22"/>
        </w:rPr>
        <w:t xml:space="preserve">  </w:t>
      </w:r>
    </w:p>
    <w:p w14:paraId="5189052D" w14:textId="209B0B81" w:rsidR="00D42659" w:rsidRPr="00584328" w:rsidRDefault="00D42659" w:rsidP="00584328">
      <w:pPr>
        <w:tabs>
          <w:tab w:val="left" w:pos="360"/>
          <w:tab w:val="left" w:pos="8100"/>
        </w:tabs>
        <w:spacing w:after="240"/>
        <w:jc w:val="center"/>
        <w:rPr>
          <w:rFonts w:ascii="Arial" w:hAnsi="Arial" w:cs="Arial"/>
          <w:sz w:val="24"/>
          <w:szCs w:val="24"/>
        </w:rPr>
      </w:pPr>
      <w:r w:rsidRPr="00584328">
        <w:rPr>
          <w:rFonts w:ascii="Arial" w:hAnsi="Arial" w:cs="Arial"/>
          <w:noProof/>
          <w:sz w:val="28"/>
          <w:szCs w:val="28"/>
        </w:rPr>
        <w:drawing>
          <wp:inline distT="0" distB="0" distL="0" distR="0" wp14:anchorId="3330B49A" wp14:editId="771507A3">
            <wp:extent cx="6373586" cy="3305175"/>
            <wp:effectExtent l="0" t="0" r="8255" b="9525"/>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8AFF91E" w14:textId="41C532E5" w:rsidR="00E402E5" w:rsidRPr="002A40BB" w:rsidRDefault="002A40BB" w:rsidP="002A40BB">
      <w:pPr>
        <w:ind w:left="142"/>
        <w:jc w:val="center"/>
        <w:rPr>
          <w:rFonts w:ascii="Arial" w:hAnsi="Arial" w:cs="Arial"/>
          <w:bCs/>
          <w:sz w:val="20"/>
          <w:szCs w:val="18"/>
        </w:rPr>
      </w:pPr>
      <w:r w:rsidRPr="00584328">
        <w:rPr>
          <w:rFonts w:ascii="Arial" w:hAnsi="Arial" w:cs="Arial"/>
          <w:bCs/>
          <w:sz w:val="20"/>
          <w:szCs w:val="18"/>
        </w:rPr>
        <w:t>Table 9: Effect of Temperature on growth of microorganisms</w:t>
      </w:r>
    </w:p>
    <w:p w14:paraId="01C9413F" w14:textId="77777777" w:rsidR="00E402E5" w:rsidRPr="00584328" w:rsidRDefault="00E402E5" w:rsidP="00584328">
      <w:pPr>
        <w:pStyle w:val="ListParagraph"/>
        <w:tabs>
          <w:tab w:val="left" w:pos="360"/>
          <w:tab w:val="left" w:pos="8100"/>
        </w:tabs>
        <w:spacing w:after="240"/>
        <w:ind w:left="0"/>
        <w:rPr>
          <w:rFonts w:ascii="Arial" w:hAnsi="Arial" w:cs="Arial"/>
          <w:sz w:val="24"/>
          <w:szCs w:val="24"/>
        </w:rPr>
      </w:pPr>
    </w:p>
    <w:p w14:paraId="164F67CB" w14:textId="77777777" w:rsidR="00E402E5" w:rsidRPr="00584328" w:rsidRDefault="00E402E5" w:rsidP="00584328">
      <w:pPr>
        <w:pStyle w:val="ListParagraph"/>
        <w:tabs>
          <w:tab w:val="left" w:pos="360"/>
          <w:tab w:val="left" w:pos="8100"/>
        </w:tabs>
        <w:spacing w:after="240"/>
        <w:ind w:left="0"/>
        <w:rPr>
          <w:rFonts w:ascii="Arial" w:hAnsi="Arial" w:cs="Arial"/>
          <w:sz w:val="24"/>
          <w:szCs w:val="24"/>
        </w:rPr>
      </w:pPr>
    </w:p>
    <w:p w14:paraId="38521DD0" w14:textId="77777777" w:rsidR="00E402E5" w:rsidRPr="00584328" w:rsidRDefault="00E402E5" w:rsidP="00584328">
      <w:pPr>
        <w:pStyle w:val="ListParagraph"/>
        <w:tabs>
          <w:tab w:val="left" w:pos="360"/>
          <w:tab w:val="left" w:pos="8100"/>
        </w:tabs>
        <w:spacing w:after="240"/>
        <w:ind w:left="0"/>
        <w:rPr>
          <w:rFonts w:ascii="Arial" w:hAnsi="Arial" w:cs="Arial"/>
          <w:sz w:val="24"/>
          <w:szCs w:val="24"/>
        </w:rPr>
      </w:pPr>
    </w:p>
    <w:p w14:paraId="2D806E4C" w14:textId="03EB6F4E" w:rsidR="00466823" w:rsidRPr="00584328" w:rsidRDefault="002A40BB" w:rsidP="002A40BB">
      <w:pPr>
        <w:pStyle w:val="ListParagraph"/>
        <w:tabs>
          <w:tab w:val="left" w:pos="360"/>
          <w:tab w:val="left" w:pos="8100"/>
        </w:tabs>
        <w:spacing w:after="240"/>
        <w:ind w:left="0"/>
        <w:rPr>
          <w:rFonts w:ascii="Arial" w:hAnsi="Arial" w:cs="Arial"/>
          <w:sz w:val="24"/>
          <w:szCs w:val="24"/>
        </w:rPr>
      </w:pPr>
      <w:r>
        <w:rPr>
          <w:rFonts w:ascii="Arial" w:eastAsiaTheme="majorEastAsia" w:hAnsi="Arial" w:cs="Arial"/>
          <w:b/>
          <w:bCs/>
          <w:smallCaps/>
          <w:color w:val="000000" w:themeColor="text1"/>
        </w:rPr>
        <w:lastRenderedPageBreak/>
        <w:t xml:space="preserve">3.8 </w:t>
      </w:r>
      <w:r w:rsidR="00777CEC" w:rsidRPr="002A40BB">
        <w:rPr>
          <w:rFonts w:ascii="Arial" w:eastAsiaTheme="majorEastAsia" w:hAnsi="Arial" w:cs="Arial"/>
          <w:b/>
          <w:bCs/>
          <w:smallCaps/>
          <w:color w:val="000000" w:themeColor="text1"/>
        </w:rPr>
        <w:t>Graphical</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representation</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of</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Effect</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of</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pH</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on</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growth</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of</w:t>
      </w:r>
      <w:r w:rsidR="001E0947" w:rsidRPr="002A40BB">
        <w:rPr>
          <w:rFonts w:ascii="Arial" w:eastAsiaTheme="majorEastAsia" w:hAnsi="Arial" w:cs="Arial"/>
          <w:b/>
          <w:bCs/>
          <w:smallCaps/>
          <w:color w:val="000000" w:themeColor="text1"/>
        </w:rPr>
        <w:t xml:space="preserve"> </w:t>
      </w:r>
      <w:r w:rsidR="00777CEC" w:rsidRPr="002A40BB">
        <w:rPr>
          <w:rFonts w:ascii="Arial" w:eastAsiaTheme="majorEastAsia" w:hAnsi="Arial" w:cs="Arial"/>
          <w:b/>
          <w:bCs/>
          <w:smallCaps/>
          <w:color w:val="000000" w:themeColor="text1"/>
        </w:rPr>
        <w:t>microorganisms</w:t>
      </w:r>
      <w:r w:rsidR="001E0947" w:rsidRPr="00584328">
        <w:rPr>
          <w:rFonts w:ascii="Arial" w:hAnsi="Arial" w:cs="Arial"/>
          <w:b/>
          <w:sz w:val="24"/>
          <w:szCs w:val="24"/>
        </w:rPr>
        <w:t xml:space="preserve">  </w:t>
      </w:r>
      <w:r w:rsidR="00777CEC" w:rsidRPr="00584328">
        <w:rPr>
          <w:rFonts w:ascii="Arial" w:hAnsi="Arial" w:cs="Arial"/>
          <w:b/>
          <w:sz w:val="24"/>
          <w:szCs w:val="24"/>
        </w:rPr>
        <w:br/>
      </w:r>
      <w:r w:rsidR="001E0947" w:rsidRPr="00584328">
        <w:rPr>
          <w:rFonts w:ascii="Arial" w:hAnsi="Arial" w:cs="Arial"/>
          <w:b/>
          <w:sz w:val="24"/>
          <w:szCs w:val="24"/>
        </w:rPr>
        <w:t xml:space="preserve"> </w:t>
      </w:r>
      <w:r w:rsidR="00832DE3" w:rsidRPr="00584328">
        <w:rPr>
          <w:rFonts w:ascii="Arial" w:hAnsi="Arial" w:cs="Arial"/>
          <w:noProof/>
          <w:sz w:val="28"/>
          <w:szCs w:val="28"/>
        </w:rPr>
        <w:drawing>
          <wp:inline distT="0" distB="0" distL="0" distR="0" wp14:anchorId="6F73DD88" wp14:editId="524EAFB7">
            <wp:extent cx="5943600" cy="3579641"/>
            <wp:effectExtent l="0" t="0" r="0" b="190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15EDE36" w14:textId="77777777" w:rsidR="002A40BB" w:rsidRPr="00584328" w:rsidRDefault="002A40BB" w:rsidP="002A40BB">
      <w:pPr>
        <w:ind w:left="142"/>
        <w:jc w:val="center"/>
        <w:rPr>
          <w:rFonts w:ascii="Arial" w:hAnsi="Arial" w:cs="Arial"/>
          <w:bCs/>
          <w:sz w:val="20"/>
          <w:szCs w:val="18"/>
        </w:rPr>
      </w:pPr>
      <w:r w:rsidRPr="00584328">
        <w:rPr>
          <w:rFonts w:ascii="Arial" w:hAnsi="Arial" w:cs="Arial"/>
          <w:bCs/>
          <w:sz w:val="20"/>
          <w:szCs w:val="18"/>
        </w:rPr>
        <w:t>Table 10: Effect of pH on keratinase enzyme activity</w:t>
      </w:r>
    </w:p>
    <w:p w14:paraId="596DE471" w14:textId="77777777" w:rsidR="00E402E5" w:rsidRPr="00584328" w:rsidRDefault="00E402E5" w:rsidP="00584328">
      <w:pPr>
        <w:tabs>
          <w:tab w:val="left" w:pos="360"/>
          <w:tab w:val="left" w:pos="8100"/>
        </w:tabs>
        <w:spacing w:after="240"/>
        <w:rPr>
          <w:rFonts w:ascii="Arial" w:hAnsi="Arial" w:cs="Arial"/>
          <w:sz w:val="24"/>
          <w:szCs w:val="24"/>
        </w:rPr>
      </w:pPr>
    </w:p>
    <w:p w14:paraId="18182183" w14:textId="77777777" w:rsidR="002E450B" w:rsidRPr="00584328" w:rsidRDefault="002E450B" w:rsidP="002A40BB">
      <w:pPr>
        <w:pStyle w:val="Heading1"/>
        <w:tabs>
          <w:tab w:val="left" w:pos="360"/>
        </w:tabs>
        <w:spacing w:before="0" w:after="240"/>
        <w:ind w:left="0" w:firstLine="0"/>
        <w:rPr>
          <w:rFonts w:ascii="Arial" w:hAnsi="Arial" w:cs="Arial"/>
          <w:b w:val="0"/>
          <w:sz w:val="28"/>
        </w:rPr>
      </w:pPr>
      <w:r w:rsidRPr="002A40BB">
        <w:rPr>
          <w:rFonts w:ascii="Arial" w:hAnsi="Arial" w:cs="Arial"/>
          <w:caps/>
          <w:smallCaps w:val="0"/>
          <w:sz w:val="22"/>
          <w:szCs w:val="22"/>
        </w:rPr>
        <w:t>Discussion</w:t>
      </w:r>
    </w:p>
    <w:p w14:paraId="1D6A7FF6"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Keratin, the protein that makes up our hair, skin, and nails, might seem invincible. But in nature, there are many organisms that have developed specialized ways to break it down. This process, called keratin degradation, is a fascinating example of how nature recycles materials.</w:t>
      </w:r>
    </w:p>
    <w:p w14:paraId="19BBC4A1"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Keratin is a tough nut to crack because of its complex structure and strong chemical bonds. Here's how microbes overcome this challenge:</w:t>
      </w:r>
    </w:p>
    <w:p w14:paraId="53731A2C" w14:textId="77777777" w:rsidR="002E450B" w:rsidRPr="002A40BB" w:rsidRDefault="002E450B" w:rsidP="002A40BB">
      <w:pPr>
        <w:pStyle w:val="ListParagraph"/>
        <w:widowControl w:val="0"/>
        <w:numPr>
          <w:ilvl w:val="0"/>
          <w:numId w:val="29"/>
        </w:numPr>
        <w:tabs>
          <w:tab w:val="left" w:pos="360"/>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Breaking the Bonds: </w:t>
      </w:r>
      <w:r w:rsidRPr="002A40BB">
        <w:rPr>
          <w:rFonts w:ascii="Arial" w:hAnsi="Arial" w:cs="Arial"/>
          <w:sz w:val="20"/>
          <w:szCs w:val="20"/>
        </w:rPr>
        <w:t>Keratinases come in different varieties, some targeting specific bonds within the keratin structure. This weakens the overall structure, making it easier to break down.</w:t>
      </w:r>
    </w:p>
    <w:p w14:paraId="01BFE0FB" w14:textId="77777777" w:rsidR="002E450B" w:rsidRPr="002A40BB" w:rsidRDefault="002E450B" w:rsidP="002A40BB">
      <w:pPr>
        <w:pStyle w:val="ListParagraph"/>
        <w:widowControl w:val="0"/>
        <w:numPr>
          <w:ilvl w:val="0"/>
          <w:numId w:val="29"/>
        </w:numPr>
        <w:tabs>
          <w:tab w:val="left" w:pos="360"/>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Disulfide Reduction: </w:t>
      </w:r>
      <w:r w:rsidRPr="002A40BB">
        <w:rPr>
          <w:rFonts w:ascii="Arial" w:hAnsi="Arial" w:cs="Arial"/>
          <w:sz w:val="20"/>
          <w:szCs w:val="20"/>
        </w:rPr>
        <w:t>A crucial step for many keratinases is breaking down disulfide bonds, which link keratin strands together. This often involves another enzyme, reductase, working alongside the keratinase.</w:t>
      </w:r>
    </w:p>
    <w:p w14:paraId="3926AC3D" w14:textId="77777777" w:rsidR="002E450B" w:rsidRPr="002A40BB" w:rsidRDefault="002E450B" w:rsidP="002A40BB">
      <w:pPr>
        <w:pStyle w:val="ListParagraph"/>
        <w:widowControl w:val="0"/>
        <w:numPr>
          <w:ilvl w:val="0"/>
          <w:numId w:val="29"/>
        </w:numPr>
        <w:tabs>
          <w:tab w:val="left" w:pos="360"/>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Proteolysis: </w:t>
      </w:r>
      <w:r w:rsidRPr="002A40BB">
        <w:rPr>
          <w:rFonts w:ascii="Arial" w:hAnsi="Arial" w:cs="Arial"/>
          <w:sz w:val="20"/>
          <w:szCs w:val="20"/>
        </w:rPr>
        <w:t>Finally, the fragmented keratin is broken down further into smaller units like amino acids. These can then be used by the microbes as nutrients or become building blocks for other organisms in the ecosystem.</w:t>
      </w:r>
    </w:p>
    <w:p w14:paraId="1BAA7CB4" w14:textId="77777777" w:rsidR="002E450B" w:rsidRPr="002A40BB" w:rsidRDefault="002E450B" w:rsidP="002A40BB">
      <w:pPr>
        <w:pStyle w:val="BodyText"/>
        <w:tabs>
          <w:tab w:val="left" w:pos="360"/>
          <w:tab w:val="left" w:pos="8100"/>
        </w:tabs>
        <w:jc w:val="both"/>
        <w:rPr>
          <w:rFonts w:ascii="Arial" w:hAnsi="Arial" w:cs="Arial"/>
          <w:sz w:val="20"/>
          <w:szCs w:val="20"/>
        </w:rPr>
      </w:pPr>
    </w:p>
    <w:p w14:paraId="7619B33B" w14:textId="5AD479EF" w:rsidR="002E450B" w:rsidRPr="002A40BB" w:rsidRDefault="002E450B" w:rsidP="002A40BB">
      <w:pPr>
        <w:tabs>
          <w:tab w:val="left" w:pos="360"/>
          <w:tab w:val="left" w:pos="8100"/>
        </w:tabs>
        <w:spacing w:after="120"/>
        <w:jc w:val="both"/>
        <w:rPr>
          <w:rFonts w:ascii="Arial" w:hAnsi="Arial" w:cs="Arial"/>
          <w:sz w:val="20"/>
          <w:szCs w:val="20"/>
        </w:rPr>
      </w:pPr>
      <w:r w:rsidRPr="002A40BB">
        <w:rPr>
          <w:rFonts w:ascii="Arial" w:hAnsi="Arial" w:cs="Arial"/>
          <w:b/>
          <w:color w:val="1F1F1F"/>
          <w:sz w:val="20"/>
          <w:szCs w:val="20"/>
        </w:rPr>
        <w:t>Why it</w:t>
      </w:r>
      <w:r w:rsidRPr="002A40BB">
        <w:rPr>
          <w:rFonts w:ascii="Arial" w:hAnsi="Arial" w:cs="Arial"/>
          <w:b/>
          <w:color w:val="1F1F1F"/>
          <w:spacing w:val="-1"/>
          <w:sz w:val="20"/>
          <w:szCs w:val="20"/>
        </w:rPr>
        <w:t xml:space="preserve"> </w:t>
      </w:r>
      <w:r w:rsidRPr="002A40BB">
        <w:rPr>
          <w:rFonts w:ascii="Arial" w:hAnsi="Arial" w:cs="Arial"/>
          <w:b/>
          <w:color w:val="1F1F1F"/>
          <w:spacing w:val="-2"/>
          <w:sz w:val="20"/>
          <w:szCs w:val="20"/>
        </w:rPr>
        <w:t>Matters:</w:t>
      </w:r>
      <w:r w:rsidR="002A40BB">
        <w:rPr>
          <w:rFonts w:ascii="Arial" w:hAnsi="Arial" w:cs="Arial"/>
          <w:b/>
          <w:color w:val="1F1F1F"/>
          <w:spacing w:val="-2"/>
          <w:sz w:val="20"/>
          <w:szCs w:val="20"/>
        </w:rPr>
        <w:t xml:space="preserve"> </w:t>
      </w:r>
      <w:r w:rsidRPr="002A40BB">
        <w:rPr>
          <w:rFonts w:ascii="Arial" w:hAnsi="Arial" w:cs="Arial"/>
          <w:sz w:val="20"/>
          <w:szCs w:val="20"/>
        </w:rPr>
        <w:t>Keratin degradation plays a vital role in the environment:</w:t>
      </w:r>
    </w:p>
    <w:p w14:paraId="52FDE155" w14:textId="77777777" w:rsidR="002E450B" w:rsidRPr="002A40BB" w:rsidRDefault="002E450B" w:rsidP="002A40BB">
      <w:pPr>
        <w:pStyle w:val="ListParagraph"/>
        <w:widowControl w:val="0"/>
        <w:numPr>
          <w:ilvl w:val="1"/>
          <w:numId w:val="2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Waste Disposal: </w:t>
      </w:r>
      <w:r w:rsidRPr="002A40BB">
        <w:rPr>
          <w:rFonts w:ascii="Arial" w:hAnsi="Arial" w:cs="Arial"/>
          <w:sz w:val="20"/>
          <w:szCs w:val="20"/>
        </w:rPr>
        <w:t>It helps decompose keratin-rich materials like feathers, hair, and animal leftovers, preventing waste buildup.</w:t>
      </w:r>
    </w:p>
    <w:p w14:paraId="70BA604E" w14:textId="77777777" w:rsidR="002E450B" w:rsidRPr="002A40BB" w:rsidRDefault="002E450B" w:rsidP="002A40BB">
      <w:pPr>
        <w:pStyle w:val="ListParagraph"/>
        <w:widowControl w:val="0"/>
        <w:numPr>
          <w:ilvl w:val="1"/>
          <w:numId w:val="2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Nutrient Cycling: </w:t>
      </w:r>
      <w:r w:rsidRPr="002A40BB">
        <w:rPr>
          <w:rFonts w:ascii="Arial" w:hAnsi="Arial" w:cs="Arial"/>
          <w:sz w:val="20"/>
          <w:szCs w:val="20"/>
        </w:rPr>
        <w:t>By breaking down keratin into usable components, microbes contribute to nutrient cycling, making these nutrients available for other organisms.</w:t>
      </w:r>
    </w:p>
    <w:p w14:paraId="390D75CA" w14:textId="77777777" w:rsidR="002E450B" w:rsidRPr="002A40BB" w:rsidRDefault="002E450B" w:rsidP="002A40BB">
      <w:pPr>
        <w:pStyle w:val="ListParagraph"/>
        <w:widowControl w:val="0"/>
        <w:numPr>
          <w:ilvl w:val="1"/>
          <w:numId w:val="2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Biotechnology: </w:t>
      </w:r>
      <w:r w:rsidRPr="002A40BB">
        <w:rPr>
          <w:rFonts w:ascii="Arial" w:hAnsi="Arial" w:cs="Arial"/>
          <w:sz w:val="20"/>
          <w:szCs w:val="20"/>
        </w:rPr>
        <w:t>Keratinases have potential applications in various fields. For instance, they can be used in the treatment of keratin-rich waste products or in the development of eco-friendly leather processing methods.</w:t>
      </w:r>
    </w:p>
    <w:p w14:paraId="546C9E1F" w14:textId="77777777" w:rsidR="002E450B" w:rsidRPr="002A40BB" w:rsidRDefault="002E450B" w:rsidP="002A40BB">
      <w:pPr>
        <w:pStyle w:val="ListParagraph"/>
        <w:widowControl w:val="0"/>
        <w:numPr>
          <w:ilvl w:val="1"/>
          <w:numId w:val="2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Waste Management: </w:t>
      </w:r>
      <w:r w:rsidRPr="002A40BB">
        <w:rPr>
          <w:rFonts w:ascii="Arial" w:hAnsi="Arial" w:cs="Arial"/>
          <w:sz w:val="20"/>
          <w:szCs w:val="20"/>
        </w:rPr>
        <w:t>Isolates with high feather degradation potential could be useful in developing eco-friendly methods for managing poultry feather waste, a significant byproduct of the poultry industry.</w:t>
      </w:r>
    </w:p>
    <w:p w14:paraId="78982602" w14:textId="77777777" w:rsidR="006A40A0" w:rsidRPr="002A40BB" w:rsidRDefault="002E450B" w:rsidP="002A40BB">
      <w:pPr>
        <w:pStyle w:val="ListParagraph"/>
        <w:widowControl w:val="0"/>
        <w:numPr>
          <w:ilvl w:val="1"/>
          <w:numId w:val="29"/>
        </w:numPr>
        <w:tabs>
          <w:tab w:val="left" w:pos="360"/>
          <w:tab w:val="left" w:pos="718"/>
          <w:tab w:val="left" w:pos="720"/>
          <w:tab w:val="left" w:pos="8100"/>
        </w:tabs>
        <w:autoSpaceDE w:val="0"/>
        <w:autoSpaceDN w:val="0"/>
        <w:spacing w:line="24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Enzyme Production: </w:t>
      </w:r>
      <w:r w:rsidRPr="002A40BB">
        <w:rPr>
          <w:rFonts w:ascii="Arial" w:hAnsi="Arial" w:cs="Arial"/>
          <w:sz w:val="20"/>
          <w:szCs w:val="20"/>
        </w:rPr>
        <w:t>The keratinase enzymes from these microbes have potential applications in various industries, such as leather processing or the development of feather-based bioproducts.</w:t>
      </w:r>
    </w:p>
    <w:p w14:paraId="381B1F09" w14:textId="77777777" w:rsidR="002E450B" w:rsidRPr="002A40BB" w:rsidRDefault="002E450B" w:rsidP="002A40BB">
      <w:pPr>
        <w:pStyle w:val="ListParagraph"/>
        <w:widowControl w:val="0"/>
        <w:numPr>
          <w:ilvl w:val="1"/>
          <w:numId w:val="29"/>
        </w:numPr>
        <w:tabs>
          <w:tab w:val="left" w:pos="360"/>
          <w:tab w:val="left" w:pos="718"/>
          <w:tab w:val="left" w:pos="720"/>
          <w:tab w:val="left" w:pos="8100"/>
        </w:tabs>
        <w:autoSpaceDE w:val="0"/>
        <w:autoSpaceDN w:val="0"/>
        <w:spacing w:after="120" w:line="360" w:lineRule="auto"/>
        <w:ind w:left="0" w:firstLine="0"/>
        <w:contextualSpacing w:val="0"/>
        <w:jc w:val="both"/>
        <w:rPr>
          <w:rFonts w:ascii="Arial" w:hAnsi="Arial" w:cs="Arial"/>
          <w:sz w:val="20"/>
          <w:szCs w:val="20"/>
        </w:rPr>
      </w:pPr>
      <w:r w:rsidRPr="002A40BB">
        <w:rPr>
          <w:rFonts w:ascii="Arial" w:hAnsi="Arial" w:cs="Arial"/>
          <w:b/>
          <w:color w:val="1F1F1F"/>
          <w:sz w:val="20"/>
          <w:szCs w:val="20"/>
        </w:rPr>
        <w:t xml:space="preserve">Understanding Microbial Diversity: </w:t>
      </w:r>
      <w:r w:rsidRPr="002A40BB">
        <w:rPr>
          <w:rFonts w:ascii="Arial" w:hAnsi="Arial" w:cs="Arial"/>
          <w:sz w:val="20"/>
          <w:szCs w:val="20"/>
        </w:rPr>
        <w:t>This project can contribute to the knowledge of keratin- degrading microbes present in poultry farms, shedding light on the microbial communities that play a role in keratin breakdown in these environments.</w:t>
      </w:r>
    </w:p>
    <w:p w14:paraId="03827DE8" w14:textId="2C58F34D"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 xml:space="preserve">This </w:t>
      </w:r>
      <w:r w:rsidR="00AF7964">
        <w:rPr>
          <w:rFonts w:ascii="Arial" w:hAnsi="Arial" w:cs="Arial"/>
          <w:sz w:val="20"/>
          <w:szCs w:val="20"/>
        </w:rPr>
        <w:t>study</w:t>
      </w:r>
      <w:r w:rsidRPr="002A40BB">
        <w:rPr>
          <w:rFonts w:ascii="Arial" w:hAnsi="Arial" w:cs="Arial"/>
          <w:sz w:val="20"/>
          <w:szCs w:val="20"/>
        </w:rPr>
        <w:t xml:space="preserve"> has the potential to be not only scientifically interesting but also practically relevant. By isolating and characterizing these feather-degrading microbes, you can contribute to developing solutions for poultry waste management and exploring the potential of keratinolytic enzymes.</w:t>
      </w:r>
    </w:p>
    <w:p w14:paraId="4024D465"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Three parameters were done which include- The Keratinase assay, Effect of temperature on the growth of microorganisms and Effect of pH on the growth of microorganisms.</w:t>
      </w:r>
    </w:p>
    <w:p w14:paraId="5FF4F97C"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 xml:space="preserve">Effect of pH on the growth of microorganisms – Table 10 shows the graphical representation of the activity of an enzyme (keratinase, given the label on the y-axis) at different pH levels. The pH levels </w:t>
      </w:r>
      <w:proofErr w:type="gramStart"/>
      <w:r w:rsidRPr="002A40BB">
        <w:rPr>
          <w:rFonts w:ascii="Arial" w:hAnsi="Arial" w:cs="Arial"/>
          <w:sz w:val="20"/>
          <w:szCs w:val="20"/>
        </w:rPr>
        <w:t>ranges</w:t>
      </w:r>
      <w:proofErr w:type="gramEnd"/>
      <w:r w:rsidRPr="002A40BB">
        <w:rPr>
          <w:rFonts w:ascii="Arial" w:hAnsi="Arial" w:cs="Arial"/>
          <w:sz w:val="20"/>
          <w:szCs w:val="20"/>
        </w:rPr>
        <w:t xml:space="preserve"> from 5 to 9 and the sample categories labelled S1 through S5, C1 through C4 with their positive control and negative control. From the graph, it seems that the enzyme activity varies with pH, with some pH levels promoting higher activity than others. The positive control likely represents a condition known to induce high enzyme activity, while the negative control represents a condition with minimal or no enzyme activity.</w:t>
      </w:r>
    </w:p>
    <w:p w14:paraId="5413FF3C"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 xml:space="preserve">Effect of Temperature on growth of microorganism – Table 9 shows the graphical representation of activity of an enzyme. The bars of different </w:t>
      </w:r>
      <w:proofErr w:type="spellStart"/>
      <w:r w:rsidRPr="002A40BB">
        <w:rPr>
          <w:rFonts w:ascii="Arial" w:hAnsi="Arial" w:cs="Arial"/>
          <w:sz w:val="20"/>
          <w:szCs w:val="20"/>
        </w:rPr>
        <w:t>colours</w:t>
      </w:r>
      <w:proofErr w:type="spellEnd"/>
      <w:r w:rsidRPr="002A40BB">
        <w:rPr>
          <w:rFonts w:ascii="Arial" w:hAnsi="Arial" w:cs="Arial"/>
          <w:sz w:val="20"/>
          <w:szCs w:val="20"/>
        </w:rPr>
        <w:t xml:space="preserve"> that correspond to different temperatures. The height is each bar indicates the temperature recorded for the growth of microorganisms under each </w:t>
      </w:r>
      <w:proofErr w:type="gramStart"/>
      <w:r w:rsidRPr="002A40BB">
        <w:rPr>
          <w:rFonts w:ascii="Arial" w:hAnsi="Arial" w:cs="Arial"/>
          <w:sz w:val="20"/>
          <w:szCs w:val="20"/>
        </w:rPr>
        <w:t>conditions</w:t>
      </w:r>
      <w:proofErr w:type="gramEnd"/>
      <w:r w:rsidRPr="002A40BB">
        <w:rPr>
          <w:rFonts w:ascii="Arial" w:hAnsi="Arial" w:cs="Arial"/>
          <w:sz w:val="20"/>
          <w:szCs w:val="20"/>
        </w:rPr>
        <w:t>. The positive control is a condition known to promote growth, while the negative control is a condition where growth is not expected to occur.</w:t>
      </w:r>
    </w:p>
    <w:p w14:paraId="1E337DEF" w14:textId="77777777" w:rsidR="002E450B" w:rsidRPr="002A40BB" w:rsidRDefault="002E450B" w:rsidP="002A40BB">
      <w:pPr>
        <w:pStyle w:val="BodyText"/>
        <w:tabs>
          <w:tab w:val="left" w:pos="360"/>
          <w:tab w:val="left" w:pos="8100"/>
        </w:tabs>
        <w:spacing w:line="360" w:lineRule="auto"/>
        <w:jc w:val="both"/>
        <w:rPr>
          <w:rFonts w:ascii="Arial" w:hAnsi="Arial" w:cs="Arial"/>
          <w:i/>
          <w:sz w:val="20"/>
          <w:szCs w:val="20"/>
        </w:rPr>
      </w:pPr>
      <w:r w:rsidRPr="002A40BB">
        <w:rPr>
          <w:rFonts w:ascii="Arial" w:hAnsi="Arial" w:cs="Arial"/>
          <w:sz w:val="20"/>
          <w:szCs w:val="20"/>
        </w:rPr>
        <w:t>The</w:t>
      </w:r>
      <w:r w:rsidRPr="002A40BB">
        <w:rPr>
          <w:rFonts w:ascii="Arial" w:hAnsi="Arial" w:cs="Arial"/>
          <w:spacing w:val="-13"/>
          <w:sz w:val="20"/>
          <w:szCs w:val="20"/>
        </w:rPr>
        <w:t xml:space="preserve"> </w:t>
      </w:r>
      <w:r w:rsidRPr="002A40BB">
        <w:rPr>
          <w:rFonts w:ascii="Arial" w:hAnsi="Arial" w:cs="Arial"/>
          <w:sz w:val="20"/>
          <w:szCs w:val="20"/>
        </w:rPr>
        <w:t>study</w:t>
      </w:r>
      <w:r w:rsidRPr="002A40BB">
        <w:rPr>
          <w:rFonts w:ascii="Arial" w:hAnsi="Arial" w:cs="Arial"/>
          <w:spacing w:val="-11"/>
          <w:sz w:val="20"/>
          <w:szCs w:val="20"/>
        </w:rPr>
        <w:t xml:space="preserve"> </w:t>
      </w:r>
      <w:r w:rsidRPr="002A40BB">
        <w:rPr>
          <w:rFonts w:ascii="Arial" w:hAnsi="Arial" w:cs="Arial"/>
          <w:sz w:val="20"/>
          <w:szCs w:val="20"/>
        </w:rPr>
        <w:t>counted</w:t>
      </w:r>
      <w:r w:rsidRPr="002A40BB">
        <w:rPr>
          <w:rFonts w:ascii="Arial" w:hAnsi="Arial" w:cs="Arial"/>
          <w:spacing w:val="-12"/>
          <w:sz w:val="20"/>
          <w:szCs w:val="20"/>
        </w:rPr>
        <w:t xml:space="preserve"> </w:t>
      </w:r>
      <w:r w:rsidRPr="002A40BB">
        <w:rPr>
          <w:rFonts w:ascii="Arial" w:hAnsi="Arial" w:cs="Arial"/>
          <w:sz w:val="20"/>
          <w:szCs w:val="20"/>
        </w:rPr>
        <w:t>colonies</w:t>
      </w:r>
      <w:r w:rsidRPr="002A40BB">
        <w:rPr>
          <w:rFonts w:ascii="Arial" w:hAnsi="Arial" w:cs="Arial"/>
          <w:spacing w:val="-11"/>
          <w:sz w:val="20"/>
          <w:szCs w:val="20"/>
        </w:rPr>
        <w:t xml:space="preserve"> </w:t>
      </w:r>
      <w:r w:rsidRPr="002A40BB">
        <w:rPr>
          <w:rFonts w:ascii="Arial" w:hAnsi="Arial" w:cs="Arial"/>
          <w:sz w:val="20"/>
          <w:szCs w:val="20"/>
        </w:rPr>
        <w:t>on</w:t>
      </w:r>
      <w:r w:rsidRPr="002A40BB">
        <w:rPr>
          <w:rFonts w:ascii="Arial" w:hAnsi="Arial" w:cs="Arial"/>
          <w:spacing w:val="-12"/>
          <w:sz w:val="20"/>
          <w:szCs w:val="20"/>
        </w:rPr>
        <w:t xml:space="preserve"> </w:t>
      </w:r>
      <w:r w:rsidRPr="002A40BB">
        <w:rPr>
          <w:rFonts w:ascii="Arial" w:hAnsi="Arial" w:cs="Arial"/>
          <w:sz w:val="20"/>
          <w:szCs w:val="20"/>
        </w:rPr>
        <w:t>skim</w:t>
      </w:r>
      <w:r w:rsidRPr="002A40BB">
        <w:rPr>
          <w:rFonts w:ascii="Arial" w:hAnsi="Arial" w:cs="Arial"/>
          <w:spacing w:val="-11"/>
          <w:sz w:val="20"/>
          <w:szCs w:val="20"/>
        </w:rPr>
        <w:t xml:space="preserve"> </w:t>
      </w:r>
      <w:r w:rsidRPr="002A40BB">
        <w:rPr>
          <w:rFonts w:ascii="Arial" w:hAnsi="Arial" w:cs="Arial"/>
          <w:sz w:val="20"/>
          <w:szCs w:val="20"/>
        </w:rPr>
        <w:t>milk</w:t>
      </w:r>
      <w:r w:rsidRPr="002A40BB">
        <w:rPr>
          <w:rFonts w:ascii="Arial" w:hAnsi="Arial" w:cs="Arial"/>
          <w:spacing w:val="-11"/>
          <w:sz w:val="20"/>
          <w:szCs w:val="20"/>
        </w:rPr>
        <w:t xml:space="preserve"> </w:t>
      </w:r>
      <w:r w:rsidRPr="002A40BB">
        <w:rPr>
          <w:rFonts w:ascii="Arial" w:hAnsi="Arial" w:cs="Arial"/>
          <w:sz w:val="20"/>
          <w:szCs w:val="20"/>
        </w:rPr>
        <w:t>agar</w:t>
      </w:r>
      <w:r w:rsidRPr="002A40BB">
        <w:rPr>
          <w:rFonts w:ascii="Arial" w:hAnsi="Arial" w:cs="Arial"/>
          <w:spacing w:val="-10"/>
          <w:sz w:val="20"/>
          <w:szCs w:val="20"/>
        </w:rPr>
        <w:t xml:space="preserve"> </w:t>
      </w:r>
      <w:r w:rsidRPr="002A40BB">
        <w:rPr>
          <w:rFonts w:ascii="Arial" w:hAnsi="Arial" w:cs="Arial"/>
          <w:sz w:val="20"/>
          <w:szCs w:val="20"/>
        </w:rPr>
        <w:t>and</w:t>
      </w:r>
      <w:r w:rsidRPr="002A40BB">
        <w:rPr>
          <w:rFonts w:ascii="Arial" w:hAnsi="Arial" w:cs="Arial"/>
          <w:spacing w:val="-9"/>
          <w:sz w:val="20"/>
          <w:szCs w:val="20"/>
        </w:rPr>
        <w:t xml:space="preserve"> </w:t>
      </w:r>
      <w:r w:rsidRPr="002A40BB">
        <w:rPr>
          <w:rFonts w:ascii="Arial" w:hAnsi="Arial" w:cs="Arial"/>
          <w:sz w:val="20"/>
          <w:szCs w:val="20"/>
        </w:rPr>
        <w:t>observed</w:t>
      </w:r>
      <w:r w:rsidRPr="002A40BB">
        <w:rPr>
          <w:rFonts w:ascii="Arial" w:hAnsi="Arial" w:cs="Arial"/>
          <w:spacing w:val="-12"/>
          <w:sz w:val="20"/>
          <w:szCs w:val="20"/>
        </w:rPr>
        <w:t xml:space="preserve"> </w:t>
      </w:r>
      <w:r w:rsidRPr="002A40BB">
        <w:rPr>
          <w:rFonts w:ascii="Arial" w:hAnsi="Arial" w:cs="Arial"/>
          <w:sz w:val="20"/>
          <w:szCs w:val="20"/>
        </w:rPr>
        <w:t>their</w:t>
      </w:r>
      <w:r w:rsidRPr="002A40BB">
        <w:rPr>
          <w:rFonts w:ascii="Arial" w:hAnsi="Arial" w:cs="Arial"/>
          <w:spacing w:val="-12"/>
          <w:sz w:val="20"/>
          <w:szCs w:val="20"/>
        </w:rPr>
        <w:t xml:space="preserve"> </w:t>
      </w:r>
      <w:r w:rsidRPr="002A40BB">
        <w:rPr>
          <w:rFonts w:ascii="Arial" w:hAnsi="Arial" w:cs="Arial"/>
          <w:sz w:val="20"/>
          <w:szCs w:val="20"/>
        </w:rPr>
        <w:t>characteristics,</w:t>
      </w:r>
      <w:r w:rsidRPr="002A40BB">
        <w:rPr>
          <w:rFonts w:ascii="Arial" w:hAnsi="Arial" w:cs="Arial"/>
          <w:spacing w:val="-11"/>
          <w:sz w:val="20"/>
          <w:szCs w:val="20"/>
        </w:rPr>
        <w:t xml:space="preserve"> </w:t>
      </w:r>
      <w:r w:rsidRPr="002A40BB">
        <w:rPr>
          <w:rFonts w:ascii="Arial" w:hAnsi="Arial" w:cs="Arial"/>
          <w:sz w:val="20"/>
          <w:szCs w:val="20"/>
        </w:rPr>
        <w:t>morphology,</w:t>
      </w:r>
      <w:r w:rsidRPr="002A40BB">
        <w:rPr>
          <w:rFonts w:ascii="Arial" w:hAnsi="Arial" w:cs="Arial"/>
          <w:spacing w:val="-12"/>
          <w:sz w:val="20"/>
          <w:szCs w:val="20"/>
        </w:rPr>
        <w:t xml:space="preserve"> </w:t>
      </w:r>
      <w:r w:rsidRPr="002A40BB">
        <w:rPr>
          <w:rFonts w:ascii="Arial" w:hAnsi="Arial" w:cs="Arial"/>
          <w:sz w:val="20"/>
          <w:szCs w:val="20"/>
        </w:rPr>
        <w:t xml:space="preserve">and biochemical properties. Four types of bacterial isolates were identified from sample 2 based on </w:t>
      </w:r>
      <w:r w:rsidRPr="002A40BB">
        <w:rPr>
          <w:rFonts w:ascii="Arial" w:hAnsi="Arial" w:cs="Arial"/>
          <w:sz w:val="20"/>
          <w:szCs w:val="20"/>
        </w:rPr>
        <w:lastRenderedPageBreak/>
        <w:t xml:space="preserve">these characteristics: C1, C2, C3, C4 as genus </w:t>
      </w:r>
      <w:proofErr w:type="spellStart"/>
      <w:r w:rsidRPr="002A40BB">
        <w:rPr>
          <w:rFonts w:ascii="Arial" w:hAnsi="Arial" w:cs="Arial"/>
          <w:i/>
          <w:sz w:val="20"/>
          <w:szCs w:val="20"/>
        </w:rPr>
        <w:t>Sphaebacteria</w:t>
      </w:r>
      <w:proofErr w:type="spellEnd"/>
      <w:r w:rsidRPr="002A40BB">
        <w:rPr>
          <w:rFonts w:ascii="Arial" w:hAnsi="Arial" w:cs="Arial"/>
          <w:i/>
          <w:sz w:val="20"/>
          <w:szCs w:val="20"/>
        </w:rPr>
        <w:t xml:space="preserve">, </w:t>
      </w:r>
      <w:proofErr w:type="spellStart"/>
      <w:r w:rsidRPr="002A40BB">
        <w:rPr>
          <w:rFonts w:ascii="Arial" w:hAnsi="Arial" w:cs="Arial"/>
          <w:i/>
          <w:sz w:val="20"/>
          <w:szCs w:val="20"/>
        </w:rPr>
        <w:t>Acidomonas</w:t>
      </w:r>
      <w:proofErr w:type="spellEnd"/>
      <w:r w:rsidRPr="002A40BB">
        <w:rPr>
          <w:rFonts w:ascii="Arial" w:hAnsi="Arial" w:cs="Arial"/>
          <w:i/>
          <w:sz w:val="20"/>
          <w:szCs w:val="20"/>
        </w:rPr>
        <w:t xml:space="preserve">, Acetobacter, </w:t>
      </w:r>
      <w:r w:rsidRPr="002A40BB">
        <w:rPr>
          <w:rFonts w:ascii="Arial" w:hAnsi="Arial" w:cs="Arial"/>
          <w:i/>
          <w:spacing w:val="-2"/>
          <w:sz w:val="20"/>
          <w:szCs w:val="20"/>
        </w:rPr>
        <w:t>Micrococcus.</w:t>
      </w:r>
    </w:p>
    <w:p w14:paraId="6E74C1B4" w14:textId="5EAE1BA5"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The study identifies five bacterial isolates from sample 1, S1, S2, S3, S4, and S5, based on colony, morphological, and biochemical characteristics as genus</w:t>
      </w:r>
      <w:r w:rsidRPr="002A40BB">
        <w:rPr>
          <w:rFonts w:ascii="Arial" w:hAnsi="Arial" w:cs="Arial"/>
          <w:spacing w:val="18"/>
          <w:sz w:val="20"/>
          <w:szCs w:val="20"/>
        </w:rPr>
        <w:t xml:space="preserve"> </w:t>
      </w:r>
      <w:r w:rsidRPr="002A40BB">
        <w:rPr>
          <w:rFonts w:ascii="Arial" w:hAnsi="Arial" w:cs="Arial"/>
          <w:i/>
          <w:sz w:val="20"/>
          <w:szCs w:val="20"/>
        </w:rPr>
        <w:t>Staphylococcus,</w:t>
      </w:r>
      <w:r w:rsidRPr="002A40BB">
        <w:rPr>
          <w:rFonts w:ascii="Arial" w:hAnsi="Arial" w:cs="Arial"/>
          <w:i/>
          <w:spacing w:val="17"/>
          <w:sz w:val="20"/>
          <w:szCs w:val="20"/>
        </w:rPr>
        <w:t xml:space="preserve"> </w:t>
      </w:r>
      <w:proofErr w:type="spellStart"/>
      <w:r w:rsidRPr="002A40BB">
        <w:rPr>
          <w:rFonts w:ascii="Arial" w:hAnsi="Arial" w:cs="Arial"/>
          <w:i/>
          <w:sz w:val="20"/>
          <w:szCs w:val="20"/>
        </w:rPr>
        <w:t>Tricoccus</w:t>
      </w:r>
      <w:proofErr w:type="spellEnd"/>
      <w:r w:rsidRPr="002A40BB">
        <w:rPr>
          <w:rFonts w:ascii="Arial" w:hAnsi="Arial" w:cs="Arial"/>
          <w:i/>
          <w:sz w:val="20"/>
          <w:szCs w:val="20"/>
        </w:rPr>
        <w:t>,</w:t>
      </w:r>
      <w:r w:rsidRPr="002A40BB">
        <w:rPr>
          <w:rFonts w:ascii="Arial" w:hAnsi="Arial" w:cs="Arial"/>
          <w:i/>
          <w:spacing w:val="11"/>
          <w:sz w:val="20"/>
          <w:szCs w:val="20"/>
        </w:rPr>
        <w:t xml:space="preserve"> </w:t>
      </w:r>
      <w:proofErr w:type="spellStart"/>
      <w:r w:rsidRPr="002A40BB">
        <w:rPr>
          <w:rFonts w:ascii="Arial" w:hAnsi="Arial" w:cs="Arial"/>
          <w:i/>
          <w:spacing w:val="-2"/>
          <w:sz w:val="20"/>
          <w:szCs w:val="20"/>
        </w:rPr>
        <w:t>Alcaligens</w:t>
      </w:r>
      <w:proofErr w:type="spellEnd"/>
      <w:r w:rsidRPr="002A40BB">
        <w:rPr>
          <w:rFonts w:ascii="Arial" w:hAnsi="Arial" w:cs="Arial"/>
          <w:i/>
          <w:spacing w:val="-2"/>
          <w:sz w:val="20"/>
          <w:szCs w:val="20"/>
        </w:rPr>
        <w:t>,</w:t>
      </w:r>
      <w:r w:rsidR="00584328" w:rsidRPr="002A40BB">
        <w:rPr>
          <w:rFonts w:ascii="Arial" w:hAnsi="Arial" w:cs="Arial"/>
          <w:i/>
          <w:spacing w:val="-2"/>
          <w:sz w:val="20"/>
          <w:szCs w:val="20"/>
        </w:rPr>
        <w:t xml:space="preserve"> </w:t>
      </w:r>
      <w:proofErr w:type="spellStart"/>
      <w:r w:rsidRPr="002A40BB">
        <w:rPr>
          <w:rFonts w:ascii="Arial" w:hAnsi="Arial" w:cs="Arial"/>
          <w:i/>
          <w:sz w:val="20"/>
          <w:szCs w:val="20"/>
        </w:rPr>
        <w:t>Curtobacterium</w:t>
      </w:r>
      <w:proofErr w:type="spellEnd"/>
      <w:r w:rsidRPr="002A40BB">
        <w:rPr>
          <w:rFonts w:ascii="Arial" w:hAnsi="Arial" w:cs="Arial"/>
          <w:i/>
          <w:sz w:val="20"/>
          <w:szCs w:val="20"/>
        </w:rPr>
        <w:t xml:space="preserve"> </w:t>
      </w:r>
      <w:r w:rsidRPr="002A40BB">
        <w:rPr>
          <w:rFonts w:ascii="Arial" w:hAnsi="Arial" w:cs="Arial"/>
          <w:sz w:val="20"/>
          <w:szCs w:val="20"/>
        </w:rPr>
        <w:t xml:space="preserve">and </w:t>
      </w:r>
      <w:proofErr w:type="spellStart"/>
      <w:r w:rsidRPr="002A40BB">
        <w:rPr>
          <w:rFonts w:ascii="Arial" w:hAnsi="Arial" w:cs="Arial"/>
          <w:i/>
          <w:sz w:val="20"/>
          <w:szCs w:val="20"/>
        </w:rPr>
        <w:t>Brachybacterium</w:t>
      </w:r>
      <w:proofErr w:type="spellEnd"/>
      <w:r w:rsidRPr="002A40BB">
        <w:rPr>
          <w:rFonts w:ascii="Arial" w:hAnsi="Arial" w:cs="Arial"/>
          <w:sz w:val="20"/>
          <w:szCs w:val="20"/>
        </w:rPr>
        <w:t>. The isolates were identified based on Bergey's manual of determinative bacteriology (9</w:t>
      </w:r>
      <w:r w:rsidRPr="002A40BB">
        <w:rPr>
          <w:rFonts w:ascii="Arial" w:hAnsi="Arial" w:cs="Arial"/>
          <w:sz w:val="20"/>
          <w:szCs w:val="20"/>
          <w:vertAlign w:val="superscript"/>
        </w:rPr>
        <w:t>th</w:t>
      </w:r>
      <w:r w:rsidRPr="002A40BB">
        <w:rPr>
          <w:rFonts w:ascii="Arial" w:hAnsi="Arial" w:cs="Arial"/>
          <w:sz w:val="20"/>
          <w:szCs w:val="20"/>
        </w:rPr>
        <w:t xml:space="preserve"> edition).</w:t>
      </w:r>
    </w:p>
    <w:p w14:paraId="10380703"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 xml:space="preserve">The genus </w:t>
      </w:r>
      <w:proofErr w:type="spellStart"/>
      <w:r w:rsidRPr="002A40BB">
        <w:rPr>
          <w:rFonts w:ascii="Arial" w:hAnsi="Arial" w:cs="Arial"/>
          <w:i/>
          <w:sz w:val="20"/>
          <w:szCs w:val="20"/>
        </w:rPr>
        <w:t>Brachybacterium</w:t>
      </w:r>
      <w:proofErr w:type="spellEnd"/>
      <w:r w:rsidRPr="002A40BB">
        <w:rPr>
          <w:rFonts w:ascii="Arial" w:hAnsi="Arial" w:cs="Arial"/>
          <w:i/>
          <w:sz w:val="20"/>
          <w:szCs w:val="20"/>
        </w:rPr>
        <w:t xml:space="preserve">, Acetobacter, Micrococcus </w:t>
      </w:r>
      <w:r w:rsidRPr="002A40BB">
        <w:rPr>
          <w:rFonts w:ascii="Arial" w:hAnsi="Arial" w:cs="Arial"/>
          <w:sz w:val="20"/>
          <w:szCs w:val="20"/>
        </w:rPr>
        <w:t xml:space="preserve">has the maximum ability to degrade keratin. The isolation of keratin degrading strain of micrococcus from Patagonian merino wool was recently reported (Iglesias </w:t>
      </w:r>
      <w:r w:rsidRPr="00AF7964">
        <w:rPr>
          <w:rFonts w:ascii="Arial" w:hAnsi="Arial" w:cs="Arial"/>
          <w:iCs/>
          <w:sz w:val="20"/>
          <w:szCs w:val="20"/>
        </w:rPr>
        <w:t>et al.</w:t>
      </w:r>
      <w:r w:rsidRPr="002A40BB">
        <w:rPr>
          <w:rFonts w:ascii="Arial" w:hAnsi="Arial" w:cs="Arial"/>
          <w:i/>
          <w:sz w:val="20"/>
          <w:szCs w:val="20"/>
        </w:rPr>
        <w:t xml:space="preserve"> </w:t>
      </w:r>
      <w:r w:rsidRPr="002A40BB">
        <w:rPr>
          <w:rFonts w:ascii="Arial" w:hAnsi="Arial" w:cs="Arial"/>
          <w:sz w:val="20"/>
          <w:szCs w:val="20"/>
        </w:rPr>
        <w:t>2017).</w:t>
      </w:r>
      <w:r w:rsidRPr="002A40BB">
        <w:rPr>
          <w:rFonts w:ascii="Arial" w:hAnsi="Arial" w:cs="Arial"/>
          <w:spacing w:val="-1"/>
          <w:sz w:val="20"/>
          <w:szCs w:val="20"/>
        </w:rPr>
        <w:t xml:space="preserve"> </w:t>
      </w:r>
      <w:r w:rsidRPr="002A40BB">
        <w:rPr>
          <w:rFonts w:ascii="Arial" w:hAnsi="Arial" w:cs="Arial"/>
          <w:sz w:val="20"/>
          <w:szCs w:val="20"/>
        </w:rPr>
        <w:t>The study shows that this strain was able to produce several keratinases with high molecular weights.</w:t>
      </w:r>
    </w:p>
    <w:p w14:paraId="5071B1DD" w14:textId="77777777"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Researchers are isolating microorganisms that can degrade keratin, the main protein in feathers, which could impact waste management in poultry farms and develop environmentally friendly feather disposal solutions.</w:t>
      </w:r>
    </w:p>
    <w:p w14:paraId="7879AC48" w14:textId="20752F1D" w:rsidR="002E450B" w:rsidRPr="002A40BB" w:rsidRDefault="002E450B" w:rsidP="002A40BB">
      <w:pPr>
        <w:pStyle w:val="BodyText"/>
        <w:tabs>
          <w:tab w:val="left" w:pos="360"/>
          <w:tab w:val="left" w:pos="8100"/>
        </w:tabs>
        <w:spacing w:line="360" w:lineRule="auto"/>
        <w:jc w:val="both"/>
        <w:rPr>
          <w:rFonts w:ascii="Arial" w:hAnsi="Arial" w:cs="Arial"/>
          <w:sz w:val="20"/>
          <w:szCs w:val="20"/>
        </w:rPr>
      </w:pPr>
      <w:r w:rsidRPr="002A40BB">
        <w:rPr>
          <w:rFonts w:ascii="Arial" w:hAnsi="Arial" w:cs="Arial"/>
          <w:sz w:val="20"/>
          <w:szCs w:val="20"/>
        </w:rPr>
        <w:t>Characterizing these microorganisms can help determine their enzymatic pathways, optimal growth conditions, and potential applications in industries like bioremediation and biofertilizer production. Understanding the diversity of keratinolytic microorganisms in poultry soil can provide insights into their ecological role and contribution to agricultural ecosystems.</w:t>
      </w:r>
    </w:p>
    <w:p w14:paraId="6ED33C3E" w14:textId="77777777" w:rsidR="002E450B" w:rsidRPr="002A40BB" w:rsidRDefault="002E450B" w:rsidP="002A40BB">
      <w:pPr>
        <w:pStyle w:val="BodyText"/>
        <w:tabs>
          <w:tab w:val="left" w:pos="360"/>
          <w:tab w:val="left" w:pos="8100"/>
        </w:tabs>
        <w:spacing w:line="364" w:lineRule="auto"/>
        <w:jc w:val="both"/>
        <w:rPr>
          <w:rFonts w:ascii="Arial" w:hAnsi="Arial" w:cs="Arial"/>
          <w:sz w:val="20"/>
          <w:szCs w:val="20"/>
        </w:rPr>
      </w:pPr>
      <w:r w:rsidRPr="002A40BB">
        <w:rPr>
          <w:rFonts w:ascii="Arial" w:hAnsi="Arial" w:cs="Arial"/>
          <w:b/>
          <w:color w:val="1F1F1F"/>
          <w:sz w:val="20"/>
          <w:szCs w:val="20"/>
        </w:rPr>
        <w:t xml:space="preserve">Optimizing Enrichment: </w:t>
      </w:r>
      <w:r w:rsidRPr="002A40BB">
        <w:rPr>
          <w:rFonts w:ascii="Arial" w:hAnsi="Arial" w:cs="Arial"/>
          <w:color w:val="1F1F1F"/>
          <w:sz w:val="20"/>
          <w:szCs w:val="20"/>
        </w:rPr>
        <w:t>The success of isolating keratinolytic microbes hinges on creating an environment that favors their growth. Poultry soil likely harbors a diverse microbial community. Additionally, adjusting incubation parameters like temperature and pH could further enhance the enrichment process.</w:t>
      </w:r>
    </w:p>
    <w:p w14:paraId="782ADFF1" w14:textId="77777777" w:rsidR="002E450B" w:rsidRPr="002A40BB" w:rsidRDefault="002E450B" w:rsidP="002A40BB">
      <w:pPr>
        <w:pStyle w:val="BodyText"/>
        <w:tabs>
          <w:tab w:val="left" w:pos="360"/>
          <w:tab w:val="left" w:pos="8100"/>
        </w:tabs>
        <w:spacing w:line="364" w:lineRule="auto"/>
        <w:jc w:val="both"/>
        <w:rPr>
          <w:rFonts w:ascii="Arial" w:hAnsi="Arial" w:cs="Arial"/>
          <w:sz w:val="20"/>
          <w:szCs w:val="20"/>
        </w:rPr>
      </w:pPr>
      <w:r w:rsidRPr="002A40BB">
        <w:rPr>
          <w:rFonts w:ascii="Arial" w:hAnsi="Arial" w:cs="Arial"/>
          <w:b/>
          <w:color w:val="1F1F1F"/>
          <w:sz w:val="20"/>
          <w:szCs w:val="20"/>
        </w:rPr>
        <w:t xml:space="preserve">Identification Nuances: </w:t>
      </w:r>
      <w:r w:rsidRPr="002A40BB">
        <w:rPr>
          <w:rFonts w:ascii="Arial" w:hAnsi="Arial" w:cs="Arial"/>
          <w:color w:val="1F1F1F"/>
          <w:sz w:val="20"/>
          <w:szCs w:val="20"/>
        </w:rPr>
        <w:t>While basic morphological analysis and biochemical tests provide valuable clues, definitive identification through 16S rRNA gene sequencing can offers a more precise picture. However, this technique requires specialized equipment and expertise. We can further identify a representative subset of isolates using sequencing or rely primarily on the combined information from morphological and biochemical tests.</w:t>
      </w:r>
    </w:p>
    <w:p w14:paraId="1FDE0FE6" w14:textId="77777777" w:rsidR="002E450B" w:rsidRDefault="002E450B" w:rsidP="002A40BB">
      <w:pPr>
        <w:pStyle w:val="BodyText"/>
        <w:tabs>
          <w:tab w:val="left" w:pos="360"/>
          <w:tab w:val="left" w:pos="8100"/>
        </w:tabs>
        <w:spacing w:line="364" w:lineRule="auto"/>
        <w:jc w:val="both"/>
        <w:rPr>
          <w:rFonts w:ascii="Arial" w:hAnsi="Arial" w:cs="Arial"/>
          <w:color w:val="1F1F1F"/>
          <w:sz w:val="20"/>
          <w:szCs w:val="20"/>
        </w:rPr>
      </w:pPr>
      <w:r w:rsidRPr="002A40BB">
        <w:rPr>
          <w:rFonts w:ascii="Arial" w:hAnsi="Arial" w:cs="Arial"/>
          <w:color w:val="1F1F1F"/>
          <w:sz w:val="20"/>
          <w:szCs w:val="20"/>
        </w:rPr>
        <w:t>By carefully considering these details, we can design a comprehensive procedure that effectively isolates, identifies, and characterizes feather-degrading microbes from poultry soil, providing valuable insights into their potential for feather waste management and enzyme applications.</w:t>
      </w:r>
    </w:p>
    <w:p w14:paraId="0B92C70C" w14:textId="77777777" w:rsidR="002A40BB" w:rsidRPr="002A40BB" w:rsidRDefault="002A40BB" w:rsidP="002A40BB">
      <w:pPr>
        <w:pStyle w:val="BodyText"/>
        <w:tabs>
          <w:tab w:val="left" w:pos="360"/>
          <w:tab w:val="left" w:pos="8100"/>
        </w:tabs>
        <w:spacing w:line="364" w:lineRule="auto"/>
        <w:jc w:val="both"/>
        <w:rPr>
          <w:rFonts w:ascii="Arial" w:hAnsi="Arial" w:cs="Arial"/>
          <w:sz w:val="20"/>
          <w:szCs w:val="20"/>
        </w:rPr>
      </w:pPr>
    </w:p>
    <w:p w14:paraId="79B279AA" w14:textId="77777777" w:rsidR="00AF7964" w:rsidRDefault="00AF7964">
      <w:pPr>
        <w:rPr>
          <w:rFonts w:ascii="Arial" w:eastAsiaTheme="majorEastAsia" w:hAnsi="Arial" w:cs="Arial"/>
          <w:b/>
          <w:bCs/>
          <w:caps/>
          <w:color w:val="000000" w:themeColor="text1"/>
          <w:spacing w:val="-2"/>
        </w:rPr>
      </w:pPr>
      <w:r>
        <w:rPr>
          <w:rFonts w:ascii="Arial" w:hAnsi="Arial" w:cs="Arial"/>
          <w:caps/>
          <w:smallCaps/>
          <w:spacing w:val="-2"/>
        </w:rPr>
        <w:br w:type="page"/>
      </w:r>
    </w:p>
    <w:p w14:paraId="228C6FC1" w14:textId="0C7EDB5F" w:rsidR="002E450B" w:rsidRPr="00584328" w:rsidRDefault="002E450B" w:rsidP="00584328">
      <w:pPr>
        <w:pStyle w:val="Heading1"/>
        <w:tabs>
          <w:tab w:val="left" w:pos="360"/>
          <w:tab w:val="left" w:pos="8100"/>
        </w:tabs>
        <w:spacing w:before="0" w:after="240"/>
        <w:ind w:left="0" w:firstLine="0"/>
        <w:rPr>
          <w:rFonts w:ascii="Arial" w:hAnsi="Arial" w:cs="Arial"/>
          <w:caps/>
          <w:smallCaps w:val="0"/>
          <w:sz w:val="22"/>
          <w:szCs w:val="22"/>
        </w:rPr>
      </w:pPr>
      <w:r w:rsidRPr="00584328">
        <w:rPr>
          <w:rFonts w:ascii="Arial" w:hAnsi="Arial" w:cs="Arial"/>
          <w:caps/>
          <w:smallCaps w:val="0"/>
          <w:spacing w:val="-2"/>
          <w:sz w:val="22"/>
          <w:szCs w:val="22"/>
        </w:rPr>
        <w:lastRenderedPageBreak/>
        <w:t>Conclusion</w:t>
      </w:r>
    </w:p>
    <w:p w14:paraId="47B609A5" w14:textId="77777777" w:rsidR="002E450B" w:rsidRPr="002A40BB" w:rsidRDefault="002E450B" w:rsidP="00584328">
      <w:pPr>
        <w:pStyle w:val="BodyText"/>
        <w:tabs>
          <w:tab w:val="left" w:pos="360"/>
          <w:tab w:val="left" w:pos="8100"/>
        </w:tabs>
        <w:spacing w:after="240" w:line="364" w:lineRule="auto"/>
        <w:jc w:val="both"/>
        <w:rPr>
          <w:rFonts w:ascii="Arial" w:hAnsi="Arial" w:cs="Arial"/>
          <w:sz w:val="20"/>
          <w:szCs w:val="20"/>
        </w:rPr>
      </w:pPr>
      <w:r w:rsidRPr="002A40BB">
        <w:rPr>
          <w:rFonts w:ascii="Arial" w:hAnsi="Arial" w:cs="Arial"/>
          <w:color w:val="1F1F1F"/>
          <w:sz w:val="20"/>
          <w:szCs w:val="20"/>
        </w:rPr>
        <w:t>Isolating and characterizing feather-degrading microbes from poultry soil holds significant promise</w:t>
      </w:r>
      <w:r w:rsidRPr="002A40BB">
        <w:rPr>
          <w:rFonts w:ascii="Arial" w:hAnsi="Arial" w:cs="Arial"/>
          <w:color w:val="1F1F1F"/>
          <w:spacing w:val="-9"/>
          <w:sz w:val="20"/>
          <w:szCs w:val="20"/>
        </w:rPr>
        <w:t xml:space="preserve"> </w:t>
      </w:r>
      <w:r w:rsidRPr="002A40BB">
        <w:rPr>
          <w:rFonts w:ascii="Arial" w:hAnsi="Arial" w:cs="Arial"/>
          <w:color w:val="1F1F1F"/>
          <w:sz w:val="20"/>
          <w:szCs w:val="20"/>
        </w:rPr>
        <w:t>for</w:t>
      </w:r>
      <w:r w:rsidRPr="002A40BB">
        <w:rPr>
          <w:rFonts w:ascii="Arial" w:hAnsi="Arial" w:cs="Arial"/>
          <w:color w:val="1F1F1F"/>
          <w:spacing w:val="-10"/>
          <w:sz w:val="20"/>
          <w:szCs w:val="20"/>
        </w:rPr>
        <w:t xml:space="preserve"> </w:t>
      </w:r>
      <w:r w:rsidRPr="002A40BB">
        <w:rPr>
          <w:rFonts w:ascii="Arial" w:hAnsi="Arial" w:cs="Arial"/>
          <w:color w:val="1F1F1F"/>
          <w:sz w:val="20"/>
          <w:szCs w:val="20"/>
        </w:rPr>
        <w:t>both</w:t>
      </w:r>
      <w:r w:rsidRPr="002A40BB">
        <w:rPr>
          <w:rFonts w:ascii="Arial" w:hAnsi="Arial" w:cs="Arial"/>
          <w:color w:val="1F1F1F"/>
          <w:spacing w:val="-8"/>
          <w:sz w:val="20"/>
          <w:szCs w:val="20"/>
        </w:rPr>
        <w:t xml:space="preserve"> </w:t>
      </w:r>
      <w:r w:rsidRPr="002A40BB">
        <w:rPr>
          <w:rFonts w:ascii="Arial" w:hAnsi="Arial" w:cs="Arial"/>
          <w:color w:val="1F1F1F"/>
          <w:sz w:val="20"/>
          <w:szCs w:val="20"/>
        </w:rPr>
        <w:t>environmental</w:t>
      </w:r>
      <w:r w:rsidRPr="002A40BB">
        <w:rPr>
          <w:rFonts w:ascii="Arial" w:hAnsi="Arial" w:cs="Arial"/>
          <w:color w:val="1F1F1F"/>
          <w:spacing w:val="-8"/>
          <w:sz w:val="20"/>
          <w:szCs w:val="20"/>
        </w:rPr>
        <w:t xml:space="preserve"> </w:t>
      </w:r>
      <w:r w:rsidRPr="002A40BB">
        <w:rPr>
          <w:rFonts w:ascii="Arial" w:hAnsi="Arial" w:cs="Arial"/>
          <w:color w:val="1F1F1F"/>
          <w:sz w:val="20"/>
          <w:szCs w:val="20"/>
        </w:rPr>
        <w:t>and</w:t>
      </w:r>
      <w:r w:rsidRPr="002A40BB">
        <w:rPr>
          <w:rFonts w:ascii="Arial" w:hAnsi="Arial" w:cs="Arial"/>
          <w:color w:val="1F1F1F"/>
          <w:spacing w:val="-8"/>
          <w:sz w:val="20"/>
          <w:szCs w:val="20"/>
        </w:rPr>
        <w:t xml:space="preserve"> </w:t>
      </w:r>
      <w:r w:rsidRPr="002A40BB">
        <w:rPr>
          <w:rFonts w:ascii="Arial" w:hAnsi="Arial" w:cs="Arial"/>
          <w:color w:val="1F1F1F"/>
          <w:sz w:val="20"/>
          <w:szCs w:val="20"/>
        </w:rPr>
        <w:t>industrial</w:t>
      </w:r>
      <w:r w:rsidRPr="002A40BB">
        <w:rPr>
          <w:rFonts w:ascii="Arial" w:hAnsi="Arial" w:cs="Arial"/>
          <w:color w:val="1F1F1F"/>
          <w:spacing w:val="-8"/>
          <w:sz w:val="20"/>
          <w:szCs w:val="20"/>
        </w:rPr>
        <w:t xml:space="preserve"> </w:t>
      </w:r>
      <w:r w:rsidRPr="002A40BB">
        <w:rPr>
          <w:rFonts w:ascii="Arial" w:hAnsi="Arial" w:cs="Arial"/>
          <w:color w:val="1F1F1F"/>
          <w:sz w:val="20"/>
          <w:szCs w:val="20"/>
        </w:rPr>
        <w:t>applications.</w:t>
      </w:r>
      <w:r w:rsidRPr="002A40BB">
        <w:rPr>
          <w:rFonts w:ascii="Arial" w:hAnsi="Arial" w:cs="Arial"/>
          <w:color w:val="1F1F1F"/>
          <w:spacing w:val="-8"/>
          <w:sz w:val="20"/>
          <w:szCs w:val="20"/>
        </w:rPr>
        <w:t xml:space="preserve"> </w:t>
      </w:r>
      <w:r w:rsidRPr="002A40BB">
        <w:rPr>
          <w:rFonts w:ascii="Arial" w:hAnsi="Arial" w:cs="Arial"/>
          <w:color w:val="1F1F1F"/>
          <w:sz w:val="20"/>
          <w:szCs w:val="20"/>
        </w:rPr>
        <w:t>By</w:t>
      </w:r>
      <w:r w:rsidRPr="002A40BB">
        <w:rPr>
          <w:rFonts w:ascii="Arial" w:hAnsi="Arial" w:cs="Arial"/>
          <w:color w:val="1F1F1F"/>
          <w:spacing w:val="-8"/>
          <w:sz w:val="20"/>
          <w:szCs w:val="20"/>
        </w:rPr>
        <w:t xml:space="preserve"> </w:t>
      </w:r>
      <w:r w:rsidRPr="002A40BB">
        <w:rPr>
          <w:rFonts w:ascii="Arial" w:hAnsi="Arial" w:cs="Arial"/>
          <w:color w:val="1F1F1F"/>
          <w:sz w:val="20"/>
          <w:szCs w:val="20"/>
        </w:rPr>
        <w:t>enriching</w:t>
      </w:r>
      <w:r w:rsidRPr="002A40BB">
        <w:rPr>
          <w:rFonts w:ascii="Arial" w:hAnsi="Arial" w:cs="Arial"/>
          <w:color w:val="1F1F1F"/>
          <w:spacing w:val="-8"/>
          <w:sz w:val="20"/>
          <w:szCs w:val="20"/>
        </w:rPr>
        <w:t xml:space="preserve"> </w:t>
      </w:r>
      <w:r w:rsidRPr="002A40BB">
        <w:rPr>
          <w:rFonts w:ascii="Arial" w:hAnsi="Arial" w:cs="Arial"/>
          <w:color w:val="1F1F1F"/>
          <w:sz w:val="20"/>
          <w:szCs w:val="20"/>
        </w:rPr>
        <w:t>for</w:t>
      </w:r>
      <w:r w:rsidRPr="002A40BB">
        <w:rPr>
          <w:rFonts w:ascii="Arial" w:hAnsi="Arial" w:cs="Arial"/>
          <w:color w:val="1F1F1F"/>
          <w:spacing w:val="-9"/>
          <w:sz w:val="20"/>
          <w:szCs w:val="20"/>
        </w:rPr>
        <w:t xml:space="preserve"> </w:t>
      </w:r>
      <w:r w:rsidRPr="002A40BB">
        <w:rPr>
          <w:rFonts w:ascii="Arial" w:hAnsi="Arial" w:cs="Arial"/>
          <w:color w:val="1F1F1F"/>
          <w:sz w:val="20"/>
          <w:szCs w:val="20"/>
        </w:rPr>
        <w:t>these</w:t>
      </w:r>
      <w:r w:rsidRPr="002A40BB">
        <w:rPr>
          <w:rFonts w:ascii="Arial" w:hAnsi="Arial" w:cs="Arial"/>
          <w:color w:val="1F1F1F"/>
          <w:spacing w:val="-9"/>
          <w:sz w:val="20"/>
          <w:szCs w:val="20"/>
        </w:rPr>
        <w:t xml:space="preserve"> </w:t>
      </w:r>
      <w:r w:rsidRPr="002A40BB">
        <w:rPr>
          <w:rFonts w:ascii="Arial" w:hAnsi="Arial" w:cs="Arial"/>
          <w:color w:val="1F1F1F"/>
          <w:sz w:val="20"/>
          <w:szCs w:val="20"/>
        </w:rPr>
        <w:t>microbes</w:t>
      </w:r>
      <w:r w:rsidRPr="002A40BB">
        <w:rPr>
          <w:rFonts w:ascii="Arial" w:hAnsi="Arial" w:cs="Arial"/>
          <w:color w:val="1F1F1F"/>
          <w:spacing w:val="-8"/>
          <w:sz w:val="20"/>
          <w:szCs w:val="20"/>
        </w:rPr>
        <w:t xml:space="preserve"> </w:t>
      </w:r>
      <w:r w:rsidRPr="002A40BB">
        <w:rPr>
          <w:rFonts w:ascii="Arial" w:hAnsi="Arial" w:cs="Arial"/>
          <w:color w:val="1F1F1F"/>
          <w:sz w:val="20"/>
          <w:szCs w:val="20"/>
        </w:rPr>
        <w:t>using selective media and keratin-based substrates, researchers can unlock a treasure trove of potential solutions. Identifying these "feather fighters" through a combination of morphological, biochemical unveils their unique capabilities. Evaluating their feather degradation potential through well-designed assays sheds light on their effectiveness in breaking down this abundant agricultural waste product. Ultimately, this project has the potential to contribute to the development</w:t>
      </w:r>
      <w:r w:rsidRPr="002A40BB">
        <w:rPr>
          <w:rFonts w:ascii="Arial" w:hAnsi="Arial" w:cs="Arial"/>
          <w:color w:val="1F1F1F"/>
          <w:spacing w:val="-2"/>
          <w:sz w:val="20"/>
          <w:szCs w:val="20"/>
        </w:rPr>
        <w:t xml:space="preserve"> </w:t>
      </w:r>
      <w:r w:rsidRPr="002A40BB">
        <w:rPr>
          <w:rFonts w:ascii="Arial" w:hAnsi="Arial" w:cs="Arial"/>
          <w:color w:val="1F1F1F"/>
          <w:sz w:val="20"/>
          <w:szCs w:val="20"/>
        </w:rPr>
        <w:t>of</w:t>
      </w:r>
      <w:r w:rsidRPr="002A40BB">
        <w:rPr>
          <w:rFonts w:ascii="Arial" w:hAnsi="Arial" w:cs="Arial"/>
          <w:color w:val="1F1F1F"/>
          <w:spacing w:val="-3"/>
          <w:sz w:val="20"/>
          <w:szCs w:val="20"/>
        </w:rPr>
        <w:t xml:space="preserve"> </w:t>
      </w:r>
      <w:r w:rsidRPr="002A40BB">
        <w:rPr>
          <w:rFonts w:ascii="Arial" w:hAnsi="Arial" w:cs="Arial"/>
          <w:color w:val="1F1F1F"/>
          <w:sz w:val="20"/>
          <w:szCs w:val="20"/>
        </w:rPr>
        <w:t>sustainable</w:t>
      </w:r>
      <w:r w:rsidRPr="002A40BB">
        <w:rPr>
          <w:rFonts w:ascii="Arial" w:hAnsi="Arial" w:cs="Arial"/>
          <w:color w:val="1F1F1F"/>
          <w:spacing w:val="-3"/>
          <w:sz w:val="20"/>
          <w:szCs w:val="20"/>
        </w:rPr>
        <w:t xml:space="preserve"> </w:t>
      </w:r>
      <w:r w:rsidRPr="002A40BB">
        <w:rPr>
          <w:rFonts w:ascii="Arial" w:hAnsi="Arial" w:cs="Arial"/>
          <w:color w:val="1F1F1F"/>
          <w:sz w:val="20"/>
          <w:szCs w:val="20"/>
        </w:rPr>
        <w:t>feather</w:t>
      </w:r>
      <w:r w:rsidRPr="002A40BB">
        <w:rPr>
          <w:rFonts w:ascii="Arial" w:hAnsi="Arial" w:cs="Arial"/>
          <w:color w:val="1F1F1F"/>
          <w:spacing w:val="-4"/>
          <w:sz w:val="20"/>
          <w:szCs w:val="20"/>
        </w:rPr>
        <w:t xml:space="preserve"> </w:t>
      </w:r>
      <w:r w:rsidRPr="002A40BB">
        <w:rPr>
          <w:rFonts w:ascii="Arial" w:hAnsi="Arial" w:cs="Arial"/>
          <w:color w:val="1F1F1F"/>
          <w:sz w:val="20"/>
          <w:szCs w:val="20"/>
        </w:rPr>
        <w:t>waste</w:t>
      </w:r>
      <w:r w:rsidRPr="002A40BB">
        <w:rPr>
          <w:rFonts w:ascii="Arial" w:hAnsi="Arial" w:cs="Arial"/>
          <w:color w:val="1F1F1F"/>
          <w:spacing w:val="-3"/>
          <w:sz w:val="20"/>
          <w:szCs w:val="20"/>
        </w:rPr>
        <w:t xml:space="preserve"> </w:t>
      </w:r>
      <w:r w:rsidRPr="002A40BB">
        <w:rPr>
          <w:rFonts w:ascii="Arial" w:hAnsi="Arial" w:cs="Arial"/>
          <w:color w:val="1F1F1F"/>
          <w:sz w:val="20"/>
          <w:szCs w:val="20"/>
        </w:rPr>
        <w:t>management</w:t>
      </w:r>
      <w:r w:rsidRPr="002A40BB">
        <w:rPr>
          <w:rFonts w:ascii="Arial" w:hAnsi="Arial" w:cs="Arial"/>
          <w:color w:val="1F1F1F"/>
          <w:spacing w:val="-2"/>
          <w:sz w:val="20"/>
          <w:szCs w:val="20"/>
        </w:rPr>
        <w:t xml:space="preserve"> </w:t>
      </w:r>
      <w:r w:rsidRPr="002A40BB">
        <w:rPr>
          <w:rFonts w:ascii="Arial" w:hAnsi="Arial" w:cs="Arial"/>
          <w:color w:val="1F1F1F"/>
          <w:sz w:val="20"/>
          <w:szCs w:val="20"/>
        </w:rPr>
        <w:t>strategies</w:t>
      </w:r>
      <w:r w:rsidRPr="002A40BB">
        <w:rPr>
          <w:rFonts w:ascii="Arial" w:hAnsi="Arial" w:cs="Arial"/>
          <w:color w:val="1F1F1F"/>
          <w:spacing w:val="-2"/>
          <w:sz w:val="20"/>
          <w:szCs w:val="20"/>
        </w:rPr>
        <w:t xml:space="preserve"> </w:t>
      </w:r>
      <w:r w:rsidRPr="002A40BB">
        <w:rPr>
          <w:rFonts w:ascii="Arial" w:hAnsi="Arial" w:cs="Arial"/>
          <w:color w:val="1F1F1F"/>
          <w:sz w:val="20"/>
          <w:szCs w:val="20"/>
        </w:rPr>
        <w:t>while</w:t>
      </w:r>
      <w:r w:rsidRPr="002A40BB">
        <w:rPr>
          <w:rFonts w:ascii="Arial" w:hAnsi="Arial" w:cs="Arial"/>
          <w:color w:val="1F1F1F"/>
          <w:spacing w:val="-3"/>
          <w:sz w:val="20"/>
          <w:szCs w:val="20"/>
        </w:rPr>
        <w:t xml:space="preserve"> </w:t>
      </w:r>
      <w:r w:rsidRPr="002A40BB">
        <w:rPr>
          <w:rFonts w:ascii="Arial" w:hAnsi="Arial" w:cs="Arial"/>
          <w:color w:val="1F1F1F"/>
          <w:sz w:val="20"/>
          <w:szCs w:val="20"/>
        </w:rPr>
        <w:t>exploring</w:t>
      </w:r>
      <w:r w:rsidRPr="002A40BB">
        <w:rPr>
          <w:rFonts w:ascii="Arial" w:hAnsi="Arial" w:cs="Arial"/>
          <w:color w:val="1F1F1F"/>
          <w:spacing w:val="-2"/>
          <w:sz w:val="20"/>
          <w:szCs w:val="20"/>
        </w:rPr>
        <w:t xml:space="preserve"> </w:t>
      </w:r>
      <w:r w:rsidRPr="002A40BB">
        <w:rPr>
          <w:rFonts w:ascii="Arial" w:hAnsi="Arial" w:cs="Arial"/>
          <w:color w:val="1F1F1F"/>
          <w:sz w:val="20"/>
          <w:szCs w:val="20"/>
        </w:rPr>
        <w:t>the</w:t>
      </w:r>
      <w:r w:rsidRPr="002A40BB">
        <w:rPr>
          <w:rFonts w:ascii="Arial" w:hAnsi="Arial" w:cs="Arial"/>
          <w:color w:val="1F1F1F"/>
          <w:spacing w:val="-3"/>
          <w:sz w:val="20"/>
          <w:szCs w:val="20"/>
        </w:rPr>
        <w:t xml:space="preserve"> </w:t>
      </w:r>
      <w:r w:rsidRPr="002A40BB">
        <w:rPr>
          <w:rFonts w:ascii="Arial" w:hAnsi="Arial" w:cs="Arial"/>
          <w:color w:val="1F1F1F"/>
          <w:sz w:val="20"/>
          <w:szCs w:val="20"/>
        </w:rPr>
        <w:t>possibilities of utilizing keratinolytic enzymes from these microbes in various industries. The knowledge gained from this endeavor can not only benefit the poultry industry but also contribute to our understanding of microbial diversity and their role in degrading natural materials.</w:t>
      </w:r>
    </w:p>
    <w:p w14:paraId="2D9CE479" w14:textId="77777777" w:rsidR="002E450B" w:rsidRPr="002A40BB" w:rsidRDefault="002E450B" w:rsidP="00584328">
      <w:pPr>
        <w:pStyle w:val="BodyText"/>
        <w:tabs>
          <w:tab w:val="left" w:pos="360"/>
          <w:tab w:val="left" w:pos="8100"/>
        </w:tabs>
        <w:spacing w:after="240" w:line="364" w:lineRule="auto"/>
        <w:jc w:val="both"/>
        <w:rPr>
          <w:rFonts w:ascii="Arial" w:hAnsi="Arial" w:cs="Arial"/>
          <w:sz w:val="20"/>
          <w:szCs w:val="20"/>
        </w:rPr>
      </w:pPr>
      <w:r w:rsidRPr="002A40BB">
        <w:rPr>
          <w:rFonts w:ascii="Arial" w:hAnsi="Arial" w:cs="Arial"/>
          <w:color w:val="1F1F1F"/>
          <w:sz w:val="20"/>
          <w:szCs w:val="20"/>
        </w:rPr>
        <w:t>The</w:t>
      </w:r>
      <w:r w:rsidRPr="002A40BB">
        <w:rPr>
          <w:rFonts w:ascii="Arial" w:hAnsi="Arial" w:cs="Arial"/>
          <w:color w:val="1F1F1F"/>
          <w:spacing w:val="-15"/>
          <w:sz w:val="20"/>
          <w:szCs w:val="20"/>
        </w:rPr>
        <w:t xml:space="preserve"> </w:t>
      </w:r>
      <w:r w:rsidRPr="002A40BB">
        <w:rPr>
          <w:rFonts w:ascii="Arial" w:hAnsi="Arial" w:cs="Arial"/>
          <w:color w:val="1F1F1F"/>
          <w:sz w:val="20"/>
          <w:szCs w:val="20"/>
        </w:rPr>
        <w:t>keratinase</w:t>
      </w:r>
      <w:r w:rsidRPr="002A40BB">
        <w:rPr>
          <w:rFonts w:ascii="Arial" w:hAnsi="Arial" w:cs="Arial"/>
          <w:color w:val="1F1F1F"/>
          <w:spacing w:val="-14"/>
          <w:sz w:val="20"/>
          <w:szCs w:val="20"/>
        </w:rPr>
        <w:t xml:space="preserve"> </w:t>
      </w:r>
      <w:r w:rsidRPr="002A40BB">
        <w:rPr>
          <w:rFonts w:ascii="Arial" w:hAnsi="Arial" w:cs="Arial"/>
          <w:color w:val="1F1F1F"/>
          <w:sz w:val="20"/>
          <w:szCs w:val="20"/>
        </w:rPr>
        <w:t>assay</w:t>
      </w:r>
      <w:r w:rsidRPr="002A40BB">
        <w:rPr>
          <w:rFonts w:ascii="Arial" w:hAnsi="Arial" w:cs="Arial"/>
          <w:color w:val="1F1F1F"/>
          <w:spacing w:val="-14"/>
          <w:sz w:val="20"/>
          <w:szCs w:val="20"/>
        </w:rPr>
        <w:t xml:space="preserve"> </w:t>
      </w:r>
      <w:r w:rsidRPr="002A40BB">
        <w:rPr>
          <w:rFonts w:ascii="Arial" w:hAnsi="Arial" w:cs="Arial"/>
          <w:color w:val="1F1F1F"/>
          <w:sz w:val="20"/>
          <w:szCs w:val="20"/>
        </w:rPr>
        <w:t>is</w:t>
      </w:r>
      <w:r w:rsidRPr="002A40BB">
        <w:rPr>
          <w:rFonts w:ascii="Arial" w:hAnsi="Arial" w:cs="Arial"/>
          <w:color w:val="1F1F1F"/>
          <w:spacing w:val="-14"/>
          <w:sz w:val="20"/>
          <w:szCs w:val="20"/>
        </w:rPr>
        <w:t xml:space="preserve"> </w:t>
      </w:r>
      <w:r w:rsidRPr="002A40BB">
        <w:rPr>
          <w:rFonts w:ascii="Arial" w:hAnsi="Arial" w:cs="Arial"/>
          <w:color w:val="1F1F1F"/>
          <w:sz w:val="20"/>
          <w:szCs w:val="20"/>
        </w:rPr>
        <w:t>a</w:t>
      </w:r>
      <w:r w:rsidRPr="002A40BB">
        <w:rPr>
          <w:rFonts w:ascii="Arial" w:hAnsi="Arial" w:cs="Arial"/>
          <w:color w:val="1F1F1F"/>
          <w:spacing w:val="-14"/>
          <w:sz w:val="20"/>
          <w:szCs w:val="20"/>
        </w:rPr>
        <w:t xml:space="preserve"> </w:t>
      </w:r>
      <w:r w:rsidRPr="002A40BB">
        <w:rPr>
          <w:rFonts w:ascii="Arial" w:hAnsi="Arial" w:cs="Arial"/>
          <w:color w:val="1F1F1F"/>
          <w:sz w:val="20"/>
          <w:szCs w:val="20"/>
        </w:rPr>
        <w:t>crucial</w:t>
      </w:r>
      <w:r w:rsidRPr="002A40BB">
        <w:rPr>
          <w:rFonts w:ascii="Arial" w:hAnsi="Arial" w:cs="Arial"/>
          <w:color w:val="1F1F1F"/>
          <w:spacing w:val="-14"/>
          <w:sz w:val="20"/>
          <w:szCs w:val="20"/>
        </w:rPr>
        <w:t xml:space="preserve"> </w:t>
      </w:r>
      <w:r w:rsidRPr="002A40BB">
        <w:rPr>
          <w:rFonts w:ascii="Arial" w:hAnsi="Arial" w:cs="Arial"/>
          <w:color w:val="1F1F1F"/>
          <w:sz w:val="20"/>
          <w:szCs w:val="20"/>
        </w:rPr>
        <w:t>tool</w:t>
      </w:r>
      <w:r w:rsidRPr="002A40BB">
        <w:rPr>
          <w:rFonts w:ascii="Arial" w:hAnsi="Arial" w:cs="Arial"/>
          <w:color w:val="1F1F1F"/>
          <w:spacing w:val="-12"/>
          <w:sz w:val="20"/>
          <w:szCs w:val="20"/>
        </w:rPr>
        <w:t xml:space="preserve"> </w:t>
      </w:r>
      <w:r w:rsidRPr="002A40BB">
        <w:rPr>
          <w:rFonts w:ascii="Arial" w:hAnsi="Arial" w:cs="Arial"/>
          <w:color w:val="1F1F1F"/>
          <w:sz w:val="20"/>
          <w:szCs w:val="20"/>
        </w:rPr>
        <w:t>for</w:t>
      </w:r>
      <w:r w:rsidRPr="002A40BB">
        <w:rPr>
          <w:rFonts w:ascii="Arial" w:hAnsi="Arial" w:cs="Arial"/>
          <w:color w:val="1F1F1F"/>
          <w:spacing w:val="-14"/>
          <w:sz w:val="20"/>
          <w:szCs w:val="20"/>
        </w:rPr>
        <w:t xml:space="preserve"> </w:t>
      </w:r>
      <w:r w:rsidRPr="002A40BB">
        <w:rPr>
          <w:rFonts w:ascii="Arial" w:hAnsi="Arial" w:cs="Arial"/>
          <w:color w:val="1F1F1F"/>
          <w:sz w:val="20"/>
          <w:szCs w:val="20"/>
        </w:rPr>
        <w:t>characterizing</w:t>
      </w:r>
      <w:r w:rsidRPr="002A40BB">
        <w:rPr>
          <w:rFonts w:ascii="Arial" w:hAnsi="Arial" w:cs="Arial"/>
          <w:color w:val="1F1F1F"/>
          <w:spacing w:val="-14"/>
          <w:sz w:val="20"/>
          <w:szCs w:val="20"/>
        </w:rPr>
        <w:t xml:space="preserve"> </w:t>
      </w:r>
      <w:r w:rsidRPr="002A40BB">
        <w:rPr>
          <w:rFonts w:ascii="Arial" w:hAnsi="Arial" w:cs="Arial"/>
          <w:color w:val="1F1F1F"/>
          <w:sz w:val="20"/>
          <w:szCs w:val="20"/>
        </w:rPr>
        <w:t>the</w:t>
      </w:r>
      <w:r w:rsidRPr="002A40BB">
        <w:rPr>
          <w:rFonts w:ascii="Arial" w:hAnsi="Arial" w:cs="Arial"/>
          <w:color w:val="1F1F1F"/>
          <w:spacing w:val="-15"/>
          <w:sz w:val="20"/>
          <w:szCs w:val="20"/>
        </w:rPr>
        <w:t xml:space="preserve"> </w:t>
      </w:r>
      <w:r w:rsidRPr="002A40BB">
        <w:rPr>
          <w:rFonts w:ascii="Arial" w:hAnsi="Arial" w:cs="Arial"/>
          <w:color w:val="1F1F1F"/>
          <w:sz w:val="20"/>
          <w:szCs w:val="20"/>
        </w:rPr>
        <w:t>feather</w:t>
      </w:r>
      <w:r w:rsidRPr="002A40BB">
        <w:rPr>
          <w:rFonts w:ascii="Arial" w:hAnsi="Arial" w:cs="Arial"/>
          <w:color w:val="1F1F1F"/>
          <w:spacing w:val="-15"/>
          <w:sz w:val="20"/>
          <w:szCs w:val="20"/>
        </w:rPr>
        <w:t xml:space="preserve"> </w:t>
      </w:r>
      <w:r w:rsidRPr="002A40BB">
        <w:rPr>
          <w:rFonts w:ascii="Arial" w:hAnsi="Arial" w:cs="Arial"/>
          <w:color w:val="1F1F1F"/>
          <w:sz w:val="20"/>
          <w:szCs w:val="20"/>
        </w:rPr>
        <w:t>degradation</w:t>
      </w:r>
      <w:r w:rsidRPr="002A40BB">
        <w:rPr>
          <w:rFonts w:ascii="Arial" w:hAnsi="Arial" w:cs="Arial"/>
          <w:color w:val="1F1F1F"/>
          <w:spacing w:val="-14"/>
          <w:sz w:val="20"/>
          <w:szCs w:val="20"/>
        </w:rPr>
        <w:t xml:space="preserve"> </w:t>
      </w:r>
      <w:r w:rsidRPr="002A40BB">
        <w:rPr>
          <w:rFonts w:ascii="Arial" w:hAnsi="Arial" w:cs="Arial"/>
          <w:color w:val="1F1F1F"/>
          <w:sz w:val="20"/>
          <w:szCs w:val="20"/>
        </w:rPr>
        <w:t>potential</w:t>
      </w:r>
      <w:r w:rsidRPr="002A40BB">
        <w:rPr>
          <w:rFonts w:ascii="Arial" w:hAnsi="Arial" w:cs="Arial"/>
          <w:color w:val="1F1F1F"/>
          <w:spacing w:val="-14"/>
          <w:sz w:val="20"/>
          <w:szCs w:val="20"/>
        </w:rPr>
        <w:t xml:space="preserve"> </w:t>
      </w:r>
      <w:r w:rsidRPr="002A40BB">
        <w:rPr>
          <w:rFonts w:ascii="Arial" w:hAnsi="Arial" w:cs="Arial"/>
          <w:color w:val="1F1F1F"/>
          <w:sz w:val="20"/>
          <w:szCs w:val="20"/>
        </w:rPr>
        <w:t>of</w:t>
      </w:r>
      <w:r w:rsidRPr="002A40BB">
        <w:rPr>
          <w:rFonts w:ascii="Arial" w:hAnsi="Arial" w:cs="Arial"/>
          <w:color w:val="1F1F1F"/>
          <w:spacing w:val="-15"/>
          <w:sz w:val="20"/>
          <w:szCs w:val="20"/>
        </w:rPr>
        <w:t xml:space="preserve"> </w:t>
      </w:r>
      <w:r w:rsidRPr="002A40BB">
        <w:rPr>
          <w:rFonts w:ascii="Arial" w:hAnsi="Arial" w:cs="Arial"/>
          <w:color w:val="1F1F1F"/>
          <w:sz w:val="20"/>
          <w:szCs w:val="20"/>
        </w:rPr>
        <w:t>isolated microbes from poultry soil. The keratinase assay plays a central role in this project, acting as a window into the feather-degrading abilities of isolated microbes. By measuring the activity of keratinase enzymes produced by these microbes, researchers can assess their effectiveness in breaking down keratin.</w:t>
      </w:r>
    </w:p>
    <w:p w14:paraId="76F5B99D" w14:textId="77777777" w:rsidR="002E450B" w:rsidRPr="002A40BB" w:rsidRDefault="002E450B" w:rsidP="00584328">
      <w:pPr>
        <w:pStyle w:val="BodyText"/>
        <w:tabs>
          <w:tab w:val="left" w:pos="360"/>
          <w:tab w:val="left" w:pos="8100"/>
        </w:tabs>
        <w:spacing w:after="240" w:line="364" w:lineRule="auto"/>
        <w:jc w:val="both"/>
        <w:rPr>
          <w:rFonts w:ascii="Arial" w:hAnsi="Arial" w:cs="Arial"/>
          <w:sz w:val="20"/>
          <w:szCs w:val="20"/>
        </w:rPr>
      </w:pPr>
      <w:r w:rsidRPr="002A40BB">
        <w:rPr>
          <w:rFonts w:ascii="Arial" w:hAnsi="Arial" w:cs="Arial"/>
          <w:color w:val="1F1F1F"/>
          <w:sz w:val="20"/>
          <w:szCs w:val="20"/>
        </w:rPr>
        <w:t>In conclusion, the keratinase assay serves as a vital link between microbial isolation and their practical application in feather degradation. By providing a quantitative measure of enzyme activity,</w:t>
      </w:r>
      <w:r w:rsidRPr="002A40BB">
        <w:rPr>
          <w:rFonts w:ascii="Arial" w:hAnsi="Arial" w:cs="Arial"/>
          <w:color w:val="1F1F1F"/>
          <w:spacing w:val="-3"/>
          <w:sz w:val="20"/>
          <w:szCs w:val="20"/>
        </w:rPr>
        <w:t xml:space="preserve"> </w:t>
      </w:r>
      <w:r w:rsidRPr="002A40BB">
        <w:rPr>
          <w:rFonts w:ascii="Arial" w:hAnsi="Arial" w:cs="Arial"/>
          <w:color w:val="1F1F1F"/>
          <w:sz w:val="20"/>
          <w:szCs w:val="20"/>
        </w:rPr>
        <w:t>this</w:t>
      </w:r>
      <w:r w:rsidRPr="002A40BB">
        <w:rPr>
          <w:rFonts w:ascii="Arial" w:hAnsi="Arial" w:cs="Arial"/>
          <w:color w:val="1F1F1F"/>
          <w:spacing w:val="-3"/>
          <w:sz w:val="20"/>
          <w:szCs w:val="20"/>
        </w:rPr>
        <w:t xml:space="preserve"> </w:t>
      </w:r>
      <w:r w:rsidRPr="002A40BB">
        <w:rPr>
          <w:rFonts w:ascii="Arial" w:hAnsi="Arial" w:cs="Arial"/>
          <w:color w:val="1F1F1F"/>
          <w:sz w:val="20"/>
          <w:szCs w:val="20"/>
        </w:rPr>
        <w:t>assay</w:t>
      </w:r>
      <w:r w:rsidRPr="002A40BB">
        <w:rPr>
          <w:rFonts w:ascii="Arial" w:hAnsi="Arial" w:cs="Arial"/>
          <w:color w:val="1F1F1F"/>
          <w:spacing w:val="-2"/>
          <w:sz w:val="20"/>
          <w:szCs w:val="20"/>
        </w:rPr>
        <w:t xml:space="preserve"> </w:t>
      </w:r>
      <w:r w:rsidRPr="002A40BB">
        <w:rPr>
          <w:rFonts w:ascii="Arial" w:hAnsi="Arial" w:cs="Arial"/>
          <w:color w:val="1F1F1F"/>
          <w:sz w:val="20"/>
          <w:szCs w:val="20"/>
        </w:rPr>
        <w:t>empowers</w:t>
      </w:r>
      <w:r w:rsidRPr="002A40BB">
        <w:rPr>
          <w:rFonts w:ascii="Arial" w:hAnsi="Arial" w:cs="Arial"/>
          <w:color w:val="1F1F1F"/>
          <w:spacing w:val="-2"/>
          <w:sz w:val="20"/>
          <w:szCs w:val="20"/>
        </w:rPr>
        <w:t xml:space="preserve"> </w:t>
      </w:r>
      <w:r w:rsidRPr="002A40BB">
        <w:rPr>
          <w:rFonts w:ascii="Arial" w:hAnsi="Arial" w:cs="Arial"/>
          <w:color w:val="1F1F1F"/>
          <w:sz w:val="20"/>
          <w:szCs w:val="20"/>
        </w:rPr>
        <w:t>researchers</w:t>
      </w:r>
      <w:r w:rsidRPr="002A40BB">
        <w:rPr>
          <w:rFonts w:ascii="Arial" w:hAnsi="Arial" w:cs="Arial"/>
          <w:color w:val="1F1F1F"/>
          <w:spacing w:val="-3"/>
          <w:sz w:val="20"/>
          <w:szCs w:val="20"/>
        </w:rPr>
        <w:t xml:space="preserve"> </w:t>
      </w:r>
      <w:r w:rsidRPr="002A40BB">
        <w:rPr>
          <w:rFonts w:ascii="Arial" w:hAnsi="Arial" w:cs="Arial"/>
          <w:color w:val="1F1F1F"/>
          <w:sz w:val="20"/>
          <w:szCs w:val="20"/>
        </w:rPr>
        <w:t>to</w:t>
      </w:r>
      <w:r w:rsidRPr="002A40BB">
        <w:rPr>
          <w:rFonts w:ascii="Arial" w:hAnsi="Arial" w:cs="Arial"/>
          <w:color w:val="1F1F1F"/>
          <w:spacing w:val="-1"/>
          <w:sz w:val="20"/>
          <w:szCs w:val="20"/>
        </w:rPr>
        <w:t xml:space="preserve"> </w:t>
      </w:r>
      <w:r w:rsidRPr="002A40BB">
        <w:rPr>
          <w:rFonts w:ascii="Arial" w:hAnsi="Arial" w:cs="Arial"/>
          <w:color w:val="1F1F1F"/>
          <w:sz w:val="20"/>
          <w:szCs w:val="20"/>
        </w:rPr>
        <w:t>select</w:t>
      </w:r>
      <w:r w:rsidRPr="002A40BB">
        <w:rPr>
          <w:rFonts w:ascii="Arial" w:hAnsi="Arial" w:cs="Arial"/>
          <w:color w:val="1F1F1F"/>
          <w:spacing w:val="-1"/>
          <w:sz w:val="20"/>
          <w:szCs w:val="20"/>
        </w:rPr>
        <w:t xml:space="preserve"> </w:t>
      </w:r>
      <w:r w:rsidRPr="002A40BB">
        <w:rPr>
          <w:rFonts w:ascii="Arial" w:hAnsi="Arial" w:cs="Arial"/>
          <w:color w:val="1F1F1F"/>
          <w:sz w:val="20"/>
          <w:szCs w:val="20"/>
        </w:rPr>
        <w:t>the</w:t>
      </w:r>
      <w:r w:rsidRPr="002A40BB">
        <w:rPr>
          <w:rFonts w:ascii="Arial" w:hAnsi="Arial" w:cs="Arial"/>
          <w:color w:val="1F1F1F"/>
          <w:spacing w:val="-3"/>
          <w:sz w:val="20"/>
          <w:szCs w:val="20"/>
        </w:rPr>
        <w:t xml:space="preserve"> </w:t>
      </w:r>
      <w:r w:rsidRPr="002A40BB">
        <w:rPr>
          <w:rFonts w:ascii="Arial" w:hAnsi="Arial" w:cs="Arial"/>
          <w:color w:val="1F1F1F"/>
          <w:sz w:val="20"/>
          <w:szCs w:val="20"/>
        </w:rPr>
        <w:t>most</w:t>
      </w:r>
      <w:r w:rsidRPr="002A40BB">
        <w:rPr>
          <w:rFonts w:ascii="Arial" w:hAnsi="Arial" w:cs="Arial"/>
          <w:color w:val="1F1F1F"/>
          <w:spacing w:val="-3"/>
          <w:sz w:val="20"/>
          <w:szCs w:val="20"/>
        </w:rPr>
        <w:t xml:space="preserve"> </w:t>
      </w:r>
      <w:r w:rsidRPr="002A40BB">
        <w:rPr>
          <w:rFonts w:ascii="Arial" w:hAnsi="Arial" w:cs="Arial"/>
          <w:color w:val="1F1F1F"/>
          <w:sz w:val="20"/>
          <w:szCs w:val="20"/>
        </w:rPr>
        <w:t>effective</w:t>
      </w:r>
      <w:r w:rsidRPr="002A40BB">
        <w:rPr>
          <w:rFonts w:ascii="Arial" w:hAnsi="Arial" w:cs="Arial"/>
          <w:color w:val="1F1F1F"/>
          <w:spacing w:val="-4"/>
          <w:sz w:val="20"/>
          <w:szCs w:val="20"/>
        </w:rPr>
        <w:t xml:space="preserve"> </w:t>
      </w:r>
      <w:r w:rsidRPr="002A40BB">
        <w:rPr>
          <w:rFonts w:ascii="Arial" w:hAnsi="Arial" w:cs="Arial"/>
          <w:color w:val="1F1F1F"/>
          <w:sz w:val="20"/>
          <w:szCs w:val="20"/>
        </w:rPr>
        <w:t>feather-degrading</w:t>
      </w:r>
      <w:r w:rsidRPr="002A40BB">
        <w:rPr>
          <w:rFonts w:ascii="Arial" w:hAnsi="Arial" w:cs="Arial"/>
          <w:color w:val="1F1F1F"/>
          <w:spacing w:val="-3"/>
          <w:sz w:val="20"/>
          <w:szCs w:val="20"/>
        </w:rPr>
        <w:t xml:space="preserve"> </w:t>
      </w:r>
      <w:r w:rsidRPr="002A40BB">
        <w:rPr>
          <w:rFonts w:ascii="Arial" w:hAnsi="Arial" w:cs="Arial"/>
          <w:color w:val="1F1F1F"/>
          <w:sz w:val="20"/>
          <w:szCs w:val="20"/>
        </w:rPr>
        <w:t>microbes, paving the way for sustainable waste management solutions and the exploration of novel applications for these enzymes in various industries.</w:t>
      </w:r>
    </w:p>
    <w:p w14:paraId="4BDEBD10" w14:textId="02005516" w:rsidR="002E450B" w:rsidRPr="002A40BB" w:rsidRDefault="002E450B" w:rsidP="00584328">
      <w:pPr>
        <w:tabs>
          <w:tab w:val="left" w:pos="360"/>
          <w:tab w:val="left" w:pos="8100"/>
        </w:tabs>
        <w:spacing w:after="240" w:line="360" w:lineRule="auto"/>
        <w:jc w:val="both"/>
        <w:rPr>
          <w:rFonts w:ascii="Arial" w:hAnsi="Arial" w:cs="Arial"/>
          <w:sz w:val="20"/>
          <w:szCs w:val="20"/>
        </w:rPr>
      </w:pPr>
      <w:r w:rsidRPr="002A40BB">
        <w:rPr>
          <w:rFonts w:ascii="Arial" w:hAnsi="Arial" w:cs="Arial"/>
          <w:sz w:val="20"/>
          <w:szCs w:val="20"/>
        </w:rPr>
        <w:t>Th</w:t>
      </w:r>
      <w:r w:rsidR="00AF7964">
        <w:rPr>
          <w:rFonts w:ascii="Arial" w:hAnsi="Arial" w:cs="Arial"/>
          <w:sz w:val="20"/>
          <w:szCs w:val="20"/>
        </w:rPr>
        <w:t>is</w:t>
      </w:r>
      <w:r w:rsidRPr="002A40BB">
        <w:rPr>
          <w:rFonts w:ascii="Arial" w:hAnsi="Arial" w:cs="Arial"/>
          <w:sz w:val="20"/>
          <w:szCs w:val="20"/>
        </w:rPr>
        <w:t xml:space="preserve"> study isolated total nine bacterial cultures producing keratinase from habitats where keratin- containing substrates were disposed in natural conditions. These isolates were categorized based on</w:t>
      </w:r>
      <w:r w:rsidRPr="002A40BB">
        <w:rPr>
          <w:rFonts w:ascii="Arial" w:hAnsi="Arial" w:cs="Arial"/>
          <w:spacing w:val="-4"/>
          <w:sz w:val="20"/>
          <w:szCs w:val="20"/>
        </w:rPr>
        <w:t xml:space="preserve"> </w:t>
      </w:r>
      <w:r w:rsidRPr="002A40BB">
        <w:rPr>
          <w:rFonts w:ascii="Arial" w:hAnsi="Arial" w:cs="Arial"/>
          <w:sz w:val="20"/>
          <w:szCs w:val="20"/>
        </w:rPr>
        <w:t>colony</w:t>
      </w:r>
      <w:r w:rsidRPr="002A40BB">
        <w:rPr>
          <w:rFonts w:ascii="Arial" w:hAnsi="Arial" w:cs="Arial"/>
          <w:spacing w:val="-4"/>
          <w:sz w:val="20"/>
          <w:szCs w:val="20"/>
        </w:rPr>
        <w:t xml:space="preserve"> </w:t>
      </w:r>
      <w:r w:rsidRPr="002A40BB">
        <w:rPr>
          <w:rFonts w:ascii="Arial" w:hAnsi="Arial" w:cs="Arial"/>
          <w:sz w:val="20"/>
          <w:szCs w:val="20"/>
        </w:rPr>
        <w:t>morphology,</w:t>
      </w:r>
      <w:r w:rsidRPr="002A40BB">
        <w:rPr>
          <w:rFonts w:ascii="Arial" w:hAnsi="Arial" w:cs="Arial"/>
          <w:spacing w:val="-4"/>
          <w:sz w:val="20"/>
          <w:szCs w:val="20"/>
        </w:rPr>
        <w:t xml:space="preserve"> </w:t>
      </w:r>
      <w:r w:rsidRPr="002A40BB">
        <w:rPr>
          <w:rFonts w:ascii="Arial" w:hAnsi="Arial" w:cs="Arial"/>
          <w:sz w:val="20"/>
          <w:szCs w:val="20"/>
        </w:rPr>
        <w:t>growth</w:t>
      </w:r>
      <w:r w:rsidRPr="002A40BB">
        <w:rPr>
          <w:rFonts w:ascii="Arial" w:hAnsi="Arial" w:cs="Arial"/>
          <w:spacing w:val="-4"/>
          <w:sz w:val="20"/>
          <w:szCs w:val="20"/>
        </w:rPr>
        <w:t xml:space="preserve"> </w:t>
      </w:r>
      <w:r w:rsidRPr="002A40BB">
        <w:rPr>
          <w:rFonts w:ascii="Arial" w:hAnsi="Arial" w:cs="Arial"/>
          <w:sz w:val="20"/>
          <w:szCs w:val="20"/>
        </w:rPr>
        <w:t>characteristics,</w:t>
      </w:r>
      <w:r w:rsidRPr="002A40BB">
        <w:rPr>
          <w:rFonts w:ascii="Arial" w:hAnsi="Arial" w:cs="Arial"/>
          <w:spacing w:val="-5"/>
          <w:sz w:val="20"/>
          <w:szCs w:val="20"/>
        </w:rPr>
        <w:t xml:space="preserve"> </w:t>
      </w:r>
      <w:r w:rsidRPr="002A40BB">
        <w:rPr>
          <w:rFonts w:ascii="Arial" w:hAnsi="Arial" w:cs="Arial"/>
          <w:sz w:val="20"/>
          <w:szCs w:val="20"/>
        </w:rPr>
        <w:t>and</w:t>
      </w:r>
      <w:r w:rsidRPr="002A40BB">
        <w:rPr>
          <w:rFonts w:ascii="Arial" w:hAnsi="Arial" w:cs="Arial"/>
          <w:spacing w:val="-4"/>
          <w:sz w:val="20"/>
          <w:szCs w:val="20"/>
        </w:rPr>
        <w:t xml:space="preserve"> </w:t>
      </w:r>
      <w:r w:rsidRPr="002A40BB">
        <w:rPr>
          <w:rFonts w:ascii="Arial" w:hAnsi="Arial" w:cs="Arial"/>
          <w:sz w:val="20"/>
          <w:szCs w:val="20"/>
        </w:rPr>
        <w:t>biochemical characteristics.</w:t>
      </w:r>
      <w:r w:rsidRPr="002A40BB">
        <w:rPr>
          <w:rFonts w:ascii="Arial" w:hAnsi="Arial" w:cs="Arial"/>
          <w:spacing w:val="-9"/>
          <w:sz w:val="20"/>
          <w:szCs w:val="20"/>
        </w:rPr>
        <w:t xml:space="preserve"> </w:t>
      </w:r>
      <w:r w:rsidRPr="002A40BB">
        <w:rPr>
          <w:rFonts w:ascii="Arial" w:hAnsi="Arial" w:cs="Arial"/>
          <w:sz w:val="20"/>
          <w:szCs w:val="20"/>
        </w:rPr>
        <w:t>The</w:t>
      </w:r>
      <w:r w:rsidRPr="002A40BB">
        <w:rPr>
          <w:rFonts w:ascii="Arial" w:hAnsi="Arial" w:cs="Arial"/>
          <w:spacing w:val="-5"/>
          <w:sz w:val="20"/>
          <w:szCs w:val="20"/>
        </w:rPr>
        <w:t xml:space="preserve"> </w:t>
      </w:r>
      <w:r w:rsidRPr="002A40BB">
        <w:rPr>
          <w:rFonts w:ascii="Arial" w:hAnsi="Arial" w:cs="Arial"/>
          <w:sz w:val="20"/>
          <w:szCs w:val="20"/>
        </w:rPr>
        <w:t>five</w:t>
      </w:r>
      <w:r w:rsidRPr="002A40BB">
        <w:rPr>
          <w:rFonts w:ascii="Arial" w:hAnsi="Arial" w:cs="Arial"/>
          <w:spacing w:val="-5"/>
          <w:sz w:val="20"/>
          <w:szCs w:val="20"/>
        </w:rPr>
        <w:t xml:space="preserve"> </w:t>
      </w:r>
      <w:r w:rsidRPr="002A40BB">
        <w:rPr>
          <w:rFonts w:ascii="Arial" w:hAnsi="Arial" w:cs="Arial"/>
          <w:sz w:val="20"/>
          <w:szCs w:val="20"/>
        </w:rPr>
        <w:t xml:space="preserve">bacterial isolates were identified as belonging to genus </w:t>
      </w:r>
      <w:proofErr w:type="spellStart"/>
      <w:r w:rsidRPr="002A40BB">
        <w:rPr>
          <w:rFonts w:ascii="Arial" w:hAnsi="Arial" w:cs="Arial"/>
          <w:i/>
          <w:sz w:val="20"/>
          <w:szCs w:val="20"/>
        </w:rPr>
        <w:t>Sphaebacter</w:t>
      </w:r>
      <w:proofErr w:type="spellEnd"/>
      <w:r w:rsidRPr="002A40BB">
        <w:rPr>
          <w:rFonts w:ascii="Arial" w:hAnsi="Arial" w:cs="Arial"/>
          <w:i/>
          <w:sz w:val="20"/>
          <w:szCs w:val="20"/>
        </w:rPr>
        <w:t xml:space="preserve">, </w:t>
      </w:r>
      <w:proofErr w:type="spellStart"/>
      <w:r w:rsidRPr="002A40BB">
        <w:rPr>
          <w:rFonts w:ascii="Arial" w:hAnsi="Arial" w:cs="Arial"/>
          <w:i/>
          <w:sz w:val="20"/>
          <w:szCs w:val="20"/>
        </w:rPr>
        <w:t>Acidomonas</w:t>
      </w:r>
      <w:proofErr w:type="spellEnd"/>
      <w:r w:rsidRPr="002A40BB">
        <w:rPr>
          <w:rFonts w:ascii="Arial" w:hAnsi="Arial" w:cs="Arial"/>
          <w:i/>
          <w:sz w:val="20"/>
          <w:szCs w:val="20"/>
        </w:rPr>
        <w:t>, Acetobacter, Micrococcus</w:t>
      </w:r>
      <w:r w:rsidRPr="002A40BB">
        <w:rPr>
          <w:rFonts w:ascii="Arial" w:hAnsi="Arial" w:cs="Arial"/>
          <w:sz w:val="20"/>
          <w:szCs w:val="20"/>
        </w:rPr>
        <w:t xml:space="preserve">, </w:t>
      </w:r>
      <w:r w:rsidRPr="002A40BB">
        <w:rPr>
          <w:rFonts w:ascii="Arial" w:hAnsi="Arial" w:cs="Arial"/>
          <w:i/>
          <w:sz w:val="20"/>
          <w:szCs w:val="20"/>
        </w:rPr>
        <w:t xml:space="preserve">Staphylococcus, </w:t>
      </w:r>
      <w:proofErr w:type="spellStart"/>
      <w:r w:rsidRPr="002A40BB">
        <w:rPr>
          <w:rFonts w:ascii="Arial" w:hAnsi="Arial" w:cs="Arial"/>
          <w:i/>
          <w:sz w:val="20"/>
          <w:szCs w:val="20"/>
        </w:rPr>
        <w:t>Tricoccus</w:t>
      </w:r>
      <w:proofErr w:type="spellEnd"/>
      <w:r w:rsidRPr="002A40BB">
        <w:rPr>
          <w:rFonts w:ascii="Arial" w:hAnsi="Arial" w:cs="Arial"/>
          <w:i/>
          <w:sz w:val="20"/>
          <w:szCs w:val="20"/>
        </w:rPr>
        <w:t xml:space="preserve">, </w:t>
      </w:r>
      <w:proofErr w:type="spellStart"/>
      <w:r w:rsidRPr="002A40BB">
        <w:rPr>
          <w:rFonts w:ascii="Arial" w:hAnsi="Arial" w:cs="Arial"/>
          <w:i/>
          <w:sz w:val="20"/>
          <w:szCs w:val="20"/>
        </w:rPr>
        <w:t>Alcaligens</w:t>
      </w:r>
      <w:proofErr w:type="spellEnd"/>
      <w:r w:rsidRPr="002A40BB">
        <w:rPr>
          <w:rFonts w:ascii="Arial" w:hAnsi="Arial" w:cs="Arial"/>
          <w:i/>
          <w:sz w:val="20"/>
          <w:szCs w:val="20"/>
        </w:rPr>
        <w:t xml:space="preserve">, </w:t>
      </w:r>
      <w:proofErr w:type="spellStart"/>
      <w:r w:rsidRPr="002A40BB">
        <w:rPr>
          <w:rFonts w:ascii="Arial" w:hAnsi="Arial" w:cs="Arial"/>
          <w:i/>
          <w:sz w:val="20"/>
          <w:szCs w:val="20"/>
        </w:rPr>
        <w:t>Curtobacterium</w:t>
      </w:r>
      <w:proofErr w:type="spellEnd"/>
      <w:r w:rsidRPr="002A40BB">
        <w:rPr>
          <w:rFonts w:ascii="Arial" w:hAnsi="Arial" w:cs="Arial"/>
          <w:i/>
          <w:sz w:val="20"/>
          <w:szCs w:val="20"/>
        </w:rPr>
        <w:t xml:space="preserve"> </w:t>
      </w:r>
      <w:r w:rsidRPr="002A40BB">
        <w:rPr>
          <w:rFonts w:ascii="Arial" w:hAnsi="Arial" w:cs="Arial"/>
          <w:sz w:val="20"/>
          <w:szCs w:val="20"/>
        </w:rPr>
        <w:t xml:space="preserve">and </w:t>
      </w:r>
      <w:proofErr w:type="spellStart"/>
      <w:r w:rsidRPr="002A40BB">
        <w:rPr>
          <w:rFonts w:ascii="Arial" w:hAnsi="Arial" w:cs="Arial"/>
          <w:i/>
          <w:sz w:val="20"/>
          <w:szCs w:val="20"/>
        </w:rPr>
        <w:t>Brachybacterium</w:t>
      </w:r>
      <w:proofErr w:type="spellEnd"/>
      <w:r w:rsidRPr="002A40BB">
        <w:rPr>
          <w:rFonts w:ascii="Arial" w:hAnsi="Arial" w:cs="Arial"/>
          <w:sz w:val="20"/>
          <w:szCs w:val="20"/>
        </w:rPr>
        <w:t>.</w:t>
      </w:r>
    </w:p>
    <w:p w14:paraId="383EAE4F" w14:textId="77777777" w:rsidR="002E450B" w:rsidRPr="002A40BB" w:rsidRDefault="002E450B" w:rsidP="00584328">
      <w:pPr>
        <w:pStyle w:val="BodyText"/>
        <w:tabs>
          <w:tab w:val="left" w:pos="360"/>
          <w:tab w:val="left" w:pos="8100"/>
        </w:tabs>
        <w:spacing w:after="240" w:line="360" w:lineRule="auto"/>
        <w:jc w:val="both"/>
        <w:rPr>
          <w:rFonts w:ascii="Arial" w:hAnsi="Arial" w:cs="Arial"/>
          <w:b/>
          <w:sz w:val="20"/>
          <w:szCs w:val="20"/>
        </w:rPr>
      </w:pPr>
      <w:r w:rsidRPr="002A40BB">
        <w:rPr>
          <w:rFonts w:ascii="Arial" w:hAnsi="Arial" w:cs="Arial"/>
          <w:sz w:val="20"/>
          <w:szCs w:val="20"/>
        </w:rPr>
        <w:t>The</w:t>
      </w:r>
      <w:r w:rsidRPr="002A40BB">
        <w:rPr>
          <w:rFonts w:ascii="Arial" w:hAnsi="Arial" w:cs="Arial"/>
          <w:spacing w:val="-6"/>
          <w:sz w:val="20"/>
          <w:szCs w:val="20"/>
        </w:rPr>
        <w:t xml:space="preserve"> </w:t>
      </w:r>
      <w:r w:rsidRPr="002A40BB">
        <w:rPr>
          <w:rFonts w:ascii="Arial" w:hAnsi="Arial" w:cs="Arial"/>
          <w:sz w:val="20"/>
          <w:szCs w:val="20"/>
        </w:rPr>
        <w:t>optimum</w:t>
      </w:r>
      <w:r w:rsidRPr="002A40BB">
        <w:rPr>
          <w:rFonts w:ascii="Arial" w:hAnsi="Arial" w:cs="Arial"/>
          <w:spacing w:val="-4"/>
          <w:sz w:val="20"/>
          <w:szCs w:val="20"/>
        </w:rPr>
        <w:t xml:space="preserve"> </w:t>
      </w:r>
      <w:r w:rsidRPr="002A40BB">
        <w:rPr>
          <w:rFonts w:ascii="Arial" w:hAnsi="Arial" w:cs="Arial"/>
          <w:sz w:val="20"/>
          <w:szCs w:val="20"/>
        </w:rPr>
        <w:t>temperature</w:t>
      </w:r>
      <w:r w:rsidRPr="002A40BB">
        <w:rPr>
          <w:rFonts w:ascii="Arial" w:hAnsi="Arial" w:cs="Arial"/>
          <w:spacing w:val="-6"/>
          <w:sz w:val="20"/>
          <w:szCs w:val="20"/>
        </w:rPr>
        <w:t xml:space="preserve"> </w:t>
      </w:r>
      <w:r w:rsidRPr="002A40BB">
        <w:rPr>
          <w:rFonts w:ascii="Arial" w:hAnsi="Arial" w:cs="Arial"/>
          <w:sz w:val="20"/>
          <w:szCs w:val="20"/>
        </w:rPr>
        <w:t>for</w:t>
      </w:r>
      <w:r w:rsidRPr="002A40BB">
        <w:rPr>
          <w:rFonts w:ascii="Arial" w:hAnsi="Arial" w:cs="Arial"/>
          <w:spacing w:val="-4"/>
          <w:sz w:val="20"/>
          <w:szCs w:val="20"/>
        </w:rPr>
        <w:t xml:space="preserve"> </w:t>
      </w:r>
      <w:r w:rsidRPr="002A40BB">
        <w:rPr>
          <w:rFonts w:ascii="Arial" w:hAnsi="Arial" w:cs="Arial"/>
          <w:sz w:val="20"/>
          <w:szCs w:val="20"/>
        </w:rPr>
        <w:t>all</w:t>
      </w:r>
      <w:r w:rsidRPr="002A40BB">
        <w:rPr>
          <w:rFonts w:ascii="Arial" w:hAnsi="Arial" w:cs="Arial"/>
          <w:spacing w:val="-4"/>
          <w:sz w:val="20"/>
          <w:szCs w:val="20"/>
        </w:rPr>
        <w:t xml:space="preserve"> </w:t>
      </w:r>
      <w:r w:rsidRPr="002A40BB">
        <w:rPr>
          <w:rFonts w:ascii="Arial" w:hAnsi="Arial" w:cs="Arial"/>
          <w:sz w:val="20"/>
          <w:szCs w:val="20"/>
        </w:rPr>
        <w:t>bacterial</w:t>
      </w:r>
      <w:r w:rsidRPr="002A40BB">
        <w:rPr>
          <w:rFonts w:ascii="Arial" w:hAnsi="Arial" w:cs="Arial"/>
          <w:spacing w:val="-5"/>
          <w:sz w:val="20"/>
          <w:szCs w:val="20"/>
        </w:rPr>
        <w:t xml:space="preserve"> </w:t>
      </w:r>
      <w:r w:rsidRPr="002A40BB">
        <w:rPr>
          <w:rFonts w:ascii="Arial" w:hAnsi="Arial" w:cs="Arial"/>
          <w:sz w:val="20"/>
          <w:szCs w:val="20"/>
        </w:rPr>
        <w:t>isolates</w:t>
      </w:r>
      <w:r w:rsidRPr="002A40BB">
        <w:rPr>
          <w:rFonts w:ascii="Arial" w:hAnsi="Arial" w:cs="Arial"/>
          <w:spacing w:val="-3"/>
          <w:sz w:val="20"/>
          <w:szCs w:val="20"/>
        </w:rPr>
        <w:t xml:space="preserve"> </w:t>
      </w:r>
      <w:r w:rsidRPr="002A40BB">
        <w:rPr>
          <w:rFonts w:ascii="Arial" w:hAnsi="Arial" w:cs="Arial"/>
          <w:sz w:val="20"/>
          <w:szCs w:val="20"/>
        </w:rPr>
        <w:t>was</w:t>
      </w:r>
      <w:r w:rsidRPr="002A40BB">
        <w:rPr>
          <w:rFonts w:ascii="Arial" w:hAnsi="Arial" w:cs="Arial"/>
          <w:spacing w:val="-5"/>
          <w:sz w:val="20"/>
          <w:szCs w:val="20"/>
        </w:rPr>
        <w:t xml:space="preserve"> </w:t>
      </w:r>
      <w:r w:rsidRPr="002A40BB">
        <w:rPr>
          <w:rFonts w:ascii="Arial" w:hAnsi="Arial" w:cs="Arial"/>
          <w:sz w:val="20"/>
          <w:szCs w:val="20"/>
        </w:rPr>
        <w:t>30°C,</w:t>
      </w:r>
      <w:r w:rsidRPr="002A40BB">
        <w:rPr>
          <w:rFonts w:ascii="Arial" w:hAnsi="Arial" w:cs="Arial"/>
          <w:spacing w:val="-5"/>
          <w:sz w:val="20"/>
          <w:szCs w:val="20"/>
        </w:rPr>
        <w:t xml:space="preserve"> </w:t>
      </w:r>
      <w:r w:rsidRPr="002A40BB">
        <w:rPr>
          <w:rFonts w:ascii="Arial" w:hAnsi="Arial" w:cs="Arial"/>
          <w:sz w:val="20"/>
          <w:szCs w:val="20"/>
        </w:rPr>
        <w:t>while</w:t>
      </w:r>
      <w:r w:rsidRPr="002A40BB">
        <w:rPr>
          <w:rFonts w:ascii="Arial" w:hAnsi="Arial" w:cs="Arial"/>
          <w:spacing w:val="-5"/>
          <w:sz w:val="20"/>
          <w:szCs w:val="20"/>
        </w:rPr>
        <w:t xml:space="preserve"> </w:t>
      </w:r>
      <w:r w:rsidRPr="002A40BB">
        <w:rPr>
          <w:rFonts w:ascii="Arial" w:hAnsi="Arial" w:cs="Arial"/>
          <w:sz w:val="20"/>
          <w:szCs w:val="20"/>
        </w:rPr>
        <w:t>the</w:t>
      </w:r>
      <w:r w:rsidRPr="002A40BB">
        <w:rPr>
          <w:rFonts w:ascii="Arial" w:hAnsi="Arial" w:cs="Arial"/>
          <w:spacing w:val="-6"/>
          <w:sz w:val="20"/>
          <w:szCs w:val="20"/>
        </w:rPr>
        <w:t xml:space="preserve"> </w:t>
      </w:r>
      <w:r w:rsidRPr="002A40BB">
        <w:rPr>
          <w:rFonts w:ascii="Arial" w:hAnsi="Arial" w:cs="Arial"/>
          <w:sz w:val="20"/>
          <w:szCs w:val="20"/>
        </w:rPr>
        <w:t>optimum</w:t>
      </w:r>
      <w:r w:rsidRPr="002A40BB">
        <w:rPr>
          <w:rFonts w:ascii="Arial" w:hAnsi="Arial" w:cs="Arial"/>
          <w:spacing w:val="-4"/>
          <w:sz w:val="20"/>
          <w:szCs w:val="20"/>
        </w:rPr>
        <w:t xml:space="preserve"> </w:t>
      </w:r>
      <w:r w:rsidRPr="002A40BB">
        <w:rPr>
          <w:rFonts w:ascii="Arial" w:hAnsi="Arial" w:cs="Arial"/>
          <w:sz w:val="20"/>
          <w:szCs w:val="20"/>
        </w:rPr>
        <w:t>pH</w:t>
      </w:r>
      <w:r w:rsidRPr="002A40BB">
        <w:rPr>
          <w:rFonts w:ascii="Arial" w:hAnsi="Arial" w:cs="Arial"/>
          <w:spacing w:val="-5"/>
          <w:sz w:val="20"/>
          <w:szCs w:val="20"/>
        </w:rPr>
        <w:t xml:space="preserve"> </w:t>
      </w:r>
      <w:r w:rsidRPr="002A40BB">
        <w:rPr>
          <w:rFonts w:ascii="Arial" w:hAnsi="Arial" w:cs="Arial"/>
          <w:sz w:val="20"/>
          <w:szCs w:val="20"/>
        </w:rPr>
        <w:t>was</w:t>
      </w:r>
      <w:r w:rsidRPr="002A40BB">
        <w:rPr>
          <w:rFonts w:ascii="Arial" w:hAnsi="Arial" w:cs="Arial"/>
          <w:spacing w:val="-5"/>
          <w:sz w:val="20"/>
          <w:szCs w:val="20"/>
        </w:rPr>
        <w:t xml:space="preserve"> </w:t>
      </w:r>
      <w:r w:rsidRPr="002A40BB">
        <w:rPr>
          <w:rFonts w:ascii="Arial" w:hAnsi="Arial" w:cs="Arial"/>
          <w:sz w:val="20"/>
          <w:szCs w:val="20"/>
        </w:rPr>
        <w:t>9</w:t>
      </w:r>
      <w:r w:rsidRPr="002A40BB">
        <w:rPr>
          <w:rFonts w:ascii="Arial" w:hAnsi="Arial" w:cs="Arial"/>
          <w:spacing w:val="-2"/>
          <w:sz w:val="20"/>
          <w:szCs w:val="20"/>
        </w:rPr>
        <w:t xml:space="preserve"> </w:t>
      </w:r>
      <w:r w:rsidRPr="002A40BB">
        <w:rPr>
          <w:rFonts w:ascii="Arial" w:hAnsi="Arial" w:cs="Arial"/>
          <w:sz w:val="20"/>
          <w:szCs w:val="20"/>
        </w:rPr>
        <w:t xml:space="preserve">except for S2. The newly isolated </w:t>
      </w:r>
      <w:proofErr w:type="spellStart"/>
      <w:r w:rsidRPr="002A40BB">
        <w:rPr>
          <w:rFonts w:ascii="Arial" w:hAnsi="Arial" w:cs="Arial"/>
          <w:i/>
          <w:sz w:val="20"/>
          <w:szCs w:val="20"/>
        </w:rPr>
        <w:t>Curtobacterium</w:t>
      </w:r>
      <w:proofErr w:type="spellEnd"/>
      <w:r w:rsidRPr="002A40BB">
        <w:rPr>
          <w:rFonts w:ascii="Arial" w:hAnsi="Arial" w:cs="Arial"/>
          <w:i/>
          <w:sz w:val="20"/>
          <w:szCs w:val="20"/>
        </w:rPr>
        <w:t xml:space="preserve"> </w:t>
      </w:r>
      <w:r w:rsidRPr="002A40BB">
        <w:rPr>
          <w:rFonts w:ascii="Arial" w:hAnsi="Arial" w:cs="Arial"/>
          <w:sz w:val="20"/>
          <w:szCs w:val="20"/>
        </w:rPr>
        <w:t xml:space="preserve">and </w:t>
      </w:r>
      <w:proofErr w:type="spellStart"/>
      <w:r w:rsidRPr="002A40BB">
        <w:rPr>
          <w:rFonts w:ascii="Arial" w:hAnsi="Arial" w:cs="Arial"/>
          <w:i/>
          <w:sz w:val="20"/>
          <w:szCs w:val="20"/>
        </w:rPr>
        <w:t>Brachybacterium</w:t>
      </w:r>
      <w:proofErr w:type="spellEnd"/>
      <w:r w:rsidRPr="002A40BB">
        <w:rPr>
          <w:rFonts w:ascii="Arial" w:hAnsi="Arial" w:cs="Arial"/>
          <w:i/>
          <w:sz w:val="20"/>
          <w:szCs w:val="20"/>
        </w:rPr>
        <w:t xml:space="preserve"> </w:t>
      </w:r>
      <w:r w:rsidRPr="002A40BB">
        <w:rPr>
          <w:rFonts w:ascii="Arial" w:hAnsi="Arial" w:cs="Arial"/>
          <w:sz w:val="20"/>
          <w:szCs w:val="20"/>
        </w:rPr>
        <w:t>demonstrated feather degradation of 70-72% under unoptimized conditions, making them potential biotechnological applications in processing feather waste from the poultry industry. Further research is needed to understand the factors enabling the enzyme's complete degradation of native keratinase substrate and to explore the use of a consortium of bacteria and fungi for feather degradation</w:t>
      </w:r>
      <w:r w:rsidRPr="002A40BB">
        <w:rPr>
          <w:rFonts w:ascii="Arial" w:hAnsi="Arial" w:cs="Arial"/>
          <w:b/>
          <w:sz w:val="20"/>
          <w:szCs w:val="20"/>
        </w:rPr>
        <w:t>.</w:t>
      </w:r>
    </w:p>
    <w:p w14:paraId="57B1D6CD" w14:textId="77777777" w:rsidR="002E450B" w:rsidRPr="002A40BB" w:rsidRDefault="002E450B" w:rsidP="00584328">
      <w:pPr>
        <w:pStyle w:val="BodyText"/>
        <w:tabs>
          <w:tab w:val="left" w:pos="360"/>
          <w:tab w:val="left" w:pos="8100"/>
        </w:tabs>
        <w:spacing w:after="240" w:line="360" w:lineRule="auto"/>
        <w:jc w:val="both"/>
        <w:rPr>
          <w:rFonts w:ascii="Arial" w:hAnsi="Arial" w:cs="Arial"/>
          <w:sz w:val="20"/>
          <w:szCs w:val="20"/>
        </w:rPr>
      </w:pPr>
      <w:r w:rsidRPr="002A40BB">
        <w:rPr>
          <w:rFonts w:ascii="Arial" w:hAnsi="Arial" w:cs="Arial"/>
          <w:sz w:val="20"/>
          <w:szCs w:val="20"/>
        </w:rPr>
        <w:lastRenderedPageBreak/>
        <w:t>The</w:t>
      </w:r>
      <w:r w:rsidRPr="002A40BB">
        <w:rPr>
          <w:rFonts w:ascii="Arial" w:hAnsi="Arial" w:cs="Arial"/>
          <w:spacing w:val="-15"/>
          <w:sz w:val="20"/>
          <w:szCs w:val="20"/>
        </w:rPr>
        <w:t xml:space="preserve"> </w:t>
      </w:r>
      <w:r w:rsidRPr="002A40BB">
        <w:rPr>
          <w:rFonts w:ascii="Arial" w:hAnsi="Arial" w:cs="Arial"/>
          <w:sz w:val="20"/>
          <w:szCs w:val="20"/>
        </w:rPr>
        <w:t>study</w:t>
      </w:r>
      <w:r w:rsidRPr="002A40BB">
        <w:rPr>
          <w:rFonts w:ascii="Arial" w:hAnsi="Arial" w:cs="Arial"/>
          <w:spacing w:val="-14"/>
          <w:sz w:val="20"/>
          <w:szCs w:val="20"/>
        </w:rPr>
        <w:t xml:space="preserve"> </w:t>
      </w:r>
      <w:r w:rsidRPr="002A40BB">
        <w:rPr>
          <w:rFonts w:ascii="Arial" w:hAnsi="Arial" w:cs="Arial"/>
          <w:sz w:val="20"/>
          <w:szCs w:val="20"/>
        </w:rPr>
        <w:t>reveals</w:t>
      </w:r>
      <w:r w:rsidRPr="002A40BB">
        <w:rPr>
          <w:rFonts w:ascii="Arial" w:hAnsi="Arial" w:cs="Arial"/>
          <w:spacing w:val="-13"/>
          <w:sz w:val="20"/>
          <w:szCs w:val="20"/>
        </w:rPr>
        <w:t xml:space="preserve"> </w:t>
      </w:r>
      <w:r w:rsidRPr="002A40BB">
        <w:rPr>
          <w:rFonts w:ascii="Arial" w:hAnsi="Arial" w:cs="Arial"/>
          <w:sz w:val="20"/>
          <w:szCs w:val="20"/>
        </w:rPr>
        <w:t>the</w:t>
      </w:r>
      <w:r w:rsidRPr="002A40BB">
        <w:rPr>
          <w:rFonts w:ascii="Arial" w:hAnsi="Arial" w:cs="Arial"/>
          <w:spacing w:val="-15"/>
          <w:sz w:val="20"/>
          <w:szCs w:val="20"/>
        </w:rPr>
        <w:t xml:space="preserve"> </w:t>
      </w:r>
      <w:r w:rsidRPr="002A40BB">
        <w:rPr>
          <w:rFonts w:ascii="Arial" w:hAnsi="Arial" w:cs="Arial"/>
          <w:sz w:val="20"/>
          <w:szCs w:val="20"/>
        </w:rPr>
        <w:t>existence</w:t>
      </w:r>
      <w:r w:rsidRPr="002A40BB">
        <w:rPr>
          <w:rFonts w:ascii="Arial" w:hAnsi="Arial" w:cs="Arial"/>
          <w:spacing w:val="-15"/>
          <w:sz w:val="20"/>
          <w:szCs w:val="20"/>
        </w:rPr>
        <w:t xml:space="preserve"> </w:t>
      </w:r>
      <w:r w:rsidRPr="002A40BB">
        <w:rPr>
          <w:rFonts w:ascii="Arial" w:hAnsi="Arial" w:cs="Arial"/>
          <w:sz w:val="20"/>
          <w:szCs w:val="20"/>
        </w:rPr>
        <w:t>of</w:t>
      </w:r>
      <w:r w:rsidRPr="002A40BB">
        <w:rPr>
          <w:rFonts w:ascii="Arial" w:hAnsi="Arial" w:cs="Arial"/>
          <w:spacing w:val="-15"/>
          <w:sz w:val="20"/>
          <w:szCs w:val="20"/>
        </w:rPr>
        <w:t xml:space="preserve"> </w:t>
      </w:r>
      <w:r w:rsidRPr="002A40BB">
        <w:rPr>
          <w:rFonts w:ascii="Arial" w:hAnsi="Arial" w:cs="Arial"/>
          <w:sz w:val="20"/>
          <w:szCs w:val="20"/>
        </w:rPr>
        <w:t>diverse</w:t>
      </w:r>
      <w:r w:rsidRPr="002A40BB">
        <w:rPr>
          <w:rFonts w:ascii="Arial" w:hAnsi="Arial" w:cs="Arial"/>
          <w:spacing w:val="-15"/>
          <w:sz w:val="20"/>
          <w:szCs w:val="20"/>
        </w:rPr>
        <w:t xml:space="preserve"> </w:t>
      </w:r>
      <w:r w:rsidRPr="002A40BB">
        <w:rPr>
          <w:rFonts w:ascii="Arial" w:hAnsi="Arial" w:cs="Arial"/>
          <w:sz w:val="20"/>
          <w:szCs w:val="20"/>
        </w:rPr>
        <w:t>microbial</w:t>
      </w:r>
      <w:r w:rsidRPr="002A40BB">
        <w:rPr>
          <w:rFonts w:ascii="Arial" w:hAnsi="Arial" w:cs="Arial"/>
          <w:spacing w:val="-14"/>
          <w:sz w:val="20"/>
          <w:szCs w:val="20"/>
        </w:rPr>
        <w:t xml:space="preserve"> </w:t>
      </w:r>
      <w:r w:rsidRPr="002A40BB">
        <w:rPr>
          <w:rFonts w:ascii="Arial" w:hAnsi="Arial" w:cs="Arial"/>
          <w:sz w:val="20"/>
          <w:szCs w:val="20"/>
        </w:rPr>
        <w:t>populations</w:t>
      </w:r>
      <w:r w:rsidRPr="002A40BB">
        <w:rPr>
          <w:rFonts w:ascii="Arial" w:hAnsi="Arial" w:cs="Arial"/>
          <w:spacing w:val="-13"/>
          <w:sz w:val="20"/>
          <w:szCs w:val="20"/>
        </w:rPr>
        <w:t xml:space="preserve"> </w:t>
      </w:r>
      <w:r w:rsidRPr="002A40BB">
        <w:rPr>
          <w:rFonts w:ascii="Arial" w:hAnsi="Arial" w:cs="Arial"/>
          <w:sz w:val="20"/>
          <w:szCs w:val="20"/>
        </w:rPr>
        <w:t>capable</w:t>
      </w:r>
      <w:r w:rsidRPr="002A40BB">
        <w:rPr>
          <w:rFonts w:ascii="Arial" w:hAnsi="Arial" w:cs="Arial"/>
          <w:spacing w:val="-15"/>
          <w:sz w:val="20"/>
          <w:szCs w:val="20"/>
        </w:rPr>
        <w:t xml:space="preserve"> </w:t>
      </w:r>
      <w:r w:rsidRPr="002A40BB">
        <w:rPr>
          <w:rFonts w:ascii="Arial" w:hAnsi="Arial" w:cs="Arial"/>
          <w:sz w:val="20"/>
          <w:szCs w:val="20"/>
        </w:rPr>
        <w:t>of</w:t>
      </w:r>
      <w:r w:rsidRPr="002A40BB">
        <w:rPr>
          <w:rFonts w:ascii="Arial" w:hAnsi="Arial" w:cs="Arial"/>
          <w:spacing w:val="-15"/>
          <w:sz w:val="20"/>
          <w:szCs w:val="20"/>
        </w:rPr>
        <w:t xml:space="preserve"> </w:t>
      </w:r>
      <w:r w:rsidRPr="002A40BB">
        <w:rPr>
          <w:rFonts w:ascii="Arial" w:hAnsi="Arial" w:cs="Arial"/>
          <w:sz w:val="20"/>
          <w:szCs w:val="20"/>
        </w:rPr>
        <w:t>degrading</w:t>
      </w:r>
      <w:r w:rsidRPr="002A40BB">
        <w:rPr>
          <w:rFonts w:ascii="Arial" w:hAnsi="Arial" w:cs="Arial"/>
          <w:spacing w:val="-14"/>
          <w:sz w:val="20"/>
          <w:szCs w:val="20"/>
        </w:rPr>
        <w:t xml:space="preserve"> </w:t>
      </w:r>
      <w:r w:rsidRPr="002A40BB">
        <w:rPr>
          <w:rFonts w:ascii="Arial" w:hAnsi="Arial" w:cs="Arial"/>
          <w:sz w:val="20"/>
          <w:szCs w:val="20"/>
        </w:rPr>
        <w:t>keratin</w:t>
      </w:r>
      <w:r w:rsidRPr="002A40BB">
        <w:rPr>
          <w:rFonts w:ascii="Arial" w:hAnsi="Arial" w:cs="Arial"/>
          <w:spacing w:val="-14"/>
          <w:sz w:val="20"/>
          <w:szCs w:val="20"/>
        </w:rPr>
        <w:t xml:space="preserve"> </w:t>
      </w:r>
      <w:r w:rsidRPr="002A40BB">
        <w:rPr>
          <w:rFonts w:ascii="Arial" w:hAnsi="Arial" w:cs="Arial"/>
          <w:sz w:val="20"/>
          <w:szCs w:val="20"/>
        </w:rPr>
        <w:t>from poultry soil, which is crucial for nutrient cycling and waste management in poultry farming. Understanding the enzymatic pathways and optimal conditions for keratin degradation can help develop efficient feather disposal strategies and potentially harness these microorganisms for biotechnological applications.</w:t>
      </w:r>
    </w:p>
    <w:p w14:paraId="5C8A68F6" w14:textId="77777777" w:rsidR="002E450B" w:rsidRPr="002A40BB" w:rsidRDefault="002E450B" w:rsidP="00584328">
      <w:pPr>
        <w:pStyle w:val="BodyText"/>
        <w:tabs>
          <w:tab w:val="left" w:pos="360"/>
          <w:tab w:val="left" w:pos="8100"/>
        </w:tabs>
        <w:spacing w:after="240" w:line="360" w:lineRule="auto"/>
        <w:jc w:val="both"/>
        <w:rPr>
          <w:rFonts w:ascii="Arial" w:hAnsi="Arial" w:cs="Arial"/>
          <w:spacing w:val="-2"/>
          <w:sz w:val="20"/>
          <w:szCs w:val="20"/>
        </w:rPr>
      </w:pPr>
      <w:r w:rsidRPr="002A40BB">
        <w:rPr>
          <w:rFonts w:ascii="Arial" w:hAnsi="Arial" w:cs="Arial"/>
          <w:sz w:val="20"/>
          <w:szCs w:val="20"/>
        </w:rPr>
        <w:t xml:space="preserve">Further research is needed to explore practical implications, such as bioremediation and biofertilizer production, and to address challenges in waste management and sustainable </w:t>
      </w:r>
      <w:r w:rsidRPr="002A40BB">
        <w:rPr>
          <w:rFonts w:ascii="Arial" w:hAnsi="Arial" w:cs="Arial"/>
          <w:spacing w:val="-2"/>
          <w:sz w:val="20"/>
          <w:szCs w:val="20"/>
        </w:rPr>
        <w:t>agriculture.</w:t>
      </w:r>
    </w:p>
    <w:p w14:paraId="2B52B4E2" w14:textId="09DEAF2D" w:rsidR="00361E12" w:rsidRPr="002A40BB" w:rsidRDefault="00361E12" w:rsidP="002A40BB">
      <w:pPr>
        <w:pStyle w:val="Heading1"/>
        <w:tabs>
          <w:tab w:val="left" w:pos="360"/>
          <w:tab w:val="left" w:pos="8100"/>
        </w:tabs>
        <w:spacing w:before="0" w:after="240"/>
        <w:ind w:left="0" w:firstLine="0"/>
        <w:rPr>
          <w:rFonts w:ascii="Arial" w:hAnsi="Arial" w:cs="Arial"/>
          <w:caps/>
          <w:smallCaps w:val="0"/>
          <w:spacing w:val="-2"/>
          <w:sz w:val="22"/>
          <w:szCs w:val="22"/>
        </w:rPr>
      </w:pPr>
      <w:r w:rsidRPr="002A40BB">
        <w:rPr>
          <w:rFonts w:ascii="Arial" w:hAnsi="Arial" w:cs="Arial"/>
          <w:caps/>
          <w:smallCaps w:val="0"/>
          <w:spacing w:val="-2"/>
          <w:sz w:val="22"/>
          <w:szCs w:val="22"/>
        </w:rPr>
        <w:t>Future Perspective:</w:t>
      </w:r>
    </w:p>
    <w:p w14:paraId="31B26234" w14:textId="2D052E83" w:rsidR="00361E12" w:rsidRPr="00584328" w:rsidRDefault="00361E12" w:rsidP="00584328">
      <w:pPr>
        <w:pStyle w:val="ListParagraph"/>
        <w:widowControl w:val="0"/>
        <w:tabs>
          <w:tab w:val="left" w:pos="360"/>
          <w:tab w:val="left" w:pos="8100"/>
        </w:tabs>
        <w:autoSpaceDE w:val="0"/>
        <w:autoSpaceDN w:val="0"/>
        <w:spacing w:after="240" w:line="360" w:lineRule="auto"/>
        <w:ind w:left="0"/>
        <w:contextualSpacing w:val="0"/>
        <w:jc w:val="both"/>
        <w:rPr>
          <w:rFonts w:ascii="Arial" w:hAnsi="Arial" w:cs="Arial"/>
          <w:sz w:val="20"/>
          <w:szCs w:val="20"/>
        </w:rPr>
      </w:pPr>
      <w:r w:rsidRPr="00584328">
        <w:rPr>
          <w:rFonts w:ascii="Arial" w:hAnsi="Arial" w:cs="Arial"/>
          <w:sz w:val="20"/>
          <w:szCs w:val="20"/>
        </w:rPr>
        <w:t>The study explores the economic benefits and cost-effectiveness of microbial keratin degradation, explores partnerships with waste management companies, investigates scalability and efficiency, considers global applications, and continuously monitors and optimizes techniques for maximum efficacy and sustainability.</w:t>
      </w:r>
    </w:p>
    <w:p w14:paraId="236E457A" w14:textId="77777777" w:rsidR="00361E12" w:rsidRPr="00584328" w:rsidRDefault="00361E12" w:rsidP="00584328">
      <w:pPr>
        <w:pStyle w:val="ListParagraph"/>
        <w:widowControl w:val="0"/>
        <w:numPr>
          <w:ilvl w:val="0"/>
          <w:numId w:val="28"/>
        </w:numPr>
        <w:tabs>
          <w:tab w:val="left" w:pos="360"/>
          <w:tab w:val="left" w:pos="8100"/>
        </w:tabs>
        <w:autoSpaceDE w:val="0"/>
        <w:autoSpaceDN w:val="0"/>
        <w:spacing w:after="240" w:line="360" w:lineRule="auto"/>
        <w:ind w:left="0" w:firstLine="0"/>
        <w:contextualSpacing w:val="0"/>
        <w:jc w:val="both"/>
        <w:rPr>
          <w:rFonts w:ascii="Arial" w:hAnsi="Arial" w:cs="Arial"/>
          <w:sz w:val="20"/>
          <w:szCs w:val="18"/>
        </w:rPr>
      </w:pPr>
      <w:r w:rsidRPr="00584328">
        <w:rPr>
          <w:rFonts w:ascii="Arial" w:hAnsi="Arial" w:cs="Arial"/>
          <w:sz w:val="20"/>
          <w:szCs w:val="18"/>
        </w:rPr>
        <w:t>This research aims to explore the enzymatic capabilities of isolated microorganisms, potentially leading to novel biotechnological applications such as keratinolytic enzymes for industrial process</w:t>
      </w:r>
    </w:p>
    <w:p w14:paraId="697B13C5" w14:textId="62209CA3" w:rsidR="00361E12" w:rsidRPr="002A40BB" w:rsidRDefault="00361E12" w:rsidP="00584328">
      <w:pPr>
        <w:pStyle w:val="ListParagraph"/>
        <w:widowControl w:val="0"/>
        <w:numPr>
          <w:ilvl w:val="0"/>
          <w:numId w:val="28"/>
        </w:numPr>
        <w:tabs>
          <w:tab w:val="left" w:pos="360"/>
          <w:tab w:val="left" w:pos="8100"/>
        </w:tabs>
        <w:autoSpaceDE w:val="0"/>
        <w:autoSpaceDN w:val="0"/>
        <w:spacing w:after="240" w:line="360" w:lineRule="auto"/>
        <w:ind w:left="0" w:firstLine="0"/>
        <w:contextualSpacing w:val="0"/>
        <w:jc w:val="both"/>
        <w:rPr>
          <w:rFonts w:ascii="Arial" w:hAnsi="Arial" w:cs="Arial"/>
        </w:rPr>
      </w:pPr>
      <w:r w:rsidRPr="002A40BB">
        <w:rPr>
          <w:rFonts w:ascii="Arial" w:hAnsi="Arial" w:cs="Arial"/>
          <w:sz w:val="20"/>
          <w:szCs w:val="18"/>
        </w:rPr>
        <w:t>Genomic analysis can provide insights into the genetic basis of keratin degradation, enabling genetic engineering approaches to enhance efficiency. Investigating the ecological roles of keratin-degrading microorganisms in poultry soil ecosystems can contribute to understanding nutrient cycling and microbial community dynamics.</w:t>
      </w:r>
    </w:p>
    <w:p w14:paraId="30CF345A" w14:textId="77777777" w:rsidR="002E450B" w:rsidRPr="00584328" w:rsidRDefault="002E450B" w:rsidP="00584328">
      <w:pPr>
        <w:tabs>
          <w:tab w:val="left" w:pos="360"/>
          <w:tab w:val="left" w:pos="8100"/>
        </w:tabs>
        <w:spacing w:after="240"/>
        <w:rPr>
          <w:rFonts w:ascii="Arial" w:hAnsi="Arial" w:cs="Arial"/>
          <w:highlight w:val="yellow"/>
        </w:rPr>
      </w:pPr>
    </w:p>
    <w:p w14:paraId="71A73A75" w14:textId="1A9BD4B3"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Disclaimer (Artificial intelligence)</w:t>
      </w:r>
    </w:p>
    <w:p w14:paraId="377A87FA"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 xml:space="preserve">Option 1: </w:t>
      </w:r>
    </w:p>
    <w:p w14:paraId="72BF43D4"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2E9A1D32"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 xml:space="preserve">Option 2: </w:t>
      </w:r>
    </w:p>
    <w:p w14:paraId="695EC055"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056D6B"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Details of the AI usage are given below:</w:t>
      </w:r>
    </w:p>
    <w:p w14:paraId="32439B55"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lastRenderedPageBreak/>
        <w:t>1.</w:t>
      </w:r>
    </w:p>
    <w:p w14:paraId="66AAD049" w14:textId="77777777" w:rsidR="004F0367" w:rsidRPr="00584328" w:rsidRDefault="004F0367" w:rsidP="00584328">
      <w:pPr>
        <w:tabs>
          <w:tab w:val="left" w:pos="360"/>
          <w:tab w:val="left" w:pos="8100"/>
        </w:tabs>
        <w:spacing w:after="240"/>
        <w:rPr>
          <w:rFonts w:ascii="Arial" w:hAnsi="Arial" w:cs="Arial"/>
          <w:highlight w:val="yellow"/>
        </w:rPr>
      </w:pPr>
      <w:r w:rsidRPr="00584328">
        <w:rPr>
          <w:rFonts w:ascii="Arial" w:hAnsi="Arial" w:cs="Arial"/>
          <w:highlight w:val="yellow"/>
        </w:rPr>
        <w:t>2.</w:t>
      </w:r>
    </w:p>
    <w:p w14:paraId="42057A81" w14:textId="77777777" w:rsidR="004F0367" w:rsidRPr="00584328" w:rsidRDefault="004F0367" w:rsidP="00584328">
      <w:pPr>
        <w:tabs>
          <w:tab w:val="left" w:pos="360"/>
          <w:tab w:val="left" w:pos="8100"/>
        </w:tabs>
        <w:spacing w:after="240"/>
        <w:rPr>
          <w:rFonts w:ascii="Arial" w:hAnsi="Arial" w:cs="Arial"/>
        </w:rPr>
      </w:pPr>
      <w:r w:rsidRPr="00584328">
        <w:rPr>
          <w:rFonts w:ascii="Arial" w:hAnsi="Arial" w:cs="Arial"/>
          <w:highlight w:val="yellow"/>
        </w:rPr>
        <w:t>3.</w:t>
      </w:r>
    </w:p>
    <w:p w14:paraId="575A16B4" w14:textId="77777777" w:rsidR="004F0367" w:rsidRPr="00584328" w:rsidRDefault="004F0367" w:rsidP="00584328">
      <w:pPr>
        <w:tabs>
          <w:tab w:val="left" w:pos="360"/>
          <w:tab w:val="left" w:pos="8100"/>
        </w:tabs>
        <w:spacing w:after="240"/>
        <w:jc w:val="both"/>
        <w:rPr>
          <w:rFonts w:ascii="Arial" w:hAnsi="Arial" w:cs="Arial"/>
          <w:sz w:val="24"/>
          <w:szCs w:val="24"/>
        </w:rPr>
      </w:pPr>
    </w:p>
    <w:p w14:paraId="051A2EC2" w14:textId="03F2269C" w:rsidR="008D578B" w:rsidRDefault="002C26B0" w:rsidP="00E53FB4">
      <w:pPr>
        <w:pStyle w:val="Heading1"/>
        <w:pBdr>
          <w:bottom w:val="single" w:sz="4" w:space="0" w:color="595959" w:themeColor="text1" w:themeTint="A6"/>
        </w:pBdr>
        <w:tabs>
          <w:tab w:val="left" w:pos="360"/>
          <w:tab w:val="left" w:pos="8100"/>
        </w:tabs>
        <w:spacing w:before="0" w:after="240" w:line="240" w:lineRule="auto"/>
        <w:ind w:left="0" w:firstLine="0"/>
        <w:jc w:val="both"/>
        <w:rPr>
          <w:rFonts w:ascii="Arial" w:hAnsi="Arial" w:cs="Arial"/>
          <w:caps/>
          <w:smallCaps w:val="0"/>
          <w:sz w:val="22"/>
          <w:szCs w:val="22"/>
        </w:rPr>
      </w:pPr>
      <w:r w:rsidRPr="00584328">
        <w:rPr>
          <w:rFonts w:ascii="Arial" w:hAnsi="Arial" w:cs="Arial"/>
          <w:caps/>
          <w:smallCaps w:val="0"/>
          <w:sz w:val="22"/>
          <w:szCs w:val="22"/>
        </w:rPr>
        <w:t>REFERENCES</w:t>
      </w:r>
    </w:p>
    <w:p w14:paraId="33CB23DC" w14:textId="2AA914E7" w:rsidR="00E929A9" w:rsidRDefault="00E929A9" w:rsidP="00E53FB4">
      <w:pPr>
        <w:jc w:val="both"/>
        <w:rPr>
          <w:lang w:val="en-IN"/>
        </w:rPr>
      </w:pPr>
      <w:r w:rsidRPr="00E929A9">
        <w:rPr>
          <w:b/>
          <w:bCs/>
          <w:lang w:val="en-IN"/>
        </w:rPr>
        <w:t xml:space="preserve"> </w:t>
      </w:r>
      <w:r w:rsidRPr="00E929A9">
        <w:rPr>
          <w:lang w:val="en-IN"/>
        </w:rPr>
        <w:t xml:space="preserve">[1] Gupta R. And Ramnani P. “Microbial keratinases and their prospective applications an overview, Appl </w:t>
      </w:r>
      <w:proofErr w:type="spellStart"/>
      <w:r w:rsidRPr="00E929A9">
        <w:rPr>
          <w:lang w:val="en-IN"/>
        </w:rPr>
        <w:t>Microbiol</w:t>
      </w:r>
      <w:proofErr w:type="spellEnd"/>
      <w:r w:rsidRPr="00E929A9">
        <w:rPr>
          <w:lang w:val="en-IN"/>
        </w:rPr>
        <w:t xml:space="preserve"> </w:t>
      </w:r>
      <w:proofErr w:type="spellStart"/>
      <w:r w:rsidRPr="00E929A9">
        <w:rPr>
          <w:lang w:val="en-IN"/>
        </w:rPr>
        <w:t>Biotechnol</w:t>
      </w:r>
      <w:proofErr w:type="spellEnd"/>
      <w:r w:rsidRPr="00E929A9">
        <w:rPr>
          <w:lang w:val="en-IN"/>
        </w:rPr>
        <w:t xml:space="preserve">”, 2006, vol 70, pp 21 -33. </w:t>
      </w:r>
    </w:p>
    <w:p w14:paraId="086F6F69" w14:textId="77777777" w:rsidR="00E929A9" w:rsidRDefault="00E929A9" w:rsidP="00E53FB4">
      <w:pPr>
        <w:jc w:val="both"/>
        <w:rPr>
          <w:lang w:val="en-IN"/>
        </w:rPr>
      </w:pPr>
      <w:r w:rsidRPr="00E929A9">
        <w:rPr>
          <w:lang w:val="en-IN"/>
        </w:rPr>
        <w:t xml:space="preserve">[2] Rai S.K, </w:t>
      </w:r>
      <w:proofErr w:type="spellStart"/>
      <w:r w:rsidRPr="00E929A9">
        <w:rPr>
          <w:lang w:val="en-IN"/>
        </w:rPr>
        <w:t>Konwarh</w:t>
      </w:r>
      <w:proofErr w:type="spellEnd"/>
      <w:r w:rsidRPr="00E929A9">
        <w:rPr>
          <w:lang w:val="en-IN"/>
        </w:rPr>
        <w:t xml:space="preserve"> R., Mukherjee A.K., “Purification, Characterization and biotechnological application of an alkaline β- keratinase produced by Bacillus subtilis RM -01 in solid -state fermentation using chicken -feather as substrate” </w:t>
      </w:r>
      <w:proofErr w:type="spellStart"/>
      <w:r w:rsidRPr="00E929A9">
        <w:rPr>
          <w:lang w:val="en-IN"/>
        </w:rPr>
        <w:t>Biochem</w:t>
      </w:r>
      <w:proofErr w:type="spellEnd"/>
      <w:r w:rsidRPr="00E929A9">
        <w:rPr>
          <w:lang w:val="en-IN"/>
        </w:rPr>
        <w:t xml:space="preserve">. Eng. J. 2009, vol 45, pp 218 -225. </w:t>
      </w:r>
    </w:p>
    <w:p w14:paraId="64BFC446" w14:textId="77777777" w:rsidR="00E929A9" w:rsidRDefault="00E929A9" w:rsidP="00E53FB4">
      <w:pPr>
        <w:jc w:val="both"/>
        <w:rPr>
          <w:lang w:val="en-IN"/>
        </w:rPr>
      </w:pPr>
      <w:r w:rsidRPr="00E929A9">
        <w:rPr>
          <w:lang w:val="en-IN"/>
        </w:rPr>
        <w:t xml:space="preserve">[3] Shrinivas D. And Naik G. R. “characterization of alkaline thermostable keratinolytic protease from </w:t>
      </w:r>
      <w:proofErr w:type="spellStart"/>
      <w:r w:rsidRPr="00E929A9">
        <w:rPr>
          <w:lang w:val="en-IN"/>
        </w:rPr>
        <w:t>Thermoalkalophilic</w:t>
      </w:r>
      <w:proofErr w:type="spellEnd"/>
      <w:r w:rsidRPr="00E929A9">
        <w:rPr>
          <w:lang w:val="en-IN"/>
        </w:rPr>
        <w:t xml:space="preserve"> </w:t>
      </w:r>
      <w:r w:rsidRPr="00E53FB4">
        <w:rPr>
          <w:i/>
          <w:iCs/>
          <w:lang w:val="en-IN"/>
        </w:rPr>
        <w:t xml:space="preserve">Bacillus </w:t>
      </w:r>
      <w:proofErr w:type="spellStart"/>
      <w:r w:rsidRPr="00E53FB4">
        <w:rPr>
          <w:i/>
          <w:iCs/>
          <w:lang w:val="en-IN"/>
        </w:rPr>
        <w:t>halodurans</w:t>
      </w:r>
      <w:proofErr w:type="spellEnd"/>
      <w:r w:rsidRPr="00E929A9">
        <w:rPr>
          <w:lang w:val="en-IN"/>
        </w:rPr>
        <w:t xml:space="preserve"> </w:t>
      </w:r>
      <w:proofErr w:type="spellStart"/>
      <w:r w:rsidRPr="00E929A9">
        <w:rPr>
          <w:lang w:val="en-IN"/>
        </w:rPr>
        <w:t>jb</w:t>
      </w:r>
      <w:proofErr w:type="spellEnd"/>
      <w:r w:rsidRPr="00E929A9">
        <w:rPr>
          <w:lang w:val="en-IN"/>
        </w:rPr>
        <w:t xml:space="preserve"> 99 exhibiting dehairing activity”, Int. </w:t>
      </w:r>
      <w:proofErr w:type="spellStart"/>
      <w:r w:rsidRPr="00E929A9">
        <w:rPr>
          <w:lang w:val="en-IN"/>
        </w:rPr>
        <w:t>Biodeterioation</w:t>
      </w:r>
      <w:proofErr w:type="spellEnd"/>
      <w:r w:rsidRPr="00E929A9">
        <w:rPr>
          <w:lang w:val="en-IN"/>
        </w:rPr>
        <w:t xml:space="preserve"> &amp; Biodegradation, 2011, vol 65(1), pp 29 -35. </w:t>
      </w:r>
    </w:p>
    <w:p w14:paraId="518FB998" w14:textId="1CE83CAE" w:rsidR="00E929A9" w:rsidRDefault="00E929A9" w:rsidP="00E53FB4">
      <w:pPr>
        <w:jc w:val="both"/>
        <w:rPr>
          <w:lang w:val="en-IN"/>
        </w:rPr>
      </w:pPr>
      <w:r w:rsidRPr="00E929A9">
        <w:rPr>
          <w:lang w:val="en-IN"/>
        </w:rPr>
        <w:t xml:space="preserve">[4] Ramnani P., Singh R. And Gupta R. “Keratinolytic potential of </w:t>
      </w:r>
      <w:r w:rsidRPr="00E53FB4">
        <w:rPr>
          <w:i/>
          <w:iCs/>
          <w:lang w:val="en-IN"/>
        </w:rPr>
        <w:t>Bacillus licheniformis</w:t>
      </w:r>
      <w:r w:rsidRPr="00E929A9">
        <w:rPr>
          <w:lang w:val="en-IN"/>
        </w:rPr>
        <w:t xml:space="preserve"> rg1: structural and biochemical</w:t>
      </w:r>
      <w:r w:rsidRPr="00E929A9">
        <w:rPr>
          <w:rFonts w:ascii="AAAAAE+TimesNewRomanPSMT" w:hAnsi="AAAAAE+TimesNewRomanPSMT" w:cs="AAAAAE+TimesNewRomanPSMT"/>
          <w:color w:val="000000"/>
          <w:sz w:val="23"/>
          <w:szCs w:val="23"/>
          <w:lang w:val="en-IN"/>
        </w:rPr>
        <w:t xml:space="preserve"> </w:t>
      </w:r>
      <w:proofErr w:type="spellStart"/>
      <w:r w:rsidRPr="00E929A9">
        <w:rPr>
          <w:lang w:val="en-IN"/>
        </w:rPr>
        <w:t>Microbiol</w:t>
      </w:r>
      <w:proofErr w:type="spellEnd"/>
      <w:r w:rsidRPr="00E929A9">
        <w:rPr>
          <w:lang w:val="en-IN"/>
        </w:rPr>
        <w:t>, 2005, vol 51, pp 191-196. 69</w:t>
      </w:r>
      <w:r w:rsidR="00E53FB4">
        <w:rPr>
          <w:lang w:val="en-IN"/>
        </w:rPr>
        <w:t>.</w:t>
      </w:r>
    </w:p>
    <w:p w14:paraId="6C037E40" w14:textId="77777777" w:rsidR="00E929A9" w:rsidRDefault="00E929A9" w:rsidP="00E53FB4">
      <w:pPr>
        <w:jc w:val="both"/>
        <w:rPr>
          <w:lang w:val="en-IN"/>
        </w:rPr>
      </w:pPr>
      <w:r w:rsidRPr="00E929A9">
        <w:rPr>
          <w:lang w:val="en-IN"/>
        </w:rPr>
        <w:t xml:space="preserve">[5] Nam G.W., Lee D.W., Lee H.S., Lee N.J., Kim B.C., Choe E.A., Hwang J.K., </w:t>
      </w:r>
      <w:proofErr w:type="spellStart"/>
      <w:r w:rsidRPr="00E929A9">
        <w:rPr>
          <w:lang w:val="en-IN"/>
        </w:rPr>
        <w:t>Suhartono</w:t>
      </w:r>
      <w:proofErr w:type="spellEnd"/>
      <w:r w:rsidRPr="00E929A9">
        <w:rPr>
          <w:lang w:val="en-IN"/>
        </w:rPr>
        <w:t xml:space="preserve"> M.T., Pyun R. “Native feather degradation by </w:t>
      </w:r>
      <w:r w:rsidRPr="00E53FB4">
        <w:rPr>
          <w:i/>
          <w:iCs/>
          <w:lang w:val="en-IN"/>
        </w:rPr>
        <w:t xml:space="preserve">Fervidobacterium </w:t>
      </w:r>
      <w:proofErr w:type="spellStart"/>
      <w:r w:rsidRPr="00E53FB4">
        <w:rPr>
          <w:i/>
          <w:iCs/>
          <w:lang w:val="en-IN"/>
        </w:rPr>
        <w:t>islandicum</w:t>
      </w:r>
      <w:proofErr w:type="spellEnd"/>
      <w:r w:rsidRPr="00E929A9">
        <w:rPr>
          <w:lang w:val="en-IN"/>
        </w:rPr>
        <w:t xml:space="preserve"> AW-1, a newly isolated keratinase - producing thermophilic anaerobe”, Arch. </w:t>
      </w:r>
      <w:proofErr w:type="spellStart"/>
      <w:r w:rsidRPr="00E929A9">
        <w:rPr>
          <w:lang w:val="en-IN"/>
        </w:rPr>
        <w:t>Microbiol</w:t>
      </w:r>
      <w:proofErr w:type="spellEnd"/>
      <w:r w:rsidRPr="00E929A9">
        <w:rPr>
          <w:lang w:val="en-IN"/>
        </w:rPr>
        <w:t xml:space="preserve">. 2002, vol 178, pp 538 -547. </w:t>
      </w:r>
    </w:p>
    <w:p w14:paraId="2EF47A2C" w14:textId="77777777" w:rsidR="00E929A9" w:rsidRDefault="00E929A9" w:rsidP="00E53FB4">
      <w:pPr>
        <w:jc w:val="both"/>
        <w:rPr>
          <w:lang w:val="en-IN"/>
        </w:rPr>
      </w:pPr>
      <w:r w:rsidRPr="00E929A9">
        <w:rPr>
          <w:lang w:val="en-IN"/>
        </w:rPr>
        <w:t xml:space="preserve">[6] Nagal S., Jain P.C. “Production of feather hydrolysate by Elizabeth </w:t>
      </w:r>
      <w:proofErr w:type="spellStart"/>
      <w:r w:rsidRPr="00E929A9">
        <w:rPr>
          <w:lang w:val="en-IN"/>
        </w:rPr>
        <w:t>kingia</w:t>
      </w:r>
      <w:proofErr w:type="spellEnd"/>
      <w:r w:rsidRPr="00E929A9">
        <w:rPr>
          <w:lang w:val="en-IN"/>
        </w:rPr>
        <w:t xml:space="preserve"> </w:t>
      </w:r>
      <w:proofErr w:type="spellStart"/>
      <w:r w:rsidRPr="00E929A9">
        <w:rPr>
          <w:lang w:val="en-IN"/>
        </w:rPr>
        <w:t>meningo</w:t>
      </w:r>
      <w:proofErr w:type="spellEnd"/>
      <w:r w:rsidRPr="00E929A9">
        <w:rPr>
          <w:lang w:val="en-IN"/>
        </w:rPr>
        <w:t xml:space="preserve"> </w:t>
      </w:r>
      <w:proofErr w:type="spellStart"/>
      <w:r w:rsidRPr="00E929A9">
        <w:rPr>
          <w:lang w:val="en-IN"/>
        </w:rPr>
        <w:t>septica</w:t>
      </w:r>
      <w:proofErr w:type="spellEnd"/>
      <w:r w:rsidRPr="00E929A9">
        <w:rPr>
          <w:lang w:val="en-IN"/>
        </w:rPr>
        <w:t xml:space="preserve"> KB042 (MTCC 8360) in submerged fermentation”, Indian J. </w:t>
      </w:r>
      <w:proofErr w:type="spellStart"/>
      <w:r w:rsidRPr="00E929A9">
        <w:rPr>
          <w:lang w:val="en-IN"/>
        </w:rPr>
        <w:t>Microbiol</w:t>
      </w:r>
      <w:proofErr w:type="spellEnd"/>
      <w:r w:rsidRPr="00E929A9">
        <w:rPr>
          <w:lang w:val="en-IN"/>
        </w:rPr>
        <w:t>. 2010, S41 -S45.</w:t>
      </w:r>
    </w:p>
    <w:p w14:paraId="326D90D7" w14:textId="77777777" w:rsidR="00E929A9" w:rsidRDefault="00E929A9" w:rsidP="00E53FB4">
      <w:pPr>
        <w:jc w:val="both"/>
        <w:rPr>
          <w:lang w:val="en-IN"/>
        </w:rPr>
      </w:pPr>
      <w:r w:rsidRPr="00E929A9">
        <w:rPr>
          <w:lang w:val="en-IN"/>
        </w:rPr>
        <w:t xml:space="preserve"> [7] Sharma R., Gupta R. “Thermostable, Thiol activated keratinase from </w:t>
      </w:r>
      <w:r w:rsidRPr="00E53FB4">
        <w:rPr>
          <w:i/>
          <w:iCs/>
          <w:lang w:val="en-IN"/>
        </w:rPr>
        <w:t>Pseudomonas aeruginosa</w:t>
      </w:r>
      <w:r w:rsidRPr="00E929A9">
        <w:rPr>
          <w:lang w:val="en-IN"/>
        </w:rPr>
        <w:t xml:space="preserve"> – KS1 for prospective applications in Prion decontamination”, Research J. Microbiol.2010, vol5, pp 954 -965. </w:t>
      </w:r>
    </w:p>
    <w:p w14:paraId="13643582" w14:textId="146C9E14" w:rsidR="00E929A9" w:rsidRDefault="00E929A9" w:rsidP="00E53FB4">
      <w:pPr>
        <w:jc w:val="both"/>
        <w:rPr>
          <w:lang w:val="en-IN"/>
        </w:rPr>
      </w:pPr>
      <w:r w:rsidRPr="00E929A9">
        <w:rPr>
          <w:lang w:val="en-IN"/>
        </w:rPr>
        <w:t xml:space="preserve">[8] Mabrouk M. E. M., “Feather degradation by a new keratinolytic </w:t>
      </w:r>
      <w:r w:rsidRPr="00E53FB4">
        <w:rPr>
          <w:i/>
          <w:iCs/>
          <w:lang w:val="en-IN"/>
        </w:rPr>
        <w:t>Streptomyce</w:t>
      </w:r>
      <w:r w:rsidRPr="00E929A9">
        <w:rPr>
          <w:lang w:val="en-IN"/>
        </w:rPr>
        <w:t xml:space="preserve">s sp. MS -2”, World. J. </w:t>
      </w:r>
      <w:proofErr w:type="spellStart"/>
      <w:r w:rsidRPr="00E929A9">
        <w:rPr>
          <w:lang w:val="en-IN"/>
        </w:rPr>
        <w:t>Microbiol</w:t>
      </w:r>
      <w:proofErr w:type="spellEnd"/>
      <w:r w:rsidRPr="00E929A9">
        <w:rPr>
          <w:lang w:val="en-IN"/>
        </w:rPr>
        <w:t xml:space="preserve">. </w:t>
      </w:r>
      <w:proofErr w:type="spellStart"/>
      <w:r w:rsidRPr="00E929A9">
        <w:rPr>
          <w:lang w:val="en-IN"/>
        </w:rPr>
        <w:t>Biotechnol</w:t>
      </w:r>
      <w:proofErr w:type="spellEnd"/>
      <w:r w:rsidRPr="00E929A9">
        <w:rPr>
          <w:lang w:val="en-IN"/>
        </w:rPr>
        <w:t xml:space="preserve">. 2008, vol 24, pp 2331 -2338. </w:t>
      </w:r>
    </w:p>
    <w:p w14:paraId="7C6F9E94" w14:textId="3CCD8221" w:rsidR="00E929A9" w:rsidRDefault="00E929A9" w:rsidP="00E53FB4">
      <w:pPr>
        <w:jc w:val="both"/>
        <w:rPr>
          <w:lang w:val="en-IN"/>
        </w:rPr>
      </w:pPr>
      <w:r w:rsidRPr="00E929A9">
        <w:rPr>
          <w:lang w:val="en-IN"/>
        </w:rPr>
        <w:t xml:space="preserve">[9] Shilpa Ashok Jani, Rishit Soni, Hetal Patel, Brinda Prajapati and Gayatri Patel. “Screening, isolation and characterization of keratin degrading actinomycetes: </w:t>
      </w:r>
      <w:r w:rsidRPr="00E53FB4">
        <w:rPr>
          <w:i/>
          <w:iCs/>
          <w:lang w:val="en-IN"/>
        </w:rPr>
        <w:t>Streptomyces</w:t>
      </w:r>
      <w:r w:rsidRPr="00E929A9">
        <w:rPr>
          <w:lang w:val="en-IN"/>
        </w:rPr>
        <w:t xml:space="preserve"> sp. and </w:t>
      </w:r>
      <w:proofErr w:type="spellStart"/>
      <w:r w:rsidRPr="00E53FB4">
        <w:rPr>
          <w:i/>
          <w:iCs/>
          <w:lang w:val="en-IN"/>
        </w:rPr>
        <w:t>Saccharothrix</w:t>
      </w:r>
      <w:proofErr w:type="spellEnd"/>
      <w:r w:rsidRPr="00E53FB4">
        <w:rPr>
          <w:i/>
          <w:iCs/>
          <w:lang w:val="en-IN"/>
        </w:rPr>
        <w:t xml:space="preserve"> </w:t>
      </w:r>
      <w:proofErr w:type="spellStart"/>
      <w:r w:rsidRPr="00E53FB4">
        <w:rPr>
          <w:i/>
          <w:iCs/>
          <w:lang w:val="en-IN"/>
        </w:rPr>
        <w:t>xinjiangensi</w:t>
      </w:r>
      <w:proofErr w:type="spellEnd"/>
      <w:r w:rsidRPr="00E929A9">
        <w:rPr>
          <w:lang w:val="en-IN"/>
        </w:rPr>
        <w:t xml:space="preserve"> and </w:t>
      </w:r>
      <w:r w:rsidR="00144536" w:rsidRPr="00E929A9">
        <w:rPr>
          <w:lang w:val="en-IN"/>
        </w:rPr>
        <w:t>analysing</w:t>
      </w:r>
      <w:r w:rsidRPr="00E929A9">
        <w:rPr>
          <w:lang w:val="en-IN"/>
        </w:rPr>
        <w:t xml:space="preserve"> their significance for production of keratinolytic protease and feed grade amino acids”. Int. J. Curr. </w:t>
      </w:r>
      <w:proofErr w:type="spellStart"/>
      <w:r w:rsidRPr="00E929A9">
        <w:rPr>
          <w:lang w:val="en-IN"/>
        </w:rPr>
        <w:t>Microbiol</w:t>
      </w:r>
      <w:proofErr w:type="spellEnd"/>
      <w:r w:rsidRPr="00E929A9">
        <w:rPr>
          <w:lang w:val="en-IN"/>
        </w:rPr>
        <w:t xml:space="preserve">. App. Sci. 2014, vol 3(9), pp 940 - 955. </w:t>
      </w:r>
    </w:p>
    <w:p w14:paraId="7ED1A9BD" w14:textId="2B4537DC" w:rsidR="0091262C" w:rsidRDefault="00E929A9" w:rsidP="00E53FB4">
      <w:pPr>
        <w:jc w:val="both"/>
        <w:rPr>
          <w:lang w:val="en-IN"/>
        </w:rPr>
      </w:pPr>
      <w:r w:rsidRPr="00E929A9">
        <w:rPr>
          <w:lang w:val="en-IN"/>
        </w:rPr>
        <w:t xml:space="preserve">[10] Cao L., Tan H., Liu Y., Xue X., Zhou S., “Characterization of a new keratinolytic </w:t>
      </w:r>
      <w:r w:rsidRPr="00E53FB4">
        <w:rPr>
          <w:i/>
          <w:iCs/>
          <w:lang w:val="en-IN"/>
        </w:rPr>
        <w:t xml:space="preserve">Trichoderma </w:t>
      </w:r>
      <w:proofErr w:type="spellStart"/>
      <w:r w:rsidRPr="00E53FB4">
        <w:rPr>
          <w:i/>
          <w:iCs/>
          <w:lang w:val="en-IN"/>
        </w:rPr>
        <w:t>atroviride</w:t>
      </w:r>
      <w:proofErr w:type="spellEnd"/>
      <w:r w:rsidRPr="00E929A9">
        <w:rPr>
          <w:lang w:val="en-IN"/>
        </w:rPr>
        <w:t xml:space="preserve"> strain F6 that</w:t>
      </w:r>
      <w:r w:rsidR="0091262C" w:rsidRPr="0091262C">
        <w:rPr>
          <w:rFonts w:ascii="AAAAAE+TimesNewRomanPSMT" w:hAnsi="AAAAAE+TimesNewRomanPSMT" w:cs="AAAAAE+TimesNewRomanPSMT"/>
          <w:color w:val="000000"/>
          <w:sz w:val="23"/>
          <w:szCs w:val="23"/>
          <w:lang w:val="en-IN"/>
        </w:rPr>
        <w:t xml:space="preserve"> </w:t>
      </w:r>
      <w:r w:rsidR="0091262C" w:rsidRPr="0091262C">
        <w:rPr>
          <w:lang w:val="en-IN"/>
        </w:rPr>
        <w:t xml:space="preserve">completely degrades native chicken feather”, The society for Applied Microbiology. Lett. Appl. </w:t>
      </w:r>
      <w:proofErr w:type="spellStart"/>
      <w:r w:rsidR="0091262C" w:rsidRPr="0091262C">
        <w:rPr>
          <w:lang w:val="en-IN"/>
        </w:rPr>
        <w:t>Microbiol</w:t>
      </w:r>
      <w:proofErr w:type="spellEnd"/>
      <w:r w:rsidR="0091262C" w:rsidRPr="0091262C">
        <w:rPr>
          <w:lang w:val="en-IN"/>
        </w:rPr>
        <w:t>. 2008, vol 46, pp 389 -394. 70</w:t>
      </w:r>
      <w:r w:rsidR="00E53FB4">
        <w:rPr>
          <w:lang w:val="en-IN"/>
        </w:rPr>
        <w:t>.</w:t>
      </w:r>
    </w:p>
    <w:p w14:paraId="0CD6C105" w14:textId="216B3228" w:rsidR="0091262C" w:rsidRDefault="0091262C" w:rsidP="00E53FB4">
      <w:pPr>
        <w:jc w:val="both"/>
        <w:rPr>
          <w:lang w:val="en-IN"/>
        </w:rPr>
      </w:pPr>
      <w:r w:rsidRPr="0091262C">
        <w:rPr>
          <w:lang w:val="en-IN"/>
        </w:rPr>
        <w:t xml:space="preserve">[11] </w:t>
      </w:r>
      <w:proofErr w:type="spellStart"/>
      <w:r w:rsidRPr="0091262C">
        <w:rPr>
          <w:lang w:val="en-IN"/>
        </w:rPr>
        <w:t>Gradisar</w:t>
      </w:r>
      <w:proofErr w:type="spellEnd"/>
      <w:r w:rsidRPr="0091262C">
        <w:rPr>
          <w:lang w:val="en-IN"/>
        </w:rPr>
        <w:t xml:space="preserve"> H., Friedrich J., </w:t>
      </w:r>
      <w:proofErr w:type="spellStart"/>
      <w:r w:rsidRPr="0091262C">
        <w:rPr>
          <w:lang w:val="en-IN"/>
        </w:rPr>
        <w:t>Krizaj</w:t>
      </w:r>
      <w:proofErr w:type="spellEnd"/>
      <w:r w:rsidRPr="0091262C">
        <w:rPr>
          <w:lang w:val="en-IN"/>
        </w:rPr>
        <w:t xml:space="preserve"> I., </w:t>
      </w:r>
      <w:proofErr w:type="spellStart"/>
      <w:r w:rsidRPr="0091262C">
        <w:rPr>
          <w:lang w:val="en-IN"/>
        </w:rPr>
        <w:t>Jerala</w:t>
      </w:r>
      <w:proofErr w:type="spellEnd"/>
      <w:r w:rsidRPr="0091262C">
        <w:rPr>
          <w:lang w:val="en-IN"/>
        </w:rPr>
        <w:t xml:space="preserve"> R.; Similarities and specificities of fungal keratinolytic proteases: comparison of keratinases of </w:t>
      </w:r>
      <w:proofErr w:type="spellStart"/>
      <w:r w:rsidRPr="00E53FB4">
        <w:rPr>
          <w:i/>
          <w:iCs/>
          <w:lang w:val="en-IN"/>
        </w:rPr>
        <w:t>Paecilomyces</w:t>
      </w:r>
      <w:proofErr w:type="spellEnd"/>
      <w:r w:rsidRPr="00E53FB4">
        <w:rPr>
          <w:i/>
          <w:iCs/>
          <w:lang w:val="en-IN"/>
        </w:rPr>
        <w:t xml:space="preserve"> </w:t>
      </w:r>
      <w:proofErr w:type="spellStart"/>
      <w:r w:rsidRPr="00E53FB4">
        <w:rPr>
          <w:i/>
          <w:iCs/>
          <w:lang w:val="en-IN"/>
        </w:rPr>
        <w:t>marquandii</w:t>
      </w:r>
      <w:proofErr w:type="spellEnd"/>
      <w:r w:rsidRPr="0091262C">
        <w:rPr>
          <w:lang w:val="en-IN"/>
        </w:rPr>
        <w:t xml:space="preserve"> and </w:t>
      </w:r>
      <w:proofErr w:type="spellStart"/>
      <w:r w:rsidRPr="00E53FB4">
        <w:rPr>
          <w:i/>
          <w:iCs/>
          <w:lang w:val="en-IN"/>
        </w:rPr>
        <w:lastRenderedPageBreak/>
        <w:t>Doratomyces</w:t>
      </w:r>
      <w:proofErr w:type="spellEnd"/>
      <w:r w:rsidRPr="00E53FB4">
        <w:rPr>
          <w:i/>
          <w:iCs/>
          <w:lang w:val="en-IN"/>
        </w:rPr>
        <w:t xml:space="preserve"> </w:t>
      </w:r>
      <w:proofErr w:type="spellStart"/>
      <w:r w:rsidRPr="00E53FB4">
        <w:rPr>
          <w:i/>
          <w:iCs/>
          <w:lang w:val="en-IN"/>
        </w:rPr>
        <w:t>microsporus</w:t>
      </w:r>
      <w:proofErr w:type="spellEnd"/>
      <w:r w:rsidRPr="0091262C">
        <w:rPr>
          <w:lang w:val="en-IN"/>
        </w:rPr>
        <w:t xml:space="preserve"> to some known proteases, Appl. Environ. </w:t>
      </w:r>
      <w:proofErr w:type="spellStart"/>
      <w:r w:rsidRPr="0091262C">
        <w:rPr>
          <w:lang w:val="en-IN"/>
        </w:rPr>
        <w:t>Microbiol</w:t>
      </w:r>
      <w:proofErr w:type="spellEnd"/>
      <w:r w:rsidRPr="0091262C">
        <w:rPr>
          <w:lang w:val="en-IN"/>
        </w:rPr>
        <w:t>. 2005, vol 71, pp 3420 -3426</w:t>
      </w:r>
      <w:r w:rsidR="00E53FB4">
        <w:rPr>
          <w:lang w:val="en-IN"/>
        </w:rPr>
        <w:t>.</w:t>
      </w:r>
    </w:p>
    <w:p w14:paraId="10A2A257" w14:textId="286FF662" w:rsidR="0091262C" w:rsidRDefault="0091262C" w:rsidP="00E53FB4">
      <w:pPr>
        <w:jc w:val="both"/>
        <w:rPr>
          <w:lang w:val="en-IN"/>
        </w:rPr>
      </w:pPr>
      <w:r w:rsidRPr="0091262C">
        <w:rPr>
          <w:lang w:val="en-IN"/>
        </w:rPr>
        <w:t xml:space="preserve">[12] Rodrigues N.M. Ledesma C.T., Cirena D.V. “New feather – degrading filamentous fungi”, </w:t>
      </w:r>
      <w:proofErr w:type="spellStart"/>
      <w:r w:rsidRPr="0091262C">
        <w:rPr>
          <w:lang w:val="en-IN"/>
        </w:rPr>
        <w:t>Microb</w:t>
      </w:r>
      <w:proofErr w:type="spellEnd"/>
      <w:r w:rsidRPr="0091262C">
        <w:rPr>
          <w:lang w:val="en-IN"/>
        </w:rPr>
        <w:t xml:space="preserve">. Ecol. 2008, vol 56, pp 13 - 17. </w:t>
      </w:r>
    </w:p>
    <w:p w14:paraId="462FE1E0" w14:textId="77777777" w:rsidR="0091262C" w:rsidRDefault="0091262C" w:rsidP="00E53FB4">
      <w:pPr>
        <w:jc w:val="both"/>
        <w:rPr>
          <w:lang w:val="en-IN"/>
        </w:rPr>
      </w:pPr>
      <w:r w:rsidRPr="0091262C">
        <w:rPr>
          <w:lang w:val="en-IN"/>
        </w:rPr>
        <w:t xml:space="preserve">[13] Neetu Jain, Meenakshi Sharma. “Biodiversity of Keratinophilic Fungal Flora in University Campus, Jaipur, India”. Iranian J </w:t>
      </w:r>
      <w:proofErr w:type="spellStart"/>
      <w:r w:rsidRPr="0091262C">
        <w:rPr>
          <w:lang w:val="en-IN"/>
        </w:rPr>
        <w:t>Publ</w:t>
      </w:r>
      <w:proofErr w:type="spellEnd"/>
      <w:r w:rsidRPr="0091262C">
        <w:rPr>
          <w:lang w:val="en-IN"/>
        </w:rPr>
        <w:t xml:space="preserve"> Health, 2012, V </w:t>
      </w:r>
      <w:proofErr w:type="spellStart"/>
      <w:r w:rsidRPr="0091262C">
        <w:rPr>
          <w:lang w:val="en-IN"/>
        </w:rPr>
        <w:t>ol</w:t>
      </w:r>
      <w:proofErr w:type="spellEnd"/>
      <w:r w:rsidRPr="0091262C">
        <w:rPr>
          <w:lang w:val="en-IN"/>
        </w:rPr>
        <w:t xml:space="preserve">. 41(11), pp.27 -33. </w:t>
      </w:r>
    </w:p>
    <w:p w14:paraId="348560C3" w14:textId="26D8E644" w:rsidR="0091262C" w:rsidRDefault="0091262C" w:rsidP="00E53FB4">
      <w:pPr>
        <w:jc w:val="both"/>
        <w:rPr>
          <w:lang w:val="en-IN"/>
        </w:rPr>
      </w:pPr>
      <w:r w:rsidRPr="0091262C">
        <w:rPr>
          <w:lang w:val="en-IN"/>
        </w:rPr>
        <w:t xml:space="preserve">[14] Tamilmani P. </w:t>
      </w:r>
      <w:proofErr w:type="spellStart"/>
      <w:r w:rsidRPr="0091262C">
        <w:rPr>
          <w:lang w:val="en-IN"/>
        </w:rPr>
        <w:t>Umamaheswari</w:t>
      </w:r>
      <w:proofErr w:type="spellEnd"/>
      <w:r w:rsidRPr="0091262C">
        <w:rPr>
          <w:lang w:val="en-IN"/>
        </w:rPr>
        <w:t xml:space="preserve"> A, Vinayagam A and Prakash B. “Production of extracellular feather degrading enzymes by </w:t>
      </w:r>
      <w:r w:rsidRPr="00E53FB4">
        <w:rPr>
          <w:i/>
          <w:iCs/>
          <w:lang w:val="en-IN"/>
        </w:rPr>
        <w:t>Bacillus licheniformis</w:t>
      </w:r>
      <w:r w:rsidRPr="0091262C">
        <w:rPr>
          <w:lang w:val="en-IN"/>
        </w:rPr>
        <w:t xml:space="preserve"> isolated from poultry farm soil in Namakal Distri</w:t>
      </w:r>
      <w:r w:rsidR="00E53FB4">
        <w:rPr>
          <w:lang w:val="en-IN"/>
        </w:rPr>
        <w:t>ct</w:t>
      </w:r>
      <w:r w:rsidRPr="0091262C">
        <w:rPr>
          <w:lang w:val="en-IN"/>
        </w:rPr>
        <w:t xml:space="preserve"> (</w:t>
      </w:r>
      <w:proofErr w:type="spellStart"/>
      <w:r w:rsidRPr="0091262C">
        <w:rPr>
          <w:lang w:val="en-IN"/>
        </w:rPr>
        <w:t>Tamilnadu</w:t>
      </w:r>
      <w:proofErr w:type="spellEnd"/>
      <w:r w:rsidRPr="0091262C">
        <w:rPr>
          <w:lang w:val="en-IN"/>
        </w:rPr>
        <w:t xml:space="preserve">)”, International Journal of Poultry Science, 2008, vol 7 (2), p184 - 188. </w:t>
      </w:r>
    </w:p>
    <w:p w14:paraId="0C8E7091" w14:textId="77777777" w:rsidR="0091262C" w:rsidRDefault="0091262C" w:rsidP="00E53FB4">
      <w:pPr>
        <w:jc w:val="both"/>
        <w:rPr>
          <w:lang w:val="en-IN"/>
        </w:rPr>
      </w:pPr>
      <w:r w:rsidRPr="0091262C">
        <w:rPr>
          <w:lang w:val="en-IN"/>
        </w:rPr>
        <w:t xml:space="preserve">[15] Vigneshwaran C., Shanmuga S. and Satish </w:t>
      </w:r>
      <w:proofErr w:type="spellStart"/>
      <w:r w:rsidRPr="0091262C">
        <w:rPr>
          <w:lang w:val="en-IN"/>
        </w:rPr>
        <w:t>kumar</w:t>
      </w:r>
      <w:proofErr w:type="spellEnd"/>
      <w:r w:rsidRPr="0091262C">
        <w:rPr>
          <w:lang w:val="en-IN"/>
        </w:rPr>
        <w:t xml:space="preserve"> T. “screening and characterization of keratinase from </w:t>
      </w:r>
      <w:r w:rsidRPr="00E53FB4">
        <w:rPr>
          <w:i/>
          <w:iCs/>
          <w:lang w:val="en-IN"/>
        </w:rPr>
        <w:t>Bacillus licheniformis</w:t>
      </w:r>
      <w:r w:rsidRPr="0091262C">
        <w:rPr>
          <w:lang w:val="en-IN"/>
        </w:rPr>
        <w:t xml:space="preserve"> isolated from Namakkal poultry farm”. 2010, vol 2(4), pp 89-96.</w:t>
      </w:r>
    </w:p>
    <w:p w14:paraId="3E81CB16" w14:textId="77777777" w:rsidR="00607E16" w:rsidRDefault="0091262C" w:rsidP="00E53FB4">
      <w:pPr>
        <w:jc w:val="both"/>
        <w:rPr>
          <w:rFonts w:ascii="AAAAAE+TimesNewRomanPSMT" w:hAnsi="AAAAAE+TimesNewRomanPSMT" w:cs="AAAAAE+TimesNewRomanPSMT"/>
          <w:color w:val="000000"/>
          <w:sz w:val="23"/>
          <w:szCs w:val="23"/>
          <w:lang w:val="en-IN"/>
        </w:rPr>
      </w:pPr>
      <w:r w:rsidRPr="0091262C">
        <w:rPr>
          <w:lang w:val="en-IN"/>
        </w:rPr>
        <w:t xml:space="preserve"> [16]</w:t>
      </w:r>
      <w:r w:rsidR="00607E16">
        <w:rPr>
          <w:lang w:val="en-IN"/>
        </w:rPr>
        <w:t xml:space="preserve"> </w:t>
      </w:r>
      <w:r w:rsidRPr="0091262C">
        <w:rPr>
          <w:lang w:val="en-IN"/>
        </w:rPr>
        <w:t xml:space="preserve">Verma, A., Singh, H., Anwar, S., Chattopadhyay, A., Tiwari, K. K., Kaur, S., et al. (2017). Microbial keratinases: industrial enzymes with waste management potential. Crit. Rev. </w:t>
      </w:r>
      <w:proofErr w:type="spellStart"/>
      <w:r w:rsidRPr="0091262C">
        <w:rPr>
          <w:lang w:val="en-IN"/>
        </w:rPr>
        <w:t>Biotechnol</w:t>
      </w:r>
      <w:proofErr w:type="spellEnd"/>
      <w:r w:rsidRPr="0091262C">
        <w:rPr>
          <w:lang w:val="en-IN"/>
        </w:rPr>
        <w:t xml:space="preserve">. 37, 476 –491. </w:t>
      </w:r>
      <w:proofErr w:type="spellStart"/>
      <w:r w:rsidRPr="0091262C">
        <w:rPr>
          <w:lang w:val="en-IN"/>
        </w:rPr>
        <w:t>doi</w:t>
      </w:r>
      <w:proofErr w:type="spellEnd"/>
      <w:r w:rsidRPr="0091262C">
        <w:rPr>
          <w:lang w:val="en-IN"/>
        </w:rPr>
        <w:t>: 10.1080/07388551.2016. 1185388</w:t>
      </w:r>
      <w:r w:rsidR="00607E16" w:rsidRPr="00607E16">
        <w:rPr>
          <w:rFonts w:ascii="AAAAAE+TimesNewRomanPSMT" w:hAnsi="AAAAAE+TimesNewRomanPSMT" w:cs="AAAAAE+TimesNewRomanPSMT"/>
          <w:color w:val="000000"/>
          <w:sz w:val="23"/>
          <w:szCs w:val="23"/>
          <w:lang w:val="en-IN"/>
        </w:rPr>
        <w:t xml:space="preserve"> </w:t>
      </w:r>
    </w:p>
    <w:p w14:paraId="32F05E4D" w14:textId="171A4092" w:rsidR="00607E16" w:rsidRDefault="00607E16" w:rsidP="00E53FB4">
      <w:pPr>
        <w:jc w:val="both"/>
        <w:rPr>
          <w:lang w:val="en-IN"/>
        </w:rPr>
      </w:pPr>
      <w:r w:rsidRPr="00607E16">
        <w:rPr>
          <w:lang w:val="en-IN"/>
        </w:rPr>
        <w:t xml:space="preserve">[17] Viani, F. C., Santos, J. I. D., Paula, C. R., Larson, C. E., and Gambale, W. (2001). Production of extracellular enzymes by </w:t>
      </w:r>
      <w:proofErr w:type="spellStart"/>
      <w:r w:rsidRPr="00E53FB4">
        <w:rPr>
          <w:i/>
          <w:iCs/>
          <w:lang w:val="en-IN"/>
        </w:rPr>
        <w:t>Microsporum</w:t>
      </w:r>
      <w:proofErr w:type="spellEnd"/>
      <w:r w:rsidRPr="00E53FB4">
        <w:rPr>
          <w:i/>
          <w:iCs/>
          <w:lang w:val="en-IN"/>
        </w:rPr>
        <w:t xml:space="preserve"> </w:t>
      </w:r>
      <w:proofErr w:type="spellStart"/>
      <w:r w:rsidRPr="00E53FB4">
        <w:rPr>
          <w:i/>
          <w:iCs/>
          <w:lang w:val="en-IN"/>
        </w:rPr>
        <w:t>canis</w:t>
      </w:r>
      <w:proofErr w:type="spellEnd"/>
      <w:r w:rsidRPr="00607E16">
        <w:rPr>
          <w:lang w:val="en-IN"/>
        </w:rPr>
        <w:t xml:space="preserve"> and their role in its virulence. Med. Mycol. 39, 463–468. </w:t>
      </w:r>
      <w:proofErr w:type="spellStart"/>
      <w:r w:rsidRPr="00607E16">
        <w:rPr>
          <w:lang w:val="en-IN"/>
        </w:rPr>
        <w:t>doi</w:t>
      </w:r>
      <w:proofErr w:type="spellEnd"/>
      <w:r w:rsidRPr="00607E16">
        <w:rPr>
          <w:lang w:val="en-IN"/>
        </w:rPr>
        <w:t xml:space="preserve">: 10.1080/mmy.39.5.463.468. </w:t>
      </w:r>
    </w:p>
    <w:p w14:paraId="2478892A" w14:textId="6A06849C" w:rsidR="00607E16" w:rsidRDefault="00607E16" w:rsidP="00E53FB4">
      <w:pPr>
        <w:jc w:val="both"/>
        <w:rPr>
          <w:lang w:val="en-IN"/>
        </w:rPr>
      </w:pPr>
      <w:r w:rsidRPr="00607E16">
        <w:rPr>
          <w:lang w:val="en-IN"/>
        </w:rPr>
        <w:t xml:space="preserve">[18] Wang, B., Yang, W., McKittrick, J., and Meyers, M. A. (2016). Keratin: structure, mechanical properties, occurrence in biological organisms, and efforts at bio - inspiration. Prog. Mater. Sci. 76, 229–318. </w:t>
      </w:r>
      <w:proofErr w:type="gramStart"/>
      <w:r w:rsidRPr="00607E16">
        <w:rPr>
          <w:lang w:val="en-IN"/>
        </w:rPr>
        <w:t>doi:10.1016/j.pmatsci</w:t>
      </w:r>
      <w:proofErr w:type="gramEnd"/>
      <w:r w:rsidRPr="00607E16">
        <w:rPr>
          <w:lang w:val="en-IN"/>
        </w:rPr>
        <w:t>.2015.06.001.</w:t>
      </w:r>
    </w:p>
    <w:p w14:paraId="1B661FA2" w14:textId="652BEA18" w:rsidR="00607E16" w:rsidRDefault="00607E16" w:rsidP="00E53FB4">
      <w:pPr>
        <w:jc w:val="both"/>
        <w:rPr>
          <w:lang w:val="en-IN"/>
        </w:rPr>
      </w:pPr>
      <w:r w:rsidRPr="00607E16">
        <w:rPr>
          <w:lang w:val="en-IN"/>
        </w:rPr>
        <w:t xml:space="preserve"> [19] Iglesias MS, Sequeiros C, Garcia S, Olivera NL (2017) Newly isolated </w:t>
      </w:r>
      <w:r w:rsidRPr="00E53FB4">
        <w:rPr>
          <w:i/>
          <w:iCs/>
          <w:lang w:val="en-IN"/>
        </w:rPr>
        <w:t>Bacillus</w:t>
      </w:r>
      <w:r w:rsidRPr="00607E16">
        <w:rPr>
          <w:lang w:val="en-IN"/>
        </w:rPr>
        <w:t xml:space="preserve"> sp. G51 </w:t>
      </w:r>
      <w:proofErr w:type="spellStart"/>
      <w:r w:rsidRPr="00607E16">
        <w:rPr>
          <w:lang w:val="en-IN"/>
        </w:rPr>
        <w:t>f rom</w:t>
      </w:r>
      <w:proofErr w:type="spellEnd"/>
      <w:r w:rsidRPr="00607E16">
        <w:rPr>
          <w:lang w:val="en-IN"/>
        </w:rPr>
        <w:t xml:space="preserve"> Patagonian wool produces an enzyme combination suitable for felt-resist treatments of organic wool. Bioprocess Biosystems Eng 40:833 –842. </w:t>
      </w:r>
    </w:p>
    <w:p w14:paraId="7F399FBA" w14:textId="77777777" w:rsidR="00607E16" w:rsidRDefault="00607E16" w:rsidP="00E53FB4">
      <w:pPr>
        <w:jc w:val="both"/>
        <w:rPr>
          <w:lang w:val="en-IN"/>
        </w:rPr>
      </w:pPr>
      <w:r w:rsidRPr="00607E16">
        <w:rPr>
          <w:lang w:val="en-IN"/>
        </w:rPr>
        <w:t xml:space="preserve">[20] Wang, Q., Zhao, X., Hu, Z., &amp; Zhang, X. (2020). Effects of carbon and nitrogen sources on keratinase production by a feather -degrading bacterium, </w:t>
      </w:r>
      <w:r w:rsidRPr="00E53FB4">
        <w:rPr>
          <w:i/>
          <w:iCs/>
          <w:lang w:val="en-IN"/>
        </w:rPr>
        <w:t xml:space="preserve">Bacillus </w:t>
      </w:r>
      <w:proofErr w:type="spellStart"/>
      <w:r w:rsidRPr="00E53FB4">
        <w:rPr>
          <w:i/>
          <w:iCs/>
          <w:lang w:val="en-IN"/>
        </w:rPr>
        <w:t>amyloliquefaciens</w:t>
      </w:r>
      <w:proofErr w:type="spellEnd"/>
      <w:r w:rsidRPr="00607E16">
        <w:rPr>
          <w:lang w:val="en-IN"/>
        </w:rPr>
        <w:t xml:space="preserve"> QY201. International Biodeterioration &amp; Biodegradation, 150, 104937. </w:t>
      </w:r>
    </w:p>
    <w:p w14:paraId="16CA599E" w14:textId="52D6FD06" w:rsidR="00607E16" w:rsidRDefault="00607E16" w:rsidP="00E53FB4">
      <w:pPr>
        <w:jc w:val="both"/>
        <w:rPr>
          <w:lang w:val="en-IN"/>
        </w:rPr>
      </w:pPr>
      <w:r w:rsidRPr="00607E16">
        <w:rPr>
          <w:lang w:val="en-IN"/>
        </w:rPr>
        <w:t xml:space="preserve">[21] </w:t>
      </w:r>
      <w:proofErr w:type="spellStart"/>
      <w:r w:rsidRPr="00607E16">
        <w:rPr>
          <w:lang w:val="en-IN"/>
        </w:rPr>
        <w:t>Suntornsuk</w:t>
      </w:r>
      <w:proofErr w:type="spellEnd"/>
      <w:r w:rsidRPr="00607E16">
        <w:rPr>
          <w:lang w:val="en-IN"/>
        </w:rPr>
        <w:t xml:space="preserve">, W. and L. </w:t>
      </w:r>
      <w:proofErr w:type="spellStart"/>
      <w:r w:rsidRPr="00607E16">
        <w:rPr>
          <w:lang w:val="en-IN"/>
        </w:rPr>
        <w:t>Suntornsuk</w:t>
      </w:r>
      <w:proofErr w:type="spellEnd"/>
      <w:r w:rsidRPr="00607E16">
        <w:rPr>
          <w:lang w:val="en-IN"/>
        </w:rPr>
        <w:t xml:space="preserve"> “Feather degradation by </w:t>
      </w:r>
      <w:r w:rsidRPr="00E53FB4">
        <w:rPr>
          <w:i/>
          <w:iCs/>
          <w:lang w:val="en-IN"/>
        </w:rPr>
        <w:t>Bacillus</w:t>
      </w:r>
      <w:r w:rsidRPr="00607E16">
        <w:rPr>
          <w:lang w:val="en-IN"/>
        </w:rPr>
        <w:t xml:space="preserve"> </w:t>
      </w:r>
      <w:proofErr w:type="spellStart"/>
      <w:r w:rsidRPr="00607E16">
        <w:rPr>
          <w:lang w:val="en-IN"/>
        </w:rPr>
        <w:t>sp</w:t>
      </w:r>
      <w:proofErr w:type="spellEnd"/>
      <w:r w:rsidRPr="00607E16">
        <w:rPr>
          <w:lang w:val="en-IN"/>
        </w:rPr>
        <w:t xml:space="preserve"> FK 46 in submerged Cultivation”. Bioresour</w:t>
      </w:r>
      <w:r w:rsidR="00E53FB4">
        <w:rPr>
          <w:lang w:val="en-IN"/>
        </w:rPr>
        <w:t>ce</w:t>
      </w:r>
      <w:r w:rsidRPr="00607E16">
        <w:rPr>
          <w:lang w:val="en-IN"/>
        </w:rPr>
        <w:t>. Technol.2003, vol 86, pp 239-243.</w:t>
      </w:r>
    </w:p>
    <w:p w14:paraId="0E9BB425" w14:textId="77777777" w:rsidR="00607E16" w:rsidRDefault="00607E16" w:rsidP="00E53FB4">
      <w:pPr>
        <w:jc w:val="both"/>
        <w:rPr>
          <w:lang w:val="en-IN"/>
        </w:rPr>
      </w:pPr>
      <w:r w:rsidRPr="00607E16">
        <w:rPr>
          <w:lang w:val="en-IN"/>
        </w:rPr>
        <w:t xml:space="preserve"> [22] Alexandre, J.M., O.B. Walter, G. Renata, D. David, P.H. Joao Antonio and T. Carlos “Novel keratinase from </w:t>
      </w:r>
      <w:r w:rsidRPr="00E53FB4">
        <w:rPr>
          <w:i/>
          <w:iCs/>
          <w:lang w:val="en-IN"/>
        </w:rPr>
        <w:t>Bacillus subtilis</w:t>
      </w:r>
      <w:r w:rsidRPr="00607E16">
        <w:rPr>
          <w:lang w:val="en-IN"/>
        </w:rPr>
        <w:t xml:space="preserve"> S14 exhibiting remarkable dehairing capabilities”. Appl. Environ. </w:t>
      </w:r>
      <w:proofErr w:type="spellStart"/>
      <w:r w:rsidRPr="00607E16">
        <w:rPr>
          <w:lang w:val="en-IN"/>
        </w:rPr>
        <w:t>Microbiol</w:t>
      </w:r>
      <w:proofErr w:type="spellEnd"/>
      <w:r w:rsidRPr="00607E16">
        <w:rPr>
          <w:lang w:val="en-IN"/>
        </w:rPr>
        <w:t xml:space="preserve">., 2005, vol71, pp 594 -596. </w:t>
      </w:r>
    </w:p>
    <w:p w14:paraId="7F9D1902" w14:textId="77777777" w:rsidR="00607E16" w:rsidRDefault="00607E16" w:rsidP="00E53FB4">
      <w:pPr>
        <w:jc w:val="both"/>
        <w:rPr>
          <w:lang w:val="en-IN"/>
        </w:rPr>
      </w:pPr>
      <w:r w:rsidRPr="00607E16">
        <w:rPr>
          <w:lang w:val="en-IN"/>
        </w:rPr>
        <w:t>[23] Sharma R. And Rajak R. C., “keratinophilic fungi: nature’s keratin</w:t>
      </w:r>
      <w:r w:rsidRPr="00607E16">
        <w:rPr>
          <w:rFonts w:ascii="AAAAAE+TimesNewRomanPSMT" w:hAnsi="AAAAAE+TimesNewRomanPSMT" w:cs="AAAAAE+TimesNewRomanPSMT"/>
          <w:color w:val="000000"/>
          <w:sz w:val="23"/>
          <w:szCs w:val="23"/>
          <w:lang w:val="en-IN"/>
        </w:rPr>
        <w:t xml:space="preserve"> </w:t>
      </w:r>
      <w:r w:rsidRPr="00607E16">
        <w:rPr>
          <w:lang w:val="en-IN"/>
        </w:rPr>
        <w:t xml:space="preserve">degrading machines - their isolation, Identification and ecological role”, Resonance, 2003, vol 8, pp 28 -40. </w:t>
      </w:r>
    </w:p>
    <w:p w14:paraId="3BF86658" w14:textId="031034BD" w:rsidR="00607E16" w:rsidRDefault="00607E16" w:rsidP="00E53FB4">
      <w:pPr>
        <w:jc w:val="both"/>
        <w:rPr>
          <w:lang w:val="en-IN"/>
        </w:rPr>
      </w:pPr>
      <w:r w:rsidRPr="00607E16">
        <w:rPr>
          <w:lang w:val="en-IN"/>
        </w:rPr>
        <w:t xml:space="preserve">[24] Femi -Ola, T. O., </w:t>
      </w:r>
      <w:proofErr w:type="spellStart"/>
      <w:r w:rsidRPr="00607E16">
        <w:rPr>
          <w:lang w:val="en-IN"/>
        </w:rPr>
        <w:t>Akinbobola</w:t>
      </w:r>
      <w:proofErr w:type="spellEnd"/>
      <w:r w:rsidRPr="00607E16">
        <w:rPr>
          <w:lang w:val="en-IN"/>
        </w:rPr>
        <w:t xml:space="preserve">, O. S. and </w:t>
      </w:r>
      <w:proofErr w:type="spellStart"/>
      <w:r w:rsidRPr="00607E16">
        <w:rPr>
          <w:lang w:val="en-IN"/>
        </w:rPr>
        <w:t>Oluwaniyi</w:t>
      </w:r>
      <w:proofErr w:type="spellEnd"/>
      <w:r w:rsidRPr="00607E16">
        <w:rPr>
          <w:lang w:val="en-IN"/>
        </w:rPr>
        <w:t>, T. T. Isolation and characterization of feather degrading bacteria from poultry soil. Agric. Bio. J.N.Am.2015,</w:t>
      </w:r>
      <w:r w:rsidR="00E53FB4">
        <w:rPr>
          <w:lang w:val="en-IN"/>
        </w:rPr>
        <w:t xml:space="preserve"> </w:t>
      </w:r>
      <w:r w:rsidRPr="00607E16">
        <w:rPr>
          <w:lang w:val="en-IN"/>
        </w:rPr>
        <w:t xml:space="preserve">Vol 6(5), pp 146 -154. </w:t>
      </w:r>
    </w:p>
    <w:p w14:paraId="797FAF86" w14:textId="21CF744F" w:rsidR="00607E16" w:rsidRDefault="00607E16" w:rsidP="00E53FB4">
      <w:pPr>
        <w:jc w:val="both"/>
        <w:rPr>
          <w:lang w:val="en-IN"/>
        </w:rPr>
      </w:pPr>
      <w:r w:rsidRPr="00607E16">
        <w:rPr>
          <w:lang w:val="en-IN"/>
        </w:rPr>
        <w:lastRenderedPageBreak/>
        <w:t xml:space="preserve">[26] </w:t>
      </w:r>
      <w:proofErr w:type="spellStart"/>
      <w:r w:rsidRPr="00607E16">
        <w:rPr>
          <w:lang w:val="en-IN"/>
        </w:rPr>
        <w:t>Brandelli</w:t>
      </w:r>
      <w:proofErr w:type="spellEnd"/>
      <w:r w:rsidRPr="00607E16">
        <w:rPr>
          <w:lang w:val="en-IN"/>
        </w:rPr>
        <w:t xml:space="preserve"> A, et al. Bioconversion of keratin wastes using keratinolytic microorganisms: progress and prospective. Int J Mol Sci. </w:t>
      </w:r>
      <w:proofErr w:type="gramStart"/>
      <w:r w:rsidRPr="00607E16">
        <w:rPr>
          <w:lang w:val="en-IN"/>
        </w:rPr>
        <w:t>2022;23:2048031</w:t>
      </w:r>
      <w:proofErr w:type="gramEnd"/>
      <w:r w:rsidRPr="00607E16">
        <w:rPr>
          <w:lang w:val="en-IN"/>
        </w:rPr>
        <w:t xml:space="preserve">. </w:t>
      </w:r>
    </w:p>
    <w:p w14:paraId="1AA3EF28" w14:textId="77777777" w:rsidR="00607E16" w:rsidRDefault="00607E16" w:rsidP="00E53FB4">
      <w:pPr>
        <w:jc w:val="both"/>
        <w:rPr>
          <w:lang w:val="en-IN"/>
        </w:rPr>
      </w:pPr>
      <w:r w:rsidRPr="00607E16">
        <w:rPr>
          <w:lang w:val="en-IN"/>
        </w:rPr>
        <w:t xml:space="preserve">[27] El-Refai MA, Salem AA, El-Refai AM. Keratinolytic abilities of </w:t>
      </w:r>
      <w:r w:rsidRPr="00544FFB">
        <w:rPr>
          <w:i/>
          <w:iCs/>
          <w:lang w:val="en-IN"/>
        </w:rPr>
        <w:t>Micrococcus luteus</w:t>
      </w:r>
      <w:r w:rsidRPr="00607E16">
        <w:rPr>
          <w:lang w:val="en-IN"/>
        </w:rPr>
        <w:t xml:space="preserve"> from poultry waste. World J </w:t>
      </w:r>
      <w:proofErr w:type="spellStart"/>
      <w:r w:rsidRPr="00607E16">
        <w:rPr>
          <w:lang w:val="en-IN"/>
        </w:rPr>
        <w:t>Microbiol</w:t>
      </w:r>
      <w:proofErr w:type="spellEnd"/>
      <w:r w:rsidRPr="00607E16">
        <w:rPr>
          <w:lang w:val="en-IN"/>
        </w:rPr>
        <w:t xml:space="preserve"> Biotechnol. </w:t>
      </w:r>
      <w:proofErr w:type="gramStart"/>
      <w:r w:rsidRPr="00607E16">
        <w:rPr>
          <w:lang w:val="en-IN"/>
        </w:rPr>
        <w:t>2015;31:1531</w:t>
      </w:r>
      <w:proofErr w:type="gramEnd"/>
      <w:r w:rsidRPr="00607E16">
        <w:rPr>
          <w:lang w:val="en-IN"/>
        </w:rPr>
        <w:t xml:space="preserve">-1540. </w:t>
      </w:r>
    </w:p>
    <w:p w14:paraId="2A31D075" w14:textId="77777777" w:rsidR="00607E16" w:rsidRDefault="00607E16" w:rsidP="00E53FB4">
      <w:pPr>
        <w:jc w:val="both"/>
        <w:rPr>
          <w:lang w:val="en-IN"/>
        </w:rPr>
      </w:pPr>
      <w:r w:rsidRPr="00607E16">
        <w:rPr>
          <w:lang w:val="en-IN"/>
        </w:rPr>
        <w:t xml:space="preserve">[29] Anonymous. Biodegradation of poultry feather waste by keratinase producing bacteria. Bioresource </w:t>
      </w:r>
      <w:proofErr w:type="spellStart"/>
      <w:r w:rsidRPr="00607E16">
        <w:rPr>
          <w:lang w:val="en-IN"/>
        </w:rPr>
        <w:t>Technol</w:t>
      </w:r>
      <w:proofErr w:type="spellEnd"/>
      <w:r w:rsidRPr="00607E16">
        <w:rPr>
          <w:lang w:val="en-IN"/>
        </w:rPr>
        <w:t xml:space="preserve"> Rep. </w:t>
      </w:r>
      <w:proofErr w:type="gramStart"/>
      <w:r w:rsidRPr="00607E16">
        <w:rPr>
          <w:lang w:val="en-IN"/>
        </w:rPr>
        <w:t>2021;15:100736</w:t>
      </w:r>
      <w:proofErr w:type="gramEnd"/>
      <w:r w:rsidRPr="00607E16">
        <w:rPr>
          <w:lang w:val="en-IN"/>
        </w:rPr>
        <w:t xml:space="preserve">. </w:t>
      </w:r>
    </w:p>
    <w:p w14:paraId="0CC9A942" w14:textId="77777777" w:rsidR="00607E16" w:rsidRDefault="00607E16" w:rsidP="00E53FB4">
      <w:pPr>
        <w:jc w:val="both"/>
        <w:rPr>
          <w:lang w:val="en-IN"/>
        </w:rPr>
      </w:pPr>
      <w:r w:rsidRPr="00607E16">
        <w:rPr>
          <w:lang w:val="en-IN"/>
        </w:rPr>
        <w:t xml:space="preserve">[30] Mohanty S, et al. Efficient degradation of feather by keratinase producing </w:t>
      </w:r>
      <w:r w:rsidRPr="00544FFB">
        <w:rPr>
          <w:i/>
          <w:iCs/>
          <w:lang w:val="en-IN"/>
        </w:rPr>
        <w:t>Bacillus</w:t>
      </w:r>
      <w:r w:rsidRPr="00607E16">
        <w:rPr>
          <w:lang w:val="en-IN"/>
        </w:rPr>
        <w:t xml:space="preserve"> sp. ISRN </w:t>
      </w:r>
      <w:proofErr w:type="spellStart"/>
      <w:r w:rsidRPr="00607E16">
        <w:rPr>
          <w:lang w:val="en-IN"/>
        </w:rPr>
        <w:t>Microbiol</w:t>
      </w:r>
      <w:proofErr w:type="spellEnd"/>
      <w:r w:rsidRPr="00607E16">
        <w:rPr>
          <w:lang w:val="en-IN"/>
        </w:rPr>
        <w:t xml:space="preserve">. 2013:1-7. </w:t>
      </w:r>
    </w:p>
    <w:p w14:paraId="5338F8E2" w14:textId="77777777" w:rsidR="00607E16" w:rsidRDefault="00607E16" w:rsidP="00E53FB4">
      <w:pPr>
        <w:jc w:val="both"/>
        <w:rPr>
          <w:lang w:val="en-IN"/>
        </w:rPr>
      </w:pPr>
      <w:r w:rsidRPr="00607E16">
        <w:rPr>
          <w:lang w:val="en-IN"/>
        </w:rPr>
        <w:t xml:space="preserve">[31] Anonymous. Transcriptomic and proteomic insights into feather keratin degradation by </w:t>
      </w:r>
      <w:r w:rsidRPr="00544FFB">
        <w:rPr>
          <w:i/>
          <w:iCs/>
          <w:lang w:val="en-IN"/>
        </w:rPr>
        <w:t>Fervidobacterium</w:t>
      </w:r>
      <w:r w:rsidRPr="00607E16">
        <w:rPr>
          <w:lang w:val="en-IN"/>
        </w:rPr>
        <w:t xml:space="preserve">. Front </w:t>
      </w:r>
      <w:proofErr w:type="spellStart"/>
      <w:r w:rsidRPr="00607E16">
        <w:rPr>
          <w:lang w:val="en-IN"/>
        </w:rPr>
        <w:t>Microbiol</w:t>
      </w:r>
      <w:proofErr w:type="spellEnd"/>
      <w:r w:rsidRPr="00607E16">
        <w:rPr>
          <w:lang w:val="en-IN"/>
        </w:rPr>
        <w:t xml:space="preserve">. </w:t>
      </w:r>
      <w:proofErr w:type="gramStart"/>
      <w:r w:rsidRPr="00607E16">
        <w:rPr>
          <w:lang w:val="en-IN"/>
        </w:rPr>
        <w:t>2025;16:1509937</w:t>
      </w:r>
      <w:proofErr w:type="gramEnd"/>
      <w:r w:rsidRPr="00607E16">
        <w:rPr>
          <w:lang w:val="en-IN"/>
        </w:rPr>
        <w:t xml:space="preserve">. </w:t>
      </w:r>
    </w:p>
    <w:p w14:paraId="58F537B8" w14:textId="77777777" w:rsidR="00607E16" w:rsidRDefault="00607E16" w:rsidP="00E53FB4">
      <w:pPr>
        <w:jc w:val="both"/>
        <w:rPr>
          <w:lang w:val="en-IN"/>
        </w:rPr>
      </w:pPr>
      <w:r w:rsidRPr="00607E16">
        <w:rPr>
          <w:lang w:val="en-IN"/>
        </w:rPr>
        <w:t xml:space="preserve">[32] </w:t>
      </w:r>
      <w:proofErr w:type="spellStart"/>
      <w:r w:rsidRPr="00607E16">
        <w:rPr>
          <w:lang w:val="en-IN"/>
        </w:rPr>
        <w:t>Zerdani</w:t>
      </w:r>
      <w:proofErr w:type="spellEnd"/>
      <w:r w:rsidRPr="00607E16">
        <w:rPr>
          <w:lang w:val="en-IN"/>
        </w:rPr>
        <w:t xml:space="preserve"> I, </w:t>
      </w:r>
      <w:proofErr w:type="spellStart"/>
      <w:r w:rsidRPr="00607E16">
        <w:rPr>
          <w:lang w:val="en-IN"/>
        </w:rPr>
        <w:t>Ouaabou</w:t>
      </w:r>
      <w:proofErr w:type="spellEnd"/>
      <w:r w:rsidRPr="00607E16">
        <w:rPr>
          <w:lang w:val="en-IN"/>
        </w:rPr>
        <w:t xml:space="preserve"> R, Ghazal H, </w:t>
      </w:r>
      <w:proofErr w:type="spellStart"/>
      <w:r w:rsidRPr="00607E16">
        <w:rPr>
          <w:lang w:val="en-IN"/>
        </w:rPr>
        <w:t>Benhsaien</w:t>
      </w:r>
      <w:proofErr w:type="spellEnd"/>
      <w:r w:rsidRPr="00607E16">
        <w:rPr>
          <w:lang w:val="en-IN"/>
        </w:rPr>
        <w:t xml:space="preserve"> I, El Rahali A, </w:t>
      </w:r>
      <w:proofErr w:type="spellStart"/>
      <w:r w:rsidRPr="00607E16">
        <w:rPr>
          <w:lang w:val="en-IN"/>
        </w:rPr>
        <w:t>Barakate</w:t>
      </w:r>
      <w:proofErr w:type="spellEnd"/>
      <w:r w:rsidRPr="00607E16">
        <w:rPr>
          <w:lang w:val="en-IN"/>
        </w:rPr>
        <w:t xml:space="preserve"> M, et al.</w:t>
      </w:r>
      <w:r>
        <w:rPr>
          <w:lang w:val="en-IN"/>
        </w:rPr>
        <w:t xml:space="preserve"> </w:t>
      </w:r>
      <w:r w:rsidRPr="00607E16">
        <w:rPr>
          <w:lang w:val="en-IN"/>
        </w:rPr>
        <w:t xml:space="preserve">Optimization of Keratinase Production by </w:t>
      </w:r>
      <w:r w:rsidRPr="00544FFB">
        <w:rPr>
          <w:i/>
          <w:iCs/>
          <w:lang w:val="en-IN"/>
        </w:rPr>
        <w:t xml:space="preserve">Bacillus </w:t>
      </w:r>
      <w:proofErr w:type="spellStart"/>
      <w:r w:rsidRPr="00544FFB">
        <w:rPr>
          <w:i/>
          <w:iCs/>
          <w:lang w:val="en-IN"/>
        </w:rPr>
        <w:t>olironius</w:t>
      </w:r>
      <w:proofErr w:type="spellEnd"/>
      <w:r w:rsidRPr="00607E16">
        <w:rPr>
          <w:lang w:val="en-IN"/>
        </w:rPr>
        <w:t xml:space="preserve"> Isolated from Poultry Farm Soil. Microbiology Journal. 2024;13(4):2381-2392. </w:t>
      </w:r>
    </w:p>
    <w:p w14:paraId="656BA5F3" w14:textId="77777777" w:rsidR="00607E16" w:rsidRDefault="00607E16" w:rsidP="00E53FB4">
      <w:pPr>
        <w:jc w:val="both"/>
        <w:rPr>
          <w:lang w:val="en-IN"/>
        </w:rPr>
      </w:pPr>
      <w:r w:rsidRPr="00607E16">
        <w:rPr>
          <w:lang w:val="en-IN"/>
        </w:rPr>
        <w:t xml:space="preserve">[33] Park S, Lee T, Lee H, Lee S, Moon D, Kim S. Microbial Production of Keratinase from </w:t>
      </w:r>
      <w:r w:rsidRPr="00544FFB">
        <w:rPr>
          <w:i/>
          <w:iCs/>
          <w:lang w:val="en-IN"/>
        </w:rPr>
        <w:t xml:space="preserve">Bacillus </w:t>
      </w:r>
      <w:proofErr w:type="spellStart"/>
      <w:r w:rsidRPr="00544FFB">
        <w:rPr>
          <w:i/>
          <w:iCs/>
          <w:lang w:val="en-IN"/>
        </w:rPr>
        <w:t>velezensis</w:t>
      </w:r>
      <w:proofErr w:type="spellEnd"/>
      <w:r w:rsidRPr="00607E16">
        <w:rPr>
          <w:lang w:val="en-IN"/>
        </w:rPr>
        <w:t xml:space="preserve"> Strain Isolated from Poultry Soil. Journal of Microbial &amp; Biochemical Technology. 2024;16(2):91-98. </w:t>
      </w:r>
    </w:p>
    <w:p w14:paraId="03FF7392" w14:textId="77777777" w:rsidR="00607E16" w:rsidRDefault="00607E16" w:rsidP="00E53FB4">
      <w:pPr>
        <w:jc w:val="both"/>
        <w:rPr>
          <w:lang w:val="en-IN"/>
        </w:rPr>
      </w:pPr>
      <w:r w:rsidRPr="00607E16">
        <w:rPr>
          <w:lang w:val="en-IN"/>
        </w:rPr>
        <w:t xml:space="preserve">[34] Alamri SS, Subhan S, Alhazmi H, Mahfouz M, Hamed A, Ahmad A. Partial Purification and Characterization of a Keratinolytic Enzyme from </w:t>
      </w:r>
      <w:proofErr w:type="spellStart"/>
      <w:r w:rsidRPr="00E53FB4">
        <w:rPr>
          <w:i/>
          <w:iCs/>
          <w:lang w:val="en-IN"/>
        </w:rPr>
        <w:t>Psychrobacter</w:t>
      </w:r>
      <w:proofErr w:type="spellEnd"/>
      <w:r w:rsidRPr="00E53FB4">
        <w:rPr>
          <w:i/>
          <w:iCs/>
          <w:lang w:val="en-IN"/>
        </w:rPr>
        <w:t xml:space="preserve"> </w:t>
      </w:r>
      <w:proofErr w:type="spellStart"/>
      <w:r w:rsidRPr="00E53FB4">
        <w:rPr>
          <w:i/>
          <w:iCs/>
          <w:lang w:val="en-IN"/>
        </w:rPr>
        <w:t>pulmonis</w:t>
      </w:r>
      <w:proofErr w:type="spellEnd"/>
      <w:r w:rsidRPr="00607E16">
        <w:rPr>
          <w:lang w:val="en-IN"/>
        </w:rPr>
        <w:t xml:space="preserve"> Isolated from Soil. Journal of Microbiology and Biotechnology. 2022;32(9):1395-1405. </w:t>
      </w:r>
    </w:p>
    <w:p w14:paraId="218823F9" w14:textId="77777777" w:rsidR="00607E16" w:rsidRDefault="00607E16" w:rsidP="00E53FB4">
      <w:pPr>
        <w:jc w:val="both"/>
        <w:rPr>
          <w:lang w:val="en-IN"/>
        </w:rPr>
      </w:pPr>
      <w:r w:rsidRPr="00607E16">
        <w:rPr>
          <w:lang w:val="en-IN"/>
        </w:rPr>
        <w:t xml:space="preserve">[35] Sultana M, Ahmad F, Ahmad A, Kumar A. Efficient Degradation of Feather by Keratinase Producing </w:t>
      </w:r>
      <w:r w:rsidRPr="00E53FB4">
        <w:rPr>
          <w:i/>
          <w:iCs/>
          <w:lang w:val="en-IN"/>
        </w:rPr>
        <w:t>Bacillus</w:t>
      </w:r>
      <w:r w:rsidRPr="00607E16">
        <w:rPr>
          <w:lang w:val="en-IN"/>
        </w:rPr>
        <w:t xml:space="preserve"> Species Isolated from Poultry Soil. International Biodeterioration &amp; Biodegradation. </w:t>
      </w:r>
      <w:proofErr w:type="gramStart"/>
      <w:r w:rsidRPr="00607E16">
        <w:rPr>
          <w:lang w:val="en-IN"/>
        </w:rPr>
        <w:t>2013;83:1</w:t>
      </w:r>
      <w:proofErr w:type="gramEnd"/>
      <w:r w:rsidRPr="00607E16">
        <w:rPr>
          <w:lang w:val="en-IN"/>
        </w:rPr>
        <w:t xml:space="preserve">-8. </w:t>
      </w:r>
    </w:p>
    <w:p w14:paraId="191DDA8C" w14:textId="6B6B12F6" w:rsidR="00E929A9" w:rsidRPr="00E929A9" w:rsidRDefault="00607E16" w:rsidP="00E53FB4">
      <w:pPr>
        <w:jc w:val="both"/>
      </w:pPr>
      <w:r w:rsidRPr="00607E16">
        <w:rPr>
          <w:lang w:val="en-IN"/>
        </w:rPr>
        <w:t xml:space="preserve">[36] Vigneshwaran C, Shanmuga S, Satish Kumar T. Screening and Characterization of Keratinase from </w:t>
      </w:r>
      <w:r w:rsidRPr="001B6BB5">
        <w:rPr>
          <w:i/>
          <w:iCs/>
          <w:lang w:val="en-IN"/>
        </w:rPr>
        <w:t>Bacillus licheniformis</w:t>
      </w:r>
      <w:r w:rsidRPr="00607E16">
        <w:rPr>
          <w:lang w:val="en-IN"/>
        </w:rPr>
        <w:t xml:space="preserve"> Isolated from Namakkal Poultry Farm. International Journal of</w:t>
      </w:r>
      <w:r>
        <w:rPr>
          <w:lang w:val="en-IN"/>
        </w:rPr>
        <w:t xml:space="preserve"> </w:t>
      </w:r>
      <w:r w:rsidRPr="00607E16">
        <w:rPr>
          <w:lang w:val="en-IN"/>
        </w:rPr>
        <w:t>Poultry Science. 2010;9(8):773-778.</w:t>
      </w:r>
    </w:p>
    <w:sectPr w:rsidR="00E929A9" w:rsidRPr="00E929A9" w:rsidSect="00584328">
      <w:headerReference w:type="even" r:id="rId97"/>
      <w:headerReference w:type="default" r:id="rId98"/>
      <w:footerReference w:type="even" r:id="rId99"/>
      <w:footerReference w:type="default" r:id="rId100"/>
      <w:headerReference w:type="first" r:id="rId101"/>
      <w:footerReference w:type="first" r:id="rId102"/>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75004" w14:textId="77777777" w:rsidR="00DE37C8" w:rsidRDefault="00DE37C8" w:rsidP="00DB4837">
      <w:pPr>
        <w:spacing w:after="0" w:line="240" w:lineRule="auto"/>
      </w:pPr>
      <w:r>
        <w:separator/>
      </w:r>
    </w:p>
  </w:endnote>
  <w:endnote w:type="continuationSeparator" w:id="0">
    <w:p w14:paraId="0F2C9BC3" w14:textId="77777777" w:rsidR="00DE37C8" w:rsidRDefault="00DE37C8" w:rsidP="00DB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AAAAE+TimesNewRomanPSMT">
    <w:altName w:val="Times New Roman 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57C3" w14:textId="77777777" w:rsidR="00D66049" w:rsidRDefault="00D66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83D4" w14:textId="77777777" w:rsidR="00CD5479" w:rsidRDefault="00CD5479">
    <w:pPr>
      <w:pStyle w:val="BodyText"/>
      <w:spacing w:line="14" w:lineRule="auto"/>
      <w:rPr>
        <w:sz w:val="20"/>
      </w:rPr>
    </w:pPr>
    <w:r>
      <w:rPr>
        <w:noProof/>
        <w:sz w:val="20"/>
      </w:rPr>
      <mc:AlternateContent>
        <mc:Choice Requires="wps">
          <w:drawing>
            <wp:anchor distT="0" distB="0" distL="0" distR="0" simplePos="0" relativeHeight="251665408" behindDoc="1" locked="0" layoutInCell="1" allowOverlap="1" wp14:anchorId="779A6F17" wp14:editId="7AA4C601">
              <wp:simplePos x="0" y="0"/>
              <wp:positionH relativeFrom="page">
                <wp:posOffset>3802507</wp:posOffset>
              </wp:positionH>
              <wp:positionV relativeFrom="page">
                <wp:posOffset>9445243</wp:posOffset>
              </wp:positionV>
              <wp:extent cx="20701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EBBE51F" w14:textId="77777777" w:rsidR="00CD5479" w:rsidRDefault="00CD5479">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79A6F17" id="_x0000_t202" coordsize="21600,21600" o:spt="202" path="m,l,21600r21600,l21600,xe">
              <v:stroke joinstyle="miter"/>
              <v:path gradientshapeok="t" o:connecttype="rect"/>
            </v:shapetype>
            <v:shape id="Textbox 81" o:spid="_x0000_s1148" type="#_x0000_t202" style="position:absolute;margin-left:299.4pt;margin-top:743.7pt;width:16.3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" filled="f" stroked="f">
              <v:textbox inset="0,0,0,0">
                <w:txbxContent>
                  <w:p w14:paraId="1EBBE51F" w14:textId="77777777" w:rsidR="00CD5479" w:rsidRDefault="00CD5479">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E2C96" w14:textId="77777777" w:rsidR="00D66049" w:rsidRDefault="00D66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0AAC" w14:textId="77777777" w:rsidR="009735D9" w:rsidRDefault="009735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BDE8" w14:textId="7953F6F9" w:rsidR="00DB4837" w:rsidRPr="00120F22" w:rsidRDefault="00DB4837" w:rsidP="00120F22">
    <w:pPr>
      <w:pStyle w:val="Footer"/>
    </w:pPr>
    <w:r w:rsidRPr="00120F22">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D8A6" w14:textId="0BE0676A" w:rsidR="00120F22" w:rsidRPr="00196665" w:rsidRDefault="00120F22" w:rsidP="00196665">
    <w:pPr>
      <w:pStyle w:val="Footer"/>
    </w:pPr>
    <w:r w:rsidRPr="0019666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DBEE7" w14:textId="77777777" w:rsidR="00DE37C8" w:rsidRDefault="00DE37C8" w:rsidP="00DB4837">
      <w:pPr>
        <w:spacing w:after="0" w:line="240" w:lineRule="auto"/>
      </w:pPr>
      <w:r>
        <w:separator/>
      </w:r>
    </w:p>
  </w:footnote>
  <w:footnote w:type="continuationSeparator" w:id="0">
    <w:p w14:paraId="27E941B7" w14:textId="77777777" w:rsidR="00DE37C8" w:rsidRDefault="00DE37C8" w:rsidP="00DB4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6ABF" w14:textId="54A8DD68" w:rsidR="00802F9F" w:rsidRDefault="00802F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A562" w14:textId="010D81C0" w:rsidR="00D66049" w:rsidRDefault="00D66049">
    <w:pPr>
      <w:pStyle w:val="Header"/>
    </w:pPr>
  </w:p>
  <w:p w14:paraId="26C61D92" w14:textId="6D42D3F7" w:rsidR="00802F9F" w:rsidRDefault="00802F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E72D" w14:textId="127CB142" w:rsidR="00802F9F" w:rsidRDefault="00802F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9EE1" w14:textId="758ADEE1" w:rsidR="009735D9" w:rsidRDefault="009735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181033"/>
      <w:docPartObj>
        <w:docPartGallery w:val="Watermarks"/>
        <w:docPartUnique/>
      </w:docPartObj>
    </w:sdtPr>
    <w:sdtContent>
      <w:p w14:paraId="2239443C" w14:textId="0C4C4166" w:rsidR="00AF7964" w:rsidRDefault="00AF7964">
        <w:pPr>
          <w:pStyle w:val="Header"/>
        </w:pPr>
        <w:r>
          <w:rPr>
            <w:noProof/>
          </w:rPr>
          <w:pict w14:anchorId="3C765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30364" o:spid="_x0000_s1052" type="#_x0000_t136" style="position:absolute;margin-left:0;margin-top:0;width:541.4pt;height:67.65pt;rotation:315;z-index:-251649024;mso-position-horizontal:center;mso-position-horizontal-relative:margin;mso-position-vertical:center;mso-position-vertical-relative:margin" o:allowincell="f" fillcolor="silver" stroked="f">
              <v:fill opacity=".5"/>
              <v:textpath style="font-family:&quot;Cambria&quot;;font-size:1pt" string="UNDER PEER REVIEW"/>
            </v:shape>
          </w:pict>
        </w:r>
      </w:p>
    </w:sdtContent>
  </w:sdt>
  <w:p w14:paraId="45E3C5CF" w14:textId="41277143" w:rsidR="00D66049" w:rsidRDefault="00D66049">
    <w:pPr>
      <w:pStyle w:val="Header"/>
    </w:pPr>
  </w:p>
  <w:p w14:paraId="7AA8FED5" w14:textId="6B954895" w:rsidR="009735D9" w:rsidRDefault="009735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6018" w14:textId="37CAAE3B" w:rsidR="009735D9" w:rsidRDefault="00973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706D6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310EC42"/>
    <w:lvl w:ilvl="0">
      <w:start w:val="1"/>
      <w:numFmt w:val="decimal"/>
      <w:lvlText w:val="%1."/>
      <w:lvlJc w:val="left"/>
      <w:pPr>
        <w:tabs>
          <w:tab w:val="num" w:pos="6120"/>
        </w:tabs>
        <w:ind w:left="6120" w:hanging="360"/>
      </w:pPr>
    </w:lvl>
  </w:abstractNum>
  <w:abstractNum w:abstractNumId="2"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5"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B3CF6"/>
    <w:multiLevelType w:val="hybridMultilevel"/>
    <w:tmpl w:val="CF7C4E7C"/>
    <w:lvl w:ilvl="0" w:tplc="7B447000">
      <w:start w:val="1"/>
      <w:numFmt w:val="decimal"/>
      <w:lvlText w:val="%1."/>
      <w:lvlJc w:val="left"/>
      <w:pPr>
        <w:ind w:left="1440" w:hanging="360"/>
      </w:pPr>
      <w:rPr>
        <w:rFonts w:hint="default"/>
        <w:spacing w:val="0"/>
        <w:w w:val="100"/>
        <w:lang w:val="en-US" w:eastAsia="en-US" w:bidi="ar-SA"/>
      </w:rPr>
    </w:lvl>
    <w:lvl w:ilvl="1" w:tplc="2788D79A">
      <w:numFmt w:val="bullet"/>
      <w:lvlText w:val="•"/>
      <w:lvlJc w:val="left"/>
      <w:pPr>
        <w:ind w:left="2412" w:hanging="360"/>
      </w:pPr>
      <w:rPr>
        <w:rFonts w:hint="default"/>
        <w:lang w:val="en-US" w:eastAsia="en-US" w:bidi="ar-SA"/>
      </w:rPr>
    </w:lvl>
    <w:lvl w:ilvl="2" w:tplc="C8F63C2E">
      <w:numFmt w:val="bullet"/>
      <w:lvlText w:val="•"/>
      <w:lvlJc w:val="left"/>
      <w:pPr>
        <w:ind w:left="3384" w:hanging="360"/>
      </w:pPr>
      <w:rPr>
        <w:rFonts w:hint="default"/>
        <w:lang w:val="en-US" w:eastAsia="en-US" w:bidi="ar-SA"/>
      </w:rPr>
    </w:lvl>
    <w:lvl w:ilvl="3" w:tplc="3A58C1C8">
      <w:numFmt w:val="bullet"/>
      <w:lvlText w:val="•"/>
      <w:lvlJc w:val="left"/>
      <w:pPr>
        <w:ind w:left="4356" w:hanging="360"/>
      </w:pPr>
      <w:rPr>
        <w:rFonts w:hint="default"/>
        <w:lang w:val="en-US" w:eastAsia="en-US" w:bidi="ar-SA"/>
      </w:rPr>
    </w:lvl>
    <w:lvl w:ilvl="4" w:tplc="AAB46196">
      <w:numFmt w:val="bullet"/>
      <w:lvlText w:val="•"/>
      <w:lvlJc w:val="left"/>
      <w:pPr>
        <w:ind w:left="5328" w:hanging="360"/>
      </w:pPr>
      <w:rPr>
        <w:rFonts w:hint="default"/>
        <w:lang w:val="en-US" w:eastAsia="en-US" w:bidi="ar-SA"/>
      </w:rPr>
    </w:lvl>
    <w:lvl w:ilvl="5" w:tplc="0FBE5CB8">
      <w:numFmt w:val="bullet"/>
      <w:lvlText w:val="•"/>
      <w:lvlJc w:val="left"/>
      <w:pPr>
        <w:ind w:left="6300" w:hanging="360"/>
      </w:pPr>
      <w:rPr>
        <w:rFonts w:hint="default"/>
        <w:lang w:val="en-US" w:eastAsia="en-US" w:bidi="ar-SA"/>
      </w:rPr>
    </w:lvl>
    <w:lvl w:ilvl="6" w:tplc="88E2C9A8">
      <w:numFmt w:val="bullet"/>
      <w:lvlText w:val="•"/>
      <w:lvlJc w:val="left"/>
      <w:pPr>
        <w:ind w:left="7272" w:hanging="360"/>
      </w:pPr>
      <w:rPr>
        <w:rFonts w:hint="default"/>
        <w:lang w:val="en-US" w:eastAsia="en-US" w:bidi="ar-SA"/>
      </w:rPr>
    </w:lvl>
    <w:lvl w:ilvl="7" w:tplc="E6D88210">
      <w:numFmt w:val="bullet"/>
      <w:lvlText w:val="•"/>
      <w:lvlJc w:val="left"/>
      <w:pPr>
        <w:ind w:left="8244" w:hanging="360"/>
      </w:pPr>
      <w:rPr>
        <w:rFonts w:hint="default"/>
        <w:lang w:val="en-US" w:eastAsia="en-US" w:bidi="ar-SA"/>
      </w:rPr>
    </w:lvl>
    <w:lvl w:ilvl="8" w:tplc="2FCC019A">
      <w:numFmt w:val="bullet"/>
      <w:lvlText w:val="•"/>
      <w:lvlJc w:val="left"/>
      <w:pPr>
        <w:ind w:left="9216" w:hanging="360"/>
      </w:pPr>
      <w:rPr>
        <w:rFonts w:hint="default"/>
        <w:lang w:val="en-US" w:eastAsia="en-US" w:bidi="ar-SA"/>
      </w:rPr>
    </w:lvl>
  </w:abstractNum>
  <w:abstractNum w:abstractNumId="11" w15:restartNumberingAfterBreak="0">
    <w:nsid w:val="06F3534C"/>
    <w:multiLevelType w:val="hybridMultilevel"/>
    <w:tmpl w:val="853CF910"/>
    <w:lvl w:ilvl="0" w:tplc="8976D634">
      <w:start w:val="1"/>
      <w:numFmt w:val="decimal"/>
      <w:lvlText w:val="%1."/>
      <w:lvlJc w:val="left"/>
      <w:pPr>
        <w:ind w:left="953" w:hanging="248"/>
      </w:pPr>
      <w:rPr>
        <w:rFonts w:ascii="Times New Roman" w:eastAsia="Times New Roman" w:hAnsi="Times New Roman" w:cs="Times New Roman" w:hint="default"/>
        <w:b/>
        <w:bCs/>
        <w:i w:val="0"/>
        <w:iCs w:val="0"/>
        <w:spacing w:val="0"/>
        <w:w w:val="100"/>
        <w:sz w:val="24"/>
        <w:szCs w:val="24"/>
        <w:lang w:val="en-US" w:eastAsia="en-US" w:bidi="ar-SA"/>
      </w:rPr>
    </w:lvl>
    <w:lvl w:ilvl="1" w:tplc="3C760D66">
      <w:numFmt w:val="bullet"/>
      <w:lvlText w:val="•"/>
      <w:lvlJc w:val="left"/>
      <w:pPr>
        <w:ind w:left="1980" w:hanging="248"/>
      </w:pPr>
      <w:rPr>
        <w:rFonts w:hint="default"/>
        <w:lang w:val="en-US" w:eastAsia="en-US" w:bidi="ar-SA"/>
      </w:rPr>
    </w:lvl>
    <w:lvl w:ilvl="2" w:tplc="6BE47582">
      <w:numFmt w:val="bullet"/>
      <w:lvlText w:val="•"/>
      <w:lvlJc w:val="left"/>
      <w:pPr>
        <w:ind w:left="3000" w:hanging="248"/>
      </w:pPr>
      <w:rPr>
        <w:rFonts w:hint="default"/>
        <w:lang w:val="en-US" w:eastAsia="en-US" w:bidi="ar-SA"/>
      </w:rPr>
    </w:lvl>
    <w:lvl w:ilvl="3" w:tplc="7E645A4E">
      <w:numFmt w:val="bullet"/>
      <w:lvlText w:val="•"/>
      <w:lvlJc w:val="left"/>
      <w:pPr>
        <w:ind w:left="4020" w:hanging="248"/>
      </w:pPr>
      <w:rPr>
        <w:rFonts w:hint="default"/>
        <w:lang w:val="en-US" w:eastAsia="en-US" w:bidi="ar-SA"/>
      </w:rPr>
    </w:lvl>
    <w:lvl w:ilvl="4" w:tplc="E4D0B25A">
      <w:numFmt w:val="bullet"/>
      <w:lvlText w:val="•"/>
      <w:lvlJc w:val="left"/>
      <w:pPr>
        <w:ind w:left="5040" w:hanging="248"/>
      </w:pPr>
      <w:rPr>
        <w:rFonts w:hint="default"/>
        <w:lang w:val="en-US" w:eastAsia="en-US" w:bidi="ar-SA"/>
      </w:rPr>
    </w:lvl>
    <w:lvl w:ilvl="5" w:tplc="B162AB88">
      <w:numFmt w:val="bullet"/>
      <w:lvlText w:val="•"/>
      <w:lvlJc w:val="left"/>
      <w:pPr>
        <w:ind w:left="6060" w:hanging="248"/>
      </w:pPr>
      <w:rPr>
        <w:rFonts w:hint="default"/>
        <w:lang w:val="en-US" w:eastAsia="en-US" w:bidi="ar-SA"/>
      </w:rPr>
    </w:lvl>
    <w:lvl w:ilvl="6" w:tplc="F35E231A">
      <w:numFmt w:val="bullet"/>
      <w:lvlText w:val="•"/>
      <w:lvlJc w:val="left"/>
      <w:pPr>
        <w:ind w:left="7080" w:hanging="248"/>
      </w:pPr>
      <w:rPr>
        <w:rFonts w:hint="default"/>
        <w:lang w:val="en-US" w:eastAsia="en-US" w:bidi="ar-SA"/>
      </w:rPr>
    </w:lvl>
    <w:lvl w:ilvl="7" w:tplc="158AD062">
      <w:numFmt w:val="bullet"/>
      <w:lvlText w:val="•"/>
      <w:lvlJc w:val="left"/>
      <w:pPr>
        <w:ind w:left="8100" w:hanging="248"/>
      </w:pPr>
      <w:rPr>
        <w:rFonts w:hint="default"/>
        <w:lang w:val="en-US" w:eastAsia="en-US" w:bidi="ar-SA"/>
      </w:rPr>
    </w:lvl>
    <w:lvl w:ilvl="8" w:tplc="C35EA132">
      <w:numFmt w:val="bullet"/>
      <w:lvlText w:val="•"/>
      <w:lvlJc w:val="left"/>
      <w:pPr>
        <w:ind w:left="9120" w:hanging="248"/>
      </w:pPr>
      <w:rPr>
        <w:rFonts w:hint="default"/>
        <w:lang w:val="en-US" w:eastAsia="en-US" w:bidi="ar-SA"/>
      </w:rPr>
    </w:lvl>
  </w:abstractNum>
  <w:abstractNum w:abstractNumId="12" w15:restartNumberingAfterBreak="0">
    <w:nsid w:val="0C2921B9"/>
    <w:multiLevelType w:val="hybridMultilevel"/>
    <w:tmpl w:val="EA6E13CE"/>
    <w:lvl w:ilvl="0" w:tplc="12BC280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90063C2">
      <w:numFmt w:val="bullet"/>
      <w:lvlText w:val="•"/>
      <w:lvlJc w:val="left"/>
      <w:pPr>
        <w:ind w:left="2088" w:hanging="360"/>
      </w:pPr>
      <w:rPr>
        <w:rFonts w:hint="default"/>
        <w:lang w:val="en-US" w:eastAsia="en-US" w:bidi="ar-SA"/>
      </w:rPr>
    </w:lvl>
    <w:lvl w:ilvl="2" w:tplc="A78E8052">
      <w:numFmt w:val="bullet"/>
      <w:lvlText w:val="•"/>
      <w:lvlJc w:val="left"/>
      <w:pPr>
        <w:ind w:left="3096" w:hanging="360"/>
      </w:pPr>
      <w:rPr>
        <w:rFonts w:hint="default"/>
        <w:lang w:val="en-US" w:eastAsia="en-US" w:bidi="ar-SA"/>
      </w:rPr>
    </w:lvl>
    <w:lvl w:ilvl="3" w:tplc="55CCD49E">
      <w:numFmt w:val="bullet"/>
      <w:lvlText w:val="•"/>
      <w:lvlJc w:val="left"/>
      <w:pPr>
        <w:ind w:left="4104" w:hanging="360"/>
      </w:pPr>
      <w:rPr>
        <w:rFonts w:hint="default"/>
        <w:lang w:val="en-US" w:eastAsia="en-US" w:bidi="ar-SA"/>
      </w:rPr>
    </w:lvl>
    <w:lvl w:ilvl="4" w:tplc="3B42E6F2">
      <w:numFmt w:val="bullet"/>
      <w:lvlText w:val="•"/>
      <w:lvlJc w:val="left"/>
      <w:pPr>
        <w:ind w:left="5112" w:hanging="360"/>
      </w:pPr>
      <w:rPr>
        <w:rFonts w:hint="default"/>
        <w:lang w:val="en-US" w:eastAsia="en-US" w:bidi="ar-SA"/>
      </w:rPr>
    </w:lvl>
    <w:lvl w:ilvl="5" w:tplc="6FFEFE42">
      <w:numFmt w:val="bullet"/>
      <w:lvlText w:val="•"/>
      <w:lvlJc w:val="left"/>
      <w:pPr>
        <w:ind w:left="6120" w:hanging="360"/>
      </w:pPr>
      <w:rPr>
        <w:rFonts w:hint="default"/>
        <w:lang w:val="en-US" w:eastAsia="en-US" w:bidi="ar-SA"/>
      </w:rPr>
    </w:lvl>
    <w:lvl w:ilvl="6" w:tplc="B2504F1E">
      <w:numFmt w:val="bullet"/>
      <w:lvlText w:val="•"/>
      <w:lvlJc w:val="left"/>
      <w:pPr>
        <w:ind w:left="7128" w:hanging="360"/>
      </w:pPr>
      <w:rPr>
        <w:rFonts w:hint="default"/>
        <w:lang w:val="en-US" w:eastAsia="en-US" w:bidi="ar-SA"/>
      </w:rPr>
    </w:lvl>
    <w:lvl w:ilvl="7" w:tplc="82B8345C">
      <w:numFmt w:val="bullet"/>
      <w:lvlText w:val="•"/>
      <w:lvlJc w:val="left"/>
      <w:pPr>
        <w:ind w:left="8136" w:hanging="360"/>
      </w:pPr>
      <w:rPr>
        <w:rFonts w:hint="default"/>
        <w:lang w:val="en-US" w:eastAsia="en-US" w:bidi="ar-SA"/>
      </w:rPr>
    </w:lvl>
    <w:lvl w:ilvl="8" w:tplc="F4920C60">
      <w:numFmt w:val="bullet"/>
      <w:lvlText w:val="•"/>
      <w:lvlJc w:val="left"/>
      <w:pPr>
        <w:ind w:left="9144" w:hanging="360"/>
      </w:pPr>
      <w:rPr>
        <w:rFonts w:hint="default"/>
        <w:lang w:val="en-US" w:eastAsia="en-US" w:bidi="ar-SA"/>
      </w:rPr>
    </w:lvl>
  </w:abstractNum>
  <w:abstractNum w:abstractNumId="13" w15:restartNumberingAfterBreak="0">
    <w:nsid w:val="0DBA40B3"/>
    <w:multiLevelType w:val="hybridMultilevel"/>
    <w:tmpl w:val="B830BEE6"/>
    <w:lvl w:ilvl="0" w:tplc="F88A66AE">
      <w:start w:val="1"/>
      <w:numFmt w:val="decimal"/>
      <w:lvlText w:val="[%1]"/>
      <w:lvlJc w:val="left"/>
      <w:pPr>
        <w:ind w:left="720" w:hanging="399"/>
      </w:pPr>
      <w:rPr>
        <w:rFonts w:ascii="Times New Roman" w:eastAsia="Times New Roman" w:hAnsi="Times New Roman" w:cs="Times New Roman" w:hint="default"/>
        <w:b w:val="0"/>
        <w:bCs w:val="0"/>
        <w:i w:val="0"/>
        <w:iCs w:val="0"/>
        <w:spacing w:val="0"/>
        <w:w w:val="100"/>
        <w:sz w:val="24"/>
        <w:szCs w:val="24"/>
        <w:lang w:val="en-US" w:eastAsia="en-US" w:bidi="ar-SA"/>
      </w:rPr>
    </w:lvl>
    <w:lvl w:ilvl="1" w:tplc="B6A2EA2A">
      <w:numFmt w:val="bullet"/>
      <w:lvlText w:val="•"/>
      <w:lvlJc w:val="left"/>
      <w:pPr>
        <w:ind w:left="1764" w:hanging="399"/>
      </w:pPr>
      <w:rPr>
        <w:rFonts w:hint="default"/>
        <w:lang w:val="en-US" w:eastAsia="en-US" w:bidi="ar-SA"/>
      </w:rPr>
    </w:lvl>
    <w:lvl w:ilvl="2" w:tplc="06B46A46">
      <w:numFmt w:val="bullet"/>
      <w:lvlText w:val="•"/>
      <w:lvlJc w:val="left"/>
      <w:pPr>
        <w:ind w:left="2808" w:hanging="399"/>
      </w:pPr>
      <w:rPr>
        <w:rFonts w:hint="default"/>
        <w:lang w:val="en-US" w:eastAsia="en-US" w:bidi="ar-SA"/>
      </w:rPr>
    </w:lvl>
    <w:lvl w:ilvl="3" w:tplc="A056AB04">
      <w:numFmt w:val="bullet"/>
      <w:lvlText w:val="•"/>
      <w:lvlJc w:val="left"/>
      <w:pPr>
        <w:ind w:left="3852" w:hanging="399"/>
      </w:pPr>
      <w:rPr>
        <w:rFonts w:hint="default"/>
        <w:lang w:val="en-US" w:eastAsia="en-US" w:bidi="ar-SA"/>
      </w:rPr>
    </w:lvl>
    <w:lvl w:ilvl="4" w:tplc="69324286">
      <w:numFmt w:val="bullet"/>
      <w:lvlText w:val="•"/>
      <w:lvlJc w:val="left"/>
      <w:pPr>
        <w:ind w:left="4896" w:hanging="399"/>
      </w:pPr>
      <w:rPr>
        <w:rFonts w:hint="default"/>
        <w:lang w:val="en-US" w:eastAsia="en-US" w:bidi="ar-SA"/>
      </w:rPr>
    </w:lvl>
    <w:lvl w:ilvl="5" w:tplc="8D50C418">
      <w:numFmt w:val="bullet"/>
      <w:lvlText w:val="•"/>
      <w:lvlJc w:val="left"/>
      <w:pPr>
        <w:ind w:left="5940" w:hanging="399"/>
      </w:pPr>
      <w:rPr>
        <w:rFonts w:hint="default"/>
        <w:lang w:val="en-US" w:eastAsia="en-US" w:bidi="ar-SA"/>
      </w:rPr>
    </w:lvl>
    <w:lvl w:ilvl="6" w:tplc="7F0A24C6">
      <w:numFmt w:val="bullet"/>
      <w:lvlText w:val="•"/>
      <w:lvlJc w:val="left"/>
      <w:pPr>
        <w:ind w:left="6984" w:hanging="399"/>
      </w:pPr>
      <w:rPr>
        <w:rFonts w:hint="default"/>
        <w:lang w:val="en-US" w:eastAsia="en-US" w:bidi="ar-SA"/>
      </w:rPr>
    </w:lvl>
    <w:lvl w:ilvl="7" w:tplc="18B08554">
      <w:numFmt w:val="bullet"/>
      <w:lvlText w:val="•"/>
      <w:lvlJc w:val="left"/>
      <w:pPr>
        <w:ind w:left="8028" w:hanging="399"/>
      </w:pPr>
      <w:rPr>
        <w:rFonts w:hint="default"/>
        <w:lang w:val="en-US" w:eastAsia="en-US" w:bidi="ar-SA"/>
      </w:rPr>
    </w:lvl>
    <w:lvl w:ilvl="8" w:tplc="8F10D72C">
      <w:numFmt w:val="bullet"/>
      <w:lvlText w:val="•"/>
      <w:lvlJc w:val="left"/>
      <w:pPr>
        <w:ind w:left="9072" w:hanging="399"/>
      </w:pPr>
      <w:rPr>
        <w:rFonts w:hint="default"/>
        <w:lang w:val="en-US" w:eastAsia="en-US" w:bidi="ar-SA"/>
      </w:rPr>
    </w:lvl>
  </w:abstractNum>
  <w:abstractNum w:abstractNumId="14" w15:restartNumberingAfterBreak="0">
    <w:nsid w:val="1482775B"/>
    <w:multiLevelType w:val="multilevel"/>
    <w:tmpl w:val="6DA82C9E"/>
    <w:lvl w:ilvl="0">
      <w:start w:val="1"/>
      <w:numFmt w:val="decimal"/>
      <w:pStyle w:val="Heading1"/>
      <w:lvlText w:val="%1"/>
      <w:lvlJc w:val="left"/>
      <w:pPr>
        <w:ind w:left="432" w:hanging="432"/>
      </w:pPr>
      <w:rPr>
        <w:sz w:val="22"/>
        <w:szCs w:val="22"/>
      </w:rPr>
    </w:lvl>
    <w:lvl w:ilvl="1">
      <w:start w:val="1"/>
      <w:numFmt w:val="decimal"/>
      <w:pStyle w:val="Heading2"/>
      <w:lvlText w:val="%1.%2"/>
      <w:lvlJc w:val="left"/>
      <w:pPr>
        <w:ind w:left="576" w:hanging="576"/>
      </w:pPr>
      <w:rPr>
        <w:rFonts w:ascii="Arial" w:hAnsi="Arial" w:cs="Arial" w:hint="default"/>
        <w:b/>
        <w:bCs/>
        <w:sz w:val="22"/>
        <w:szCs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6AE41BD"/>
    <w:multiLevelType w:val="hybridMultilevel"/>
    <w:tmpl w:val="87E6068C"/>
    <w:lvl w:ilvl="0" w:tplc="A9DA9360">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68864708">
      <w:numFmt w:val="bullet"/>
      <w:lvlText w:val="•"/>
      <w:lvlJc w:val="left"/>
      <w:pPr>
        <w:ind w:left="2088" w:hanging="360"/>
      </w:pPr>
      <w:rPr>
        <w:rFonts w:hint="default"/>
        <w:lang w:val="en-US" w:eastAsia="en-US" w:bidi="ar-SA"/>
      </w:rPr>
    </w:lvl>
    <w:lvl w:ilvl="2" w:tplc="54141DD8">
      <w:numFmt w:val="bullet"/>
      <w:lvlText w:val="•"/>
      <w:lvlJc w:val="left"/>
      <w:pPr>
        <w:ind w:left="3096" w:hanging="360"/>
      </w:pPr>
      <w:rPr>
        <w:rFonts w:hint="default"/>
        <w:lang w:val="en-US" w:eastAsia="en-US" w:bidi="ar-SA"/>
      </w:rPr>
    </w:lvl>
    <w:lvl w:ilvl="3" w:tplc="28721DBA">
      <w:numFmt w:val="bullet"/>
      <w:lvlText w:val="•"/>
      <w:lvlJc w:val="left"/>
      <w:pPr>
        <w:ind w:left="4104" w:hanging="360"/>
      </w:pPr>
      <w:rPr>
        <w:rFonts w:hint="default"/>
        <w:lang w:val="en-US" w:eastAsia="en-US" w:bidi="ar-SA"/>
      </w:rPr>
    </w:lvl>
    <w:lvl w:ilvl="4" w:tplc="F3A837CA">
      <w:numFmt w:val="bullet"/>
      <w:lvlText w:val="•"/>
      <w:lvlJc w:val="left"/>
      <w:pPr>
        <w:ind w:left="5112" w:hanging="360"/>
      </w:pPr>
      <w:rPr>
        <w:rFonts w:hint="default"/>
        <w:lang w:val="en-US" w:eastAsia="en-US" w:bidi="ar-SA"/>
      </w:rPr>
    </w:lvl>
    <w:lvl w:ilvl="5" w:tplc="A09C06D8">
      <w:numFmt w:val="bullet"/>
      <w:lvlText w:val="•"/>
      <w:lvlJc w:val="left"/>
      <w:pPr>
        <w:ind w:left="6120" w:hanging="360"/>
      </w:pPr>
      <w:rPr>
        <w:rFonts w:hint="default"/>
        <w:lang w:val="en-US" w:eastAsia="en-US" w:bidi="ar-SA"/>
      </w:rPr>
    </w:lvl>
    <w:lvl w:ilvl="6" w:tplc="D55A675C">
      <w:numFmt w:val="bullet"/>
      <w:lvlText w:val="•"/>
      <w:lvlJc w:val="left"/>
      <w:pPr>
        <w:ind w:left="7128" w:hanging="360"/>
      </w:pPr>
      <w:rPr>
        <w:rFonts w:hint="default"/>
        <w:lang w:val="en-US" w:eastAsia="en-US" w:bidi="ar-SA"/>
      </w:rPr>
    </w:lvl>
    <w:lvl w:ilvl="7" w:tplc="C5D40D9C">
      <w:numFmt w:val="bullet"/>
      <w:lvlText w:val="•"/>
      <w:lvlJc w:val="left"/>
      <w:pPr>
        <w:ind w:left="8136" w:hanging="360"/>
      </w:pPr>
      <w:rPr>
        <w:rFonts w:hint="default"/>
        <w:lang w:val="en-US" w:eastAsia="en-US" w:bidi="ar-SA"/>
      </w:rPr>
    </w:lvl>
    <w:lvl w:ilvl="8" w:tplc="759072F2">
      <w:numFmt w:val="bullet"/>
      <w:lvlText w:val="•"/>
      <w:lvlJc w:val="left"/>
      <w:pPr>
        <w:ind w:left="9144" w:hanging="360"/>
      </w:pPr>
      <w:rPr>
        <w:rFonts w:hint="default"/>
        <w:lang w:val="en-US" w:eastAsia="en-US" w:bidi="ar-SA"/>
      </w:rPr>
    </w:lvl>
  </w:abstractNum>
  <w:abstractNum w:abstractNumId="16" w15:restartNumberingAfterBreak="0">
    <w:nsid w:val="1E500993"/>
    <w:multiLevelType w:val="hybridMultilevel"/>
    <w:tmpl w:val="054C9FF2"/>
    <w:lvl w:ilvl="0" w:tplc="B2D64A78">
      <w:start w:val="26"/>
      <w:numFmt w:val="decimal"/>
      <w:lvlText w:val="(%1)"/>
      <w:lvlJc w:val="left"/>
      <w:pPr>
        <w:ind w:left="720" w:hanging="471"/>
      </w:pPr>
      <w:rPr>
        <w:rFonts w:ascii="Times New Roman" w:eastAsia="Times New Roman" w:hAnsi="Times New Roman" w:cs="Times New Roman" w:hint="default"/>
        <w:b w:val="0"/>
        <w:bCs w:val="0"/>
        <w:i w:val="0"/>
        <w:iCs w:val="0"/>
        <w:spacing w:val="0"/>
        <w:w w:val="100"/>
        <w:sz w:val="24"/>
        <w:szCs w:val="24"/>
        <w:lang w:val="en-US" w:eastAsia="en-US" w:bidi="ar-SA"/>
      </w:rPr>
    </w:lvl>
    <w:lvl w:ilvl="1" w:tplc="71903BF0">
      <w:numFmt w:val="bullet"/>
      <w:lvlText w:val="•"/>
      <w:lvlJc w:val="left"/>
      <w:pPr>
        <w:ind w:left="1764" w:hanging="471"/>
      </w:pPr>
      <w:rPr>
        <w:rFonts w:hint="default"/>
        <w:lang w:val="en-US" w:eastAsia="en-US" w:bidi="ar-SA"/>
      </w:rPr>
    </w:lvl>
    <w:lvl w:ilvl="2" w:tplc="CD98DF90">
      <w:numFmt w:val="bullet"/>
      <w:lvlText w:val="•"/>
      <w:lvlJc w:val="left"/>
      <w:pPr>
        <w:ind w:left="2808" w:hanging="471"/>
      </w:pPr>
      <w:rPr>
        <w:rFonts w:hint="default"/>
        <w:lang w:val="en-US" w:eastAsia="en-US" w:bidi="ar-SA"/>
      </w:rPr>
    </w:lvl>
    <w:lvl w:ilvl="3" w:tplc="360CBD50">
      <w:numFmt w:val="bullet"/>
      <w:lvlText w:val="•"/>
      <w:lvlJc w:val="left"/>
      <w:pPr>
        <w:ind w:left="3852" w:hanging="471"/>
      </w:pPr>
      <w:rPr>
        <w:rFonts w:hint="default"/>
        <w:lang w:val="en-US" w:eastAsia="en-US" w:bidi="ar-SA"/>
      </w:rPr>
    </w:lvl>
    <w:lvl w:ilvl="4" w:tplc="4282E1C8">
      <w:numFmt w:val="bullet"/>
      <w:lvlText w:val="•"/>
      <w:lvlJc w:val="left"/>
      <w:pPr>
        <w:ind w:left="4896" w:hanging="471"/>
      </w:pPr>
      <w:rPr>
        <w:rFonts w:hint="default"/>
        <w:lang w:val="en-US" w:eastAsia="en-US" w:bidi="ar-SA"/>
      </w:rPr>
    </w:lvl>
    <w:lvl w:ilvl="5" w:tplc="367E0226">
      <w:numFmt w:val="bullet"/>
      <w:lvlText w:val="•"/>
      <w:lvlJc w:val="left"/>
      <w:pPr>
        <w:ind w:left="5940" w:hanging="471"/>
      </w:pPr>
      <w:rPr>
        <w:rFonts w:hint="default"/>
        <w:lang w:val="en-US" w:eastAsia="en-US" w:bidi="ar-SA"/>
      </w:rPr>
    </w:lvl>
    <w:lvl w:ilvl="6" w:tplc="E702C748">
      <w:numFmt w:val="bullet"/>
      <w:lvlText w:val="•"/>
      <w:lvlJc w:val="left"/>
      <w:pPr>
        <w:ind w:left="6984" w:hanging="471"/>
      </w:pPr>
      <w:rPr>
        <w:rFonts w:hint="default"/>
        <w:lang w:val="en-US" w:eastAsia="en-US" w:bidi="ar-SA"/>
      </w:rPr>
    </w:lvl>
    <w:lvl w:ilvl="7" w:tplc="886404CE">
      <w:numFmt w:val="bullet"/>
      <w:lvlText w:val="•"/>
      <w:lvlJc w:val="left"/>
      <w:pPr>
        <w:ind w:left="8028" w:hanging="471"/>
      </w:pPr>
      <w:rPr>
        <w:rFonts w:hint="default"/>
        <w:lang w:val="en-US" w:eastAsia="en-US" w:bidi="ar-SA"/>
      </w:rPr>
    </w:lvl>
    <w:lvl w:ilvl="8" w:tplc="A072E2F0">
      <w:numFmt w:val="bullet"/>
      <w:lvlText w:val="•"/>
      <w:lvlJc w:val="left"/>
      <w:pPr>
        <w:ind w:left="9072" w:hanging="471"/>
      </w:pPr>
      <w:rPr>
        <w:rFonts w:hint="default"/>
        <w:lang w:val="en-US" w:eastAsia="en-US" w:bidi="ar-SA"/>
      </w:rPr>
    </w:lvl>
  </w:abstractNum>
  <w:abstractNum w:abstractNumId="17" w15:restartNumberingAfterBreak="0">
    <w:nsid w:val="20AF1ACA"/>
    <w:multiLevelType w:val="multilevel"/>
    <w:tmpl w:val="51269C44"/>
    <w:lvl w:ilvl="0">
      <w:start w:val="1"/>
      <w:numFmt w:val="decimal"/>
      <w:lvlText w:val="%1."/>
      <w:lvlJc w:val="left"/>
      <w:pPr>
        <w:ind w:left="1080" w:hanging="360"/>
      </w:pPr>
      <w:rPr>
        <w:rFonts w:ascii="Arial" w:hAnsi="Arial" w:cs="Arial" w:hint="default"/>
        <w:spacing w:val="0"/>
        <w:w w:val="100"/>
        <w:sz w:val="22"/>
        <w:szCs w:val="32"/>
        <w:lang w:val="en-US" w:eastAsia="en-US" w:bidi="ar-SA"/>
      </w:rPr>
    </w:lvl>
    <w:lvl w:ilvl="1">
      <w:start w:val="1"/>
      <w:numFmt w:val="decimal"/>
      <w:lvlText w:val="%1.%2"/>
      <w:lvlJc w:val="left"/>
      <w:pPr>
        <w:ind w:left="1080" w:hanging="360"/>
      </w:pPr>
      <w:rPr>
        <w:rFonts w:ascii="Arial" w:eastAsia="Times New Roman" w:hAnsi="Arial" w:cs="Arial" w:hint="default"/>
        <w:b/>
        <w:bCs/>
        <w:i w:val="0"/>
        <w:iCs w:val="0"/>
        <w:spacing w:val="0"/>
        <w:w w:val="100"/>
        <w:sz w:val="22"/>
        <w:szCs w:val="22"/>
        <w:lang w:val="en-US" w:eastAsia="en-US" w:bidi="ar-SA"/>
      </w:rPr>
    </w:lvl>
    <w:lvl w:ilvl="2">
      <w:numFmt w:val="bullet"/>
      <w:lvlText w:val="•"/>
      <w:lvlJc w:val="left"/>
      <w:pPr>
        <w:ind w:left="1120" w:hanging="360"/>
      </w:pPr>
      <w:rPr>
        <w:rFonts w:hint="default"/>
        <w:lang w:val="en-US" w:eastAsia="en-US" w:bidi="ar-SA"/>
      </w:rPr>
    </w:lvl>
    <w:lvl w:ilvl="3">
      <w:numFmt w:val="bullet"/>
      <w:lvlText w:val="•"/>
      <w:lvlJc w:val="left"/>
      <w:pPr>
        <w:ind w:left="2375" w:hanging="360"/>
      </w:pPr>
      <w:rPr>
        <w:rFonts w:hint="default"/>
        <w:lang w:val="en-US" w:eastAsia="en-US" w:bidi="ar-SA"/>
      </w:rPr>
    </w:lvl>
    <w:lvl w:ilvl="4">
      <w:numFmt w:val="bullet"/>
      <w:lvlText w:val="•"/>
      <w:lvlJc w:val="left"/>
      <w:pPr>
        <w:ind w:left="3630"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6140" w:hanging="360"/>
      </w:pPr>
      <w:rPr>
        <w:rFonts w:hint="default"/>
        <w:lang w:val="en-US" w:eastAsia="en-US" w:bidi="ar-SA"/>
      </w:rPr>
    </w:lvl>
    <w:lvl w:ilvl="7">
      <w:numFmt w:val="bullet"/>
      <w:lvlText w:val="•"/>
      <w:lvlJc w:val="left"/>
      <w:pPr>
        <w:ind w:left="7395" w:hanging="360"/>
      </w:pPr>
      <w:rPr>
        <w:rFonts w:hint="default"/>
        <w:lang w:val="en-US" w:eastAsia="en-US" w:bidi="ar-SA"/>
      </w:rPr>
    </w:lvl>
    <w:lvl w:ilvl="8">
      <w:numFmt w:val="bullet"/>
      <w:lvlText w:val="•"/>
      <w:lvlJc w:val="left"/>
      <w:pPr>
        <w:ind w:left="8650" w:hanging="360"/>
      </w:pPr>
      <w:rPr>
        <w:rFonts w:hint="default"/>
        <w:lang w:val="en-US" w:eastAsia="en-US" w:bidi="ar-SA"/>
      </w:rPr>
    </w:lvl>
  </w:abstractNum>
  <w:abstractNum w:abstractNumId="18" w15:restartNumberingAfterBreak="0">
    <w:nsid w:val="28DD579C"/>
    <w:multiLevelType w:val="hybridMultilevel"/>
    <w:tmpl w:val="9E222D7A"/>
    <w:lvl w:ilvl="0" w:tplc="F4DE8C9A">
      <w:start w:val="1"/>
      <w:numFmt w:val="decimal"/>
      <w:lvlText w:val="%1."/>
      <w:lvlJc w:val="left"/>
      <w:pPr>
        <w:ind w:left="1080" w:hanging="360"/>
      </w:pPr>
      <w:rPr>
        <w:rFonts w:hint="default"/>
        <w:spacing w:val="0"/>
        <w:w w:val="100"/>
        <w:lang w:val="en-US" w:eastAsia="en-US" w:bidi="ar-SA"/>
      </w:rPr>
    </w:lvl>
    <w:lvl w:ilvl="1" w:tplc="686EA254">
      <w:numFmt w:val="bullet"/>
      <w:lvlText w:val="•"/>
      <w:lvlJc w:val="left"/>
      <w:pPr>
        <w:ind w:left="2088" w:hanging="360"/>
      </w:pPr>
      <w:rPr>
        <w:rFonts w:hint="default"/>
        <w:lang w:val="en-US" w:eastAsia="en-US" w:bidi="ar-SA"/>
      </w:rPr>
    </w:lvl>
    <w:lvl w:ilvl="2" w:tplc="13ECA11E">
      <w:numFmt w:val="bullet"/>
      <w:lvlText w:val="•"/>
      <w:lvlJc w:val="left"/>
      <w:pPr>
        <w:ind w:left="3096" w:hanging="360"/>
      </w:pPr>
      <w:rPr>
        <w:rFonts w:hint="default"/>
        <w:lang w:val="en-US" w:eastAsia="en-US" w:bidi="ar-SA"/>
      </w:rPr>
    </w:lvl>
    <w:lvl w:ilvl="3" w:tplc="ACD4DE80">
      <w:numFmt w:val="bullet"/>
      <w:lvlText w:val="•"/>
      <w:lvlJc w:val="left"/>
      <w:pPr>
        <w:ind w:left="4104" w:hanging="360"/>
      </w:pPr>
      <w:rPr>
        <w:rFonts w:hint="default"/>
        <w:lang w:val="en-US" w:eastAsia="en-US" w:bidi="ar-SA"/>
      </w:rPr>
    </w:lvl>
    <w:lvl w:ilvl="4" w:tplc="65CCCCDA">
      <w:numFmt w:val="bullet"/>
      <w:lvlText w:val="•"/>
      <w:lvlJc w:val="left"/>
      <w:pPr>
        <w:ind w:left="5112" w:hanging="360"/>
      </w:pPr>
      <w:rPr>
        <w:rFonts w:hint="default"/>
        <w:lang w:val="en-US" w:eastAsia="en-US" w:bidi="ar-SA"/>
      </w:rPr>
    </w:lvl>
    <w:lvl w:ilvl="5" w:tplc="4546FD20">
      <w:numFmt w:val="bullet"/>
      <w:lvlText w:val="•"/>
      <w:lvlJc w:val="left"/>
      <w:pPr>
        <w:ind w:left="6120" w:hanging="360"/>
      </w:pPr>
      <w:rPr>
        <w:rFonts w:hint="default"/>
        <w:lang w:val="en-US" w:eastAsia="en-US" w:bidi="ar-SA"/>
      </w:rPr>
    </w:lvl>
    <w:lvl w:ilvl="6" w:tplc="66FE8AA2">
      <w:numFmt w:val="bullet"/>
      <w:lvlText w:val="•"/>
      <w:lvlJc w:val="left"/>
      <w:pPr>
        <w:ind w:left="7128" w:hanging="360"/>
      </w:pPr>
      <w:rPr>
        <w:rFonts w:hint="default"/>
        <w:lang w:val="en-US" w:eastAsia="en-US" w:bidi="ar-SA"/>
      </w:rPr>
    </w:lvl>
    <w:lvl w:ilvl="7" w:tplc="05783DB4">
      <w:numFmt w:val="bullet"/>
      <w:lvlText w:val="•"/>
      <w:lvlJc w:val="left"/>
      <w:pPr>
        <w:ind w:left="8136" w:hanging="360"/>
      </w:pPr>
      <w:rPr>
        <w:rFonts w:hint="default"/>
        <w:lang w:val="en-US" w:eastAsia="en-US" w:bidi="ar-SA"/>
      </w:rPr>
    </w:lvl>
    <w:lvl w:ilvl="8" w:tplc="9D869650">
      <w:numFmt w:val="bullet"/>
      <w:lvlText w:val="•"/>
      <w:lvlJc w:val="left"/>
      <w:pPr>
        <w:ind w:left="9144" w:hanging="360"/>
      </w:pPr>
      <w:rPr>
        <w:rFonts w:hint="default"/>
        <w:lang w:val="en-US" w:eastAsia="en-US" w:bidi="ar-SA"/>
      </w:rPr>
    </w:lvl>
  </w:abstractNum>
  <w:abstractNum w:abstractNumId="19" w15:restartNumberingAfterBreak="0">
    <w:nsid w:val="2A8A3759"/>
    <w:multiLevelType w:val="hybridMultilevel"/>
    <w:tmpl w:val="34A2A94E"/>
    <w:lvl w:ilvl="0" w:tplc="A238E50E">
      <w:numFmt w:val="bullet"/>
      <w:lvlText w:val=""/>
      <w:lvlJc w:val="left"/>
      <w:pPr>
        <w:ind w:left="1440" w:hanging="360"/>
      </w:pPr>
      <w:rPr>
        <w:rFonts w:ascii="Wingdings" w:eastAsia="Wingdings" w:hAnsi="Wingdings" w:cs="Wingdings" w:hint="default"/>
        <w:b w:val="0"/>
        <w:bCs w:val="0"/>
        <w:i w:val="0"/>
        <w:iCs w:val="0"/>
        <w:spacing w:val="0"/>
        <w:w w:val="100"/>
        <w:sz w:val="24"/>
        <w:szCs w:val="24"/>
        <w:lang w:val="en-US" w:eastAsia="en-US" w:bidi="ar-SA"/>
      </w:rPr>
    </w:lvl>
    <w:lvl w:ilvl="1" w:tplc="FAD2E88A">
      <w:numFmt w:val="bullet"/>
      <w:lvlText w:val="•"/>
      <w:lvlJc w:val="left"/>
      <w:pPr>
        <w:ind w:left="2412" w:hanging="360"/>
      </w:pPr>
      <w:rPr>
        <w:rFonts w:hint="default"/>
        <w:lang w:val="en-US" w:eastAsia="en-US" w:bidi="ar-SA"/>
      </w:rPr>
    </w:lvl>
    <w:lvl w:ilvl="2" w:tplc="74E296F6">
      <w:numFmt w:val="bullet"/>
      <w:lvlText w:val="•"/>
      <w:lvlJc w:val="left"/>
      <w:pPr>
        <w:ind w:left="3384" w:hanging="360"/>
      </w:pPr>
      <w:rPr>
        <w:rFonts w:hint="default"/>
        <w:lang w:val="en-US" w:eastAsia="en-US" w:bidi="ar-SA"/>
      </w:rPr>
    </w:lvl>
    <w:lvl w:ilvl="3" w:tplc="00CA7C5C">
      <w:numFmt w:val="bullet"/>
      <w:lvlText w:val="•"/>
      <w:lvlJc w:val="left"/>
      <w:pPr>
        <w:ind w:left="4356" w:hanging="360"/>
      </w:pPr>
      <w:rPr>
        <w:rFonts w:hint="default"/>
        <w:lang w:val="en-US" w:eastAsia="en-US" w:bidi="ar-SA"/>
      </w:rPr>
    </w:lvl>
    <w:lvl w:ilvl="4" w:tplc="59127B8A">
      <w:numFmt w:val="bullet"/>
      <w:lvlText w:val="•"/>
      <w:lvlJc w:val="left"/>
      <w:pPr>
        <w:ind w:left="5328" w:hanging="360"/>
      </w:pPr>
      <w:rPr>
        <w:rFonts w:hint="default"/>
        <w:lang w:val="en-US" w:eastAsia="en-US" w:bidi="ar-SA"/>
      </w:rPr>
    </w:lvl>
    <w:lvl w:ilvl="5" w:tplc="D9F87EE4">
      <w:numFmt w:val="bullet"/>
      <w:lvlText w:val="•"/>
      <w:lvlJc w:val="left"/>
      <w:pPr>
        <w:ind w:left="6300" w:hanging="360"/>
      </w:pPr>
      <w:rPr>
        <w:rFonts w:hint="default"/>
        <w:lang w:val="en-US" w:eastAsia="en-US" w:bidi="ar-SA"/>
      </w:rPr>
    </w:lvl>
    <w:lvl w:ilvl="6" w:tplc="93BE4444">
      <w:numFmt w:val="bullet"/>
      <w:lvlText w:val="•"/>
      <w:lvlJc w:val="left"/>
      <w:pPr>
        <w:ind w:left="7272" w:hanging="360"/>
      </w:pPr>
      <w:rPr>
        <w:rFonts w:hint="default"/>
        <w:lang w:val="en-US" w:eastAsia="en-US" w:bidi="ar-SA"/>
      </w:rPr>
    </w:lvl>
    <w:lvl w:ilvl="7" w:tplc="73F4C796">
      <w:numFmt w:val="bullet"/>
      <w:lvlText w:val="•"/>
      <w:lvlJc w:val="left"/>
      <w:pPr>
        <w:ind w:left="8244" w:hanging="360"/>
      </w:pPr>
      <w:rPr>
        <w:rFonts w:hint="default"/>
        <w:lang w:val="en-US" w:eastAsia="en-US" w:bidi="ar-SA"/>
      </w:rPr>
    </w:lvl>
    <w:lvl w:ilvl="8" w:tplc="46B4B2E2">
      <w:numFmt w:val="bullet"/>
      <w:lvlText w:val="•"/>
      <w:lvlJc w:val="left"/>
      <w:pPr>
        <w:ind w:left="9216" w:hanging="360"/>
      </w:pPr>
      <w:rPr>
        <w:rFonts w:hint="default"/>
        <w:lang w:val="en-US" w:eastAsia="en-US" w:bidi="ar-SA"/>
      </w:rPr>
    </w:lvl>
  </w:abstractNum>
  <w:abstractNum w:abstractNumId="20" w15:restartNumberingAfterBreak="0">
    <w:nsid w:val="2B9646EC"/>
    <w:multiLevelType w:val="hybridMultilevel"/>
    <w:tmpl w:val="53A4123A"/>
    <w:lvl w:ilvl="0" w:tplc="D74AAAD4">
      <w:start w:val="1"/>
      <w:numFmt w:val="decimal"/>
      <w:lvlText w:val="%1."/>
      <w:lvlJc w:val="left"/>
      <w:pPr>
        <w:ind w:left="720" w:hanging="361"/>
      </w:pPr>
      <w:rPr>
        <w:rFonts w:ascii="Arial" w:eastAsia="Times New Roman" w:hAnsi="Arial" w:cs="Arial" w:hint="default"/>
        <w:b/>
        <w:bCs/>
        <w:i w:val="0"/>
        <w:iCs w:val="0"/>
        <w:color w:val="1F1F1F"/>
        <w:spacing w:val="0"/>
        <w:w w:val="100"/>
        <w:sz w:val="20"/>
        <w:szCs w:val="20"/>
        <w:lang w:val="en-US" w:eastAsia="en-US" w:bidi="ar-SA"/>
      </w:rPr>
    </w:lvl>
    <w:lvl w:ilvl="1" w:tplc="4009000B">
      <w:start w:val="1"/>
      <w:numFmt w:val="bullet"/>
      <w:lvlText w:val=""/>
      <w:lvlJc w:val="left"/>
      <w:pPr>
        <w:ind w:left="719" w:hanging="360"/>
      </w:pPr>
      <w:rPr>
        <w:rFonts w:ascii="Wingdings" w:hAnsi="Wingdings" w:hint="default"/>
      </w:rPr>
    </w:lvl>
    <w:lvl w:ilvl="2" w:tplc="A5A405FA">
      <w:numFmt w:val="bullet"/>
      <w:lvlText w:val="•"/>
      <w:lvlJc w:val="left"/>
      <w:pPr>
        <w:ind w:left="2808" w:hanging="361"/>
      </w:pPr>
      <w:rPr>
        <w:rFonts w:hint="default"/>
        <w:lang w:val="en-US" w:eastAsia="en-US" w:bidi="ar-SA"/>
      </w:rPr>
    </w:lvl>
    <w:lvl w:ilvl="3" w:tplc="7FC412B6">
      <w:numFmt w:val="bullet"/>
      <w:lvlText w:val="•"/>
      <w:lvlJc w:val="left"/>
      <w:pPr>
        <w:ind w:left="3852" w:hanging="361"/>
      </w:pPr>
      <w:rPr>
        <w:rFonts w:hint="default"/>
        <w:lang w:val="en-US" w:eastAsia="en-US" w:bidi="ar-SA"/>
      </w:rPr>
    </w:lvl>
    <w:lvl w:ilvl="4" w:tplc="35B8503E">
      <w:numFmt w:val="bullet"/>
      <w:lvlText w:val="•"/>
      <w:lvlJc w:val="left"/>
      <w:pPr>
        <w:ind w:left="4896" w:hanging="361"/>
      </w:pPr>
      <w:rPr>
        <w:rFonts w:hint="default"/>
        <w:lang w:val="en-US" w:eastAsia="en-US" w:bidi="ar-SA"/>
      </w:rPr>
    </w:lvl>
    <w:lvl w:ilvl="5" w:tplc="C89EE944">
      <w:numFmt w:val="bullet"/>
      <w:lvlText w:val="•"/>
      <w:lvlJc w:val="left"/>
      <w:pPr>
        <w:ind w:left="5940" w:hanging="361"/>
      </w:pPr>
      <w:rPr>
        <w:rFonts w:hint="default"/>
        <w:lang w:val="en-US" w:eastAsia="en-US" w:bidi="ar-SA"/>
      </w:rPr>
    </w:lvl>
    <w:lvl w:ilvl="6" w:tplc="958231CA">
      <w:numFmt w:val="bullet"/>
      <w:lvlText w:val="•"/>
      <w:lvlJc w:val="left"/>
      <w:pPr>
        <w:ind w:left="6984" w:hanging="361"/>
      </w:pPr>
      <w:rPr>
        <w:rFonts w:hint="default"/>
        <w:lang w:val="en-US" w:eastAsia="en-US" w:bidi="ar-SA"/>
      </w:rPr>
    </w:lvl>
    <w:lvl w:ilvl="7" w:tplc="613480BA">
      <w:numFmt w:val="bullet"/>
      <w:lvlText w:val="•"/>
      <w:lvlJc w:val="left"/>
      <w:pPr>
        <w:ind w:left="8028" w:hanging="361"/>
      </w:pPr>
      <w:rPr>
        <w:rFonts w:hint="default"/>
        <w:lang w:val="en-US" w:eastAsia="en-US" w:bidi="ar-SA"/>
      </w:rPr>
    </w:lvl>
    <w:lvl w:ilvl="8" w:tplc="03F29ED6">
      <w:numFmt w:val="bullet"/>
      <w:lvlText w:val="•"/>
      <w:lvlJc w:val="left"/>
      <w:pPr>
        <w:ind w:left="9072" w:hanging="361"/>
      </w:pPr>
      <w:rPr>
        <w:rFonts w:hint="default"/>
        <w:lang w:val="en-US" w:eastAsia="en-US" w:bidi="ar-SA"/>
      </w:rPr>
    </w:lvl>
  </w:abstractNum>
  <w:abstractNum w:abstractNumId="21" w15:restartNumberingAfterBreak="0">
    <w:nsid w:val="2E5406E3"/>
    <w:multiLevelType w:val="hybridMultilevel"/>
    <w:tmpl w:val="AD08B91A"/>
    <w:lvl w:ilvl="0" w:tplc="895AE238">
      <w:start w:val="1"/>
      <w:numFmt w:val="decimal"/>
      <w:lvlText w:val="%1."/>
      <w:lvlJc w:val="left"/>
      <w:pPr>
        <w:ind w:left="953" w:hanging="248"/>
      </w:pPr>
      <w:rPr>
        <w:rFonts w:hint="default"/>
        <w:spacing w:val="0"/>
        <w:w w:val="100"/>
        <w:lang w:val="en-US" w:eastAsia="en-US" w:bidi="ar-SA"/>
      </w:rPr>
    </w:lvl>
    <w:lvl w:ilvl="1" w:tplc="3B385228">
      <w:numFmt w:val="bullet"/>
      <w:lvlText w:val="•"/>
      <w:lvlJc w:val="left"/>
      <w:pPr>
        <w:ind w:left="1980" w:hanging="248"/>
      </w:pPr>
      <w:rPr>
        <w:rFonts w:hint="default"/>
        <w:lang w:val="en-US" w:eastAsia="en-US" w:bidi="ar-SA"/>
      </w:rPr>
    </w:lvl>
    <w:lvl w:ilvl="2" w:tplc="3E7A44BA">
      <w:numFmt w:val="bullet"/>
      <w:lvlText w:val="•"/>
      <w:lvlJc w:val="left"/>
      <w:pPr>
        <w:ind w:left="3000" w:hanging="248"/>
      </w:pPr>
      <w:rPr>
        <w:rFonts w:hint="default"/>
        <w:lang w:val="en-US" w:eastAsia="en-US" w:bidi="ar-SA"/>
      </w:rPr>
    </w:lvl>
    <w:lvl w:ilvl="3" w:tplc="ECC4BD28">
      <w:numFmt w:val="bullet"/>
      <w:lvlText w:val="•"/>
      <w:lvlJc w:val="left"/>
      <w:pPr>
        <w:ind w:left="4020" w:hanging="248"/>
      </w:pPr>
      <w:rPr>
        <w:rFonts w:hint="default"/>
        <w:lang w:val="en-US" w:eastAsia="en-US" w:bidi="ar-SA"/>
      </w:rPr>
    </w:lvl>
    <w:lvl w:ilvl="4" w:tplc="21F646FE">
      <w:numFmt w:val="bullet"/>
      <w:lvlText w:val="•"/>
      <w:lvlJc w:val="left"/>
      <w:pPr>
        <w:ind w:left="5040" w:hanging="248"/>
      </w:pPr>
      <w:rPr>
        <w:rFonts w:hint="default"/>
        <w:lang w:val="en-US" w:eastAsia="en-US" w:bidi="ar-SA"/>
      </w:rPr>
    </w:lvl>
    <w:lvl w:ilvl="5" w:tplc="CDC8169C">
      <w:numFmt w:val="bullet"/>
      <w:lvlText w:val="•"/>
      <w:lvlJc w:val="left"/>
      <w:pPr>
        <w:ind w:left="6060" w:hanging="248"/>
      </w:pPr>
      <w:rPr>
        <w:rFonts w:hint="default"/>
        <w:lang w:val="en-US" w:eastAsia="en-US" w:bidi="ar-SA"/>
      </w:rPr>
    </w:lvl>
    <w:lvl w:ilvl="6" w:tplc="B5F06896">
      <w:numFmt w:val="bullet"/>
      <w:lvlText w:val="•"/>
      <w:lvlJc w:val="left"/>
      <w:pPr>
        <w:ind w:left="7080" w:hanging="248"/>
      </w:pPr>
      <w:rPr>
        <w:rFonts w:hint="default"/>
        <w:lang w:val="en-US" w:eastAsia="en-US" w:bidi="ar-SA"/>
      </w:rPr>
    </w:lvl>
    <w:lvl w:ilvl="7" w:tplc="C630DCAC">
      <w:numFmt w:val="bullet"/>
      <w:lvlText w:val="•"/>
      <w:lvlJc w:val="left"/>
      <w:pPr>
        <w:ind w:left="8100" w:hanging="248"/>
      </w:pPr>
      <w:rPr>
        <w:rFonts w:hint="default"/>
        <w:lang w:val="en-US" w:eastAsia="en-US" w:bidi="ar-SA"/>
      </w:rPr>
    </w:lvl>
    <w:lvl w:ilvl="8" w:tplc="6DE082E0">
      <w:numFmt w:val="bullet"/>
      <w:lvlText w:val="•"/>
      <w:lvlJc w:val="left"/>
      <w:pPr>
        <w:ind w:left="9120" w:hanging="248"/>
      </w:pPr>
      <w:rPr>
        <w:rFonts w:hint="default"/>
        <w:lang w:val="en-US" w:eastAsia="en-US" w:bidi="ar-SA"/>
      </w:rPr>
    </w:lvl>
  </w:abstractNum>
  <w:abstractNum w:abstractNumId="22" w15:restartNumberingAfterBreak="0">
    <w:nsid w:val="351C2775"/>
    <w:multiLevelType w:val="hybridMultilevel"/>
    <w:tmpl w:val="B3BE0B74"/>
    <w:lvl w:ilvl="0" w:tplc="D078185A">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3E9C1873"/>
    <w:multiLevelType w:val="hybridMultilevel"/>
    <w:tmpl w:val="507E44EA"/>
    <w:lvl w:ilvl="0" w:tplc="10D4D2C2">
      <w:start w:val="1"/>
      <w:numFmt w:val="decimal"/>
      <w:lvlText w:val="%1."/>
      <w:lvlJc w:val="left"/>
      <w:pPr>
        <w:ind w:left="1001" w:hanging="281"/>
      </w:pPr>
      <w:rPr>
        <w:rFonts w:ascii="Times New Roman" w:eastAsia="Times New Roman" w:hAnsi="Times New Roman" w:cs="Times New Roman" w:hint="default"/>
        <w:b/>
        <w:bCs/>
        <w:i w:val="0"/>
        <w:iCs w:val="0"/>
        <w:spacing w:val="0"/>
        <w:w w:val="100"/>
        <w:sz w:val="28"/>
        <w:szCs w:val="28"/>
        <w:lang w:val="en-US" w:eastAsia="en-US" w:bidi="ar-SA"/>
      </w:rPr>
    </w:lvl>
    <w:lvl w:ilvl="1" w:tplc="F6387306">
      <w:start w:val="1"/>
      <w:numFmt w:val="upperLetter"/>
      <w:lvlText w:val="%2."/>
      <w:lvlJc w:val="left"/>
      <w:pPr>
        <w:ind w:left="1061" w:hanging="341"/>
      </w:pPr>
      <w:rPr>
        <w:rFonts w:ascii="Times New Roman" w:eastAsia="Times New Roman" w:hAnsi="Times New Roman" w:cs="Times New Roman" w:hint="default"/>
        <w:b/>
        <w:bCs/>
        <w:i w:val="0"/>
        <w:iCs w:val="0"/>
        <w:spacing w:val="-2"/>
        <w:w w:val="100"/>
        <w:sz w:val="28"/>
        <w:szCs w:val="28"/>
        <w:lang w:val="en-US" w:eastAsia="en-US" w:bidi="ar-SA"/>
      </w:rPr>
    </w:lvl>
    <w:lvl w:ilvl="2" w:tplc="4D9EF7B2">
      <w:numFmt w:val="bullet"/>
      <w:lvlText w:val="•"/>
      <w:lvlJc w:val="left"/>
      <w:pPr>
        <w:ind w:left="2182" w:hanging="341"/>
      </w:pPr>
      <w:rPr>
        <w:rFonts w:hint="default"/>
        <w:lang w:val="en-US" w:eastAsia="en-US" w:bidi="ar-SA"/>
      </w:rPr>
    </w:lvl>
    <w:lvl w:ilvl="3" w:tplc="E8D86B32">
      <w:numFmt w:val="bullet"/>
      <w:lvlText w:val="•"/>
      <w:lvlJc w:val="left"/>
      <w:pPr>
        <w:ind w:left="3304" w:hanging="341"/>
      </w:pPr>
      <w:rPr>
        <w:rFonts w:hint="default"/>
        <w:lang w:val="en-US" w:eastAsia="en-US" w:bidi="ar-SA"/>
      </w:rPr>
    </w:lvl>
    <w:lvl w:ilvl="4" w:tplc="D3AE480A">
      <w:numFmt w:val="bullet"/>
      <w:lvlText w:val="•"/>
      <w:lvlJc w:val="left"/>
      <w:pPr>
        <w:ind w:left="4426" w:hanging="341"/>
      </w:pPr>
      <w:rPr>
        <w:rFonts w:hint="default"/>
        <w:lang w:val="en-US" w:eastAsia="en-US" w:bidi="ar-SA"/>
      </w:rPr>
    </w:lvl>
    <w:lvl w:ilvl="5" w:tplc="2EE686FC">
      <w:numFmt w:val="bullet"/>
      <w:lvlText w:val="•"/>
      <w:lvlJc w:val="left"/>
      <w:pPr>
        <w:ind w:left="5548" w:hanging="341"/>
      </w:pPr>
      <w:rPr>
        <w:rFonts w:hint="default"/>
        <w:lang w:val="en-US" w:eastAsia="en-US" w:bidi="ar-SA"/>
      </w:rPr>
    </w:lvl>
    <w:lvl w:ilvl="6" w:tplc="171865A8">
      <w:numFmt w:val="bullet"/>
      <w:lvlText w:val="•"/>
      <w:lvlJc w:val="left"/>
      <w:pPr>
        <w:ind w:left="6671" w:hanging="341"/>
      </w:pPr>
      <w:rPr>
        <w:rFonts w:hint="default"/>
        <w:lang w:val="en-US" w:eastAsia="en-US" w:bidi="ar-SA"/>
      </w:rPr>
    </w:lvl>
    <w:lvl w:ilvl="7" w:tplc="49580932">
      <w:numFmt w:val="bullet"/>
      <w:lvlText w:val="•"/>
      <w:lvlJc w:val="left"/>
      <w:pPr>
        <w:ind w:left="7793" w:hanging="341"/>
      </w:pPr>
      <w:rPr>
        <w:rFonts w:hint="default"/>
        <w:lang w:val="en-US" w:eastAsia="en-US" w:bidi="ar-SA"/>
      </w:rPr>
    </w:lvl>
    <w:lvl w:ilvl="8" w:tplc="2D82609A">
      <w:numFmt w:val="bullet"/>
      <w:lvlText w:val="•"/>
      <w:lvlJc w:val="left"/>
      <w:pPr>
        <w:ind w:left="8915" w:hanging="341"/>
      </w:pPr>
      <w:rPr>
        <w:rFonts w:hint="default"/>
        <w:lang w:val="en-US" w:eastAsia="en-US" w:bidi="ar-SA"/>
      </w:rPr>
    </w:lvl>
  </w:abstractNum>
  <w:abstractNum w:abstractNumId="24" w15:restartNumberingAfterBreak="0">
    <w:nsid w:val="499803B5"/>
    <w:multiLevelType w:val="hybridMultilevel"/>
    <w:tmpl w:val="CBD8C3B6"/>
    <w:lvl w:ilvl="0" w:tplc="939AFC0C">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7CE2B14">
      <w:numFmt w:val="bullet"/>
      <w:lvlText w:val="•"/>
      <w:lvlJc w:val="left"/>
      <w:pPr>
        <w:ind w:left="2088" w:hanging="360"/>
      </w:pPr>
      <w:rPr>
        <w:rFonts w:hint="default"/>
        <w:lang w:val="en-US" w:eastAsia="en-US" w:bidi="ar-SA"/>
      </w:rPr>
    </w:lvl>
    <w:lvl w:ilvl="2" w:tplc="F08A88B0">
      <w:numFmt w:val="bullet"/>
      <w:lvlText w:val="•"/>
      <w:lvlJc w:val="left"/>
      <w:pPr>
        <w:ind w:left="3096" w:hanging="360"/>
      </w:pPr>
      <w:rPr>
        <w:rFonts w:hint="default"/>
        <w:lang w:val="en-US" w:eastAsia="en-US" w:bidi="ar-SA"/>
      </w:rPr>
    </w:lvl>
    <w:lvl w:ilvl="3" w:tplc="288AC052">
      <w:numFmt w:val="bullet"/>
      <w:lvlText w:val="•"/>
      <w:lvlJc w:val="left"/>
      <w:pPr>
        <w:ind w:left="4104" w:hanging="360"/>
      </w:pPr>
      <w:rPr>
        <w:rFonts w:hint="default"/>
        <w:lang w:val="en-US" w:eastAsia="en-US" w:bidi="ar-SA"/>
      </w:rPr>
    </w:lvl>
    <w:lvl w:ilvl="4" w:tplc="A422367A">
      <w:numFmt w:val="bullet"/>
      <w:lvlText w:val="•"/>
      <w:lvlJc w:val="left"/>
      <w:pPr>
        <w:ind w:left="5112" w:hanging="360"/>
      </w:pPr>
      <w:rPr>
        <w:rFonts w:hint="default"/>
        <w:lang w:val="en-US" w:eastAsia="en-US" w:bidi="ar-SA"/>
      </w:rPr>
    </w:lvl>
    <w:lvl w:ilvl="5" w:tplc="2DD22F0A">
      <w:numFmt w:val="bullet"/>
      <w:lvlText w:val="•"/>
      <w:lvlJc w:val="left"/>
      <w:pPr>
        <w:ind w:left="6120" w:hanging="360"/>
      </w:pPr>
      <w:rPr>
        <w:rFonts w:hint="default"/>
        <w:lang w:val="en-US" w:eastAsia="en-US" w:bidi="ar-SA"/>
      </w:rPr>
    </w:lvl>
    <w:lvl w:ilvl="6" w:tplc="E9AACD5C">
      <w:numFmt w:val="bullet"/>
      <w:lvlText w:val="•"/>
      <w:lvlJc w:val="left"/>
      <w:pPr>
        <w:ind w:left="7128" w:hanging="360"/>
      </w:pPr>
      <w:rPr>
        <w:rFonts w:hint="default"/>
        <w:lang w:val="en-US" w:eastAsia="en-US" w:bidi="ar-SA"/>
      </w:rPr>
    </w:lvl>
    <w:lvl w:ilvl="7" w:tplc="CB84FFB8">
      <w:numFmt w:val="bullet"/>
      <w:lvlText w:val="•"/>
      <w:lvlJc w:val="left"/>
      <w:pPr>
        <w:ind w:left="8136" w:hanging="360"/>
      </w:pPr>
      <w:rPr>
        <w:rFonts w:hint="default"/>
        <w:lang w:val="en-US" w:eastAsia="en-US" w:bidi="ar-SA"/>
      </w:rPr>
    </w:lvl>
    <w:lvl w:ilvl="8" w:tplc="FB020656">
      <w:numFmt w:val="bullet"/>
      <w:lvlText w:val="•"/>
      <w:lvlJc w:val="left"/>
      <w:pPr>
        <w:ind w:left="9144" w:hanging="360"/>
      </w:pPr>
      <w:rPr>
        <w:rFonts w:hint="default"/>
        <w:lang w:val="en-US" w:eastAsia="en-US" w:bidi="ar-SA"/>
      </w:rPr>
    </w:lvl>
  </w:abstractNum>
  <w:abstractNum w:abstractNumId="25" w15:restartNumberingAfterBreak="0">
    <w:nsid w:val="51AE38E5"/>
    <w:multiLevelType w:val="hybridMultilevel"/>
    <w:tmpl w:val="9E222D7A"/>
    <w:lvl w:ilvl="0" w:tplc="FFFFFFFF">
      <w:start w:val="1"/>
      <w:numFmt w:val="decimal"/>
      <w:lvlText w:val="%1."/>
      <w:lvlJc w:val="left"/>
      <w:pPr>
        <w:ind w:left="1080" w:hanging="360"/>
      </w:pPr>
      <w:rPr>
        <w:rFonts w:hint="default"/>
        <w:spacing w:val="0"/>
        <w:w w:val="100"/>
        <w:lang w:val="en-US" w:eastAsia="en-US" w:bidi="ar-SA"/>
      </w:rPr>
    </w:lvl>
    <w:lvl w:ilvl="1" w:tplc="FFFFFFFF">
      <w:numFmt w:val="bullet"/>
      <w:lvlText w:val="•"/>
      <w:lvlJc w:val="left"/>
      <w:pPr>
        <w:ind w:left="2088" w:hanging="360"/>
      </w:pPr>
      <w:rPr>
        <w:rFonts w:hint="default"/>
        <w:lang w:val="en-US" w:eastAsia="en-US" w:bidi="ar-SA"/>
      </w:rPr>
    </w:lvl>
    <w:lvl w:ilvl="2" w:tplc="FFFFFFFF">
      <w:numFmt w:val="bullet"/>
      <w:lvlText w:val="•"/>
      <w:lvlJc w:val="left"/>
      <w:pPr>
        <w:ind w:left="3096" w:hanging="360"/>
      </w:pPr>
      <w:rPr>
        <w:rFonts w:hint="default"/>
        <w:lang w:val="en-US" w:eastAsia="en-US" w:bidi="ar-SA"/>
      </w:rPr>
    </w:lvl>
    <w:lvl w:ilvl="3" w:tplc="FFFFFFFF">
      <w:numFmt w:val="bullet"/>
      <w:lvlText w:val="•"/>
      <w:lvlJc w:val="left"/>
      <w:pPr>
        <w:ind w:left="4104" w:hanging="360"/>
      </w:pPr>
      <w:rPr>
        <w:rFonts w:hint="default"/>
        <w:lang w:val="en-US" w:eastAsia="en-US" w:bidi="ar-SA"/>
      </w:rPr>
    </w:lvl>
    <w:lvl w:ilvl="4" w:tplc="FFFFFFFF">
      <w:numFmt w:val="bullet"/>
      <w:lvlText w:val="•"/>
      <w:lvlJc w:val="left"/>
      <w:pPr>
        <w:ind w:left="5112" w:hanging="360"/>
      </w:pPr>
      <w:rPr>
        <w:rFonts w:hint="default"/>
        <w:lang w:val="en-US" w:eastAsia="en-US" w:bidi="ar-SA"/>
      </w:rPr>
    </w:lvl>
    <w:lvl w:ilvl="5" w:tplc="FFFFFFFF">
      <w:numFmt w:val="bullet"/>
      <w:lvlText w:val="•"/>
      <w:lvlJc w:val="left"/>
      <w:pPr>
        <w:ind w:left="6120" w:hanging="360"/>
      </w:pPr>
      <w:rPr>
        <w:rFonts w:hint="default"/>
        <w:lang w:val="en-US" w:eastAsia="en-US" w:bidi="ar-SA"/>
      </w:rPr>
    </w:lvl>
    <w:lvl w:ilvl="6" w:tplc="FFFFFFFF">
      <w:numFmt w:val="bullet"/>
      <w:lvlText w:val="•"/>
      <w:lvlJc w:val="left"/>
      <w:pPr>
        <w:ind w:left="7128" w:hanging="360"/>
      </w:pPr>
      <w:rPr>
        <w:rFonts w:hint="default"/>
        <w:lang w:val="en-US" w:eastAsia="en-US" w:bidi="ar-SA"/>
      </w:rPr>
    </w:lvl>
    <w:lvl w:ilvl="7" w:tplc="FFFFFFFF">
      <w:numFmt w:val="bullet"/>
      <w:lvlText w:val="•"/>
      <w:lvlJc w:val="left"/>
      <w:pPr>
        <w:ind w:left="8136" w:hanging="360"/>
      </w:pPr>
      <w:rPr>
        <w:rFonts w:hint="default"/>
        <w:lang w:val="en-US" w:eastAsia="en-US" w:bidi="ar-SA"/>
      </w:rPr>
    </w:lvl>
    <w:lvl w:ilvl="8" w:tplc="FFFFFFFF">
      <w:numFmt w:val="bullet"/>
      <w:lvlText w:val="•"/>
      <w:lvlJc w:val="left"/>
      <w:pPr>
        <w:ind w:left="9144" w:hanging="360"/>
      </w:pPr>
      <w:rPr>
        <w:rFonts w:hint="default"/>
        <w:lang w:val="en-US" w:eastAsia="en-US" w:bidi="ar-SA"/>
      </w:rPr>
    </w:lvl>
  </w:abstractNum>
  <w:num w:numId="1" w16cid:durableId="985626988">
    <w:abstractNumId w:val="9"/>
  </w:num>
  <w:num w:numId="2" w16cid:durableId="773749343">
    <w:abstractNumId w:val="7"/>
  </w:num>
  <w:num w:numId="3" w16cid:durableId="893154713">
    <w:abstractNumId w:val="6"/>
  </w:num>
  <w:num w:numId="4" w16cid:durableId="1091659748">
    <w:abstractNumId w:val="5"/>
  </w:num>
  <w:num w:numId="5" w16cid:durableId="877622838">
    <w:abstractNumId w:val="8"/>
  </w:num>
  <w:num w:numId="6" w16cid:durableId="173497476">
    <w:abstractNumId w:val="4"/>
  </w:num>
  <w:num w:numId="7" w16cid:durableId="933443517">
    <w:abstractNumId w:val="3"/>
  </w:num>
  <w:num w:numId="8" w16cid:durableId="1631324467">
    <w:abstractNumId w:val="2"/>
  </w:num>
  <w:num w:numId="9" w16cid:durableId="1927690262">
    <w:abstractNumId w:val="1"/>
  </w:num>
  <w:num w:numId="10" w16cid:durableId="451478142">
    <w:abstractNumId w:val="14"/>
  </w:num>
  <w:num w:numId="11" w16cid:durableId="464931725">
    <w:abstractNumId w:val="14"/>
  </w:num>
  <w:num w:numId="12" w16cid:durableId="1059284965">
    <w:abstractNumId w:val="14"/>
  </w:num>
  <w:num w:numId="13" w16cid:durableId="2025017382">
    <w:abstractNumId w:val="14"/>
  </w:num>
  <w:num w:numId="14" w16cid:durableId="1342077645">
    <w:abstractNumId w:val="14"/>
  </w:num>
  <w:num w:numId="15" w16cid:durableId="1595356788">
    <w:abstractNumId w:val="14"/>
  </w:num>
  <w:num w:numId="16" w16cid:durableId="1308588638">
    <w:abstractNumId w:val="14"/>
  </w:num>
  <w:num w:numId="17" w16cid:durableId="1087532800">
    <w:abstractNumId w:val="14"/>
  </w:num>
  <w:num w:numId="18" w16cid:durableId="1642928565">
    <w:abstractNumId w:val="14"/>
  </w:num>
  <w:num w:numId="19" w16cid:durableId="1119762105">
    <w:abstractNumId w:val="14"/>
  </w:num>
  <w:num w:numId="20" w16cid:durableId="916329646">
    <w:abstractNumId w:val="22"/>
  </w:num>
  <w:num w:numId="21" w16cid:durableId="1504205349">
    <w:abstractNumId w:val="14"/>
  </w:num>
  <w:num w:numId="22" w16cid:durableId="466358002">
    <w:abstractNumId w:val="14"/>
  </w:num>
  <w:num w:numId="23" w16cid:durableId="507058685">
    <w:abstractNumId w:val="14"/>
  </w:num>
  <w:num w:numId="24" w16cid:durableId="1591235845">
    <w:abstractNumId w:val="0"/>
  </w:num>
  <w:num w:numId="25" w16cid:durableId="2046366798">
    <w:abstractNumId w:val="23"/>
  </w:num>
  <w:num w:numId="26" w16cid:durableId="225729944">
    <w:abstractNumId w:val="16"/>
  </w:num>
  <w:num w:numId="27" w16cid:durableId="1115322762">
    <w:abstractNumId w:val="13"/>
  </w:num>
  <w:num w:numId="28" w16cid:durableId="1303462830">
    <w:abstractNumId w:val="19"/>
  </w:num>
  <w:num w:numId="29" w16cid:durableId="1169711301">
    <w:abstractNumId w:val="20"/>
  </w:num>
  <w:num w:numId="30" w16cid:durableId="1398480307">
    <w:abstractNumId w:val="18"/>
  </w:num>
  <w:num w:numId="31" w16cid:durableId="2023777266">
    <w:abstractNumId w:val="17"/>
  </w:num>
  <w:num w:numId="32" w16cid:durableId="837770845">
    <w:abstractNumId w:val="24"/>
  </w:num>
  <w:num w:numId="33" w16cid:durableId="707069499">
    <w:abstractNumId w:val="12"/>
  </w:num>
  <w:num w:numId="34" w16cid:durableId="715619270">
    <w:abstractNumId w:val="10"/>
  </w:num>
  <w:num w:numId="35" w16cid:durableId="510804762">
    <w:abstractNumId w:val="11"/>
  </w:num>
  <w:num w:numId="36" w16cid:durableId="76751919">
    <w:abstractNumId w:val="21"/>
  </w:num>
  <w:num w:numId="37" w16cid:durableId="1736509373">
    <w:abstractNumId w:val="15"/>
  </w:num>
  <w:num w:numId="38" w16cid:durableId="1587806394">
    <w:abstractNumId w:val="25"/>
  </w:num>
  <w:num w:numId="39" w16cid:durableId="1987320951">
    <w:abstractNumId w:val="14"/>
  </w:num>
  <w:num w:numId="40" w16cid:durableId="1286619786">
    <w:abstractNumId w:val="14"/>
  </w:num>
  <w:num w:numId="41" w16cid:durableId="1101024521">
    <w:abstractNumId w:val="14"/>
  </w:num>
  <w:num w:numId="42" w16cid:durableId="581111984">
    <w:abstractNumId w:val="14"/>
  </w:num>
  <w:num w:numId="43" w16cid:durableId="1958632764">
    <w:abstractNumId w:val="14"/>
  </w:num>
  <w:num w:numId="44" w16cid:durableId="1112288359">
    <w:abstractNumId w:val="14"/>
  </w:num>
  <w:num w:numId="45" w16cid:durableId="1642419471">
    <w:abstractNumId w:val="14"/>
  </w:num>
  <w:num w:numId="46" w16cid:durableId="1911311707">
    <w:abstractNumId w:val="14"/>
  </w:num>
  <w:num w:numId="47" w16cid:durableId="1907186996">
    <w:abstractNumId w:val="14"/>
  </w:num>
  <w:num w:numId="48" w16cid:durableId="83186417">
    <w:abstractNumId w:val="14"/>
  </w:num>
  <w:num w:numId="49" w16cid:durableId="250823108">
    <w:abstractNumId w:val="14"/>
  </w:num>
  <w:num w:numId="50" w16cid:durableId="1326712761">
    <w:abstractNumId w:val="14"/>
  </w:num>
  <w:num w:numId="51" w16cid:durableId="1948804192">
    <w:abstractNumId w:val="14"/>
  </w:num>
  <w:num w:numId="52" w16cid:durableId="1214391662">
    <w:abstractNumId w:val="14"/>
  </w:num>
  <w:num w:numId="53" w16cid:durableId="344602281">
    <w:abstractNumId w:val="14"/>
  </w:num>
  <w:num w:numId="54" w16cid:durableId="2052417678">
    <w:abstractNumId w:val="14"/>
  </w:num>
  <w:num w:numId="55" w16cid:durableId="2032947810">
    <w:abstractNumId w:val="14"/>
  </w:num>
  <w:num w:numId="56" w16cid:durableId="1455443488">
    <w:abstractNumId w:val="14"/>
  </w:num>
  <w:num w:numId="57" w16cid:durableId="687290790">
    <w:abstractNumId w:val="14"/>
  </w:num>
  <w:num w:numId="58" w16cid:durableId="1141193124">
    <w:abstractNumId w:val="14"/>
  </w:num>
  <w:num w:numId="59" w16cid:durableId="17583111">
    <w:abstractNumId w:val="14"/>
  </w:num>
  <w:num w:numId="60" w16cid:durableId="1303385545">
    <w:abstractNumId w:val="14"/>
  </w:num>
  <w:num w:numId="61" w16cid:durableId="1775595185">
    <w:abstractNumId w:val="14"/>
  </w:num>
  <w:num w:numId="62" w16cid:durableId="1012875207">
    <w:abstractNumId w:val="14"/>
  </w:num>
  <w:num w:numId="63" w16cid:durableId="176776562">
    <w:abstractNumId w:val="14"/>
  </w:num>
  <w:num w:numId="64" w16cid:durableId="1562786170">
    <w:abstractNumId w:val="14"/>
  </w:num>
  <w:num w:numId="65" w16cid:durableId="101346376">
    <w:abstractNumId w:val="14"/>
  </w:num>
  <w:num w:numId="66" w16cid:durableId="21050937">
    <w:abstractNumId w:val="14"/>
  </w:num>
  <w:num w:numId="67" w16cid:durableId="65222655">
    <w:abstractNumId w:val="14"/>
  </w:num>
  <w:num w:numId="68" w16cid:durableId="1242372853">
    <w:abstractNumId w:val="14"/>
  </w:num>
  <w:num w:numId="69" w16cid:durableId="81028378">
    <w:abstractNumId w:val="14"/>
  </w:num>
  <w:num w:numId="70" w16cid:durableId="1500151804">
    <w:abstractNumId w:val="14"/>
  </w:num>
  <w:num w:numId="71" w16cid:durableId="1400594124">
    <w:abstractNumId w:val="14"/>
  </w:num>
  <w:num w:numId="72" w16cid:durableId="426268749">
    <w:abstractNumId w:val="14"/>
  </w:num>
  <w:num w:numId="73" w16cid:durableId="1469202312">
    <w:abstractNumId w:val="14"/>
  </w:num>
  <w:num w:numId="74" w16cid:durableId="1622148616">
    <w:abstractNumId w:val="14"/>
  </w:num>
  <w:num w:numId="75" w16cid:durableId="1790004425">
    <w:abstractNumId w:val="14"/>
  </w:num>
  <w:num w:numId="76" w16cid:durableId="1629432321">
    <w:abstractNumId w:val="14"/>
  </w:num>
  <w:num w:numId="77" w16cid:durableId="902521193">
    <w:abstractNumId w:val="14"/>
  </w:num>
  <w:num w:numId="78" w16cid:durableId="1933737238">
    <w:abstractNumId w:val="14"/>
  </w:num>
  <w:num w:numId="79" w16cid:durableId="16801572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yNzAzMzcyNjUzMTRU0lEKTi0uzszPAykwrAUAIuMTQSwAAAA="/>
  </w:docVars>
  <w:rsids>
    <w:rsidRoot w:val="00B47730"/>
    <w:rsid w:val="00014841"/>
    <w:rsid w:val="00034616"/>
    <w:rsid w:val="00037297"/>
    <w:rsid w:val="00040B71"/>
    <w:rsid w:val="000504A0"/>
    <w:rsid w:val="0006063C"/>
    <w:rsid w:val="000C465F"/>
    <w:rsid w:val="000D74D4"/>
    <w:rsid w:val="000F35F0"/>
    <w:rsid w:val="000F7488"/>
    <w:rsid w:val="00101DD1"/>
    <w:rsid w:val="00113824"/>
    <w:rsid w:val="00120F22"/>
    <w:rsid w:val="0012306C"/>
    <w:rsid w:val="001332D6"/>
    <w:rsid w:val="00144536"/>
    <w:rsid w:val="0015074B"/>
    <w:rsid w:val="0018079D"/>
    <w:rsid w:val="00185F86"/>
    <w:rsid w:val="00195546"/>
    <w:rsid w:val="00196665"/>
    <w:rsid w:val="001B6BB5"/>
    <w:rsid w:val="001E0947"/>
    <w:rsid w:val="00202E5B"/>
    <w:rsid w:val="002069F6"/>
    <w:rsid w:val="00262342"/>
    <w:rsid w:val="0029639D"/>
    <w:rsid w:val="002A40BB"/>
    <w:rsid w:val="002C26B0"/>
    <w:rsid w:val="002C4A2B"/>
    <w:rsid w:val="002E450B"/>
    <w:rsid w:val="002E7AE1"/>
    <w:rsid w:val="002F1FEB"/>
    <w:rsid w:val="00326F90"/>
    <w:rsid w:val="003318EE"/>
    <w:rsid w:val="00333E16"/>
    <w:rsid w:val="0034493E"/>
    <w:rsid w:val="00350EEE"/>
    <w:rsid w:val="0036165D"/>
    <w:rsid w:val="00361E12"/>
    <w:rsid w:val="003B5E37"/>
    <w:rsid w:val="003F05C5"/>
    <w:rsid w:val="003F3E09"/>
    <w:rsid w:val="00415B03"/>
    <w:rsid w:val="00466823"/>
    <w:rsid w:val="00475224"/>
    <w:rsid w:val="004A04B9"/>
    <w:rsid w:val="004B07DA"/>
    <w:rsid w:val="004C3390"/>
    <w:rsid w:val="004F0367"/>
    <w:rsid w:val="0051496C"/>
    <w:rsid w:val="00522271"/>
    <w:rsid w:val="00544FFB"/>
    <w:rsid w:val="0057191E"/>
    <w:rsid w:val="00584328"/>
    <w:rsid w:val="00595680"/>
    <w:rsid w:val="00604FCC"/>
    <w:rsid w:val="00607E16"/>
    <w:rsid w:val="00614AAF"/>
    <w:rsid w:val="006219B2"/>
    <w:rsid w:val="006306A1"/>
    <w:rsid w:val="00666551"/>
    <w:rsid w:val="006A40A0"/>
    <w:rsid w:val="006D7B56"/>
    <w:rsid w:val="006E789D"/>
    <w:rsid w:val="007053A0"/>
    <w:rsid w:val="0075193F"/>
    <w:rsid w:val="007721D0"/>
    <w:rsid w:val="00777CEC"/>
    <w:rsid w:val="007A5FF1"/>
    <w:rsid w:val="007C29FA"/>
    <w:rsid w:val="007C5AB9"/>
    <w:rsid w:val="007E14D3"/>
    <w:rsid w:val="00802F9F"/>
    <w:rsid w:val="00832DE3"/>
    <w:rsid w:val="008A1F45"/>
    <w:rsid w:val="008B2F27"/>
    <w:rsid w:val="008D578B"/>
    <w:rsid w:val="008D6A6F"/>
    <w:rsid w:val="0091262C"/>
    <w:rsid w:val="00927B54"/>
    <w:rsid w:val="00943EF4"/>
    <w:rsid w:val="009563A8"/>
    <w:rsid w:val="009638CE"/>
    <w:rsid w:val="009735D9"/>
    <w:rsid w:val="00990C94"/>
    <w:rsid w:val="009B6EE8"/>
    <w:rsid w:val="009D6BE1"/>
    <w:rsid w:val="009D78D7"/>
    <w:rsid w:val="009E11B7"/>
    <w:rsid w:val="009F32E4"/>
    <w:rsid w:val="00A06CD4"/>
    <w:rsid w:val="00A8435D"/>
    <w:rsid w:val="00AA1D8D"/>
    <w:rsid w:val="00AD186F"/>
    <w:rsid w:val="00AF7964"/>
    <w:rsid w:val="00B01412"/>
    <w:rsid w:val="00B2642B"/>
    <w:rsid w:val="00B33388"/>
    <w:rsid w:val="00B47730"/>
    <w:rsid w:val="00B72EA8"/>
    <w:rsid w:val="00BC5DA4"/>
    <w:rsid w:val="00BD39E4"/>
    <w:rsid w:val="00BE2344"/>
    <w:rsid w:val="00C23943"/>
    <w:rsid w:val="00C675EC"/>
    <w:rsid w:val="00C723C5"/>
    <w:rsid w:val="00C82C44"/>
    <w:rsid w:val="00C93A60"/>
    <w:rsid w:val="00CB0664"/>
    <w:rsid w:val="00CB523E"/>
    <w:rsid w:val="00CD5479"/>
    <w:rsid w:val="00CD692C"/>
    <w:rsid w:val="00CF45C8"/>
    <w:rsid w:val="00D0486A"/>
    <w:rsid w:val="00D42659"/>
    <w:rsid w:val="00D6144D"/>
    <w:rsid w:val="00D66049"/>
    <w:rsid w:val="00DA4B6A"/>
    <w:rsid w:val="00DB4837"/>
    <w:rsid w:val="00DC34E3"/>
    <w:rsid w:val="00DE37C8"/>
    <w:rsid w:val="00DF2BBD"/>
    <w:rsid w:val="00DF5A03"/>
    <w:rsid w:val="00E1428B"/>
    <w:rsid w:val="00E402E5"/>
    <w:rsid w:val="00E53FB4"/>
    <w:rsid w:val="00E929A9"/>
    <w:rsid w:val="00EE3A6F"/>
    <w:rsid w:val="00F20219"/>
    <w:rsid w:val="00F3296B"/>
    <w:rsid w:val="00F35E6A"/>
    <w:rsid w:val="00F423ED"/>
    <w:rsid w:val="00FB20C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EA07FB"/>
  <w14:defaultImageDpi w14:val="300"/>
  <w15:docId w15:val="{F5A635F6-0FAB-4D29-974D-B41C2E74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96B"/>
  </w:style>
  <w:style w:type="paragraph" w:styleId="Heading1">
    <w:name w:val="heading 1"/>
    <w:basedOn w:val="Normal"/>
    <w:next w:val="Normal"/>
    <w:link w:val="Heading1Char"/>
    <w:uiPriority w:val="9"/>
    <w:qFormat/>
    <w:rsid w:val="00F3296B"/>
    <w:pPr>
      <w:keepNext/>
      <w:keepLines/>
      <w:numPr>
        <w:numId w:val="1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3296B"/>
    <w:pPr>
      <w:keepNext/>
      <w:keepLines/>
      <w:numPr>
        <w:ilvl w:val="1"/>
        <w:numId w:val="1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3296B"/>
    <w:pPr>
      <w:keepNext/>
      <w:keepLines/>
      <w:numPr>
        <w:ilvl w:val="2"/>
        <w:numId w:val="19"/>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3296B"/>
    <w:pPr>
      <w:keepNext/>
      <w:keepLines/>
      <w:numPr>
        <w:ilvl w:val="3"/>
        <w:numId w:val="19"/>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3296B"/>
    <w:pPr>
      <w:keepNext/>
      <w:keepLines/>
      <w:numPr>
        <w:ilvl w:val="4"/>
        <w:numId w:val="19"/>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F3296B"/>
    <w:pPr>
      <w:keepNext/>
      <w:keepLines/>
      <w:numPr>
        <w:ilvl w:val="5"/>
        <w:numId w:val="19"/>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F3296B"/>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296B"/>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296B"/>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3296B"/>
    <w:pPr>
      <w:spacing w:after="0" w:line="240" w:lineRule="auto"/>
    </w:pPr>
  </w:style>
  <w:style w:type="character" w:customStyle="1" w:styleId="Heading1Char">
    <w:name w:val="Heading 1 Char"/>
    <w:basedOn w:val="DefaultParagraphFont"/>
    <w:link w:val="Heading1"/>
    <w:uiPriority w:val="9"/>
    <w:rsid w:val="00F3296B"/>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3296B"/>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F3296B"/>
    <w:rPr>
      <w:rFonts w:asciiTheme="majorHAnsi" w:eastAsiaTheme="majorEastAsia" w:hAnsiTheme="majorHAnsi" w:cstheme="majorBidi"/>
      <w:b/>
      <w:bCs/>
      <w:color w:val="000000" w:themeColor="text1"/>
    </w:rPr>
  </w:style>
  <w:style w:type="paragraph" w:styleId="Title">
    <w:name w:val="Title"/>
    <w:basedOn w:val="Normal"/>
    <w:next w:val="Normal"/>
    <w:link w:val="TitleChar"/>
    <w:uiPriority w:val="10"/>
    <w:qFormat/>
    <w:rsid w:val="00F3296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3296B"/>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3296B"/>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3296B"/>
    <w:rPr>
      <w:color w:val="5A5A5A" w:themeColor="text1" w:themeTint="A5"/>
      <w:spacing w:val="10"/>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3296B"/>
    <w:pPr>
      <w:spacing w:before="160"/>
      <w:ind w:left="720" w:right="720"/>
    </w:pPr>
    <w:rPr>
      <w:i/>
      <w:iCs/>
      <w:color w:val="000000" w:themeColor="text1"/>
    </w:rPr>
  </w:style>
  <w:style w:type="character" w:customStyle="1" w:styleId="QuoteChar">
    <w:name w:val="Quote Char"/>
    <w:basedOn w:val="DefaultParagraphFont"/>
    <w:link w:val="Quote"/>
    <w:uiPriority w:val="29"/>
    <w:rsid w:val="00F3296B"/>
    <w:rPr>
      <w:i/>
      <w:iCs/>
      <w:color w:val="000000" w:themeColor="text1"/>
    </w:rPr>
  </w:style>
  <w:style w:type="character" w:customStyle="1" w:styleId="Heading4Char">
    <w:name w:val="Heading 4 Char"/>
    <w:basedOn w:val="DefaultParagraphFont"/>
    <w:link w:val="Heading4"/>
    <w:uiPriority w:val="9"/>
    <w:semiHidden/>
    <w:rsid w:val="00F3296B"/>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3296B"/>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F3296B"/>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F329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29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296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3296B"/>
    <w:pPr>
      <w:spacing w:after="200" w:line="240" w:lineRule="auto"/>
    </w:pPr>
    <w:rPr>
      <w:i/>
      <w:iCs/>
      <w:color w:val="1F497D" w:themeColor="text2"/>
      <w:sz w:val="18"/>
      <w:szCs w:val="18"/>
    </w:rPr>
  </w:style>
  <w:style w:type="character" w:styleId="Strong">
    <w:name w:val="Strong"/>
    <w:basedOn w:val="DefaultParagraphFont"/>
    <w:uiPriority w:val="22"/>
    <w:qFormat/>
    <w:rsid w:val="00F3296B"/>
    <w:rPr>
      <w:b/>
      <w:bCs/>
      <w:color w:val="000000" w:themeColor="text1"/>
    </w:rPr>
  </w:style>
  <w:style w:type="character" w:styleId="Emphasis">
    <w:name w:val="Emphasis"/>
    <w:basedOn w:val="DefaultParagraphFont"/>
    <w:uiPriority w:val="20"/>
    <w:qFormat/>
    <w:rsid w:val="00F3296B"/>
    <w:rPr>
      <w:i/>
      <w:iCs/>
      <w:color w:val="auto"/>
    </w:rPr>
  </w:style>
  <w:style w:type="paragraph" w:styleId="IntenseQuote">
    <w:name w:val="Intense Quote"/>
    <w:basedOn w:val="Normal"/>
    <w:next w:val="Normal"/>
    <w:link w:val="IntenseQuoteChar"/>
    <w:uiPriority w:val="30"/>
    <w:qFormat/>
    <w:rsid w:val="00F3296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3296B"/>
    <w:rPr>
      <w:color w:val="000000" w:themeColor="text1"/>
      <w:shd w:val="clear" w:color="auto" w:fill="F2F2F2" w:themeFill="background1" w:themeFillShade="F2"/>
    </w:rPr>
  </w:style>
  <w:style w:type="character" w:styleId="SubtleEmphasis">
    <w:name w:val="Subtle Emphasis"/>
    <w:basedOn w:val="DefaultParagraphFont"/>
    <w:uiPriority w:val="19"/>
    <w:qFormat/>
    <w:rsid w:val="00F3296B"/>
    <w:rPr>
      <w:i/>
      <w:iCs/>
      <w:color w:val="404040" w:themeColor="text1" w:themeTint="BF"/>
    </w:rPr>
  </w:style>
  <w:style w:type="character" w:styleId="IntenseEmphasis">
    <w:name w:val="Intense Emphasis"/>
    <w:basedOn w:val="DefaultParagraphFont"/>
    <w:uiPriority w:val="21"/>
    <w:qFormat/>
    <w:rsid w:val="00F3296B"/>
    <w:rPr>
      <w:b/>
      <w:bCs/>
      <w:i/>
      <w:iCs/>
      <w:caps/>
    </w:rPr>
  </w:style>
  <w:style w:type="character" w:styleId="SubtleReference">
    <w:name w:val="Subtle Reference"/>
    <w:basedOn w:val="DefaultParagraphFont"/>
    <w:uiPriority w:val="31"/>
    <w:qFormat/>
    <w:rsid w:val="00F3296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3296B"/>
    <w:rPr>
      <w:b/>
      <w:bCs/>
      <w:smallCaps/>
      <w:u w:val="single"/>
    </w:rPr>
  </w:style>
  <w:style w:type="character" w:styleId="BookTitle">
    <w:name w:val="Book Title"/>
    <w:basedOn w:val="DefaultParagraphFont"/>
    <w:uiPriority w:val="33"/>
    <w:qFormat/>
    <w:rsid w:val="00F3296B"/>
    <w:rPr>
      <w:b w:val="0"/>
      <w:bCs w:val="0"/>
      <w:smallCaps/>
      <w:spacing w:val="5"/>
    </w:rPr>
  </w:style>
  <w:style w:type="paragraph" w:styleId="TOCHeading">
    <w:name w:val="TOC Heading"/>
    <w:basedOn w:val="Heading1"/>
    <w:next w:val="Normal"/>
    <w:uiPriority w:val="39"/>
    <w:unhideWhenUsed/>
    <w:qFormat/>
    <w:rsid w:val="00F3296B"/>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F3296B"/>
    <w:pPr>
      <w:spacing w:after="100"/>
    </w:pPr>
  </w:style>
  <w:style w:type="character" w:styleId="Hyperlink">
    <w:name w:val="Hyperlink"/>
    <w:basedOn w:val="DefaultParagraphFont"/>
    <w:uiPriority w:val="99"/>
    <w:unhideWhenUsed/>
    <w:rsid w:val="00F3296B"/>
    <w:rPr>
      <w:color w:val="0000FF" w:themeColor="hyperlink"/>
      <w:u w:val="single"/>
    </w:rPr>
  </w:style>
  <w:style w:type="table" w:styleId="PlainTable5">
    <w:name w:val="Plain Table 5"/>
    <w:basedOn w:val="TableNormal"/>
    <w:uiPriority w:val="99"/>
    <w:rsid w:val="009D78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DB4837"/>
    <w:rPr>
      <w:color w:val="605E5C"/>
      <w:shd w:val="clear" w:color="auto" w:fill="E1DFDD"/>
    </w:rPr>
  </w:style>
  <w:style w:type="paragraph" w:customStyle="1" w:styleId="TableParagraph">
    <w:name w:val="Table Paragraph"/>
    <w:basedOn w:val="Normal"/>
    <w:uiPriority w:val="1"/>
    <w:qFormat/>
    <w:rsid w:val="00CD5479"/>
    <w:pPr>
      <w:widowControl w:val="0"/>
      <w:autoSpaceDE w:val="0"/>
      <w:autoSpaceDN w:val="0"/>
      <w:spacing w:after="0" w:line="275" w:lineRule="exact"/>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eader" Target="header3.xml"/><Relationship Id="rId79" Type="http://schemas.openxmlformats.org/officeDocument/2006/relationships/image" Target="media/image66.jpe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chart" Target="charts/chart2.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75" Type="http://schemas.openxmlformats.org/officeDocument/2006/relationships/footer" Target="footer3.xml"/><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2.xml"/><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chart" Target="charts/chart1.xml"/><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3.jpeg"/><Relationship Id="rId97" Type="http://schemas.openxmlformats.org/officeDocument/2006/relationships/header" Target="header4.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4.jpeg"/><Relationship Id="rId61" Type="http://schemas.openxmlformats.org/officeDocument/2006/relationships/image" Target="media/image54.jpeg"/><Relationship Id="rId82" Type="http://schemas.openxmlformats.org/officeDocument/2006/relationships/image" Target="media/image69.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4.jpeg"/><Relationship Id="rId100"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1.xml"/><Relationship Id="rId93" Type="http://schemas.openxmlformats.org/officeDocument/2006/relationships/image" Target="media/image80.jpeg"/><Relationship Id="rId98" Type="http://schemas.openxmlformats.org/officeDocument/2006/relationships/header" Target="head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a:t>
            </a:r>
            <a:r>
              <a:rPr lang="en-US" baseline="0"/>
              <a:t> of incubation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S1</c:v>
                </c:pt>
              </c:strCache>
            </c:strRef>
          </c:tx>
          <c:spPr>
            <a:ln w="28575" cap="rnd">
              <a:solidFill>
                <a:schemeClr val="accent1"/>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Sheet1!$B$2:$B$9</c:f>
              <c:numCache>
                <c:formatCode>General</c:formatCode>
                <c:ptCount val="8"/>
                <c:pt idx="0">
                  <c:v>0.01</c:v>
                </c:pt>
                <c:pt idx="1">
                  <c:v>0.03</c:v>
                </c:pt>
                <c:pt idx="2">
                  <c:v>0.03</c:v>
                </c:pt>
                <c:pt idx="3">
                  <c:v>0.03</c:v>
                </c:pt>
                <c:pt idx="4">
                  <c:v>0.04</c:v>
                </c:pt>
                <c:pt idx="5">
                  <c:v>7.0000000000000007E-2</c:v>
                </c:pt>
                <c:pt idx="6">
                  <c:v>0.08</c:v>
                </c:pt>
                <c:pt idx="7">
                  <c:v>0.09</c:v>
                </c:pt>
              </c:numCache>
            </c:numRef>
          </c:val>
          <c:smooth val="0"/>
          <c:extLst>
            <c:ext xmlns:c16="http://schemas.microsoft.com/office/drawing/2014/chart" uri="{C3380CC4-5D6E-409C-BE32-E72D297353CC}">
              <c16:uniqueId val="{00000000-1ECB-4B59-954A-01606AD469C0}"/>
            </c:ext>
          </c:extLst>
        </c:ser>
        <c:ser>
          <c:idx val="1"/>
          <c:order val="1"/>
          <c:tx>
            <c:strRef>
              <c:f>Sheet1!$C$1</c:f>
              <c:strCache>
                <c:ptCount val="1"/>
                <c:pt idx="0">
                  <c:v>S2</c:v>
                </c:pt>
              </c:strCache>
            </c:strRef>
          </c:tx>
          <c:spPr>
            <a:ln w="28575" cap="rnd">
              <a:solidFill>
                <a:schemeClr val="accent2"/>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Sheet1!$C$2:$C$9</c:f>
              <c:numCache>
                <c:formatCode>General</c:formatCode>
                <c:ptCount val="8"/>
                <c:pt idx="0">
                  <c:v>0.01</c:v>
                </c:pt>
                <c:pt idx="1">
                  <c:v>0.04</c:v>
                </c:pt>
                <c:pt idx="2">
                  <c:v>0.06</c:v>
                </c:pt>
                <c:pt idx="3">
                  <c:v>7.0000000000000007E-2</c:v>
                </c:pt>
                <c:pt idx="4">
                  <c:v>0.08</c:v>
                </c:pt>
                <c:pt idx="5">
                  <c:v>0.06</c:v>
                </c:pt>
                <c:pt idx="6">
                  <c:v>0.05</c:v>
                </c:pt>
                <c:pt idx="7">
                  <c:v>0.03</c:v>
                </c:pt>
              </c:numCache>
            </c:numRef>
          </c:val>
          <c:smooth val="0"/>
          <c:extLst>
            <c:ext xmlns:c16="http://schemas.microsoft.com/office/drawing/2014/chart" uri="{C3380CC4-5D6E-409C-BE32-E72D297353CC}">
              <c16:uniqueId val="{00000001-1ECB-4B59-954A-01606AD469C0}"/>
            </c:ext>
          </c:extLst>
        </c:ser>
        <c:ser>
          <c:idx val="2"/>
          <c:order val="2"/>
          <c:tx>
            <c:strRef>
              <c:f>Sheet1!$D$1</c:f>
              <c:strCache>
                <c:ptCount val="1"/>
                <c:pt idx="0">
                  <c:v>S3</c:v>
                </c:pt>
              </c:strCache>
            </c:strRef>
          </c:tx>
          <c:spPr>
            <a:ln w="28575" cap="rnd">
              <a:solidFill>
                <a:schemeClr val="accent3"/>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Sheet1!$D$2:$D$9</c:f>
              <c:numCache>
                <c:formatCode>General</c:formatCode>
                <c:ptCount val="8"/>
                <c:pt idx="0">
                  <c:v>0.02</c:v>
                </c:pt>
                <c:pt idx="1">
                  <c:v>7.0000000000000007E-2</c:v>
                </c:pt>
                <c:pt idx="2">
                  <c:v>0.08</c:v>
                </c:pt>
                <c:pt idx="3">
                  <c:v>0.08</c:v>
                </c:pt>
                <c:pt idx="4">
                  <c:v>0.12</c:v>
                </c:pt>
                <c:pt idx="5">
                  <c:v>0.12</c:v>
                </c:pt>
                <c:pt idx="6">
                  <c:v>0.17</c:v>
                </c:pt>
                <c:pt idx="7">
                  <c:v>0.16</c:v>
                </c:pt>
              </c:numCache>
            </c:numRef>
          </c:val>
          <c:smooth val="0"/>
          <c:extLst>
            <c:ext xmlns:c16="http://schemas.microsoft.com/office/drawing/2014/chart" uri="{C3380CC4-5D6E-409C-BE32-E72D297353CC}">
              <c16:uniqueId val="{00000002-1ECB-4B59-954A-01606AD469C0}"/>
            </c:ext>
          </c:extLst>
        </c:ser>
        <c:ser>
          <c:idx val="3"/>
          <c:order val="3"/>
          <c:tx>
            <c:strRef>
              <c:f>Sheet1!$E$1</c:f>
              <c:strCache>
                <c:ptCount val="1"/>
                <c:pt idx="0">
                  <c:v>S4</c:v>
                </c:pt>
              </c:strCache>
            </c:strRef>
          </c:tx>
          <c:spPr>
            <a:ln w="28575" cap="rnd">
              <a:solidFill>
                <a:schemeClr val="accent4"/>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Sheet1!$E$2:$E$9</c:f>
              <c:numCache>
                <c:formatCode>General</c:formatCode>
                <c:ptCount val="8"/>
                <c:pt idx="0">
                  <c:v>0.01</c:v>
                </c:pt>
                <c:pt idx="1">
                  <c:v>0.03</c:v>
                </c:pt>
                <c:pt idx="2">
                  <c:v>0.03</c:v>
                </c:pt>
                <c:pt idx="3">
                  <c:v>0.05</c:v>
                </c:pt>
                <c:pt idx="4">
                  <c:v>0.14000000000000001</c:v>
                </c:pt>
                <c:pt idx="5">
                  <c:v>0.15</c:v>
                </c:pt>
                <c:pt idx="6">
                  <c:v>0.21</c:v>
                </c:pt>
                <c:pt idx="7">
                  <c:v>0.19</c:v>
                </c:pt>
              </c:numCache>
            </c:numRef>
          </c:val>
          <c:smooth val="0"/>
          <c:extLst>
            <c:ext xmlns:c16="http://schemas.microsoft.com/office/drawing/2014/chart" uri="{C3380CC4-5D6E-409C-BE32-E72D297353CC}">
              <c16:uniqueId val="{00000003-1ECB-4B59-954A-01606AD469C0}"/>
            </c:ext>
          </c:extLst>
        </c:ser>
        <c:ser>
          <c:idx val="4"/>
          <c:order val="4"/>
          <c:tx>
            <c:strRef>
              <c:f>Sheet1!$F$1</c:f>
              <c:strCache>
                <c:ptCount val="1"/>
                <c:pt idx="0">
                  <c:v>S5</c:v>
                </c:pt>
              </c:strCache>
            </c:strRef>
          </c:tx>
          <c:spPr>
            <a:ln w="28575" cap="rnd">
              <a:solidFill>
                <a:schemeClr val="accent5"/>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Sheet1!$F$2:$F$9</c:f>
              <c:numCache>
                <c:formatCode>General</c:formatCode>
                <c:ptCount val="8"/>
                <c:pt idx="0">
                  <c:v>0.01</c:v>
                </c:pt>
                <c:pt idx="1">
                  <c:v>0.02</c:v>
                </c:pt>
                <c:pt idx="2">
                  <c:v>0.1</c:v>
                </c:pt>
                <c:pt idx="3">
                  <c:v>0.04</c:v>
                </c:pt>
                <c:pt idx="4">
                  <c:v>0.04</c:v>
                </c:pt>
                <c:pt idx="5">
                  <c:v>7.0000000000000007E-2</c:v>
                </c:pt>
                <c:pt idx="6">
                  <c:v>0.08</c:v>
                </c:pt>
                <c:pt idx="7">
                  <c:v>0.06</c:v>
                </c:pt>
              </c:numCache>
            </c:numRef>
          </c:val>
          <c:smooth val="0"/>
          <c:extLst>
            <c:ext xmlns:c16="http://schemas.microsoft.com/office/drawing/2014/chart" uri="{C3380CC4-5D6E-409C-BE32-E72D297353CC}">
              <c16:uniqueId val="{00000004-1ECB-4B59-954A-01606AD469C0}"/>
            </c:ext>
          </c:extLst>
        </c:ser>
        <c:ser>
          <c:idx val="5"/>
          <c:order val="5"/>
          <c:tx>
            <c:strRef>
              <c:f>Sheet1!$G$1</c:f>
              <c:strCache>
                <c:ptCount val="1"/>
                <c:pt idx="0">
                  <c:v>C1</c:v>
                </c:pt>
              </c:strCache>
            </c:strRef>
          </c:tx>
          <c:spPr>
            <a:ln w="28575" cap="rnd">
              <a:solidFill>
                <a:schemeClr val="accent6"/>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Sheet1!$G$2:$G$9</c:f>
              <c:numCache>
                <c:formatCode>General</c:formatCode>
                <c:ptCount val="8"/>
                <c:pt idx="0">
                  <c:v>0.01</c:v>
                </c:pt>
                <c:pt idx="1">
                  <c:v>0.06</c:v>
                </c:pt>
                <c:pt idx="2">
                  <c:v>0.11</c:v>
                </c:pt>
                <c:pt idx="3">
                  <c:v>0.11</c:v>
                </c:pt>
                <c:pt idx="4">
                  <c:v>0.11</c:v>
                </c:pt>
                <c:pt idx="5">
                  <c:v>0.12</c:v>
                </c:pt>
                <c:pt idx="6">
                  <c:v>0.13</c:v>
                </c:pt>
                <c:pt idx="7">
                  <c:v>0.1</c:v>
                </c:pt>
              </c:numCache>
            </c:numRef>
          </c:val>
          <c:smooth val="0"/>
          <c:extLst>
            <c:ext xmlns:c16="http://schemas.microsoft.com/office/drawing/2014/chart" uri="{C3380CC4-5D6E-409C-BE32-E72D297353CC}">
              <c16:uniqueId val="{00000005-1ECB-4B59-954A-01606AD469C0}"/>
            </c:ext>
          </c:extLst>
        </c:ser>
        <c:ser>
          <c:idx val="6"/>
          <c:order val="6"/>
          <c:tx>
            <c:strRef>
              <c:f>Sheet1!$H$1</c:f>
              <c:strCache>
                <c:ptCount val="1"/>
                <c:pt idx="0">
                  <c:v>C2</c:v>
                </c:pt>
              </c:strCache>
            </c:strRef>
          </c:tx>
          <c:spPr>
            <a:ln w="28575" cap="rnd">
              <a:solidFill>
                <a:schemeClr val="accent1">
                  <a:lumMod val="60000"/>
                </a:schemeClr>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Sheet1!$H$2:$H$9</c:f>
              <c:numCache>
                <c:formatCode>General</c:formatCode>
                <c:ptCount val="8"/>
                <c:pt idx="0">
                  <c:v>0.02</c:v>
                </c:pt>
                <c:pt idx="1">
                  <c:v>0.05</c:v>
                </c:pt>
                <c:pt idx="2">
                  <c:v>0.06</c:v>
                </c:pt>
                <c:pt idx="3">
                  <c:v>0.08</c:v>
                </c:pt>
                <c:pt idx="4">
                  <c:v>7.0000000000000007E-2</c:v>
                </c:pt>
                <c:pt idx="5">
                  <c:v>0.1</c:v>
                </c:pt>
                <c:pt idx="6">
                  <c:v>0.12</c:v>
                </c:pt>
                <c:pt idx="7">
                  <c:v>0.09</c:v>
                </c:pt>
              </c:numCache>
            </c:numRef>
          </c:val>
          <c:smooth val="0"/>
          <c:extLst>
            <c:ext xmlns:c16="http://schemas.microsoft.com/office/drawing/2014/chart" uri="{C3380CC4-5D6E-409C-BE32-E72D297353CC}">
              <c16:uniqueId val="{00000006-1ECB-4B59-954A-01606AD469C0}"/>
            </c:ext>
          </c:extLst>
        </c:ser>
        <c:ser>
          <c:idx val="7"/>
          <c:order val="7"/>
          <c:tx>
            <c:strRef>
              <c:f>Sheet1!$I$1</c:f>
              <c:strCache>
                <c:ptCount val="1"/>
                <c:pt idx="0">
                  <c:v>C3</c:v>
                </c:pt>
              </c:strCache>
            </c:strRef>
          </c:tx>
          <c:spPr>
            <a:ln w="28575" cap="rnd">
              <a:solidFill>
                <a:schemeClr val="accent2">
                  <a:lumMod val="60000"/>
                </a:schemeClr>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Sheet1!$I$2:$I$9</c:f>
              <c:numCache>
                <c:formatCode>General</c:formatCode>
                <c:ptCount val="8"/>
                <c:pt idx="0">
                  <c:v>0.01</c:v>
                </c:pt>
                <c:pt idx="1">
                  <c:v>0.06</c:v>
                </c:pt>
                <c:pt idx="2">
                  <c:v>0.09</c:v>
                </c:pt>
                <c:pt idx="3">
                  <c:v>0.1</c:v>
                </c:pt>
                <c:pt idx="4">
                  <c:v>0.11</c:v>
                </c:pt>
                <c:pt idx="5">
                  <c:v>0.11</c:v>
                </c:pt>
                <c:pt idx="6">
                  <c:v>0.12</c:v>
                </c:pt>
                <c:pt idx="7">
                  <c:v>0.09</c:v>
                </c:pt>
              </c:numCache>
            </c:numRef>
          </c:val>
          <c:smooth val="0"/>
          <c:extLst>
            <c:ext xmlns:c16="http://schemas.microsoft.com/office/drawing/2014/chart" uri="{C3380CC4-5D6E-409C-BE32-E72D297353CC}">
              <c16:uniqueId val="{00000007-1ECB-4B59-954A-01606AD469C0}"/>
            </c:ext>
          </c:extLst>
        </c:ser>
        <c:ser>
          <c:idx val="8"/>
          <c:order val="8"/>
          <c:tx>
            <c:strRef>
              <c:f>Sheet1!$J$1</c:f>
              <c:strCache>
                <c:ptCount val="1"/>
                <c:pt idx="0">
                  <c:v>C4</c:v>
                </c:pt>
              </c:strCache>
            </c:strRef>
          </c:tx>
          <c:spPr>
            <a:ln w="28575" cap="rnd">
              <a:solidFill>
                <a:schemeClr val="accent3">
                  <a:lumMod val="60000"/>
                </a:schemeClr>
              </a:solidFill>
              <a:round/>
            </a:ln>
            <a:effectLst/>
          </c:spPr>
          <c:marker>
            <c:symbol val="none"/>
          </c:marker>
          <c:cat>
            <c:strRef>
              <c:f>Sheet1!$A$2:$A$9</c:f>
              <c:strCache>
                <c:ptCount val="8"/>
                <c:pt idx="0">
                  <c:v>Day 0</c:v>
                </c:pt>
                <c:pt idx="1">
                  <c:v>Day 1</c:v>
                </c:pt>
                <c:pt idx="2">
                  <c:v>Day 2</c:v>
                </c:pt>
                <c:pt idx="3">
                  <c:v>Day 3</c:v>
                </c:pt>
                <c:pt idx="4">
                  <c:v>Day 4</c:v>
                </c:pt>
                <c:pt idx="5">
                  <c:v>Day 5</c:v>
                </c:pt>
                <c:pt idx="6">
                  <c:v>Day 6</c:v>
                </c:pt>
                <c:pt idx="7">
                  <c:v>Day 7</c:v>
                </c:pt>
              </c:strCache>
            </c:strRef>
          </c:cat>
          <c:val>
            <c:numRef>
              <c:f>Sheet1!$J$2:$J$9</c:f>
              <c:numCache>
                <c:formatCode>General</c:formatCode>
                <c:ptCount val="8"/>
                <c:pt idx="0">
                  <c:v>0.01</c:v>
                </c:pt>
                <c:pt idx="1">
                  <c:v>0.02</c:v>
                </c:pt>
                <c:pt idx="2">
                  <c:v>0.03</c:v>
                </c:pt>
                <c:pt idx="3">
                  <c:v>0.04</c:v>
                </c:pt>
                <c:pt idx="4">
                  <c:v>0.04</c:v>
                </c:pt>
                <c:pt idx="5">
                  <c:v>0.1</c:v>
                </c:pt>
                <c:pt idx="6">
                  <c:v>0.13</c:v>
                </c:pt>
                <c:pt idx="7">
                  <c:v>0.09</c:v>
                </c:pt>
              </c:numCache>
            </c:numRef>
          </c:val>
          <c:smooth val="0"/>
          <c:extLst>
            <c:ext xmlns:c16="http://schemas.microsoft.com/office/drawing/2014/chart" uri="{C3380CC4-5D6E-409C-BE32-E72D297353CC}">
              <c16:uniqueId val="{00000008-1ECB-4B59-954A-01606AD469C0}"/>
            </c:ext>
          </c:extLst>
        </c:ser>
        <c:dLbls>
          <c:showLegendKey val="0"/>
          <c:showVal val="0"/>
          <c:showCatName val="0"/>
          <c:showSerName val="0"/>
          <c:showPercent val="0"/>
          <c:showBubbleSize val="0"/>
        </c:dLbls>
        <c:smooth val="0"/>
        <c:axId val="1422845503"/>
        <c:axId val="1422840927"/>
      </c:lineChart>
      <c:catAx>
        <c:axId val="1422845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Incubation</a:t>
                </a:r>
                <a:r>
                  <a:rPr lang="en-US" baseline="0"/>
                  <a:t> tim</a:t>
                </a:r>
                <a:r>
                  <a:rPr lang="en-US"/>
                  <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840927"/>
        <c:crosses val="autoZero"/>
        <c:auto val="1"/>
        <c:lblAlgn val="ctr"/>
        <c:lblOffset val="100"/>
        <c:noMultiLvlLbl val="0"/>
      </c:catAx>
      <c:valAx>
        <c:axId val="1422840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a:t>
                </a:r>
                <a:r>
                  <a:rPr lang="en-US" baseline="0"/>
                  <a:t> at 600 nm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8455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3.5747879341169325E-2"/>
          <c:y val="0.88158727189980113"/>
          <c:w val="0.92850393700787404"/>
          <c:h val="9.94103528032867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 on Temperatures.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40</c:v>
                </c:pt>
              </c:strCache>
            </c:strRef>
          </c:tx>
          <c:spPr>
            <a:solidFill>
              <a:schemeClr val="accent1"/>
            </a:solidFill>
            <a:ln>
              <a:noFill/>
            </a:ln>
            <a:effectLst/>
          </c:spPr>
          <c:invertIfNegative val="0"/>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Sheet1!$B$2:$B$13</c:f>
              <c:numCache>
                <c:formatCode>General</c:formatCode>
                <c:ptCount val="12"/>
                <c:pt idx="1">
                  <c:v>28.463999999999999</c:v>
                </c:pt>
                <c:pt idx="2">
                  <c:v>22.08</c:v>
                </c:pt>
                <c:pt idx="3">
                  <c:v>15.552</c:v>
                </c:pt>
                <c:pt idx="4">
                  <c:v>20.04</c:v>
                </c:pt>
                <c:pt idx="5">
                  <c:v>19.632000000000001</c:v>
                </c:pt>
                <c:pt idx="6">
                  <c:v>17.04</c:v>
                </c:pt>
                <c:pt idx="7">
                  <c:v>21.552</c:v>
                </c:pt>
                <c:pt idx="8">
                  <c:v>17.28</c:v>
                </c:pt>
                <c:pt idx="9">
                  <c:v>16.751999999999999</c:v>
                </c:pt>
                <c:pt idx="10">
                  <c:v>17.352</c:v>
                </c:pt>
                <c:pt idx="11">
                  <c:v>17.568000000000001</c:v>
                </c:pt>
              </c:numCache>
            </c:numRef>
          </c:val>
          <c:extLst>
            <c:ext xmlns:c16="http://schemas.microsoft.com/office/drawing/2014/chart" uri="{C3380CC4-5D6E-409C-BE32-E72D297353CC}">
              <c16:uniqueId val="{00000000-3EA3-46EF-B4BD-FBAE97DDCBAE}"/>
            </c:ext>
          </c:extLst>
        </c:ser>
        <c:ser>
          <c:idx val="1"/>
          <c:order val="1"/>
          <c:tx>
            <c:strRef>
              <c:f>Sheet1!$C$1</c:f>
              <c:strCache>
                <c:ptCount val="1"/>
                <c:pt idx="0">
                  <c:v>50</c:v>
                </c:pt>
              </c:strCache>
            </c:strRef>
          </c:tx>
          <c:spPr>
            <a:solidFill>
              <a:schemeClr val="accent2"/>
            </a:solidFill>
            <a:ln>
              <a:noFill/>
            </a:ln>
            <a:effectLst/>
          </c:spPr>
          <c:invertIfNegative val="0"/>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Sheet1!$C$2:$C$13</c:f>
              <c:numCache>
                <c:formatCode>General</c:formatCode>
                <c:ptCount val="12"/>
                <c:pt idx="1">
                  <c:v>22.344000000000001</c:v>
                </c:pt>
                <c:pt idx="2">
                  <c:v>20.52</c:v>
                </c:pt>
                <c:pt idx="3">
                  <c:v>18.312000000000001</c:v>
                </c:pt>
                <c:pt idx="4">
                  <c:v>16.751999999999999</c:v>
                </c:pt>
                <c:pt idx="5">
                  <c:v>18.047999999999998</c:v>
                </c:pt>
                <c:pt idx="6">
                  <c:v>18.312000000000001</c:v>
                </c:pt>
                <c:pt idx="7">
                  <c:v>18.552</c:v>
                </c:pt>
                <c:pt idx="8">
                  <c:v>18.768000000000001</c:v>
                </c:pt>
                <c:pt idx="9">
                  <c:v>17.472000000000001</c:v>
                </c:pt>
                <c:pt idx="10">
                  <c:v>22.463999999999999</c:v>
                </c:pt>
                <c:pt idx="11">
                  <c:v>17.975999999999999</c:v>
                </c:pt>
              </c:numCache>
            </c:numRef>
          </c:val>
          <c:extLst>
            <c:ext xmlns:c16="http://schemas.microsoft.com/office/drawing/2014/chart" uri="{C3380CC4-5D6E-409C-BE32-E72D297353CC}">
              <c16:uniqueId val="{00000001-3EA3-46EF-B4BD-FBAE97DDCBAE}"/>
            </c:ext>
          </c:extLst>
        </c:ser>
        <c:ser>
          <c:idx val="2"/>
          <c:order val="2"/>
          <c:tx>
            <c:strRef>
              <c:f>Sheet1!$D$1</c:f>
              <c:strCache>
                <c:ptCount val="1"/>
                <c:pt idx="0">
                  <c:v>60</c:v>
                </c:pt>
              </c:strCache>
            </c:strRef>
          </c:tx>
          <c:spPr>
            <a:solidFill>
              <a:schemeClr val="accent3"/>
            </a:solidFill>
            <a:ln>
              <a:noFill/>
            </a:ln>
            <a:effectLst/>
          </c:spPr>
          <c:invertIfNegative val="0"/>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Sheet1!$D$2:$D$13</c:f>
              <c:numCache>
                <c:formatCode>General</c:formatCode>
                <c:ptCount val="12"/>
                <c:pt idx="1">
                  <c:v>25.896000000000001</c:v>
                </c:pt>
                <c:pt idx="2">
                  <c:v>23.04</c:v>
                </c:pt>
                <c:pt idx="3">
                  <c:v>17.495999999999999</c:v>
                </c:pt>
                <c:pt idx="4">
                  <c:v>21.288</c:v>
                </c:pt>
                <c:pt idx="5">
                  <c:v>23.568000000000001</c:v>
                </c:pt>
                <c:pt idx="6">
                  <c:v>16.968</c:v>
                </c:pt>
                <c:pt idx="7">
                  <c:v>20.495999999999999</c:v>
                </c:pt>
                <c:pt idx="8">
                  <c:v>20.712</c:v>
                </c:pt>
                <c:pt idx="9">
                  <c:v>18.916</c:v>
                </c:pt>
                <c:pt idx="10">
                  <c:v>20.687999999999999</c:v>
                </c:pt>
                <c:pt idx="11">
                  <c:v>17.324000000000002</c:v>
                </c:pt>
              </c:numCache>
            </c:numRef>
          </c:val>
          <c:extLst>
            <c:ext xmlns:c16="http://schemas.microsoft.com/office/drawing/2014/chart" uri="{C3380CC4-5D6E-409C-BE32-E72D297353CC}">
              <c16:uniqueId val="{00000002-3EA3-46EF-B4BD-FBAE97DDCBAE}"/>
            </c:ext>
          </c:extLst>
        </c:ser>
        <c:ser>
          <c:idx val="3"/>
          <c:order val="3"/>
          <c:tx>
            <c:strRef>
              <c:f>Sheet1!$E$1</c:f>
              <c:strCache>
                <c:ptCount val="1"/>
                <c:pt idx="0">
                  <c:v>70</c:v>
                </c:pt>
              </c:strCache>
            </c:strRef>
          </c:tx>
          <c:spPr>
            <a:solidFill>
              <a:schemeClr val="accent4"/>
            </a:solidFill>
            <a:ln>
              <a:noFill/>
            </a:ln>
            <a:effectLst/>
          </c:spPr>
          <c:invertIfNegative val="0"/>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Sheet1!$E$2:$E$13</c:f>
              <c:numCache>
                <c:formatCode>General</c:formatCode>
                <c:ptCount val="12"/>
                <c:pt idx="1">
                  <c:v>27.48</c:v>
                </c:pt>
                <c:pt idx="2">
                  <c:v>21.521999999999998</c:v>
                </c:pt>
                <c:pt idx="3">
                  <c:v>18.216000000000001</c:v>
                </c:pt>
                <c:pt idx="4">
                  <c:v>15.6</c:v>
                </c:pt>
                <c:pt idx="5">
                  <c:v>17.184000000000001</c:v>
                </c:pt>
                <c:pt idx="6">
                  <c:v>18.96</c:v>
                </c:pt>
                <c:pt idx="7">
                  <c:v>18.768000000000001</c:v>
                </c:pt>
                <c:pt idx="8">
                  <c:v>21.36</c:v>
                </c:pt>
                <c:pt idx="9">
                  <c:v>18.792000000000002</c:v>
                </c:pt>
                <c:pt idx="10">
                  <c:v>17.687999999999999</c:v>
                </c:pt>
                <c:pt idx="11">
                  <c:v>16.440000000000001</c:v>
                </c:pt>
              </c:numCache>
            </c:numRef>
          </c:val>
          <c:extLst>
            <c:ext xmlns:c16="http://schemas.microsoft.com/office/drawing/2014/chart" uri="{C3380CC4-5D6E-409C-BE32-E72D297353CC}">
              <c16:uniqueId val="{00000003-3EA3-46EF-B4BD-FBAE97DDCBAE}"/>
            </c:ext>
          </c:extLst>
        </c:ser>
        <c:ser>
          <c:idx val="4"/>
          <c:order val="4"/>
          <c:tx>
            <c:strRef>
              <c:f>Sheet1!$F$1</c:f>
              <c:strCache>
                <c:ptCount val="1"/>
                <c:pt idx="0">
                  <c:v>80</c:v>
                </c:pt>
              </c:strCache>
            </c:strRef>
          </c:tx>
          <c:spPr>
            <a:solidFill>
              <a:schemeClr val="accent5"/>
            </a:solidFill>
            <a:ln>
              <a:noFill/>
            </a:ln>
            <a:effectLst/>
          </c:spPr>
          <c:invertIfNegative val="0"/>
          <c:cat>
            <c:strRef>
              <c:f>Sheet1!$A$2:$A$13</c:f>
              <c:strCache>
                <c:ptCount val="12"/>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Sheet1!$F$2:$F$13</c:f>
              <c:numCache>
                <c:formatCode>General</c:formatCode>
                <c:ptCount val="12"/>
                <c:pt idx="1">
                  <c:v>24.48</c:v>
                </c:pt>
                <c:pt idx="2">
                  <c:v>22.248000000000001</c:v>
                </c:pt>
                <c:pt idx="3">
                  <c:v>18.096</c:v>
                </c:pt>
                <c:pt idx="4">
                  <c:v>19.007999999999999</c:v>
                </c:pt>
                <c:pt idx="5">
                  <c:v>20.16</c:v>
                </c:pt>
                <c:pt idx="6">
                  <c:v>22.2</c:v>
                </c:pt>
                <c:pt idx="7">
                  <c:v>22.92</c:v>
                </c:pt>
                <c:pt idx="8">
                  <c:v>20.352</c:v>
                </c:pt>
                <c:pt idx="9">
                  <c:v>19.728000000000002</c:v>
                </c:pt>
                <c:pt idx="10">
                  <c:v>22.8</c:v>
                </c:pt>
                <c:pt idx="11">
                  <c:v>21.744</c:v>
                </c:pt>
              </c:numCache>
            </c:numRef>
          </c:val>
          <c:extLst>
            <c:ext xmlns:c16="http://schemas.microsoft.com/office/drawing/2014/chart" uri="{C3380CC4-5D6E-409C-BE32-E72D297353CC}">
              <c16:uniqueId val="{00000004-3EA3-46EF-B4BD-FBAE97DDCBAE}"/>
            </c:ext>
          </c:extLst>
        </c:ser>
        <c:dLbls>
          <c:showLegendKey val="0"/>
          <c:showVal val="0"/>
          <c:showCatName val="0"/>
          <c:showSerName val="0"/>
          <c:showPercent val="0"/>
          <c:showBubbleSize val="0"/>
        </c:dLbls>
        <c:gapWidth val="219"/>
        <c:overlap val="-27"/>
        <c:axId val="856064208"/>
        <c:axId val="856065040"/>
      </c:barChart>
      <c:catAx>
        <c:axId val="85606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Incubation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65040"/>
        <c:crosses val="autoZero"/>
        <c:auto val="1"/>
        <c:lblAlgn val="ctr"/>
        <c:lblOffset val="100"/>
        <c:noMultiLvlLbl val="0"/>
      </c:catAx>
      <c:valAx>
        <c:axId val="85606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064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 of 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strCache>
            </c:strRef>
          </c:tx>
          <c:spPr>
            <a:solidFill>
              <a:schemeClr val="accent1"/>
            </a:solidFill>
            <a:ln>
              <a:noFill/>
            </a:ln>
            <a:effectLst/>
          </c:spPr>
          <c:invertIfNegative val="0"/>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Sheet1!$B$2:$B$13</c:f>
              <c:numCache>
                <c:formatCode>General</c:formatCode>
                <c:ptCount val="12"/>
                <c:pt idx="0">
                  <c:v>5</c:v>
                </c:pt>
                <c:pt idx="1">
                  <c:v>35.64</c:v>
                </c:pt>
                <c:pt idx="2">
                  <c:v>23.64</c:v>
                </c:pt>
                <c:pt idx="3">
                  <c:v>25.655999999999999</c:v>
                </c:pt>
                <c:pt idx="4">
                  <c:v>33.479999999999997</c:v>
                </c:pt>
                <c:pt idx="5">
                  <c:v>27.24</c:v>
                </c:pt>
                <c:pt idx="6">
                  <c:v>28.32</c:v>
                </c:pt>
                <c:pt idx="7">
                  <c:v>29.015999999999998</c:v>
                </c:pt>
                <c:pt idx="8">
                  <c:v>23.015999999999998</c:v>
                </c:pt>
                <c:pt idx="9">
                  <c:v>20.808</c:v>
                </c:pt>
                <c:pt idx="10">
                  <c:v>30.6</c:v>
                </c:pt>
                <c:pt idx="11">
                  <c:v>22.5</c:v>
                </c:pt>
              </c:numCache>
            </c:numRef>
          </c:val>
          <c:extLst>
            <c:ext xmlns:c16="http://schemas.microsoft.com/office/drawing/2014/chart" uri="{C3380CC4-5D6E-409C-BE32-E72D297353CC}">
              <c16:uniqueId val="{00000000-6008-4FF4-82C4-6846453DB177}"/>
            </c:ext>
          </c:extLst>
        </c:ser>
        <c:ser>
          <c:idx val="1"/>
          <c:order val="1"/>
          <c:tx>
            <c:strRef>
              <c:f>Sheet1!$C$1</c:f>
              <c:strCache>
                <c:ptCount val="1"/>
              </c:strCache>
            </c:strRef>
          </c:tx>
          <c:spPr>
            <a:solidFill>
              <a:schemeClr val="accent2"/>
            </a:solidFill>
            <a:ln>
              <a:noFill/>
            </a:ln>
            <a:effectLst/>
          </c:spPr>
          <c:invertIfNegative val="0"/>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Sheet1!$C$2:$C$13</c:f>
              <c:numCache>
                <c:formatCode>General</c:formatCode>
                <c:ptCount val="12"/>
                <c:pt idx="0">
                  <c:v>6</c:v>
                </c:pt>
                <c:pt idx="1">
                  <c:v>20.808</c:v>
                </c:pt>
                <c:pt idx="2">
                  <c:v>14.568</c:v>
                </c:pt>
                <c:pt idx="3">
                  <c:v>15.96</c:v>
                </c:pt>
                <c:pt idx="4">
                  <c:v>17.495999999999999</c:v>
                </c:pt>
                <c:pt idx="5">
                  <c:v>17.472000000000001</c:v>
                </c:pt>
                <c:pt idx="6">
                  <c:v>16.248000000000001</c:v>
                </c:pt>
                <c:pt idx="7">
                  <c:v>14.736000000000001</c:v>
                </c:pt>
                <c:pt idx="8">
                  <c:v>17.088000000000001</c:v>
                </c:pt>
                <c:pt idx="9">
                  <c:v>15.84</c:v>
                </c:pt>
                <c:pt idx="10">
                  <c:v>17.760000000000002</c:v>
                </c:pt>
                <c:pt idx="11">
                  <c:v>15.768000000000001</c:v>
                </c:pt>
              </c:numCache>
            </c:numRef>
          </c:val>
          <c:extLst>
            <c:ext xmlns:c16="http://schemas.microsoft.com/office/drawing/2014/chart" uri="{C3380CC4-5D6E-409C-BE32-E72D297353CC}">
              <c16:uniqueId val="{00000001-6008-4FF4-82C4-6846453DB177}"/>
            </c:ext>
          </c:extLst>
        </c:ser>
        <c:ser>
          <c:idx val="2"/>
          <c:order val="2"/>
          <c:tx>
            <c:strRef>
              <c:f>Sheet1!$D$1</c:f>
              <c:strCache>
                <c:ptCount val="1"/>
              </c:strCache>
            </c:strRef>
          </c:tx>
          <c:spPr>
            <a:solidFill>
              <a:schemeClr val="accent3"/>
            </a:solidFill>
            <a:ln>
              <a:noFill/>
            </a:ln>
            <a:effectLst/>
          </c:spPr>
          <c:invertIfNegative val="0"/>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Sheet1!$D$2:$D$13</c:f>
              <c:numCache>
                <c:formatCode>General</c:formatCode>
                <c:ptCount val="12"/>
                <c:pt idx="0">
                  <c:v>7</c:v>
                </c:pt>
                <c:pt idx="1">
                  <c:v>20.808</c:v>
                </c:pt>
                <c:pt idx="2">
                  <c:v>16.391999999999999</c:v>
                </c:pt>
                <c:pt idx="3">
                  <c:v>17.904</c:v>
                </c:pt>
                <c:pt idx="4">
                  <c:v>17.231999999999999</c:v>
                </c:pt>
                <c:pt idx="5">
                  <c:v>18.911999999999999</c:v>
                </c:pt>
                <c:pt idx="6">
                  <c:v>19.896000000000001</c:v>
                </c:pt>
                <c:pt idx="7">
                  <c:v>16.632000000000001</c:v>
                </c:pt>
                <c:pt idx="8">
                  <c:v>15.384</c:v>
                </c:pt>
                <c:pt idx="9">
                  <c:v>17.88</c:v>
                </c:pt>
                <c:pt idx="10">
                  <c:v>16.728000000000002</c:v>
                </c:pt>
                <c:pt idx="11">
                  <c:v>14.88</c:v>
                </c:pt>
              </c:numCache>
            </c:numRef>
          </c:val>
          <c:extLst>
            <c:ext xmlns:c16="http://schemas.microsoft.com/office/drawing/2014/chart" uri="{C3380CC4-5D6E-409C-BE32-E72D297353CC}">
              <c16:uniqueId val="{00000002-6008-4FF4-82C4-6846453DB177}"/>
            </c:ext>
          </c:extLst>
        </c:ser>
        <c:ser>
          <c:idx val="3"/>
          <c:order val="3"/>
          <c:tx>
            <c:strRef>
              <c:f>Sheet1!$E$1</c:f>
              <c:strCache>
                <c:ptCount val="1"/>
              </c:strCache>
            </c:strRef>
          </c:tx>
          <c:spPr>
            <a:solidFill>
              <a:schemeClr val="accent4"/>
            </a:solidFill>
            <a:ln>
              <a:noFill/>
            </a:ln>
            <a:effectLst/>
          </c:spPr>
          <c:invertIfNegative val="0"/>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Sheet1!$E$2:$E$13</c:f>
              <c:numCache>
                <c:formatCode>General</c:formatCode>
                <c:ptCount val="12"/>
                <c:pt idx="0">
                  <c:v>8</c:v>
                </c:pt>
                <c:pt idx="1">
                  <c:v>24.84</c:v>
                </c:pt>
                <c:pt idx="2">
                  <c:v>17.376000000000001</c:v>
                </c:pt>
                <c:pt idx="3">
                  <c:v>17.808</c:v>
                </c:pt>
                <c:pt idx="4">
                  <c:v>16.344000000000001</c:v>
                </c:pt>
                <c:pt idx="5">
                  <c:v>17.015999999999998</c:v>
                </c:pt>
                <c:pt idx="6">
                  <c:v>16.943999999999999</c:v>
                </c:pt>
                <c:pt idx="7">
                  <c:v>17.832000000000001</c:v>
                </c:pt>
                <c:pt idx="8">
                  <c:v>16.058</c:v>
                </c:pt>
                <c:pt idx="9">
                  <c:v>16.128</c:v>
                </c:pt>
                <c:pt idx="10">
                  <c:v>14.976000000000001</c:v>
                </c:pt>
                <c:pt idx="11">
                  <c:v>15.407999999999999</c:v>
                </c:pt>
              </c:numCache>
            </c:numRef>
          </c:val>
          <c:extLst>
            <c:ext xmlns:c16="http://schemas.microsoft.com/office/drawing/2014/chart" uri="{C3380CC4-5D6E-409C-BE32-E72D297353CC}">
              <c16:uniqueId val="{00000003-6008-4FF4-82C4-6846453DB177}"/>
            </c:ext>
          </c:extLst>
        </c:ser>
        <c:ser>
          <c:idx val="4"/>
          <c:order val="4"/>
          <c:tx>
            <c:strRef>
              <c:f>Sheet1!$F$1</c:f>
              <c:strCache>
                <c:ptCount val="1"/>
              </c:strCache>
            </c:strRef>
          </c:tx>
          <c:spPr>
            <a:solidFill>
              <a:schemeClr val="accent5"/>
            </a:solidFill>
            <a:ln>
              <a:noFill/>
            </a:ln>
            <a:effectLst/>
          </c:spPr>
          <c:invertIfNegative val="0"/>
          <c:cat>
            <c:strRef>
              <c:f>Sheet1!$A$2:$A$13</c:f>
              <c:strCache>
                <c:ptCount val="12"/>
                <c:pt idx="0">
                  <c:v>pH</c:v>
                </c:pt>
                <c:pt idx="1">
                  <c:v>Positive control</c:v>
                </c:pt>
                <c:pt idx="2">
                  <c:v>Negative control</c:v>
                </c:pt>
                <c:pt idx="3">
                  <c:v>S1</c:v>
                </c:pt>
                <c:pt idx="4">
                  <c:v>S2</c:v>
                </c:pt>
                <c:pt idx="5">
                  <c:v>S3</c:v>
                </c:pt>
                <c:pt idx="6">
                  <c:v>S4</c:v>
                </c:pt>
                <c:pt idx="7">
                  <c:v>S5</c:v>
                </c:pt>
                <c:pt idx="8">
                  <c:v>C1</c:v>
                </c:pt>
                <c:pt idx="9">
                  <c:v>C2</c:v>
                </c:pt>
                <c:pt idx="10">
                  <c:v>C3</c:v>
                </c:pt>
                <c:pt idx="11">
                  <c:v>C4</c:v>
                </c:pt>
              </c:strCache>
            </c:strRef>
          </c:cat>
          <c:val>
            <c:numRef>
              <c:f>Sheet1!$F$2:$F$13</c:f>
              <c:numCache>
                <c:formatCode>General</c:formatCode>
                <c:ptCount val="12"/>
                <c:pt idx="0">
                  <c:v>9</c:v>
                </c:pt>
                <c:pt idx="1">
                  <c:v>16.920000000000002</c:v>
                </c:pt>
                <c:pt idx="2">
                  <c:v>14.183999999999999</c:v>
                </c:pt>
                <c:pt idx="3">
                  <c:v>14.256</c:v>
                </c:pt>
                <c:pt idx="4">
                  <c:v>15.48</c:v>
                </c:pt>
                <c:pt idx="5">
                  <c:v>16.728000000000002</c:v>
                </c:pt>
                <c:pt idx="6">
                  <c:v>17.712</c:v>
                </c:pt>
                <c:pt idx="7">
                  <c:v>15.888</c:v>
                </c:pt>
                <c:pt idx="8">
                  <c:v>14.736000000000001</c:v>
                </c:pt>
                <c:pt idx="9">
                  <c:v>15.456</c:v>
                </c:pt>
                <c:pt idx="10">
                  <c:v>16.079999999999998</c:v>
                </c:pt>
                <c:pt idx="11">
                  <c:v>15.84</c:v>
                </c:pt>
              </c:numCache>
            </c:numRef>
          </c:val>
          <c:extLst>
            <c:ext xmlns:c16="http://schemas.microsoft.com/office/drawing/2014/chart" uri="{C3380CC4-5D6E-409C-BE32-E72D297353CC}">
              <c16:uniqueId val="{00000004-6008-4FF4-82C4-6846453DB177}"/>
            </c:ext>
          </c:extLst>
        </c:ser>
        <c:dLbls>
          <c:showLegendKey val="0"/>
          <c:showVal val="0"/>
          <c:showCatName val="0"/>
          <c:showSerName val="0"/>
          <c:showPercent val="0"/>
          <c:showBubbleSize val="0"/>
        </c:dLbls>
        <c:gapWidth val="150"/>
        <c:axId val="876937760"/>
        <c:axId val="876914048"/>
      </c:barChart>
      <c:catAx>
        <c:axId val="87693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range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914048"/>
        <c:crosses val="autoZero"/>
        <c:auto val="1"/>
        <c:lblAlgn val="ctr"/>
        <c:lblOffset val="100"/>
        <c:noMultiLvlLbl val="0"/>
      </c:catAx>
      <c:valAx>
        <c:axId val="87691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Keratinase</a:t>
                </a:r>
                <a:r>
                  <a:rPr lang="en-US" baseline="0"/>
                  <a:t> enzyme  activity U/ml/min.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937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44179631816558279"/>
          <c:y val="0.92385272451630573"/>
          <c:w val="0.24922305635375472"/>
          <c:h val="5.57910413870022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37A6-2F79-4325-B775-B6E3D113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4259</TotalTime>
  <Pages>27</Pages>
  <Words>6067</Words>
  <Characters>34587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Purnima Kabra</cp:lastModifiedBy>
  <cp:revision>90</cp:revision>
  <dcterms:created xsi:type="dcterms:W3CDTF">2025-11-12T16:23:00Z</dcterms:created>
  <dcterms:modified xsi:type="dcterms:W3CDTF">2025-12-05T07:05:00Z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c7fb0281-72eb-4710-8169-f97836d4673e</vt:lpwstr>
  </property>
</Properties>
</file>