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FBD86" w14:textId="21438B80" w:rsidR="001C4C38" w:rsidRPr="00317ABC" w:rsidRDefault="00DE5361" w:rsidP="00F80601">
      <w:pPr>
        <w:pStyle w:val="Heading1"/>
        <w:spacing w:before="0"/>
        <w:jc w:val="center"/>
        <w:rPr>
          <w:rFonts w:ascii="Times New Roman" w:hAnsi="Times New Roman" w:cs="Times New Roman"/>
          <w:color w:val="000000" w:themeColor="text1"/>
          <w:sz w:val="32"/>
          <w:szCs w:val="32"/>
        </w:rPr>
      </w:pPr>
      <w:bookmarkStart w:id="0" w:name="_Hlk219378803"/>
      <w:r w:rsidRPr="00317ABC">
        <w:rPr>
          <w:rFonts w:ascii="Times New Roman" w:hAnsi="Times New Roman" w:cs="Times New Roman"/>
          <w:color w:val="000000" w:themeColor="text1"/>
          <w:sz w:val="32"/>
          <w:szCs w:val="32"/>
        </w:rPr>
        <w:t>Epidemiological Study of Respiratory Tract Diseases in Dogs at Jabalpur, India</w:t>
      </w:r>
      <w:bookmarkEnd w:id="0"/>
    </w:p>
    <w:p w14:paraId="3EBD3EE8" w14:textId="77777777" w:rsidR="00E50B48" w:rsidRDefault="00E50B48" w:rsidP="00F80601">
      <w:pPr>
        <w:spacing w:line="360" w:lineRule="auto"/>
        <w:jc w:val="both"/>
      </w:pPr>
    </w:p>
    <w:p w14:paraId="426C391B" w14:textId="3959A289" w:rsidR="00F80601" w:rsidRDefault="00DE5361" w:rsidP="00F80601">
      <w:pPr>
        <w:spacing w:line="360" w:lineRule="auto"/>
        <w:jc w:val="both"/>
      </w:pPr>
      <w:r w:rsidRPr="00317ABC">
        <w:br/>
      </w:r>
      <w:r w:rsidRPr="00317ABC">
        <w:rPr>
          <w:b/>
          <w:bCs/>
        </w:rPr>
        <w:t>ABSTRACT</w:t>
      </w:r>
    </w:p>
    <w:p w14:paraId="0C504262" w14:textId="3A55CEB9" w:rsidR="00BC5F05" w:rsidRPr="00BC5F05" w:rsidRDefault="00317ABC" w:rsidP="00BC5F05">
      <w:pPr>
        <w:spacing w:line="360" w:lineRule="auto"/>
        <w:jc w:val="both"/>
      </w:pPr>
      <w:r w:rsidRPr="00317ABC">
        <w:rPr>
          <w:color w:val="000000"/>
        </w:rPr>
        <w:t xml:space="preserve">The present study was undertaken to investigate the epidemiological </w:t>
      </w:r>
      <w:r w:rsidR="005C16D9">
        <w:rPr>
          <w:color w:val="000000"/>
        </w:rPr>
        <w:t>incidence</w:t>
      </w:r>
      <w:r w:rsidRPr="00317ABC">
        <w:rPr>
          <w:color w:val="000000"/>
        </w:rPr>
        <w:t xml:space="preserve"> of respiratory tract diseases in dogs presented to the Veterinary Clinical Complex (VCC), College of Veterinary Science and Animal Husbandry, </w:t>
      </w:r>
      <w:proofErr w:type="spellStart"/>
      <w:r w:rsidRPr="00317ABC">
        <w:rPr>
          <w:color w:val="000000"/>
        </w:rPr>
        <w:t>Nanaji</w:t>
      </w:r>
      <w:proofErr w:type="spellEnd"/>
      <w:r w:rsidRPr="00317ABC">
        <w:rPr>
          <w:color w:val="000000"/>
        </w:rPr>
        <w:t xml:space="preserve"> Deshmukh Veterinary Science University (NDVSU), Jabalpur, Madhya Pradesh. A total of 2397 dogs of either sex, </w:t>
      </w:r>
      <w:r w:rsidR="00C30015">
        <w:rPr>
          <w:color w:val="000000"/>
        </w:rPr>
        <w:t xml:space="preserve">irrespective of </w:t>
      </w:r>
      <w:r w:rsidRPr="00317ABC">
        <w:rPr>
          <w:color w:val="000000"/>
        </w:rPr>
        <w:t>breed and age, were screened over a period of six months from June to November 2025. Among these, 117 dogs were found to be affected with respiratory tract diseases, resulting in an overall incidence of 4.88 per cent.  The highest distribution was recorded in dogs above six years of age, gender wise distribution revealed that male dogs were more commonly affected, and breed wise distribution showed that the highest number of affected dogs belonged to non-descript breeds, followed by Labrador Retrievers. The most common clinical abnormalities observed were cough (76.07%), inappetence (58.12%), nasal discharge (54.70%), lethargy (40.17%) and fever (37.61%).</w:t>
      </w:r>
      <w:r w:rsidR="00BC5F05">
        <w:rPr>
          <w:color w:val="000000"/>
        </w:rPr>
        <w:t xml:space="preserve"> </w:t>
      </w:r>
      <w:r w:rsidR="00BC5F05" w:rsidRPr="00BC5F05">
        <w:rPr>
          <w:color w:val="000000"/>
        </w:rPr>
        <w:t>The study provides baseline epidemiological evidence that can support early diagnosis, disease surveillance and informed preventive and therapeutic strategies for respiratory tract diseases in dogs.</w:t>
      </w:r>
    </w:p>
    <w:p w14:paraId="4D5CB6DE" w14:textId="7E0F4F5D" w:rsidR="001C4C38" w:rsidRPr="00317ABC" w:rsidRDefault="001C4C38" w:rsidP="00F80601">
      <w:pPr>
        <w:spacing w:line="360" w:lineRule="auto"/>
        <w:ind w:firstLine="720"/>
        <w:jc w:val="both"/>
      </w:pPr>
    </w:p>
    <w:p w14:paraId="7219911F" w14:textId="3E70F520" w:rsidR="00282661" w:rsidRPr="00317ABC" w:rsidRDefault="00282661" w:rsidP="00317ABC">
      <w:pPr>
        <w:spacing w:line="360" w:lineRule="auto"/>
        <w:jc w:val="both"/>
        <w:rPr>
          <w:b/>
          <w:bCs/>
        </w:rPr>
      </w:pPr>
      <w:r w:rsidRPr="00317ABC">
        <w:rPr>
          <w:b/>
          <w:bCs/>
        </w:rPr>
        <w:t xml:space="preserve">1. INTRODUCTION </w:t>
      </w:r>
    </w:p>
    <w:p w14:paraId="472BB05C" w14:textId="10B29574" w:rsidR="00282661" w:rsidRPr="00317ABC" w:rsidRDefault="00282661" w:rsidP="00317ABC">
      <w:pPr>
        <w:spacing w:line="360" w:lineRule="auto"/>
        <w:ind w:firstLine="720"/>
        <w:jc w:val="both"/>
      </w:pPr>
      <w:r w:rsidRPr="00317ABC">
        <w:t>Respiratory tract diseases are among the most frequently encountered disorders in canine clinical practice and constitute a major cause of morbidity in dogs across different age groups and breeds. The close association between dogs and humans further emphasizes the importance of maintaining optimal respiratory health in companion animals. Respiratory diseases not only compromise the quality of life of affected dogs but also lead to repeated veterinary visits and increased economic burden on pet owners</w:t>
      </w:r>
      <w:r w:rsidR="005C16D9">
        <w:t xml:space="preserve"> (Rah and Choi, 2023)</w:t>
      </w:r>
      <w:r w:rsidRPr="00317ABC">
        <w:t>.</w:t>
      </w:r>
      <w:r w:rsidRPr="00317ABC">
        <w:br/>
        <w:t xml:space="preserve">Anatomically, the canine respiratory system is divided into the upper and lower respiratory tracts. The upper respiratory tract comprises the nasal cavity, paranasal sinuses, pharynx </w:t>
      </w:r>
      <w:r w:rsidRPr="00317ABC">
        <w:lastRenderedPageBreak/>
        <w:t>and larynx, while the lower respiratory tract includes the trachea, bronchi, bronchioles, alveoli and lungs</w:t>
      </w:r>
      <w:r w:rsidR="000F654C">
        <w:t xml:space="preserve"> </w:t>
      </w:r>
      <w:r w:rsidR="000F654C" w:rsidRPr="000F654C">
        <w:t>(</w:t>
      </w:r>
      <w:proofErr w:type="spellStart"/>
      <w:r w:rsidR="000F654C" w:rsidRPr="000F654C">
        <w:t>Bichot</w:t>
      </w:r>
      <w:proofErr w:type="spellEnd"/>
      <w:r w:rsidR="000F654C" w:rsidRPr="000F654C">
        <w:t xml:space="preserve"> and </w:t>
      </w:r>
      <w:proofErr w:type="spellStart"/>
      <w:r w:rsidR="000F654C" w:rsidRPr="000F654C">
        <w:t>Bienzle</w:t>
      </w:r>
      <w:proofErr w:type="spellEnd"/>
      <w:r w:rsidR="000F654C" w:rsidRPr="000F654C">
        <w:t>, 2020</w:t>
      </w:r>
      <w:r w:rsidR="000F654C">
        <w:t>)</w:t>
      </w:r>
      <w:r w:rsidRPr="00317ABC">
        <w:t xml:space="preserve">. Diseases affecting the upper respiratory tract often present with nasal discharge, sneezing and </w:t>
      </w:r>
      <w:proofErr w:type="spellStart"/>
      <w:r w:rsidRPr="00317ABC">
        <w:t>stertor</w:t>
      </w:r>
      <w:proofErr w:type="spellEnd"/>
      <w:r w:rsidRPr="00317ABC">
        <w:t xml:space="preserve">, whereas lower respiratory tract diseases are commonly associated with cough, </w:t>
      </w:r>
      <w:proofErr w:type="spellStart"/>
      <w:r w:rsidR="00A56E2A" w:rsidRPr="00317ABC">
        <w:t>dyspnea</w:t>
      </w:r>
      <w:proofErr w:type="spellEnd"/>
      <w:r w:rsidRPr="00317ABC">
        <w:t>, abnormal lung sounds</w:t>
      </w:r>
      <w:r w:rsidR="00A56E2A" w:rsidRPr="00317ABC">
        <w:t>, presence of tracheal sensitivity</w:t>
      </w:r>
      <w:r w:rsidRPr="00317ABC">
        <w:t xml:space="preserve"> and exercise intolerance.</w:t>
      </w:r>
      <w:r w:rsidR="00317ABC">
        <w:t xml:space="preserve"> </w:t>
      </w:r>
      <w:r w:rsidRPr="00317ABC">
        <w:t xml:space="preserve">The </w:t>
      </w:r>
      <w:proofErr w:type="spellStart"/>
      <w:r w:rsidRPr="00317ABC">
        <w:t>etiology</w:t>
      </w:r>
      <w:proofErr w:type="spellEnd"/>
      <w:r w:rsidRPr="00317ABC">
        <w:t xml:space="preserve"> of respiratory tract diseases in dogs is multifactorial and may involve infectious agents, environmental factors, anatomical abnormalities, age-related immune changes and concurrent systemic diseases.</w:t>
      </w:r>
      <w:r w:rsidRPr="000F654C">
        <w:t xml:space="preserve"> </w:t>
      </w:r>
      <w:r w:rsidR="000F654C" w:rsidRPr="000F654C">
        <w:t xml:space="preserve">Common signs associated with respiratory disorders include nasal discharge, coughing, exercise intolerance, </w:t>
      </w:r>
      <w:proofErr w:type="spellStart"/>
      <w:r w:rsidR="000F654C" w:rsidRPr="000F654C">
        <w:t>dyspnea</w:t>
      </w:r>
      <w:proofErr w:type="spellEnd"/>
      <w:r w:rsidR="000F654C" w:rsidRPr="000F654C">
        <w:t>, sneezing, abnormal respiratory sounds and adventitious lung sounds on auscultation (</w:t>
      </w:r>
      <w:proofErr w:type="spellStart"/>
      <w:r w:rsidR="000F654C" w:rsidRPr="000F654C">
        <w:rPr>
          <w:shd w:val="clear" w:color="auto" w:fill="FFFFFF"/>
        </w:rPr>
        <w:t>Vieson</w:t>
      </w:r>
      <w:proofErr w:type="spellEnd"/>
      <w:r w:rsidR="003A25C7">
        <w:t xml:space="preserve"> </w:t>
      </w:r>
      <w:r w:rsidR="003A25C7">
        <w:rPr>
          <w:i/>
          <w:iCs/>
        </w:rPr>
        <w:t>et al.</w:t>
      </w:r>
      <w:r w:rsidR="000F654C" w:rsidRPr="000F654C">
        <w:t xml:space="preserve">, 2012). </w:t>
      </w:r>
      <w:r w:rsidRPr="00317ABC">
        <w:t>Epidemiological studies play a vital role in understanding the distribution and determinants of diseases within a population. Such studies provide baseline data regarding incidence, age, sex and breed predisposition, as well as common clinical manifestations, which are essential for early diagnosis, rational clinical decision-making and formulation of preventive strategies. Despite the clinical importance of respiratory tract diseases, region-specific epidemiological data in dogs, particularly from central India, remain limited. Therefore, the present study was undertaken to investigate the prevalence and epidemiological characteristics of respiratory tract diseases in dogs presented to a</w:t>
      </w:r>
      <w:r w:rsidR="00A56E2A" w:rsidRPr="00317ABC">
        <w:t xml:space="preserve"> </w:t>
      </w:r>
      <w:r w:rsidRPr="00317ABC">
        <w:t>veterinary care hospital at Jabalpur.</w:t>
      </w:r>
    </w:p>
    <w:p w14:paraId="59793A91" w14:textId="121B5232" w:rsidR="00317ABC" w:rsidRDefault="00317ABC" w:rsidP="00317ABC">
      <w:pPr>
        <w:spacing w:line="360" w:lineRule="auto"/>
      </w:pPr>
      <w:r>
        <w:rPr>
          <w:b/>
          <w:bCs/>
        </w:rPr>
        <w:t>2. MATERIALS AND METHODS</w:t>
      </w:r>
    </w:p>
    <w:p w14:paraId="4EEB5180" w14:textId="77777777" w:rsidR="005C16D9" w:rsidRPr="005C16D9" w:rsidRDefault="00DE5361" w:rsidP="005C16D9">
      <w:pPr>
        <w:autoSpaceDE w:val="0"/>
        <w:autoSpaceDN w:val="0"/>
        <w:adjustRightInd w:val="0"/>
        <w:spacing w:after="120" w:line="360" w:lineRule="auto"/>
        <w:ind w:firstLine="1440"/>
        <w:jc w:val="both"/>
        <w:rPr>
          <w:lang w:eastAsia="en-IN" w:bidi="hi-IN"/>
        </w:rPr>
      </w:pPr>
      <w:r w:rsidRPr="00317ABC">
        <w:t>The study was conducted at the Veterinary Clinical Complex (VCC), Department of Veterinary Medicine, College of Veterinary Science and Animal Husbandry, NDVSU, Jabalpur, Madhya Pradesh, over a period of six months from June to November 2025. A total of 2397 dogs were screened</w:t>
      </w:r>
      <w:r w:rsidR="005C16D9">
        <w:t xml:space="preserve"> irrespective of age, breed and sex</w:t>
      </w:r>
      <w:r w:rsidRPr="00317ABC">
        <w:t xml:space="preserve"> based on history and clinical signs</w:t>
      </w:r>
      <w:r w:rsidR="000C21D8" w:rsidRPr="00317ABC">
        <w:t xml:space="preserve"> viz. nasal discharge, lacrimation, coughing, exercise intolerance, </w:t>
      </w:r>
      <w:proofErr w:type="spellStart"/>
      <w:r w:rsidR="000F654C" w:rsidRPr="00317ABC">
        <w:t>dyspnea</w:t>
      </w:r>
      <w:proofErr w:type="spellEnd"/>
      <w:r w:rsidR="000C21D8" w:rsidRPr="00317ABC">
        <w:t xml:space="preserve">, sneezing, epistaxis, </w:t>
      </w:r>
      <w:r w:rsidR="000F654C" w:rsidRPr="00317ABC">
        <w:t>h</w:t>
      </w:r>
      <w:r w:rsidR="000F654C">
        <w:t>a</w:t>
      </w:r>
      <w:r w:rsidR="000F654C" w:rsidRPr="00317ABC">
        <w:t>emoptysis</w:t>
      </w:r>
      <w:r w:rsidR="000C21D8" w:rsidRPr="00317ABC">
        <w:t xml:space="preserve">, tracheal sensitivity </w:t>
      </w:r>
      <w:r w:rsidR="000C21D8" w:rsidRPr="00317ABC">
        <w:rPr>
          <w:rStyle w:val="topicparatopictextcub0d"/>
        </w:rPr>
        <w:t>etc., which were</w:t>
      </w:r>
      <w:r w:rsidRPr="00317ABC">
        <w:t xml:space="preserve"> suggestive of respiratory tract diseases.</w:t>
      </w:r>
      <w:r w:rsidR="00282661" w:rsidRPr="00317ABC">
        <w:t xml:space="preserve"> </w:t>
      </w:r>
      <w:r w:rsidR="00282661" w:rsidRPr="00317ABC">
        <w:rPr>
          <w:color w:val="000000"/>
        </w:rPr>
        <w:t xml:space="preserve">Dogs suspected on the basis of clinical findings were further subjected to thoracic radiographic examination to support clinical diagnosis </w:t>
      </w:r>
      <w:r w:rsidR="000C21D8" w:rsidRPr="00317ABC">
        <w:rPr>
          <w:color w:val="000000"/>
        </w:rPr>
        <w:t>and to confirm lower respiratory tract diseases.</w:t>
      </w:r>
      <w:r w:rsidR="000F654C">
        <w:rPr>
          <w:color w:val="000000"/>
        </w:rPr>
        <w:t xml:space="preserve"> </w:t>
      </w:r>
      <w:r w:rsidR="000F654C" w:rsidRPr="000F654C">
        <w:rPr>
          <w:lang w:eastAsia="en-IN" w:bidi="hi-IN"/>
        </w:rPr>
        <w:t>For statistical analysis, chi-square test of significance was applied for the qualitative data</w:t>
      </w:r>
      <w:r w:rsidR="005C16D9">
        <w:rPr>
          <w:lang w:eastAsia="en-IN" w:bidi="hi-IN"/>
        </w:rPr>
        <w:t xml:space="preserve"> using </w:t>
      </w:r>
      <w:r w:rsidR="005C16D9" w:rsidRPr="005C16D9">
        <w:rPr>
          <w:lang w:val="en-US" w:eastAsia="en-IN" w:bidi="hi-IN"/>
        </w:rPr>
        <w:t xml:space="preserve">IBM SPSS computer software version 30.0 (IBM Corp. 2023). </w:t>
      </w:r>
    </w:p>
    <w:p w14:paraId="68109DEE" w14:textId="34A27A49" w:rsidR="00317ABC" w:rsidRPr="000F654C" w:rsidRDefault="000F654C" w:rsidP="000F654C">
      <w:pPr>
        <w:autoSpaceDE w:val="0"/>
        <w:autoSpaceDN w:val="0"/>
        <w:adjustRightInd w:val="0"/>
        <w:spacing w:after="120" w:line="360" w:lineRule="auto"/>
        <w:ind w:firstLine="1440"/>
        <w:jc w:val="both"/>
        <w:rPr>
          <w:rFonts w:ascii="Arial" w:hAnsi="Arial" w:cs="Arial"/>
          <w:lang w:eastAsia="en-IN" w:bidi="hi-IN"/>
        </w:rPr>
      </w:pPr>
      <w:r w:rsidRPr="000F654C">
        <w:rPr>
          <w:lang w:eastAsia="en-IN" w:bidi="hi-IN"/>
        </w:rPr>
        <w:t>.</w:t>
      </w:r>
    </w:p>
    <w:p w14:paraId="61DECB15" w14:textId="418A8AC1" w:rsidR="00317ABC" w:rsidRDefault="00317ABC" w:rsidP="00282661">
      <w:pPr>
        <w:rPr>
          <w:b/>
          <w:bCs/>
          <w:color w:val="000000"/>
        </w:rPr>
      </w:pPr>
      <w:r>
        <w:rPr>
          <w:b/>
          <w:bCs/>
          <w:color w:val="000000"/>
        </w:rPr>
        <w:lastRenderedPageBreak/>
        <w:t>3. RESULTS AND DISCUSSION</w:t>
      </w:r>
    </w:p>
    <w:p w14:paraId="405D4570" w14:textId="77777777" w:rsidR="00317ABC" w:rsidRDefault="00317ABC" w:rsidP="00317ABC">
      <w:pPr>
        <w:rPr>
          <w:b/>
          <w:bCs/>
          <w:color w:val="000000"/>
        </w:rPr>
      </w:pPr>
      <w:r>
        <w:rPr>
          <w:b/>
          <w:bCs/>
          <w:color w:val="000000"/>
        </w:rPr>
        <w:t>3.1 Overall incidence</w:t>
      </w:r>
    </w:p>
    <w:p w14:paraId="784FCFD0" w14:textId="482F6C61" w:rsidR="00317ABC" w:rsidRPr="00317ABC" w:rsidRDefault="00317ABC" w:rsidP="006007A6">
      <w:pPr>
        <w:spacing w:line="360" w:lineRule="auto"/>
        <w:ind w:firstLine="720"/>
        <w:jc w:val="both"/>
        <w:rPr>
          <w:b/>
          <w:bCs/>
          <w:color w:val="000000"/>
        </w:rPr>
      </w:pPr>
      <w:r w:rsidRPr="00317ABC">
        <w:t>Among 2397 screened dogs, 117 were affected with respiratory tract diseases</w:t>
      </w:r>
      <w:r w:rsidR="005C16D9">
        <w:t xml:space="preserve"> which was confirmed on the basis of history, clinical signs and thoracic radiographic examination. </w:t>
      </w:r>
      <w:r w:rsidRPr="00317ABC">
        <w:t xml:space="preserve">Therefore, the overall incidence of respiratory tract diseases in dogs at Jabalpur was 4.88 per cent </w:t>
      </w:r>
      <w:proofErr w:type="gramStart"/>
      <w:r w:rsidRPr="00317ABC">
        <w:t>The</w:t>
      </w:r>
      <w:proofErr w:type="gramEnd"/>
      <w:r w:rsidRPr="00317ABC">
        <w:t xml:space="preserve"> results of this study are in close agreement with the findings of Jain </w:t>
      </w:r>
      <w:r w:rsidRPr="00317ABC">
        <w:rPr>
          <w:i/>
        </w:rPr>
        <w:t>et al.</w:t>
      </w:r>
      <w:r w:rsidRPr="00317ABC">
        <w:t xml:space="preserve"> (2015) and Uddin </w:t>
      </w:r>
      <w:r w:rsidRPr="00317ABC">
        <w:rPr>
          <w:i/>
        </w:rPr>
        <w:t>et al.</w:t>
      </w:r>
      <w:r w:rsidRPr="00317ABC">
        <w:t xml:space="preserve"> (2021) who reported a prevalence and proportional incidence of respiratory tract infections in dogs as 5.12 per cent</w:t>
      </w:r>
      <w:r w:rsidR="005C16D9">
        <w:t xml:space="preserve"> at Anand (Gujrat)</w:t>
      </w:r>
      <w:r w:rsidRPr="00317ABC">
        <w:t xml:space="preserve"> and 5.5 per cent</w:t>
      </w:r>
      <w:r w:rsidR="005C16D9">
        <w:t xml:space="preserve"> at Dhaka (Bangladesh)</w:t>
      </w:r>
      <w:r w:rsidRPr="00317ABC">
        <w:t>, respectively</w:t>
      </w:r>
      <w:r>
        <w:t xml:space="preserve"> (Table 01)</w:t>
      </w:r>
      <w:r w:rsidRPr="00317ABC">
        <w:t>.</w:t>
      </w:r>
    </w:p>
    <w:p w14:paraId="28E45999" w14:textId="51336B38" w:rsidR="00317ABC" w:rsidRPr="00317ABC" w:rsidRDefault="00317ABC" w:rsidP="00317ABC">
      <w:pPr>
        <w:spacing w:after="60" w:line="360" w:lineRule="auto"/>
        <w:ind w:firstLine="1440"/>
        <w:jc w:val="both"/>
      </w:pPr>
      <w:r w:rsidRPr="00317ABC">
        <w:t xml:space="preserve">On the contrary slightly lower prevalence of respiratory tract diseases was observed by </w:t>
      </w:r>
      <w:proofErr w:type="spellStart"/>
      <w:r w:rsidRPr="00317ABC">
        <w:t>Ayodhya</w:t>
      </w:r>
      <w:proofErr w:type="spellEnd"/>
      <w:r w:rsidRPr="00317ABC">
        <w:t> </w:t>
      </w:r>
      <w:r w:rsidRPr="00317ABC">
        <w:rPr>
          <w:i/>
          <w:iCs/>
        </w:rPr>
        <w:t>et al.</w:t>
      </w:r>
      <w:r w:rsidRPr="00317ABC">
        <w:t> (2013), Sanchez-Vizcaino </w:t>
      </w:r>
      <w:r w:rsidRPr="00317ABC">
        <w:rPr>
          <w:i/>
          <w:iCs/>
        </w:rPr>
        <w:t>et al.</w:t>
      </w:r>
      <w:r w:rsidRPr="00317ABC">
        <w:t xml:space="preserve"> (2016), </w:t>
      </w:r>
      <w:proofErr w:type="spellStart"/>
      <w:r w:rsidRPr="00317ABC">
        <w:t>Tagorti</w:t>
      </w:r>
      <w:proofErr w:type="spellEnd"/>
      <w:r w:rsidRPr="00317ABC">
        <w:t xml:space="preserve"> (2019) and Bali (2024) which ranges from 0.97 to 1.85 per cent. However, Rose </w:t>
      </w:r>
      <w:r w:rsidRPr="00317ABC">
        <w:rPr>
          <w:i/>
          <w:iCs/>
        </w:rPr>
        <w:t>et al.</w:t>
      </w:r>
      <w:r w:rsidRPr="00317ABC">
        <w:t> (2024) documented a markedly higher overall incidence of canine respiratory tract infections, accounting for 18.2 per cent.</w:t>
      </w:r>
    </w:p>
    <w:p w14:paraId="5B4DFFF2" w14:textId="0DCCA92D" w:rsidR="00317ABC" w:rsidRPr="00317ABC" w:rsidRDefault="00317ABC" w:rsidP="00317ABC">
      <w:pPr>
        <w:spacing w:after="60" w:line="360" w:lineRule="auto"/>
        <w:ind w:firstLine="1440"/>
        <w:jc w:val="both"/>
      </w:pPr>
      <w:r w:rsidRPr="00317ABC">
        <w:t>Different scientists have documented varying rates of incidence of respiratory tract diseases in dogs. The variations observed between the present study and earlier reports may be attributed to the differences in study population, duration of the study and different management practices opted for the dog population studied.</w:t>
      </w:r>
    </w:p>
    <w:p w14:paraId="47D1C552" w14:textId="4AD28813" w:rsidR="001C4C38" w:rsidRPr="00317ABC" w:rsidRDefault="00DE5361" w:rsidP="00317ABC">
      <w:pPr>
        <w:pStyle w:val="Heading3"/>
        <w:jc w:val="both"/>
        <w:rPr>
          <w:rFonts w:ascii="Times New Roman" w:hAnsi="Times New Roman" w:cs="Times New Roman"/>
          <w:color w:val="000000" w:themeColor="text1"/>
          <w:szCs w:val="24"/>
        </w:rPr>
      </w:pPr>
      <w:r w:rsidRPr="00317ABC">
        <w:rPr>
          <w:rFonts w:ascii="Times New Roman" w:hAnsi="Times New Roman" w:cs="Times New Roman"/>
          <w:color w:val="000000" w:themeColor="text1"/>
          <w:szCs w:val="24"/>
        </w:rPr>
        <w:t xml:space="preserve">Table </w:t>
      </w:r>
      <w:r w:rsidR="000C21D8" w:rsidRPr="00317ABC">
        <w:rPr>
          <w:rFonts w:ascii="Times New Roman" w:hAnsi="Times New Roman" w:cs="Times New Roman"/>
          <w:color w:val="000000" w:themeColor="text1"/>
          <w:szCs w:val="24"/>
        </w:rPr>
        <w:t>01</w:t>
      </w:r>
      <w:r w:rsidR="00A56E2A" w:rsidRPr="00317ABC">
        <w:rPr>
          <w:rFonts w:ascii="Times New Roman" w:hAnsi="Times New Roman" w:cs="Times New Roman"/>
          <w:color w:val="000000" w:themeColor="text1"/>
          <w:szCs w:val="24"/>
        </w:rPr>
        <w:t>:</w:t>
      </w:r>
      <w:r w:rsidRPr="00317ABC">
        <w:rPr>
          <w:rFonts w:ascii="Times New Roman" w:hAnsi="Times New Roman" w:cs="Times New Roman"/>
          <w:color w:val="000000" w:themeColor="text1"/>
          <w:szCs w:val="24"/>
        </w:rPr>
        <w:t xml:space="preserve"> Overall incidence of respiratory tract diseases in dogs</w:t>
      </w:r>
    </w:p>
    <w:tbl>
      <w:tblPr>
        <w:tblStyle w:val="TableGrid"/>
        <w:tblW w:w="0" w:type="auto"/>
        <w:jc w:val="center"/>
        <w:tblLook w:val="04A0" w:firstRow="1" w:lastRow="0" w:firstColumn="1" w:lastColumn="0" w:noHBand="0" w:noVBand="1"/>
      </w:tblPr>
      <w:tblGrid>
        <w:gridCol w:w="2749"/>
        <w:gridCol w:w="2113"/>
        <w:gridCol w:w="1826"/>
        <w:gridCol w:w="1952"/>
      </w:tblGrid>
      <w:tr w:rsidR="00A56E2A" w:rsidRPr="00317ABC" w14:paraId="2A413981" w14:textId="77777777" w:rsidTr="00F80601">
        <w:trPr>
          <w:trHeight w:val="445"/>
          <w:jc w:val="center"/>
        </w:trPr>
        <w:tc>
          <w:tcPr>
            <w:tcW w:w="2764" w:type="dxa"/>
            <w:tcBorders>
              <w:left w:val="nil"/>
              <w:bottom w:val="single" w:sz="4" w:space="0" w:color="auto"/>
              <w:right w:val="nil"/>
            </w:tcBorders>
          </w:tcPr>
          <w:p w14:paraId="423DBB56" w14:textId="77777777" w:rsidR="00A56E2A" w:rsidRPr="00317ABC" w:rsidRDefault="00A56E2A" w:rsidP="00246EFD">
            <w:pPr>
              <w:spacing w:before="80" w:after="80"/>
              <w:jc w:val="center"/>
              <w:rPr>
                <w:b/>
                <w:bCs/>
              </w:rPr>
            </w:pPr>
            <w:r w:rsidRPr="00317ABC">
              <w:rPr>
                <w:b/>
                <w:bCs/>
              </w:rPr>
              <w:t>Particulars</w:t>
            </w:r>
          </w:p>
        </w:tc>
        <w:tc>
          <w:tcPr>
            <w:tcW w:w="2123" w:type="dxa"/>
            <w:tcBorders>
              <w:left w:val="nil"/>
              <w:bottom w:val="single" w:sz="4" w:space="0" w:color="auto"/>
              <w:right w:val="nil"/>
            </w:tcBorders>
          </w:tcPr>
          <w:p w14:paraId="5548A3C3" w14:textId="77777777" w:rsidR="00A56E2A" w:rsidRPr="00317ABC" w:rsidRDefault="00A56E2A" w:rsidP="00246EFD">
            <w:pPr>
              <w:spacing w:before="80" w:after="80"/>
              <w:jc w:val="center"/>
              <w:rPr>
                <w:b/>
                <w:bCs/>
              </w:rPr>
            </w:pPr>
            <w:r w:rsidRPr="00317ABC">
              <w:rPr>
                <w:b/>
                <w:bCs/>
              </w:rPr>
              <w:t>No. screened</w:t>
            </w:r>
          </w:p>
        </w:tc>
        <w:tc>
          <w:tcPr>
            <w:tcW w:w="1834" w:type="dxa"/>
            <w:tcBorders>
              <w:left w:val="nil"/>
              <w:bottom w:val="single" w:sz="4" w:space="0" w:color="auto"/>
              <w:right w:val="nil"/>
            </w:tcBorders>
          </w:tcPr>
          <w:p w14:paraId="5EBF61A8" w14:textId="77777777" w:rsidR="00A56E2A" w:rsidRPr="00317ABC" w:rsidRDefault="00A56E2A" w:rsidP="00246EFD">
            <w:pPr>
              <w:spacing w:before="80" w:after="80"/>
              <w:jc w:val="center"/>
              <w:rPr>
                <w:b/>
                <w:bCs/>
              </w:rPr>
            </w:pPr>
            <w:r w:rsidRPr="00317ABC">
              <w:rPr>
                <w:b/>
                <w:bCs/>
              </w:rPr>
              <w:t>No. affected</w:t>
            </w:r>
          </w:p>
        </w:tc>
        <w:tc>
          <w:tcPr>
            <w:tcW w:w="1960" w:type="dxa"/>
            <w:tcBorders>
              <w:left w:val="nil"/>
              <w:bottom w:val="single" w:sz="4" w:space="0" w:color="auto"/>
              <w:right w:val="nil"/>
            </w:tcBorders>
          </w:tcPr>
          <w:p w14:paraId="6F12407F" w14:textId="77777777" w:rsidR="00A56E2A" w:rsidRPr="00317ABC" w:rsidRDefault="00A56E2A" w:rsidP="00246EFD">
            <w:pPr>
              <w:spacing w:before="80" w:after="80"/>
              <w:jc w:val="center"/>
              <w:rPr>
                <w:b/>
                <w:bCs/>
              </w:rPr>
            </w:pPr>
            <w:r w:rsidRPr="00317ABC">
              <w:rPr>
                <w:b/>
                <w:bCs/>
              </w:rPr>
              <w:t>Incidence (%)</w:t>
            </w:r>
          </w:p>
        </w:tc>
      </w:tr>
      <w:tr w:rsidR="00A56E2A" w:rsidRPr="00317ABC" w14:paraId="3696E971" w14:textId="77777777" w:rsidTr="00F80601">
        <w:trPr>
          <w:trHeight w:val="729"/>
          <w:jc w:val="center"/>
        </w:trPr>
        <w:tc>
          <w:tcPr>
            <w:tcW w:w="2764" w:type="dxa"/>
            <w:tcBorders>
              <w:left w:val="nil"/>
              <w:right w:val="nil"/>
            </w:tcBorders>
          </w:tcPr>
          <w:p w14:paraId="2347DCF6" w14:textId="77777777" w:rsidR="00A56E2A" w:rsidRPr="00317ABC" w:rsidRDefault="00A56E2A" w:rsidP="00246EFD">
            <w:pPr>
              <w:spacing w:before="80" w:after="80"/>
              <w:jc w:val="both"/>
            </w:pPr>
            <w:r w:rsidRPr="00317ABC">
              <w:t>Total dog population studied</w:t>
            </w:r>
          </w:p>
        </w:tc>
        <w:tc>
          <w:tcPr>
            <w:tcW w:w="2123" w:type="dxa"/>
            <w:tcBorders>
              <w:left w:val="nil"/>
              <w:right w:val="nil"/>
            </w:tcBorders>
            <w:vAlign w:val="center"/>
          </w:tcPr>
          <w:p w14:paraId="16F48DB4" w14:textId="77777777" w:rsidR="00A56E2A" w:rsidRPr="00317ABC" w:rsidRDefault="00A56E2A" w:rsidP="00246EFD">
            <w:pPr>
              <w:spacing w:before="80" w:after="80"/>
              <w:jc w:val="center"/>
            </w:pPr>
            <w:r w:rsidRPr="00317ABC">
              <w:t>2397</w:t>
            </w:r>
          </w:p>
        </w:tc>
        <w:tc>
          <w:tcPr>
            <w:tcW w:w="1834" w:type="dxa"/>
            <w:tcBorders>
              <w:left w:val="nil"/>
              <w:right w:val="nil"/>
            </w:tcBorders>
            <w:vAlign w:val="center"/>
          </w:tcPr>
          <w:p w14:paraId="3EECFF0B" w14:textId="77777777" w:rsidR="00A56E2A" w:rsidRPr="00317ABC" w:rsidRDefault="00A56E2A" w:rsidP="00246EFD">
            <w:pPr>
              <w:spacing w:before="80" w:after="80"/>
              <w:jc w:val="center"/>
            </w:pPr>
            <w:r w:rsidRPr="00317ABC">
              <w:t>117</w:t>
            </w:r>
          </w:p>
        </w:tc>
        <w:tc>
          <w:tcPr>
            <w:tcW w:w="1960" w:type="dxa"/>
            <w:tcBorders>
              <w:left w:val="nil"/>
              <w:right w:val="nil"/>
            </w:tcBorders>
            <w:vAlign w:val="center"/>
          </w:tcPr>
          <w:p w14:paraId="25011BDE" w14:textId="77777777" w:rsidR="00A56E2A" w:rsidRPr="00317ABC" w:rsidRDefault="00A56E2A" w:rsidP="00246EFD">
            <w:pPr>
              <w:spacing w:before="80" w:after="80"/>
              <w:jc w:val="center"/>
            </w:pPr>
            <w:r w:rsidRPr="00317ABC">
              <w:t>4.88</w:t>
            </w:r>
          </w:p>
        </w:tc>
      </w:tr>
    </w:tbl>
    <w:p w14:paraId="44A4C6C6" w14:textId="1E31C19E" w:rsidR="001C4C38" w:rsidRPr="00317ABC" w:rsidRDefault="00DE5361" w:rsidP="00A56E2A">
      <w:pPr>
        <w:jc w:val="both"/>
        <w:rPr>
          <w:b/>
          <w:bCs/>
        </w:rPr>
      </w:pPr>
      <w:r w:rsidRPr="00317ABC">
        <w:rPr>
          <w:b/>
          <w:bCs/>
        </w:rPr>
        <w:t>3.2 A</w:t>
      </w:r>
      <w:r w:rsidR="00317ABC" w:rsidRPr="00317ABC">
        <w:rPr>
          <w:b/>
          <w:bCs/>
        </w:rPr>
        <w:t>ge</w:t>
      </w:r>
      <w:r w:rsidR="00317ABC">
        <w:rPr>
          <w:b/>
          <w:bCs/>
        </w:rPr>
        <w:t xml:space="preserve"> </w:t>
      </w:r>
      <w:r w:rsidR="00317ABC" w:rsidRPr="00317ABC">
        <w:rPr>
          <w:b/>
          <w:bCs/>
        </w:rPr>
        <w:t>wise distribution of respiratory tract diseases</w:t>
      </w:r>
    </w:p>
    <w:p w14:paraId="50E97EEF" w14:textId="62C430E9" w:rsidR="00A56E2A" w:rsidRPr="00317ABC" w:rsidRDefault="00317ABC" w:rsidP="00317ABC">
      <w:pPr>
        <w:spacing w:line="360" w:lineRule="auto"/>
        <w:ind w:firstLine="720"/>
        <w:jc w:val="both"/>
      </w:pPr>
      <w:r w:rsidRPr="00317ABC">
        <w:t>The dogs of varying ages included in the study were classified into four age groups. The age wise distribution of respiratory tract diseases was highest in dogs of more than 6 years of age, accounting for 39.32 per cent, followed by dogs in the age group of 3-6 years with 23.93 per cent. Dogs aged 0-1 year showed a distribution of 20.51 per cent, while the lowest distribution was observed in 1-3 years of age group with 16.24 per cent.</w:t>
      </w:r>
      <w:r>
        <w:t xml:space="preserve"> A</w:t>
      </w:r>
      <w:r w:rsidRPr="00317ABC">
        <w:t>ge</w:t>
      </w:r>
      <w:r>
        <w:t xml:space="preserve"> </w:t>
      </w:r>
      <w:r w:rsidRPr="00317ABC">
        <w:t>wise distribution of respiratory tract diseases varied significantly, indicating a higher susceptibility in older dogs</w:t>
      </w:r>
      <w:r>
        <w:t xml:space="preserve"> (Table 02)</w:t>
      </w:r>
      <w:r w:rsidRPr="00317ABC">
        <w:t xml:space="preserve">. </w:t>
      </w:r>
    </w:p>
    <w:p w14:paraId="5F0976BA" w14:textId="5386C5A3" w:rsidR="00317ABC" w:rsidRPr="00317ABC" w:rsidRDefault="00317ABC" w:rsidP="00317ABC">
      <w:pPr>
        <w:spacing w:after="120" w:line="360" w:lineRule="auto"/>
        <w:ind w:firstLine="1440"/>
        <w:jc w:val="both"/>
      </w:pPr>
      <w:r w:rsidRPr="00317ABC">
        <w:t xml:space="preserve">The results of the present study, which showed a higher distribution of respiratory tract diseases in dogs aged more than six years, are in close agreement with </w:t>
      </w:r>
      <w:r w:rsidRPr="00317ABC">
        <w:lastRenderedPageBreak/>
        <w:t xml:space="preserve">Savitha (2017) who observed greater susceptibility of pulmonary disorders in older dogs and Dimopoulou </w:t>
      </w:r>
      <w:r w:rsidRPr="00317ABC">
        <w:rPr>
          <w:i/>
          <w:iCs/>
        </w:rPr>
        <w:t>et al</w:t>
      </w:r>
      <w:r w:rsidRPr="00317ABC">
        <w:t>. (2023), who reported respiratory tract diseases in dogs with median age of 7.81 years.</w:t>
      </w:r>
      <w:r>
        <w:t xml:space="preserve"> </w:t>
      </w:r>
      <w:r w:rsidRPr="00317ABC">
        <w:t xml:space="preserve">On the contrary </w:t>
      </w:r>
      <w:proofErr w:type="spellStart"/>
      <w:r w:rsidRPr="00317ABC">
        <w:t>Ayodhya</w:t>
      </w:r>
      <w:proofErr w:type="spellEnd"/>
      <w:r w:rsidRPr="00317ABC">
        <w:t xml:space="preserve"> </w:t>
      </w:r>
      <w:r w:rsidRPr="00317ABC">
        <w:rPr>
          <w:i/>
        </w:rPr>
        <w:t>et al.</w:t>
      </w:r>
      <w:r w:rsidRPr="00317ABC">
        <w:t xml:space="preserve"> (2013) and </w:t>
      </w:r>
      <w:proofErr w:type="spellStart"/>
      <w:r w:rsidRPr="00317ABC">
        <w:t>Canonne</w:t>
      </w:r>
      <w:proofErr w:type="spellEnd"/>
      <w:r w:rsidRPr="00317ABC">
        <w:t xml:space="preserve"> </w:t>
      </w:r>
      <w:r w:rsidRPr="00317ABC">
        <w:rPr>
          <w:i/>
        </w:rPr>
        <w:t>et al.</w:t>
      </w:r>
      <w:r w:rsidRPr="00317ABC">
        <w:t xml:space="preserve"> (2020) reported the highest occurrence of respiratory tract diseases in puppies aged 0</w:t>
      </w:r>
      <w:r>
        <w:t>-</w:t>
      </w:r>
      <w:r w:rsidRPr="00317ABC">
        <w:t xml:space="preserve">6 months, while </w:t>
      </w:r>
      <w:proofErr w:type="spellStart"/>
      <w:r w:rsidRPr="00317ABC">
        <w:t>Qekwana</w:t>
      </w:r>
      <w:proofErr w:type="spellEnd"/>
      <w:r w:rsidRPr="00317ABC">
        <w:t xml:space="preserve"> </w:t>
      </w:r>
      <w:r w:rsidRPr="00317ABC">
        <w:rPr>
          <w:i/>
        </w:rPr>
        <w:t>et al.</w:t>
      </w:r>
      <w:r w:rsidRPr="00317ABC">
        <w:t xml:space="preserve"> (2020) and Rose </w:t>
      </w:r>
      <w:r w:rsidRPr="00317ABC">
        <w:rPr>
          <w:i/>
          <w:iCs/>
        </w:rPr>
        <w:t>et al</w:t>
      </w:r>
      <w:r w:rsidRPr="00317ABC">
        <w:t>. (2024) observed greater susceptibility in dogs below 2 years of age, indicating a predominance of respiratory tract diseases in younger dogs in their respective studies.</w:t>
      </w:r>
    </w:p>
    <w:p w14:paraId="5FF397D1" w14:textId="7DD907ED" w:rsidR="00317ABC" w:rsidRPr="00F80601" w:rsidRDefault="00317ABC" w:rsidP="00F80601">
      <w:pPr>
        <w:spacing w:after="120" w:line="360" w:lineRule="auto"/>
        <w:ind w:firstLine="1440"/>
        <w:jc w:val="both"/>
      </w:pPr>
      <w:r w:rsidRPr="00317ABC">
        <w:t>The higher distribution of respiratory tract diseases in dogs of more than six years of age might be due to age-related physiological and immunological changes in the respiratory system, along with a general decline in immune competence</w:t>
      </w:r>
      <w:r w:rsidR="005C16D9">
        <w:t xml:space="preserve"> (Day, 2010)</w:t>
      </w:r>
      <w:r w:rsidRPr="00317ABC">
        <w:t>.</w:t>
      </w:r>
    </w:p>
    <w:p w14:paraId="6D91A7E0" w14:textId="09BB0D2F" w:rsidR="00A56E2A" w:rsidRPr="00317ABC" w:rsidRDefault="00A56E2A" w:rsidP="00A56E2A">
      <w:pPr>
        <w:spacing w:after="60" w:line="360" w:lineRule="auto"/>
        <w:jc w:val="both"/>
      </w:pPr>
      <w:r w:rsidRPr="00317ABC">
        <w:rPr>
          <w:b/>
          <w:bCs/>
        </w:rPr>
        <w:t>Table 0</w:t>
      </w:r>
      <w:r w:rsidR="000C21D8" w:rsidRPr="00317ABC">
        <w:rPr>
          <w:b/>
          <w:bCs/>
        </w:rPr>
        <w:t>2</w:t>
      </w:r>
      <w:r w:rsidRPr="00317ABC">
        <w:rPr>
          <w:b/>
          <w:bCs/>
        </w:rPr>
        <w:t>: Age wise distribution of respiratory tract diseases in dogs</w:t>
      </w:r>
    </w:p>
    <w:tbl>
      <w:tblPr>
        <w:tblStyle w:val="TableGrid"/>
        <w:tblW w:w="0" w:type="auto"/>
        <w:jc w:val="center"/>
        <w:tblLook w:val="04A0" w:firstRow="1" w:lastRow="0" w:firstColumn="1" w:lastColumn="0" w:noHBand="0" w:noVBand="1"/>
      </w:tblPr>
      <w:tblGrid>
        <w:gridCol w:w="3091"/>
        <w:gridCol w:w="3060"/>
        <w:gridCol w:w="1890"/>
      </w:tblGrid>
      <w:tr w:rsidR="00A56E2A" w:rsidRPr="00317ABC" w14:paraId="584CFFEE" w14:textId="77777777" w:rsidTr="00F80601">
        <w:trPr>
          <w:trHeight w:val="55"/>
          <w:jc w:val="center"/>
        </w:trPr>
        <w:tc>
          <w:tcPr>
            <w:tcW w:w="3091" w:type="dxa"/>
            <w:tcBorders>
              <w:left w:val="nil"/>
              <w:bottom w:val="single" w:sz="4" w:space="0" w:color="auto"/>
              <w:right w:val="nil"/>
            </w:tcBorders>
          </w:tcPr>
          <w:p w14:paraId="64CCA58C" w14:textId="77777777" w:rsidR="00A56E2A" w:rsidRPr="00317ABC" w:rsidRDefault="00A56E2A" w:rsidP="00246EFD">
            <w:pPr>
              <w:spacing w:before="40" w:after="40"/>
              <w:jc w:val="center"/>
              <w:rPr>
                <w:b/>
                <w:bCs/>
              </w:rPr>
            </w:pPr>
            <w:r w:rsidRPr="00317ABC">
              <w:rPr>
                <w:b/>
                <w:bCs/>
              </w:rPr>
              <w:t>Age(years)</w:t>
            </w:r>
          </w:p>
        </w:tc>
        <w:tc>
          <w:tcPr>
            <w:tcW w:w="3060" w:type="dxa"/>
            <w:tcBorders>
              <w:left w:val="nil"/>
              <w:bottom w:val="single" w:sz="4" w:space="0" w:color="auto"/>
              <w:right w:val="nil"/>
            </w:tcBorders>
          </w:tcPr>
          <w:p w14:paraId="19F7E4DF" w14:textId="77777777" w:rsidR="00A56E2A" w:rsidRPr="00317ABC" w:rsidRDefault="00A56E2A" w:rsidP="00246EFD">
            <w:pPr>
              <w:spacing w:before="40" w:after="40"/>
              <w:jc w:val="center"/>
              <w:rPr>
                <w:b/>
                <w:bCs/>
              </w:rPr>
            </w:pPr>
            <w:r w:rsidRPr="00317ABC">
              <w:rPr>
                <w:b/>
                <w:bCs/>
              </w:rPr>
              <w:t>No. affected (n=117)</w:t>
            </w:r>
          </w:p>
        </w:tc>
        <w:tc>
          <w:tcPr>
            <w:tcW w:w="1890" w:type="dxa"/>
            <w:tcBorders>
              <w:left w:val="nil"/>
              <w:bottom w:val="single" w:sz="4" w:space="0" w:color="auto"/>
              <w:right w:val="nil"/>
            </w:tcBorders>
          </w:tcPr>
          <w:p w14:paraId="5613FFE6" w14:textId="77777777" w:rsidR="00A56E2A" w:rsidRPr="00317ABC" w:rsidRDefault="00A56E2A" w:rsidP="00246EFD">
            <w:pPr>
              <w:spacing w:before="40" w:after="40"/>
              <w:jc w:val="center"/>
              <w:rPr>
                <w:b/>
                <w:bCs/>
              </w:rPr>
            </w:pPr>
            <w:r w:rsidRPr="00317ABC">
              <w:rPr>
                <w:b/>
                <w:bCs/>
              </w:rPr>
              <w:t>Per cent (%)</w:t>
            </w:r>
          </w:p>
        </w:tc>
      </w:tr>
      <w:tr w:rsidR="00A56E2A" w:rsidRPr="00317ABC" w14:paraId="615E06FA" w14:textId="77777777" w:rsidTr="00F80601">
        <w:trPr>
          <w:trHeight w:val="217"/>
          <w:jc w:val="center"/>
        </w:trPr>
        <w:tc>
          <w:tcPr>
            <w:tcW w:w="3091" w:type="dxa"/>
            <w:tcBorders>
              <w:top w:val="single" w:sz="4" w:space="0" w:color="auto"/>
              <w:left w:val="nil"/>
              <w:bottom w:val="nil"/>
              <w:right w:val="nil"/>
            </w:tcBorders>
          </w:tcPr>
          <w:p w14:paraId="1D034473" w14:textId="77777777" w:rsidR="00A56E2A" w:rsidRPr="00317ABC" w:rsidRDefault="00A56E2A" w:rsidP="00246EFD">
            <w:pPr>
              <w:spacing w:before="40" w:after="40"/>
              <w:jc w:val="center"/>
            </w:pPr>
            <w:r w:rsidRPr="00317ABC">
              <w:t>0-1</w:t>
            </w:r>
          </w:p>
        </w:tc>
        <w:tc>
          <w:tcPr>
            <w:tcW w:w="3060" w:type="dxa"/>
            <w:tcBorders>
              <w:top w:val="single" w:sz="4" w:space="0" w:color="auto"/>
              <w:left w:val="nil"/>
              <w:bottom w:val="nil"/>
              <w:right w:val="nil"/>
            </w:tcBorders>
          </w:tcPr>
          <w:p w14:paraId="2165B457" w14:textId="77777777" w:rsidR="00A56E2A" w:rsidRPr="00317ABC" w:rsidRDefault="00A56E2A" w:rsidP="00246EFD">
            <w:pPr>
              <w:spacing w:before="40" w:after="40"/>
              <w:jc w:val="center"/>
            </w:pPr>
            <w:r w:rsidRPr="00317ABC">
              <w:t>24</w:t>
            </w:r>
          </w:p>
        </w:tc>
        <w:tc>
          <w:tcPr>
            <w:tcW w:w="1890" w:type="dxa"/>
            <w:tcBorders>
              <w:top w:val="single" w:sz="4" w:space="0" w:color="auto"/>
              <w:left w:val="nil"/>
              <w:bottom w:val="nil"/>
              <w:right w:val="nil"/>
            </w:tcBorders>
          </w:tcPr>
          <w:p w14:paraId="55C428CC" w14:textId="77777777" w:rsidR="00A56E2A" w:rsidRPr="00317ABC" w:rsidRDefault="00A56E2A" w:rsidP="00246EFD">
            <w:pPr>
              <w:spacing w:before="40" w:after="40"/>
              <w:jc w:val="center"/>
            </w:pPr>
            <w:r w:rsidRPr="00317ABC">
              <w:t>20.51</w:t>
            </w:r>
          </w:p>
        </w:tc>
      </w:tr>
      <w:tr w:rsidR="00A56E2A" w:rsidRPr="00317ABC" w14:paraId="3EA7CCAE" w14:textId="77777777" w:rsidTr="00F80601">
        <w:trPr>
          <w:trHeight w:val="217"/>
          <w:jc w:val="center"/>
        </w:trPr>
        <w:tc>
          <w:tcPr>
            <w:tcW w:w="3091" w:type="dxa"/>
            <w:tcBorders>
              <w:top w:val="nil"/>
              <w:left w:val="nil"/>
              <w:bottom w:val="nil"/>
              <w:right w:val="nil"/>
            </w:tcBorders>
          </w:tcPr>
          <w:p w14:paraId="6F3EA219" w14:textId="77777777" w:rsidR="00A56E2A" w:rsidRPr="00317ABC" w:rsidRDefault="00A56E2A" w:rsidP="00246EFD">
            <w:pPr>
              <w:spacing w:before="40" w:after="40"/>
              <w:jc w:val="center"/>
            </w:pPr>
            <w:r w:rsidRPr="00317ABC">
              <w:t>1-3</w:t>
            </w:r>
          </w:p>
        </w:tc>
        <w:tc>
          <w:tcPr>
            <w:tcW w:w="3060" w:type="dxa"/>
            <w:tcBorders>
              <w:top w:val="nil"/>
              <w:left w:val="nil"/>
              <w:bottom w:val="nil"/>
              <w:right w:val="nil"/>
            </w:tcBorders>
          </w:tcPr>
          <w:p w14:paraId="50DD8DE5" w14:textId="77777777" w:rsidR="00A56E2A" w:rsidRPr="00317ABC" w:rsidRDefault="00A56E2A" w:rsidP="00246EFD">
            <w:pPr>
              <w:spacing w:before="40" w:after="40"/>
              <w:jc w:val="center"/>
            </w:pPr>
            <w:r w:rsidRPr="00317ABC">
              <w:t>19</w:t>
            </w:r>
          </w:p>
        </w:tc>
        <w:tc>
          <w:tcPr>
            <w:tcW w:w="1890" w:type="dxa"/>
            <w:tcBorders>
              <w:top w:val="nil"/>
              <w:left w:val="nil"/>
              <w:bottom w:val="nil"/>
              <w:right w:val="nil"/>
            </w:tcBorders>
          </w:tcPr>
          <w:p w14:paraId="5E996AEC" w14:textId="77777777" w:rsidR="00A56E2A" w:rsidRPr="00317ABC" w:rsidRDefault="00A56E2A" w:rsidP="00246EFD">
            <w:pPr>
              <w:spacing w:before="40" w:after="40"/>
              <w:jc w:val="center"/>
            </w:pPr>
            <w:r w:rsidRPr="00317ABC">
              <w:t>16.24</w:t>
            </w:r>
          </w:p>
        </w:tc>
      </w:tr>
      <w:tr w:rsidR="00A56E2A" w:rsidRPr="00317ABC" w14:paraId="21037BCE" w14:textId="77777777" w:rsidTr="00F80601">
        <w:trPr>
          <w:trHeight w:val="230"/>
          <w:jc w:val="center"/>
        </w:trPr>
        <w:tc>
          <w:tcPr>
            <w:tcW w:w="3091" w:type="dxa"/>
            <w:tcBorders>
              <w:top w:val="nil"/>
              <w:left w:val="nil"/>
              <w:bottom w:val="nil"/>
              <w:right w:val="nil"/>
            </w:tcBorders>
          </w:tcPr>
          <w:p w14:paraId="46640D19" w14:textId="77777777" w:rsidR="00A56E2A" w:rsidRPr="00317ABC" w:rsidRDefault="00A56E2A" w:rsidP="00246EFD">
            <w:pPr>
              <w:spacing w:before="40" w:after="40"/>
              <w:jc w:val="center"/>
            </w:pPr>
            <w:r w:rsidRPr="00317ABC">
              <w:t>3-6</w:t>
            </w:r>
          </w:p>
        </w:tc>
        <w:tc>
          <w:tcPr>
            <w:tcW w:w="3060" w:type="dxa"/>
            <w:tcBorders>
              <w:top w:val="nil"/>
              <w:left w:val="nil"/>
              <w:bottom w:val="nil"/>
              <w:right w:val="nil"/>
            </w:tcBorders>
          </w:tcPr>
          <w:p w14:paraId="0757426A" w14:textId="77777777" w:rsidR="00A56E2A" w:rsidRPr="00317ABC" w:rsidRDefault="00A56E2A" w:rsidP="00246EFD">
            <w:pPr>
              <w:spacing w:before="40" w:after="40"/>
              <w:jc w:val="center"/>
            </w:pPr>
            <w:r w:rsidRPr="00317ABC">
              <w:t>28</w:t>
            </w:r>
          </w:p>
        </w:tc>
        <w:tc>
          <w:tcPr>
            <w:tcW w:w="1890" w:type="dxa"/>
            <w:tcBorders>
              <w:top w:val="nil"/>
              <w:left w:val="nil"/>
              <w:bottom w:val="nil"/>
              <w:right w:val="nil"/>
            </w:tcBorders>
          </w:tcPr>
          <w:p w14:paraId="399B972D" w14:textId="77777777" w:rsidR="00A56E2A" w:rsidRPr="00317ABC" w:rsidRDefault="00A56E2A" w:rsidP="00246EFD">
            <w:pPr>
              <w:spacing w:before="40" w:after="40"/>
              <w:jc w:val="center"/>
            </w:pPr>
            <w:r w:rsidRPr="00317ABC">
              <w:t>23.93</w:t>
            </w:r>
          </w:p>
        </w:tc>
      </w:tr>
      <w:tr w:rsidR="00A56E2A" w:rsidRPr="00317ABC" w14:paraId="6FBE6851" w14:textId="77777777" w:rsidTr="00F80601">
        <w:trPr>
          <w:trHeight w:val="217"/>
          <w:jc w:val="center"/>
        </w:trPr>
        <w:tc>
          <w:tcPr>
            <w:tcW w:w="3091" w:type="dxa"/>
            <w:tcBorders>
              <w:top w:val="nil"/>
              <w:left w:val="nil"/>
              <w:bottom w:val="single" w:sz="4" w:space="0" w:color="auto"/>
              <w:right w:val="nil"/>
            </w:tcBorders>
          </w:tcPr>
          <w:p w14:paraId="1DB15B3D" w14:textId="77777777" w:rsidR="00A56E2A" w:rsidRPr="00317ABC" w:rsidRDefault="00A56E2A" w:rsidP="00246EFD">
            <w:pPr>
              <w:spacing w:before="40" w:after="40"/>
              <w:jc w:val="center"/>
            </w:pPr>
            <w:r w:rsidRPr="00317ABC">
              <w:t>&gt;6</w:t>
            </w:r>
          </w:p>
        </w:tc>
        <w:tc>
          <w:tcPr>
            <w:tcW w:w="3060" w:type="dxa"/>
            <w:tcBorders>
              <w:top w:val="nil"/>
              <w:left w:val="nil"/>
              <w:bottom w:val="single" w:sz="4" w:space="0" w:color="auto"/>
              <w:right w:val="nil"/>
            </w:tcBorders>
          </w:tcPr>
          <w:p w14:paraId="3805FEFD" w14:textId="77777777" w:rsidR="00A56E2A" w:rsidRPr="00317ABC" w:rsidRDefault="00A56E2A" w:rsidP="00246EFD">
            <w:pPr>
              <w:spacing w:before="40" w:after="40"/>
              <w:jc w:val="center"/>
            </w:pPr>
            <w:r w:rsidRPr="00317ABC">
              <w:t>46</w:t>
            </w:r>
          </w:p>
        </w:tc>
        <w:tc>
          <w:tcPr>
            <w:tcW w:w="1890" w:type="dxa"/>
            <w:tcBorders>
              <w:top w:val="nil"/>
              <w:left w:val="nil"/>
              <w:bottom w:val="single" w:sz="4" w:space="0" w:color="auto"/>
              <w:right w:val="nil"/>
            </w:tcBorders>
          </w:tcPr>
          <w:p w14:paraId="591402DB" w14:textId="77777777" w:rsidR="00A56E2A" w:rsidRPr="00317ABC" w:rsidRDefault="00A56E2A" w:rsidP="00246EFD">
            <w:pPr>
              <w:spacing w:before="40" w:after="40"/>
              <w:jc w:val="center"/>
            </w:pPr>
            <w:r w:rsidRPr="00317ABC">
              <w:t>39.32</w:t>
            </w:r>
          </w:p>
        </w:tc>
      </w:tr>
      <w:tr w:rsidR="00A56E2A" w:rsidRPr="00317ABC" w14:paraId="150299C6" w14:textId="77777777" w:rsidTr="00F80601">
        <w:trPr>
          <w:trHeight w:val="170"/>
          <w:jc w:val="center"/>
        </w:trPr>
        <w:tc>
          <w:tcPr>
            <w:tcW w:w="8041" w:type="dxa"/>
            <w:gridSpan w:val="3"/>
            <w:tcBorders>
              <w:left w:val="nil"/>
              <w:right w:val="nil"/>
            </w:tcBorders>
          </w:tcPr>
          <w:p w14:paraId="76B4E6AE" w14:textId="69864AA0" w:rsidR="00A56E2A" w:rsidRPr="00F80601" w:rsidRDefault="00A56E2A" w:rsidP="00F80601">
            <w:pPr>
              <w:spacing w:line="360" w:lineRule="auto"/>
              <w:jc w:val="both"/>
              <w:rPr>
                <w:rFonts w:ascii="Arial" w:hAnsi="Arial" w:cs="Arial"/>
                <w:bCs/>
                <w:sz w:val="22"/>
              </w:rPr>
            </w:pPr>
            <w:r w:rsidRPr="00317ABC">
              <w:sym w:font="Symbol" w:char="F020"/>
            </w:r>
            <w:r w:rsidRPr="00317ABC">
              <w:sym w:font="Symbol" w:char="F063"/>
            </w:r>
            <w:r w:rsidRPr="00317ABC">
              <w:t xml:space="preserve">²=14.17*                                    </w:t>
            </w:r>
            <w:r w:rsidR="00F80601" w:rsidRPr="004A6CBD">
              <w:rPr>
                <w:rFonts w:ascii="Arial" w:hAnsi="Arial" w:cs="Arial"/>
                <w:bCs/>
                <w:sz w:val="22"/>
              </w:rPr>
              <w:t>*Significant at p &lt; 0.05</w:t>
            </w:r>
          </w:p>
        </w:tc>
      </w:tr>
    </w:tbl>
    <w:p w14:paraId="0C10DEF6" w14:textId="078792D4" w:rsidR="001C4C38" w:rsidRPr="00317ABC" w:rsidRDefault="00DE5361" w:rsidP="00282661">
      <w:pPr>
        <w:pStyle w:val="Heading2"/>
        <w:jc w:val="both"/>
        <w:rPr>
          <w:rFonts w:ascii="Times New Roman" w:hAnsi="Times New Roman" w:cs="Times New Roman"/>
          <w:sz w:val="24"/>
          <w:szCs w:val="24"/>
        </w:rPr>
      </w:pPr>
      <w:r w:rsidRPr="00317ABC">
        <w:rPr>
          <w:rFonts w:ascii="Times New Roman" w:hAnsi="Times New Roman" w:cs="Times New Roman"/>
          <w:color w:val="000000" w:themeColor="text1"/>
          <w:sz w:val="24"/>
          <w:szCs w:val="24"/>
        </w:rPr>
        <w:t xml:space="preserve">3.3 </w:t>
      </w:r>
      <w:r w:rsidR="00A56E2A" w:rsidRPr="00317ABC">
        <w:rPr>
          <w:rFonts w:ascii="Times New Roman" w:hAnsi="Times New Roman" w:cs="Times New Roman"/>
          <w:color w:val="000000" w:themeColor="text1"/>
          <w:sz w:val="24"/>
          <w:szCs w:val="24"/>
        </w:rPr>
        <w:t>Gender-</w:t>
      </w:r>
      <w:r w:rsidRPr="00317ABC">
        <w:rPr>
          <w:rFonts w:ascii="Times New Roman" w:hAnsi="Times New Roman" w:cs="Times New Roman"/>
          <w:color w:val="000000" w:themeColor="text1"/>
          <w:sz w:val="24"/>
          <w:szCs w:val="24"/>
        </w:rPr>
        <w:t>wise Distribution of Respiratory Tract Diseases</w:t>
      </w:r>
    </w:p>
    <w:p w14:paraId="175FDD7C" w14:textId="20B4E1F5" w:rsidR="00A56E2A" w:rsidRPr="00317ABC" w:rsidRDefault="00317ABC" w:rsidP="00A56E2A">
      <w:pPr>
        <w:spacing w:line="360" w:lineRule="auto"/>
        <w:ind w:firstLine="1440"/>
        <w:jc w:val="both"/>
      </w:pPr>
      <w:r w:rsidRPr="00317ABC">
        <w:rPr>
          <w:spacing w:val="-4"/>
        </w:rPr>
        <w:t xml:space="preserve">The gender wise distribution of respiratory tract diseases revealed a higher distribution in male dogs, accounting for 67.52 per cent (79/117), whereas female dogs constituted 32.48 per cent (38/117) of the affected dogs. The gender-wise distribution of respiratory tract diseases in dogs varied significantly, with a significantly higher proportion of affected cases observed in male dogs as compared to female dogs (Table 03). </w:t>
      </w:r>
    </w:p>
    <w:p w14:paraId="30BD3F76" w14:textId="6513D30C" w:rsidR="00317ABC" w:rsidRPr="00317ABC" w:rsidRDefault="00317ABC" w:rsidP="00317ABC">
      <w:pPr>
        <w:spacing w:line="360" w:lineRule="auto"/>
        <w:ind w:firstLine="1440"/>
        <w:jc w:val="both"/>
      </w:pPr>
      <w:r w:rsidRPr="00317ABC">
        <w:t xml:space="preserve">The results of the present study, which showed a higher distribution of respiratory tract diseases in male dogs, are in close agreement with Kogan </w:t>
      </w:r>
      <w:r w:rsidRPr="00317ABC">
        <w:rPr>
          <w:i/>
          <w:iCs/>
        </w:rPr>
        <w:t>et al.</w:t>
      </w:r>
      <w:r w:rsidRPr="00317ABC">
        <w:t xml:space="preserve"> (2008),</w:t>
      </w:r>
      <w:r w:rsidRPr="00317ABC">
        <w:rPr>
          <w:rStyle w:val="apple-converted-space"/>
        </w:rPr>
        <w:t> </w:t>
      </w:r>
      <w:r w:rsidRPr="00317ABC">
        <w:rPr>
          <w:rStyle w:val="Strong"/>
          <w:b w:val="0"/>
          <w:bCs w:val="0"/>
        </w:rPr>
        <w:t xml:space="preserve">Dey </w:t>
      </w:r>
      <w:r w:rsidRPr="00317ABC">
        <w:rPr>
          <w:rStyle w:val="Strong"/>
          <w:b w:val="0"/>
          <w:bCs w:val="0"/>
          <w:i/>
          <w:iCs/>
        </w:rPr>
        <w:t>et al.</w:t>
      </w:r>
      <w:r w:rsidRPr="00317ABC">
        <w:rPr>
          <w:rStyle w:val="Strong"/>
          <w:b w:val="0"/>
          <w:bCs w:val="0"/>
        </w:rPr>
        <w:t xml:space="preserve"> (2013), Jain </w:t>
      </w:r>
      <w:r w:rsidRPr="00317ABC">
        <w:rPr>
          <w:rStyle w:val="Strong"/>
          <w:b w:val="0"/>
          <w:bCs w:val="0"/>
          <w:i/>
          <w:iCs/>
        </w:rPr>
        <w:t>et al</w:t>
      </w:r>
      <w:r w:rsidRPr="00317ABC">
        <w:rPr>
          <w:rStyle w:val="Strong"/>
          <w:b w:val="0"/>
          <w:bCs w:val="0"/>
        </w:rPr>
        <w:t>. (2015)</w:t>
      </w:r>
      <w:r w:rsidRPr="00317ABC">
        <w:rPr>
          <w:b/>
          <w:bCs/>
        </w:rPr>
        <w:t xml:space="preserve">, </w:t>
      </w:r>
      <w:r w:rsidRPr="00317ABC">
        <w:rPr>
          <w:rStyle w:val="Strong"/>
          <w:b w:val="0"/>
          <w:bCs w:val="0"/>
        </w:rPr>
        <w:t xml:space="preserve">Darcy </w:t>
      </w:r>
      <w:r w:rsidRPr="00317ABC">
        <w:rPr>
          <w:rStyle w:val="Strong"/>
          <w:b w:val="0"/>
          <w:bCs w:val="0"/>
          <w:i/>
          <w:iCs/>
        </w:rPr>
        <w:t>et al.</w:t>
      </w:r>
      <w:r w:rsidRPr="00317ABC">
        <w:rPr>
          <w:rStyle w:val="Strong"/>
          <w:b w:val="0"/>
          <w:bCs w:val="0"/>
        </w:rPr>
        <w:t xml:space="preserve"> (2018), Nakazawa </w:t>
      </w:r>
      <w:r w:rsidRPr="00317ABC">
        <w:rPr>
          <w:rStyle w:val="Strong"/>
          <w:b w:val="0"/>
          <w:bCs w:val="0"/>
          <w:i/>
          <w:iCs/>
        </w:rPr>
        <w:t>et al</w:t>
      </w:r>
      <w:r w:rsidRPr="00317ABC">
        <w:rPr>
          <w:rStyle w:val="Strong"/>
          <w:b w:val="0"/>
          <w:bCs w:val="0"/>
        </w:rPr>
        <w:t xml:space="preserve">. (2023), Sarkar </w:t>
      </w:r>
      <w:r w:rsidRPr="00317ABC">
        <w:rPr>
          <w:rStyle w:val="Strong"/>
          <w:b w:val="0"/>
          <w:bCs w:val="0"/>
          <w:i/>
          <w:iCs/>
        </w:rPr>
        <w:t>et al.</w:t>
      </w:r>
      <w:r w:rsidRPr="00317ABC">
        <w:rPr>
          <w:rStyle w:val="Strong"/>
          <w:b w:val="0"/>
          <w:bCs w:val="0"/>
        </w:rPr>
        <w:t xml:space="preserve"> (2023)</w:t>
      </w:r>
      <w:r w:rsidRPr="00317ABC">
        <w:rPr>
          <w:b/>
          <w:bCs/>
        </w:rPr>
        <w:t xml:space="preserve"> </w:t>
      </w:r>
      <w:r w:rsidRPr="00317ABC">
        <w:t>and</w:t>
      </w:r>
      <w:r w:rsidRPr="00317ABC">
        <w:rPr>
          <w:rStyle w:val="apple-converted-space"/>
        </w:rPr>
        <w:t> </w:t>
      </w:r>
      <w:r w:rsidRPr="00317ABC">
        <w:rPr>
          <w:rStyle w:val="Strong"/>
          <w:b w:val="0"/>
          <w:bCs w:val="0"/>
        </w:rPr>
        <w:t xml:space="preserve">Rose </w:t>
      </w:r>
      <w:r w:rsidRPr="00317ABC">
        <w:rPr>
          <w:rStyle w:val="Strong"/>
          <w:b w:val="0"/>
          <w:bCs w:val="0"/>
          <w:i/>
          <w:iCs/>
        </w:rPr>
        <w:t>et al.</w:t>
      </w:r>
      <w:r w:rsidRPr="00317ABC">
        <w:rPr>
          <w:rStyle w:val="Strong"/>
          <w:b w:val="0"/>
          <w:bCs w:val="0"/>
        </w:rPr>
        <w:t xml:space="preserve"> (2024)</w:t>
      </w:r>
      <w:r w:rsidRPr="00317ABC">
        <w:rPr>
          <w:b/>
          <w:bCs/>
        </w:rPr>
        <w:t xml:space="preserve"> </w:t>
      </w:r>
      <w:r w:rsidRPr="00317ABC">
        <w:t>who also reported higher prevalence of respiratory tract diseases in male</w:t>
      </w:r>
      <w:r w:rsidR="005C16D9">
        <w:t xml:space="preserve"> dogs</w:t>
      </w:r>
      <w:r w:rsidRPr="00317ABC">
        <w:t xml:space="preserve">. However, on the contrary </w:t>
      </w:r>
      <w:proofErr w:type="spellStart"/>
      <w:r w:rsidRPr="00317ABC">
        <w:rPr>
          <w:rStyle w:val="Strong"/>
          <w:b w:val="0"/>
          <w:bCs w:val="0"/>
        </w:rPr>
        <w:t>Ayodhya</w:t>
      </w:r>
      <w:proofErr w:type="spellEnd"/>
      <w:r w:rsidRPr="00317ABC">
        <w:rPr>
          <w:rStyle w:val="Strong"/>
          <w:b w:val="0"/>
          <w:bCs w:val="0"/>
        </w:rPr>
        <w:t xml:space="preserve"> </w:t>
      </w:r>
      <w:r w:rsidRPr="00317ABC">
        <w:rPr>
          <w:rStyle w:val="Strong"/>
          <w:b w:val="0"/>
          <w:bCs w:val="0"/>
          <w:i/>
          <w:iCs/>
        </w:rPr>
        <w:t>et al.</w:t>
      </w:r>
      <w:r w:rsidRPr="00317ABC">
        <w:rPr>
          <w:rStyle w:val="Strong"/>
          <w:b w:val="0"/>
          <w:bCs w:val="0"/>
        </w:rPr>
        <w:t xml:space="preserve"> (2013)</w:t>
      </w:r>
      <w:r w:rsidRPr="00317ABC">
        <w:rPr>
          <w:rStyle w:val="apple-converted-space"/>
        </w:rPr>
        <w:t> </w:t>
      </w:r>
      <w:r w:rsidRPr="00317ABC">
        <w:t>and</w:t>
      </w:r>
      <w:r w:rsidRPr="00317ABC">
        <w:rPr>
          <w:rStyle w:val="apple-converted-space"/>
          <w:b/>
          <w:bCs/>
        </w:rPr>
        <w:t> </w:t>
      </w:r>
      <w:proofErr w:type="spellStart"/>
      <w:r w:rsidRPr="00317ABC">
        <w:rPr>
          <w:rStyle w:val="Strong"/>
          <w:b w:val="0"/>
          <w:bCs w:val="0"/>
        </w:rPr>
        <w:t>Qekwana</w:t>
      </w:r>
      <w:proofErr w:type="spellEnd"/>
      <w:r w:rsidRPr="00317ABC">
        <w:rPr>
          <w:rStyle w:val="Strong"/>
          <w:b w:val="0"/>
          <w:bCs w:val="0"/>
        </w:rPr>
        <w:t xml:space="preserve"> </w:t>
      </w:r>
      <w:r w:rsidRPr="00317ABC">
        <w:rPr>
          <w:rStyle w:val="Strong"/>
          <w:b w:val="0"/>
          <w:bCs w:val="0"/>
          <w:i/>
          <w:iCs/>
        </w:rPr>
        <w:t>et al.</w:t>
      </w:r>
      <w:r w:rsidRPr="00317ABC">
        <w:rPr>
          <w:rStyle w:val="Strong"/>
          <w:b w:val="0"/>
          <w:bCs w:val="0"/>
        </w:rPr>
        <w:t xml:space="preserve"> (2020)</w:t>
      </w:r>
      <w:r w:rsidRPr="00317ABC">
        <w:rPr>
          <w:rStyle w:val="apple-converted-space"/>
        </w:rPr>
        <w:t> </w:t>
      </w:r>
      <w:r w:rsidRPr="00317ABC">
        <w:t>reported a slightly higher occurrence of respiratory tract infections in female dogs.</w:t>
      </w:r>
    </w:p>
    <w:p w14:paraId="67384CFC" w14:textId="77777777" w:rsidR="00317ABC" w:rsidRPr="00317ABC" w:rsidRDefault="00317ABC" w:rsidP="00317ABC">
      <w:pPr>
        <w:spacing w:line="360" w:lineRule="auto"/>
        <w:ind w:firstLine="1440"/>
        <w:jc w:val="both"/>
      </w:pPr>
      <w:r w:rsidRPr="00317ABC">
        <w:lastRenderedPageBreak/>
        <w:t>The higher distribution observed in male dogs in the present study may be due to a reason that a greater number of male dogs were presented to veterinary clinics, as well as the preferential selection of male dogs as companion animals by owners.</w:t>
      </w:r>
    </w:p>
    <w:p w14:paraId="2A9054FD" w14:textId="4E73F3D8" w:rsidR="00A56E2A" w:rsidRPr="00317ABC" w:rsidRDefault="00A56E2A" w:rsidP="00A56E2A">
      <w:pPr>
        <w:spacing w:after="40" w:line="360" w:lineRule="auto"/>
        <w:jc w:val="both"/>
        <w:rPr>
          <w:b/>
          <w:bCs/>
        </w:rPr>
      </w:pPr>
      <w:r w:rsidRPr="00317ABC">
        <w:rPr>
          <w:b/>
          <w:bCs/>
        </w:rPr>
        <w:t xml:space="preserve">Table </w:t>
      </w:r>
      <w:r w:rsidR="000C21D8" w:rsidRPr="00317ABC">
        <w:rPr>
          <w:b/>
          <w:bCs/>
        </w:rPr>
        <w:t>03</w:t>
      </w:r>
      <w:r w:rsidRPr="00317ABC">
        <w:rPr>
          <w:b/>
          <w:bCs/>
        </w:rPr>
        <w:t>: Gender wise distribution of respiratory tract diseases in dogs</w:t>
      </w:r>
    </w:p>
    <w:tbl>
      <w:tblPr>
        <w:tblStyle w:val="TableGrid"/>
        <w:tblW w:w="0" w:type="auto"/>
        <w:tblInd w:w="198" w:type="dxa"/>
        <w:tblLook w:val="04A0" w:firstRow="1" w:lastRow="0" w:firstColumn="1" w:lastColumn="0" w:noHBand="0" w:noVBand="1"/>
      </w:tblPr>
      <w:tblGrid>
        <w:gridCol w:w="1972"/>
        <w:gridCol w:w="3608"/>
        <w:gridCol w:w="2430"/>
      </w:tblGrid>
      <w:tr w:rsidR="00A56E2A" w:rsidRPr="00317ABC" w14:paraId="679E5625" w14:textId="77777777" w:rsidTr="00F47B51">
        <w:tc>
          <w:tcPr>
            <w:tcW w:w="1972" w:type="dxa"/>
            <w:tcBorders>
              <w:left w:val="nil"/>
              <w:bottom w:val="single" w:sz="4" w:space="0" w:color="auto"/>
              <w:right w:val="nil"/>
            </w:tcBorders>
          </w:tcPr>
          <w:p w14:paraId="2709133F" w14:textId="77777777" w:rsidR="00A56E2A" w:rsidRPr="00317ABC" w:rsidRDefault="00A56E2A" w:rsidP="00246EFD">
            <w:pPr>
              <w:spacing w:before="80" w:after="80"/>
              <w:jc w:val="center"/>
              <w:rPr>
                <w:b/>
                <w:bCs/>
              </w:rPr>
            </w:pPr>
            <w:r w:rsidRPr="00317ABC">
              <w:rPr>
                <w:b/>
                <w:bCs/>
              </w:rPr>
              <w:t>Gender</w:t>
            </w:r>
          </w:p>
        </w:tc>
        <w:tc>
          <w:tcPr>
            <w:tcW w:w="3608" w:type="dxa"/>
            <w:tcBorders>
              <w:left w:val="nil"/>
              <w:bottom w:val="single" w:sz="4" w:space="0" w:color="auto"/>
              <w:right w:val="nil"/>
            </w:tcBorders>
          </w:tcPr>
          <w:p w14:paraId="22342D75" w14:textId="77777777" w:rsidR="00A56E2A" w:rsidRPr="00317ABC" w:rsidRDefault="00A56E2A" w:rsidP="00246EFD">
            <w:pPr>
              <w:spacing w:before="80" w:after="80"/>
              <w:jc w:val="center"/>
              <w:rPr>
                <w:b/>
                <w:bCs/>
              </w:rPr>
            </w:pPr>
            <w:r w:rsidRPr="00317ABC">
              <w:rPr>
                <w:b/>
                <w:bCs/>
              </w:rPr>
              <w:t>No. affected (n=117)</w:t>
            </w:r>
          </w:p>
        </w:tc>
        <w:tc>
          <w:tcPr>
            <w:tcW w:w="2430" w:type="dxa"/>
            <w:tcBorders>
              <w:left w:val="nil"/>
              <w:bottom w:val="single" w:sz="4" w:space="0" w:color="auto"/>
              <w:right w:val="nil"/>
            </w:tcBorders>
          </w:tcPr>
          <w:p w14:paraId="46C0A59D" w14:textId="77777777" w:rsidR="00A56E2A" w:rsidRPr="00317ABC" w:rsidRDefault="00A56E2A" w:rsidP="00246EFD">
            <w:pPr>
              <w:spacing w:before="80" w:after="80"/>
              <w:jc w:val="center"/>
              <w:rPr>
                <w:b/>
                <w:bCs/>
              </w:rPr>
            </w:pPr>
            <w:r w:rsidRPr="00317ABC">
              <w:rPr>
                <w:b/>
                <w:bCs/>
              </w:rPr>
              <w:t>Per cent (%)</w:t>
            </w:r>
          </w:p>
        </w:tc>
      </w:tr>
      <w:tr w:rsidR="00A56E2A" w:rsidRPr="00317ABC" w14:paraId="11563A9C" w14:textId="77777777" w:rsidTr="00F47B51">
        <w:tc>
          <w:tcPr>
            <w:tcW w:w="1972" w:type="dxa"/>
            <w:tcBorders>
              <w:left w:val="nil"/>
              <w:bottom w:val="nil"/>
              <w:right w:val="nil"/>
            </w:tcBorders>
          </w:tcPr>
          <w:p w14:paraId="405BA8AD" w14:textId="77777777" w:rsidR="00A56E2A" w:rsidRPr="00317ABC" w:rsidRDefault="00A56E2A" w:rsidP="00246EFD">
            <w:pPr>
              <w:spacing w:before="80" w:after="80"/>
            </w:pPr>
            <w:r w:rsidRPr="00317ABC">
              <w:t>Male</w:t>
            </w:r>
          </w:p>
        </w:tc>
        <w:tc>
          <w:tcPr>
            <w:tcW w:w="3608" w:type="dxa"/>
            <w:tcBorders>
              <w:left w:val="nil"/>
              <w:bottom w:val="nil"/>
              <w:right w:val="nil"/>
            </w:tcBorders>
          </w:tcPr>
          <w:p w14:paraId="1762C985" w14:textId="77777777" w:rsidR="00A56E2A" w:rsidRPr="00317ABC" w:rsidRDefault="00A56E2A" w:rsidP="00246EFD">
            <w:pPr>
              <w:spacing w:before="80" w:after="80"/>
              <w:jc w:val="center"/>
            </w:pPr>
            <w:r w:rsidRPr="00317ABC">
              <w:t>79</w:t>
            </w:r>
          </w:p>
        </w:tc>
        <w:tc>
          <w:tcPr>
            <w:tcW w:w="2430" w:type="dxa"/>
            <w:tcBorders>
              <w:left w:val="nil"/>
              <w:bottom w:val="nil"/>
              <w:right w:val="nil"/>
            </w:tcBorders>
          </w:tcPr>
          <w:p w14:paraId="43D9B088" w14:textId="77777777" w:rsidR="00A56E2A" w:rsidRPr="00317ABC" w:rsidRDefault="00A56E2A" w:rsidP="00246EFD">
            <w:pPr>
              <w:spacing w:before="80" w:after="80"/>
              <w:jc w:val="center"/>
            </w:pPr>
            <w:r w:rsidRPr="00317ABC">
              <w:t>67.52</w:t>
            </w:r>
          </w:p>
        </w:tc>
      </w:tr>
      <w:tr w:rsidR="00A56E2A" w:rsidRPr="00317ABC" w14:paraId="31406CC7" w14:textId="77777777" w:rsidTr="00F47B51">
        <w:tc>
          <w:tcPr>
            <w:tcW w:w="1972" w:type="dxa"/>
            <w:tcBorders>
              <w:top w:val="nil"/>
              <w:left w:val="nil"/>
              <w:right w:val="nil"/>
            </w:tcBorders>
          </w:tcPr>
          <w:p w14:paraId="3413270C" w14:textId="77777777" w:rsidR="00A56E2A" w:rsidRPr="00317ABC" w:rsidRDefault="00A56E2A" w:rsidP="00246EFD">
            <w:pPr>
              <w:spacing w:before="80" w:after="80"/>
            </w:pPr>
            <w:r w:rsidRPr="00317ABC">
              <w:t>Female</w:t>
            </w:r>
          </w:p>
        </w:tc>
        <w:tc>
          <w:tcPr>
            <w:tcW w:w="3608" w:type="dxa"/>
            <w:tcBorders>
              <w:top w:val="nil"/>
              <w:left w:val="nil"/>
              <w:right w:val="nil"/>
            </w:tcBorders>
          </w:tcPr>
          <w:p w14:paraId="5DCDCFEC" w14:textId="77777777" w:rsidR="00A56E2A" w:rsidRPr="00317ABC" w:rsidRDefault="00A56E2A" w:rsidP="00246EFD">
            <w:pPr>
              <w:spacing w:before="80" w:after="80"/>
              <w:jc w:val="center"/>
            </w:pPr>
            <w:r w:rsidRPr="00317ABC">
              <w:t>38</w:t>
            </w:r>
          </w:p>
        </w:tc>
        <w:tc>
          <w:tcPr>
            <w:tcW w:w="2430" w:type="dxa"/>
            <w:tcBorders>
              <w:top w:val="nil"/>
              <w:left w:val="nil"/>
              <w:right w:val="nil"/>
            </w:tcBorders>
          </w:tcPr>
          <w:p w14:paraId="3BAE8566" w14:textId="77777777" w:rsidR="00A56E2A" w:rsidRPr="00317ABC" w:rsidRDefault="00A56E2A" w:rsidP="00246EFD">
            <w:pPr>
              <w:spacing w:before="80" w:after="80"/>
              <w:jc w:val="center"/>
            </w:pPr>
            <w:r w:rsidRPr="00317ABC">
              <w:t>32.48</w:t>
            </w:r>
          </w:p>
        </w:tc>
      </w:tr>
      <w:tr w:rsidR="00A56E2A" w:rsidRPr="00317ABC" w14:paraId="1BB95110" w14:textId="77777777" w:rsidTr="00F47B51">
        <w:trPr>
          <w:trHeight w:val="379"/>
        </w:trPr>
        <w:tc>
          <w:tcPr>
            <w:tcW w:w="8010" w:type="dxa"/>
            <w:gridSpan w:val="3"/>
            <w:tcBorders>
              <w:left w:val="nil"/>
              <w:right w:val="nil"/>
            </w:tcBorders>
          </w:tcPr>
          <w:p w14:paraId="0F99D627" w14:textId="77AAB5E1" w:rsidR="00A56E2A" w:rsidRPr="00F47B51" w:rsidRDefault="00A56E2A" w:rsidP="00F47B51">
            <w:pPr>
              <w:spacing w:line="360" w:lineRule="auto"/>
              <w:jc w:val="both"/>
              <w:rPr>
                <w:rFonts w:ascii="Arial" w:hAnsi="Arial" w:cs="Arial"/>
                <w:bCs/>
                <w:sz w:val="22"/>
              </w:rPr>
            </w:pPr>
            <w:r w:rsidRPr="00317ABC">
              <w:sym w:font="Symbol" w:char="F020"/>
            </w:r>
            <w:r w:rsidRPr="00317ABC">
              <w:sym w:font="Symbol" w:char="F063"/>
            </w:r>
            <w:r w:rsidRPr="00317ABC">
              <w:t xml:space="preserve">²=14.38*                          </w:t>
            </w:r>
            <w:r w:rsidR="00F47B51" w:rsidRPr="004A6CBD">
              <w:rPr>
                <w:rFonts w:ascii="Arial" w:hAnsi="Arial" w:cs="Arial"/>
                <w:bCs/>
                <w:sz w:val="22"/>
              </w:rPr>
              <w:t>*Significant at p &lt; 0.05</w:t>
            </w:r>
          </w:p>
        </w:tc>
      </w:tr>
    </w:tbl>
    <w:p w14:paraId="67A72EA6" w14:textId="2CF22DCC" w:rsidR="001C4C38" w:rsidRPr="00317ABC" w:rsidRDefault="00DE5361" w:rsidP="00282661">
      <w:pPr>
        <w:pStyle w:val="Heading2"/>
        <w:jc w:val="both"/>
        <w:rPr>
          <w:rFonts w:ascii="Times New Roman" w:hAnsi="Times New Roman" w:cs="Times New Roman"/>
          <w:color w:val="000000" w:themeColor="text1"/>
          <w:sz w:val="24"/>
          <w:szCs w:val="24"/>
        </w:rPr>
      </w:pPr>
      <w:r w:rsidRPr="00317ABC">
        <w:rPr>
          <w:rFonts w:ascii="Times New Roman" w:hAnsi="Times New Roman" w:cs="Times New Roman"/>
          <w:color w:val="000000" w:themeColor="text1"/>
          <w:sz w:val="24"/>
          <w:szCs w:val="24"/>
        </w:rPr>
        <w:t>3.4 Breed</w:t>
      </w:r>
      <w:r w:rsidR="00317ABC">
        <w:rPr>
          <w:rFonts w:ascii="Times New Roman" w:hAnsi="Times New Roman" w:cs="Times New Roman"/>
          <w:color w:val="000000" w:themeColor="text1"/>
          <w:sz w:val="24"/>
          <w:szCs w:val="24"/>
        </w:rPr>
        <w:t xml:space="preserve"> </w:t>
      </w:r>
      <w:r w:rsidRPr="00317ABC">
        <w:rPr>
          <w:rFonts w:ascii="Times New Roman" w:hAnsi="Times New Roman" w:cs="Times New Roman"/>
          <w:color w:val="000000" w:themeColor="text1"/>
          <w:sz w:val="24"/>
          <w:szCs w:val="24"/>
        </w:rPr>
        <w:t xml:space="preserve">wise </w:t>
      </w:r>
      <w:r w:rsidR="00317ABC" w:rsidRPr="00317ABC">
        <w:rPr>
          <w:rFonts w:ascii="Times New Roman" w:hAnsi="Times New Roman" w:cs="Times New Roman"/>
          <w:color w:val="000000" w:themeColor="text1"/>
          <w:sz w:val="24"/>
          <w:szCs w:val="24"/>
        </w:rPr>
        <w:t>distribution of respiratory tract diseases</w:t>
      </w:r>
    </w:p>
    <w:p w14:paraId="45FC7E25" w14:textId="6E76E5AB" w:rsidR="00A56E2A" w:rsidRPr="00317ABC" w:rsidRDefault="00A56E2A" w:rsidP="00317ABC">
      <w:pPr>
        <w:spacing w:after="120" w:line="360" w:lineRule="auto"/>
        <w:ind w:firstLine="720"/>
        <w:jc w:val="both"/>
      </w:pPr>
      <w:r w:rsidRPr="00317ABC">
        <w:t>The breed wise distribution of respiratory tract diseases varied significantly, with the highest distribution recorded in non-descript dogs accounting for 32.48 per cent, followed by Labrador Retrievers with 24.79 per cent. Pugs constituted 9.40 per cent of the affected dogs, while German Spitz and German Shepherd dogs accounted for 8.54 per cent and 6.84 per cent, respectively. Other breeds also accounted for 6.84 per cent, followed by Saint Bernard with 5.98 per cent and Beagle with 5.13 per cent</w:t>
      </w:r>
      <w:r w:rsidR="00317ABC">
        <w:t xml:space="preserve"> (Table 04)</w:t>
      </w:r>
      <w:r w:rsidRPr="00317ABC">
        <w:t>.</w:t>
      </w:r>
    </w:p>
    <w:p w14:paraId="26993F9B" w14:textId="52296C51" w:rsidR="00A56E2A" w:rsidRPr="00317ABC" w:rsidRDefault="00A56E2A" w:rsidP="000C21D8">
      <w:pPr>
        <w:spacing w:after="120" w:line="360" w:lineRule="auto"/>
        <w:ind w:firstLine="1440"/>
        <w:jc w:val="both"/>
      </w:pPr>
      <w:r w:rsidRPr="00317ABC">
        <w:t>The findings of the present study are in close agreement with the findings of Savitha (2017) and Naveen (2022) who also reported that non-descript dogs as the most commonly affected breed, followed by Labrador Retrievers in canine respiratory tract disorders.</w:t>
      </w:r>
      <w:r w:rsidR="000C21D8" w:rsidRPr="00317ABC">
        <w:t xml:space="preserve"> </w:t>
      </w:r>
      <w:r w:rsidRPr="00317ABC">
        <w:t xml:space="preserve">However, </w:t>
      </w:r>
      <w:proofErr w:type="spellStart"/>
      <w:r w:rsidRPr="00317ABC">
        <w:rPr>
          <w:rStyle w:val="Strong"/>
          <w:b w:val="0"/>
          <w:bCs w:val="0"/>
        </w:rPr>
        <w:t>Tagorti</w:t>
      </w:r>
      <w:proofErr w:type="spellEnd"/>
      <w:r w:rsidRPr="00317ABC">
        <w:rPr>
          <w:rStyle w:val="Strong"/>
          <w:b w:val="0"/>
          <w:bCs w:val="0"/>
        </w:rPr>
        <w:t xml:space="preserve"> (2019)</w:t>
      </w:r>
      <w:r w:rsidRPr="00317ABC">
        <w:rPr>
          <w:b/>
          <w:bCs/>
        </w:rPr>
        <w:t xml:space="preserve">, </w:t>
      </w:r>
      <w:r w:rsidRPr="00317ABC">
        <w:rPr>
          <w:rStyle w:val="Strong"/>
          <w:b w:val="0"/>
          <w:bCs w:val="0"/>
        </w:rPr>
        <w:t xml:space="preserve">Lo </w:t>
      </w:r>
      <w:r w:rsidRPr="00317ABC">
        <w:rPr>
          <w:rStyle w:val="Strong"/>
          <w:b w:val="0"/>
          <w:bCs w:val="0"/>
          <w:i/>
          <w:iCs/>
        </w:rPr>
        <w:t xml:space="preserve">et al. </w:t>
      </w:r>
      <w:r w:rsidRPr="00317ABC">
        <w:rPr>
          <w:rStyle w:val="Strong"/>
          <w:b w:val="0"/>
          <w:bCs w:val="0"/>
        </w:rPr>
        <w:t xml:space="preserve">(2021) and Rose </w:t>
      </w:r>
      <w:r w:rsidRPr="00317ABC">
        <w:rPr>
          <w:rStyle w:val="Strong"/>
          <w:b w:val="0"/>
          <w:bCs w:val="0"/>
          <w:i/>
          <w:iCs/>
        </w:rPr>
        <w:t>et al.</w:t>
      </w:r>
      <w:r w:rsidRPr="00317ABC">
        <w:rPr>
          <w:rStyle w:val="Strong"/>
          <w:b w:val="0"/>
          <w:bCs w:val="0"/>
        </w:rPr>
        <w:t xml:space="preserve"> (2024) </w:t>
      </w:r>
      <w:r w:rsidRPr="00317ABC">
        <w:t xml:space="preserve">reported Labrador Retrievers as the most commonly affected breed among dogs with respiratory tract infections and </w:t>
      </w:r>
      <w:proofErr w:type="spellStart"/>
      <w:r w:rsidRPr="00317ABC">
        <w:rPr>
          <w:rStyle w:val="Strong"/>
          <w:b w:val="0"/>
          <w:bCs w:val="0"/>
        </w:rPr>
        <w:t>Ayodhya</w:t>
      </w:r>
      <w:proofErr w:type="spellEnd"/>
      <w:r w:rsidRPr="00317ABC">
        <w:rPr>
          <w:rStyle w:val="Strong"/>
          <w:b w:val="0"/>
          <w:bCs w:val="0"/>
        </w:rPr>
        <w:t xml:space="preserve"> </w:t>
      </w:r>
      <w:r w:rsidRPr="00317ABC">
        <w:rPr>
          <w:rStyle w:val="Strong"/>
          <w:b w:val="0"/>
          <w:bCs w:val="0"/>
          <w:i/>
          <w:iCs/>
        </w:rPr>
        <w:t>et al</w:t>
      </w:r>
      <w:r w:rsidRPr="00317ABC">
        <w:rPr>
          <w:rStyle w:val="Strong"/>
          <w:b w:val="0"/>
          <w:bCs w:val="0"/>
        </w:rPr>
        <w:t>. (2013)</w:t>
      </w:r>
      <w:r w:rsidRPr="00317ABC">
        <w:t xml:space="preserve"> reported a higher prevalence of respiratory diseases in Pugs followed by Labrador Retrievers. </w:t>
      </w:r>
    </w:p>
    <w:p w14:paraId="7B1F159C" w14:textId="60879DB5" w:rsidR="00A56E2A" w:rsidRPr="00317ABC" w:rsidRDefault="00A56E2A" w:rsidP="00317ABC">
      <w:pPr>
        <w:spacing w:after="120" w:line="360" w:lineRule="auto"/>
        <w:ind w:firstLine="1440"/>
        <w:jc w:val="both"/>
      </w:pPr>
      <w:r w:rsidRPr="00317ABC">
        <w:t>Non-descript dogs constituted the most frequently affected breed, which may be attributed to their higher population density in the study area and consequently, greater presentation to the veterinary clinical complex. In addition, inadequate management practices, lack of balanced nutrition and irregular or absent routine vaccination may have contributed to their increased susceptibility.</w:t>
      </w:r>
    </w:p>
    <w:p w14:paraId="5E8E1AEF" w14:textId="30DF5007" w:rsidR="00A56E2A" w:rsidRPr="00317ABC" w:rsidRDefault="00A56E2A" w:rsidP="00A56E2A">
      <w:pPr>
        <w:spacing w:after="120" w:line="360" w:lineRule="auto"/>
        <w:jc w:val="both"/>
        <w:rPr>
          <w:b/>
          <w:bCs/>
        </w:rPr>
      </w:pPr>
      <w:r w:rsidRPr="00317ABC">
        <w:rPr>
          <w:b/>
          <w:bCs/>
        </w:rPr>
        <w:t xml:space="preserve">Table </w:t>
      </w:r>
      <w:r w:rsidR="000C21D8" w:rsidRPr="00317ABC">
        <w:rPr>
          <w:b/>
          <w:bCs/>
        </w:rPr>
        <w:t>04</w:t>
      </w:r>
      <w:r w:rsidRPr="00317ABC">
        <w:rPr>
          <w:b/>
          <w:bCs/>
        </w:rPr>
        <w:t>: Breed wise distribution of respiratory tract diseases in dogs</w:t>
      </w:r>
    </w:p>
    <w:tbl>
      <w:tblPr>
        <w:tblStyle w:val="TableGrid"/>
        <w:tblW w:w="8050" w:type="dxa"/>
        <w:jc w:val="center"/>
        <w:tblLook w:val="0420" w:firstRow="1" w:lastRow="0" w:firstColumn="0" w:lastColumn="0" w:noHBand="0" w:noVBand="1"/>
      </w:tblPr>
      <w:tblGrid>
        <w:gridCol w:w="2610"/>
        <w:gridCol w:w="2840"/>
        <w:gridCol w:w="2600"/>
      </w:tblGrid>
      <w:tr w:rsidR="00A56E2A" w:rsidRPr="00317ABC" w14:paraId="48185DFD" w14:textId="77777777" w:rsidTr="00F47B51">
        <w:trPr>
          <w:trHeight w:val="52"/>
          <w:jc w:val="center"/>
        </w:trPr>
        <w:tc>
          <w:tcPr>
            <w:tcW w:w="2610" w:type="dxa"/>
            <w:tcBorders>
              <w:left w:val="nil"/>
              <w:bottom w:val="single" w:sz="4" w:space="0" w:color="auto"/>
              <w:right w:val="nil"/>
            </w:tcBorders>
            <w:vAlign w:val="center"/>
            <w:hideMark/>
          </w:tcPr>
          <w:p w14:paraId="4FAD144D" w14:textId="77777777" w:rsidR="00A56E2A" w:rsidRPr="00317ABC" w:rsidRDefault="00A56E2A" w:rsidP="00246EFD">
            <w:pPr>
              <w:spacing w:before="60" w:after="60"/>
              <w:jc w:val="center"/>
              <w:rPr>
                <w:b/>
              </w:rPr>
            </w:pPr>
            <w:r w:rsidRPr="00317ABC">
              <w:rPr>
                <w:rFonts w:eastAsia="Calibri"/>
                <w:b/>
                <w:bCs/>
              </w:rPr>
              <w:t>Breed</w:t>
            </w:r>
          </w:p>
        </w:tc>
        <w:tc>
          <w:tcPr>
            <w:tcW w:w="2840" w:type="dxa"/>
            <w:tcBorders>
              <w:left w:val="nil"/>
              <w:bottom w:val="single" w:sz="4" w:space="0" w:color="auto"/>
              <w:right w:val="nil"/>
            </w:tcBorders>
            <w:vAlign w:val="center"/>
            <w:hideMark/>
          </w:tcPr>
          <w:p w14:paraId="3DF0B23A" w14:textId="77777777" w:rsidR="00A56E2A" w:rsidRPr="00317ABC" w:rsidRDefault="00A56E2A" w:rsidP="00246EFD">
            <w:pPr>
              <w:spacing w:before="60" w:after="60"/>
              <w:jc w:val="center"/>
              <w:rPr>
                <w:b/>
              </w:rPr>
            </w:pPr>
            <w:r w:rsidRPr="00317ABC">
              <w:rPr>
                <w:rFonts w:eastAsia="Calibri"/>
                <w:b/>
                <w:bCs/>
              </w:rPr>
              <w:t>No. affected (n=117)</w:t>
            </w:r>
          </w:p>
        </w:tc>
        <w:tc>
          <w:tcPr>
            <w:tcW w:w="2600" w:type="dxa"/>
            <w:tcBorders>
              <w:left w:val="nil"/>
              <w:bottom w:val="single" w:sz="4" w:space="0" w:color="auto"/>
              <w:right w:val="nil"/>
            </w:tcBorders>
            <w:vAlign w:val="center"/>
            <w:hideMark/>
          </w:tcPr>
          <w:p w14:paraId="55F23642" w14:textId="77777777" w:rsidR="00A56E2A" w:rsidRPr="00317ABC" w:rsidRDefault="00A56E2A" w:rsidP="00246EFD">
            <w:pPr>
              <w:spacing w:before="60" w:after="60"/>
              <w:jc w:val="center"/>
              <w:rPr>
                <w:b/>
              </w:rPr>
            </w:pPr>
            <w:r w:rsidRPr="00317ABC">
              <w:rPr>
                <w:rFonts w:eastAsia="Calibri"/>
                <w:b/>
                <w:bCs/>
              </w:rPr>
              <w:t>Per cent (%)</w:t>
            </w:r>
          </w:p>
        </w:tc>
      </w:tr>
      <w:tr w:rsidR="00A56E2A" w:rsidRPr="00317ABC" w14:paraId="0400C108" w14:textId="77777777" w:rsidTr="00F47B51">
        <w:trPr>
          <w:trHeight w:val="63"/>
          <w:jc w:val="center"/>
        </w:trPr>
        <w:tc>
          <w:tcPr>
            <w:tcW w:w="2610" w:type="dxa"/>
            <w:tcBorders>
              <w:left w:val="nil"/>
              <w:bottom w:val="nil"/>
              <w:right w:val="nil"/>
            </w:tcBorders>
            <w:hideMark/>
          </w:tcPr>
          <w:p w14:paraId="69DA8ED8" w14:textId="77777777" w:rsidR="00A56E2A" w:rsidRPr="00317ABC" w:rsidRDefault="00A56E2A" w:rsidP="00246EFD">
            <w:pPr>
              <w:spacing w:before="60" w:after="60"/>
            </w:pPr>
            <w:r w:rsidRPr="00317ABC">
              <w:rPr>
                <w:rFonts w:eastAsia="Calibri"/>
              </w:rPr>
              <w:lastRenderedPageBreak/>
              <w:t>Non-descript</w:t>
            </w:r>
          </w:p>
        </w:tc>
        <w:tc>
          <w:tcPr>
            <w:tcW w:w="2840" w:type="dxa"/>
            <w:tcBorders>
              <w:left w:val="nil"/>
              <w:bottom w:val="nil"/>
              <w:right w:val="nil"/>
            </w:tcBorders>
            <w:hideMark/>
          </w:tcPr>
          <w:p w14:paraId="00A6EFCE" w14:textId="77777777" w:rsidR="00A56E2A" w:rsidRPr="00317ABC" w:rsidRDefault="00A56E2A" w:rsidP="00246EFD">
            <w:pPr>
              <w:spacing w:before="60" w:after="60"/>
              <w:jc w:val="center"/>
            </w:pPr>
            <w:r w:rsidRPr="00317ABC">
              <w:rPr>
                <w:rFonts w:eastAsia="Calibri"/>
              </w:rPr>
              <w:t>38</w:t>
            </w:r>
          </w:p>
        </w:tc>
        <w:tc>
          <w:tcPr>
            <w:tcW w:w="2600" w:type="dxa"/>
            <w:tcBorders>
              <w:left w:val="nil"/>
              <w:bottom w:val="nil"/>
              <w:right w:val="nil"/>
            </w:tcBorders>
            <w:hideMark/>
          </w:tcPr>
          <w:p w14:paraId="1F4A6491" w14:textId="77777777" w:rsidR="00A56E2A" w:rsidRPr="00317ABC" w:rsidRDefault="00A56E2A" w:rsidP="00246EFD">
            <w:pPr>
              <w:spacing w:before="60" w:after="60"/>
              <w:jc w:val="center"/>
            </w:pPr>
            <w:r w:rsidRPr="00317ABC">
              <w:rPr>
                <w:rFonts w:eastAsia="Calibri"/>
              </w:rPr>
              <w:t>32.48</w:t>
            </w:r>
          </w:p>
        </w:tc>
      </w:tr>
      <w:tr w:rsidR="00A56E2A" w:rsidRPr="00317ABC" w14:paraId="0A45FA22" w14:textId="77777777" w:rsidTr="00F47B51">
        <w:trPr>
          <w:trHeight w:val="52"/>
          <w:jc w:val="center"/>
        </w:trPr>
        <w:tc>
          <w:tcPr>
            <w:tcW w:w="2610" w:type="dxa"/>
            <w:tcBorders>
              <w:top w:val="nil"/>
              <w:left w:val="nil"/>
              <w:bottom w:val="nil"/>
              <w:right w:val="nil"/>
            </w:tcBorders>
            <w:hideMark/>
          </w:tcPr>
          <w:p w14:paraId="2BFA1148" w14:textId="77777777" w:rsidR="00A56E2A" w:rsidRPr="00317ABC" w:rsidRDefault="00A56E2A" w:rsidP="00246EFD">
            <w:pPr>
              <w:spacing w:before="60" w:after="60"/>
            </w:pPr>
            <w:r w:rsidRPr="00317ABC">
              <w:rPr>
                <w:rFonts w:eastAsia="Calibri"/>
              </w:rPr>
              <w:t>Labrador Retriever</w:t>
            </w:r>
          </w:p>
        </w:tc>
        <w:tc>
          <w:tcPr>
            <w:tcW w:w="2840" w:type="dxa"/>
            <w:tcBorders>
              <w:top w:val="nil"/>
              <w:left w:val="nil"/>
              <w:bottom w:val="nil"/>
              <w:right w:val="nil"/>
            </w:tcBorders>
            <w:hideMark/>
          </w:tcPr>
          <w:p w14:paraId="3375D049" w14:textId="77777777" w:rsidR="00A56E2A" w:rsidRPr="00317ABC" w:rsidRDefault="00A56E2A" w:rsidP="00246EFD">
            <w:pPr>
              <w:spacing w:before="60" w:after="60"/>
              <w:jc w:val="center"/>
            </w:pPr>
            <w:r w:rsidRPr="00317ABC">
              <w:rPr>
                <w:rFonts w:eastAsia="Calibri"/>
              </w:rPr>
              <w:t>29</w:t>
            </w:r>
          </w:p>
        </w:tc>
        <w:tc>
          <w:tcPr>
            <w:tcW w:w="2600" w:type="dxa"/>
            <w:tcBorders>
              <w:top w:val="nil"/>
              <w:left w:val="nil"/>
              <w:bottom w:val="nil"/>
              <w:right w:val="nil"/>
            </w:tcBorders>
            <w:hideMark/>
          </w:tcPr>
          <w:p w14:paraId="49C44989" w14:textId="77777777" w:rsidR="00A56E2A" w:rsidRPr="00317ABC" w:rsidRDefault="00A56E2A" w:rsidP="00246EFD">
            <w:pPr>
              <w:spacing w:before="60" w:after="60"/>
              <w:jc w:val="center"/>
            </w:pPr>
            <w:r w:rsidRPr="00317ABC">
              <w:rPr>
                <w:rFonts w:eastAsia="Calibri"/>
              </w:rPr>
              <w:t>24.79</w:t>
            </w:r>
          </w:p>
        </w:tc>
      </w:tr>
      <w:tr w:rsidR="00A56E2A" w:rsidRPr="00317ABC" w14:paraId="61B35794" w14:textId="77777777" w:rsidTr="00F47B51">
        <w:trPr>
          <w:trHeight w:val="52"/>
          <w:jc w:val="center"/>
        </w:trPr>
        <w:tc>
          <w:tcPr>
            <w:tcW w:w="2610" w:type="dxa"/>
            <w:tcBorders>
              <w:top w:val="nil"/>
              <w:left w:val="nil"/>
              <w:bottom w:val="nil"/>
              <w:right w:val="nil"/>
            </w:tcBorders>
            <w:hideMark/>
          </w:tcPr>
          <w:p w14:paraId="39998E9E" w14:textId="77777777" w:rsidR="00A56E2A" w:rsidRPr="00317ABC" w:rsidRDefault="00A56E2A" w:rsidP="00246EFD">
            <w:pPr>
              <w:spacing w:before="60" w:after="60"/>
            </w:pPr>
            <w:r w:rsidRPr="00317ABC">
              <w:rPr>
                <w:rFonts w:eastAsia="Calibri"/>
              </w:rPr>
              <w:t>Pug</w:t>
            </w:r>
          </w:p>
        </w:tc>
        <w:tc>
          <w:tcPr>
            <w:tcW w:w="2840" w:type="dxa"/>
            <w:tcBorders>
              <w:top w:val="nil"/>
              <w:left w:val="nil"/>
              <w:bottom w:val="nil"/>
              <w:right w:val="nil"/>
            </w:tcBorders>
            <w:hideMark/>
          </w:tcPr>
          <w:p w14:paraId="530119F1" w14:textId="77777777" w:rsidR="00A56E2A" w:rsidRPr="00317ABC" w:rsidRDefault="00A56E2A" w:rsidP="00246EFD">
            <w:pPr>
              <w:spacing w:before="60" w:after="60"/>
              <w:jc w:val="center"/>
            </w:pPr>
            <w:r w:rsidRPr="00317ABC">
              <w:rPr>
                <w:rFonts w:eastAsia="Calibri"/>
              </w:rPr>
              <w:t>11</w:t>
            </w:r>
          </w:p>
        </w:tc>
        <w:tc>
          <w:tcPr>
            <w:tcW w:w="2600" w:type="dxa"/>
            <w:tcBorders>
              <w:top w:val="nil"/>
              <w:left w:val="nil"/>
              <w:bottom w:val="nil"/>
              <w:right w:val="nil"/>
            </w:tcBorders>
            <w:hideMark/>
          </w:tcPr>
          <w:p w14:paraId="6C4D0485" w14:textId="77777777" w:rsidR="00A56E2A" w:rsidRPr="00317ABC" w:rsidRDefault="00A56E2A" w:rsidP="00246EFD">
            <w:pPr>
              <w:spacing w:before="60" w:after="60"/>
              <w:jc w:val="center"/>
            </w:pPr>
            <w:r w:rsidRPr="00317ABC">
              <w:rPr>
                <w:rFonts w:eastAsia="Calibri"/>
              </w:rPr>
              <w:t>09.40</w:t>
            </w:r>
          </w:p>
        </w:tc>
      </w:tr>
      <w:tr w:rsidR="00A56E2A" w:rsidRPr="00317ABC" w14:paraId="571CBC9C" w14:textId="77777777" w:rsidTr="00F47B51">
        <w:trPr>
          <w:trHeight w:val="52"/>
          <w:jc w:val="center"/>
        </w:trPr>
        <w:tc>
          <w:tcPr>
            <w:tcW w:w="2610" w:type="dxa"/>
            <w:tcBorders>
              <w:top w:val="nil"/>
              <w:left w:val="nil"/>
              <w:bottom w:val="nil"/>
              <w:right w:val="nil"/>
            </w:tcBorders>
            <w:hideMark/>
          </w:tcPr>
          <w:p w14:paraId="3833ACF2" w14:textId="77777777" w:rsidR="00A56E2A" w:rsidRPr="00317ABC" w:rsidRDefault="00A56E2A" w:rsidP="00246EFD">
            <w:pPr>
              <w:spacing w:before="60" w:after="60"/>
            </w:pPr>
            <w:r w:rsidRPr="00317ABC">
              <w:rPr>
                <w:rFonts w:eastAsia="Calibri"/>
              </w:rPr>
              <w:t>German Spitz</w:t>
            </w:r>
          </w:p>
        </w:tc>
        <w:tc>
          <w:tcPr>
            <w:tcW w:w="2840" w:type="dxa"/>
            <w:tcBorders>
              <w:top w:val="nil"/>
              <w:left w:val="nil"/>
              <w:bottom w:val="nil"/>
              <w:right w:val="nil"/>
            </w:tcBorders>
            <w:hideMark/>
          </w:tcPr>
          <w:p w14:paraId="317E9422" w14:textId="77777777" w:rsidR="00A56E2A" w:rsidRPr="00317ABC" w:rsidRDefault="00A56E2A" w:rsidP="00246EFD">
            <w:pPr>
              <w:spacing w:before="60" w:after="60"/>
              <w:jc w:val="center"/>
            </w:pPr>
            <w:r w:rsidRPr="00317ABC">
              <w:rPr>
                <w:rFonts w:eastAsia="Calibri"/>
              </w:rPr>
              <w:t>10</w:t>
            </w:r>
          </w:p>
        </w:tc>
        <w:tc>
          <w:tcPr>
            <w:tcW w:w="2600" w:type="dxa"/>
            <w:tcBorders>
              <w:top w:val="nil"/>
              <w:left w:val="nil"/>
              <w:bottom w:val="nil"/>
              <w:right w:val="nil"/>
            </w:tcBorders>
            <w:hideMark/>
          </w:tcPr>
          <w:p w14:paraId="6005BC7C" w14:textId="77777777" w:rsidR="00A56E2A" w:rsidRPr="00317ABC" w:rsidRDefault="00A56E2A" w:rsidP="00246EFD">
            <w:pPr>
              <w:spacing w:before="60" w:after="60"/>
              <w:jc w:val="center"/>
            </w:pPr>
            <w:r w:rsidRPr="00317ABC">
              <w:rPr>
                <w:rFonts w:eastAsia="Calibri"/>
              </w:rPr>
              <w:t>08.54</w:t>
            </w:r>
          </w:p>
        </w:tc>
      </w:tr>
      <w:tr w:rsidR="00A56E2A" w:rsidRPr="00317ABC" w14:paraId="7C4D9081" w14:textId="77777777" w:rsidTr="00F47B51">
        <w:trPr>
          <w:trHeight w:val="52"/>
          <w:jc w:val="center"/>
        </w:trPr>
        <w:tc>
          <w:tcPr>
            <w:tcW w:w="2610" w:type="dxa"/>
            <w:tcBorders>
              <w:top w:val="nil"/>
              <w:left w:val="nil"/>
              <w:bottom w:val="nil"/>
              <w:right w:val="nil"/>
            </w:tcBorders>
            <w:hideMark/>
          </w:tcPr>
          <w:p w14:paraId="047C852B" w14:textId="77777777" w:rsidR="00A56E2A" w:rsidRPr="00317ABC" w:rsidRDefault="00A56E2A" w:rsidP="00246EFD">
            <w:pPr>
              <w:spacing w:before="60" w:after="60"/>
            </w:pPr>
            <w:r w:rsidRPr="00317ABC">
              <w:rPr>
                <w:rFonts w:eastAsia="Calibri"/>
              </w:rPr>
              <w:t>German Shepherd</w:t>
            </w:r>
          </w:p>
        </w:tc>
        <w:tc>
          <w:tcPr>
            <w:tcW w:w="2840" w:type="dxa"/>
            <w:tcBorders>
              <w:top w:val="nil"/>
              <w:left w:val="nil"/>
              <w:bottom w:val="nil"/>
              <w:right w:val="nil"/>
            </w:tcBorders>
            <w:hideMark/>
          </w:tcPr>
          <w:p w14:paraId="380D6397" w14:textId="77777777" w:rsidR="00A56E2A" w:rsidRPr="00317ABC" w:rsidRDefault="00A56E2A" w:rsidP="00246EFD">
            <w:pPr>
              <w:spacing w:before="60" w:after="60"/>
              <w:jc w:val="center"/>
            </w:pPr>
            <w:r w:rsidRPr="00317ABC">
              <w:rPr>
                <w:rFonts w:eastAsia="Calibri"/>
              </w:rPr>
              <w:t>08</w:t>
            </w:r>
          </w:p>
        </w:tc>
        <w:tc>
          <w:tcPr>
            <w:tcW w:w="2600" w:type="dxa"/>
            <w:tcBorders>
              <w:top w:val="nil"/>
              <w:left w:val="nil"/>
              <w:bottom w:val="nil"/>
              <w:right w:val="nil"/>
            </w:tcBorders>
            <w:hideMark/>
          </w:tcPr>
          <w:p w14:paraId="74B26EB2" w14:textId="77777777" w:rsidR="00A56E2A" w:rsidRPr="00317ABC" w:rsidRDefault="00A56E2A" w:rsidP="00246EFD">
            <w:pPr>
              <w:spacing w:before="60" w:after="60"/>
              <w:jc w:val="center"/>
            </w:pPr>
            <w:r w:rsidRPr="00317ABC">
              <w:rPr>
                <w:rFonts w:eastAsia="Calibri"/>
              </w:rPr>
              <w:t>06.84</w:t>
            </w:r>
          </w:p>
        </w:tc>
      </w:tr>
      <w:tr w:rsidR="00A56E2A" w:rsidRPr="00317ABC" w14:paraId="0FEE84D6" w14:textId="77777777" w:rsidTr="00F47B51">
        <w:trPr>
          <w:trHeight w:val="52"/>
          <w:jc w:val="center"/>
        </w:trPr>
        <w:tc>
          <w:tcPr>
            <w:tcW w:w="2610" w:type="dxa"/>
            <w:tcBorders>
              <w:top w:val="nil"/>
              <w:left w:val="nil"/>
              <w:bottom w:val="nil"/>
              <w:right w:val="nil"/>
            </w:tcBorders>
            <w:hideMark/>
          </w:tcPr>
          <w:p w14:paraId="46ADB028" w14:textId="77777777" w:rsidR="00A56E2A" w:rsidRPr="00317ABC" w:rsidRDefault="00A56E2A" w:rsidP="00246EFD">
            <w:pPr>
              <w:spacing w:before="60" w:after="60"/>
            </w:pPr>
            <w:r w:rsidRPr="00317ABC">
              <w:rPr>
                <w:rFonts w:eastAsia="Calibri"/>
              </w:rPr>
              <w:t>Other breeds</w:t>
            </w:r>
          </w:p>
        </w:tc>
        <w:tc>
          <w:tcPr>
            <w:tcW w:w="2840" w:type="dxa"/>
            <w:tcBorders>
              <w:top w:val="nil"/>
              <w:left w:val="nil"/>
              <w:bottom w:val="nil"/>
              <w:right w:val="nil"/>
            </w:tcBorders>
            <w:hideMark/>
          </w:tcPr>
          <w:p w14:paraId="104BBBC9" w14:textId="77777777" w:rsidR="00A56E2A" w:rsidRPr="00317ABC" w:rsidRDefault="00A56E2A" w:rsidP="00246EFD">
            <w:pPr>
              <w:spacing w:before="60" w:after="60"/>
              <w:jc w:val="center"/>
            </w:pPr>
            <w:r w:rsidRPr="00317ABC">
              <w:rPr>
                <w:rFonts w:eastAsia="Calibri"/>
              </w:rPr>
              <w:t>08</w:t>
            </w:r>
          </w:p>
        </w:tc>
        <w:tc>
          <w:tcPr>
            <w:tcW w:w="2600" w:type="dxa"/>
            <w:tcBorders>
              <w:top w:val="nil"/>
              <w:left w:val="nil"/>
              <w:bottom w:val="nil"/>
              <w:right w:val="nil"/>
            </w:tcBorders>
            <w:hideMark/>
          </w:tcPr>
          <w:p w14:paraId="446FCBE9" w14:textId="77777777" w:rsidR="00A56E2A" w:rsidRPr="00317ABC" w:rsidRDefault="00A56E2A" w:rsidP="00246EFD">
            <w:pPr>
              <w:spacing w:before="60" w:after="60"/>
              <w:jc w:val="center"/>
            </w:pPr>
            <w:r w:rsidRPr="00317ABC">
              <w:rPr>
                <w:rFonts w:eastAsia="Calibri"/>
              </w:rPr>
              <w:t>06.84</w:t>
            </w:r>
          </w:p>
        </w:tc>
      </w:tr>
      <w:tr w:rsidR="00A56E2A" w:rsidRPr="00317ABC" w14:paraId="5DC3AF93" w14:textId="77777777" w:rsidTr="00F47B51">
        <w:trPr>
          <w:trHeight w:val="52"/>
          <w:jc w:val="center"/>
        </w:trPr>
        <w:tc>
          <w:tcPr>
            <w:tcW w:w="2610" w:type="dxa"/>
            <w:tcBorders>
              <w:top w:val="nil"/>
              <w:left w:val="nil"/>
              <w:bottom w:val="nil"/>
              <w:right w:val="nil"/>
            </w:tcBorders>
            <w:hideMark/>
          </w:tcPr>
          <w:p w14:paraId="4C6ABB64" w14:textId="77777777" w:rsidR="00A56E2A" w:rsidRPr="00317ABC" w:rsidRDefault="00A56E2A" w:rsidP="00246EFD">
            <w:pPr>
              <w:spacing w:before="60" w:after="60"/>
            </w:pPr>
            <w:r w:rsidRPr="00317ABC">
              <w:rPr>
                <w:rFonts w:eastAsia="Calibri"/>
              </w:rPr>
              <w:t>Saint Bernard</w:t>
            </w:r>
          </w:p>
        </w:tc>
        <w:tc>
          <w:tcPr>
            <w:tcW w:w="2840" w:type="dxa"/>
            <w:tcBorders>
              <w:top w:val="nil"/>
              <w:left w:val="nil"/>
              <w:bottom w:val="nil"/>
              <w:right w:val="nil"/>
            </w:tcBorders>
            <w:hideMark/>
          </w:tcPr>
          <w:p w14:paraId="35A3C744" w14:textId="77777777" w:rsidR="00A56E2A" w:rsidRPr="00317ABC" w:rsidRDefault="00A56E2A" w:rsidP="00246EFD">
            <w:pPr>
              <w:spacing w:before="60" w:after="60"/>
              <w:jc w:val="center"/>
            </w:pPr>
            <w:r w:rsidRPr="00317ABC">
              <w:rPr>
                <w:rFonts w:eastAsia="Calibri"/>
              </w:rPr>
              <w:t>07</w:t>
            </w:r>
          </w:p>
        </w:tc>
        <w:tc>
          <w:tcPr>
            <w:tcW w:w="2600" w:type="dxa"/>
            <w:tcBorders>
              <w:top w:val="nil"/>
              <w:left w:val="nil"/>
              <w:bottom w:val="nil"/>
              <w:right w:val="nil"/>
            </w:tcBorders>
            <w:hideMark/>
          </w:tcPr>
          <w:p w14:paraId="672050AB" w14:textId="77777777" w:rsidR="00A56E2A" w:rsidRPr="00317ABC" w:rsidRDefault="00A56E2A" w:rsidP="00246EFD">
            <w:pPr>
              <w:spacing w:before="60" w:after="60"/>
              <w:jc w:val="center"/>
            </w:pPr>
            <w:r w:rsidRPr="00317ABC">
              <w:rPr>
                <w:rFonts w:eastAsia="Calibri"/>
              </w:rPr>
              <w:t>05.98</w:t>
            </w:r>
          </w:p>
        </w:tc>
      </w:tr>
      <w:tr w:rsidR="00A56E2A" w:rsidRPr="00317ABC" w14:paraId="22A03DC6" w14:textId="77777777" w:rsidTr="00F47B51">
        <w:trPr>
          <w:trHeight w:val="52"/>
          <w:jc w:val="center"/>
        </w:trPr>
        <w:tc>
          <w:tcPr>
            <w:tcW w:w="2610" w:type="dxa"/>
            <w:tcBorders>
              <w:top w:val="nil"/>
              <w:left w:val="nil"/>
              <w:right w:val="nil"/>
            </w:tcBorders>
            <w:hideMark/>
          </w:tcPr>
          <w:p w14:paraId="3733731E" w14:textId="77777777" w:rsidR="00A56E2A" w:rsidRPr="00317ABC" w:rsidRDefault="00A56E2A" w:rsidP="00246EFD">
            <w:pPr>
              <w:spacing w:before="60" w:after="60"/>
            </w:pPr>
            <w:r w:rsidRPr="00317ABC">
              <w:rPr>
                <w:rFonts w:eastAsia="Calibri"/>
              </w:rPr>
              <w:t>Beagle</w:t>
            </w:r>
          </w:p>
        </w:tc>
        <w:tc>
          <w:tcPr>
            <w:tcW w:w="2840" w:type="dxa"/>
            <w:tcBorders>
              <w:top w:val="nil"/>
              <w:left w:val="nil"/>
              <w:right w:val="nil"/>
            </w:tcBorders>
            <w:hideMark/>
          </w:tcPr>
          <w:p w14:paraId="4BD42223" w14:textId="77777777" w:rsidR="00A56E2A" w:rsidRPr="00317ABC" w:rsidRDefault="00A56E2A" w:rsidP="00246EFD">
            <w:pPr>
              <w:spacing w:before="60" w:after="60"/>
              <w:jc w:val="center"/>
            </w:pPr>
            <w:r w:rsidRPr="00317ABC">
              <w:rPr>
                <w:rFonts w:eastAsia="Calibri"/>
              </w:rPr>
              <w:t>06</w:t>
            </w:r>
          </w:p>
        </w:tc>
        <w:tc>
          <w:tcPr>
            <w:tcW w:w="2600" w:type="dxa"/>
            <w:tcBorders>
              <w:top w:val="nil"/>
              <w:left w:val="nil"/>
              <w:right w:val="nil"/>
            </w:tcBorders>
            <w:hideMark/>
          </w:tcPr>
          <w:p w14:paraId="242E6332" w14:textId="77777777" w:rsidR="00A56E2A" w:rsidRPr="00317ABC" w:rsidRDefault="00A56E2A" w:rsidP="00246EFD">
            <w:pPr>
              <w:spacing w:before="60" w:after="60"/>
              <w:jc w:val="center"/>
            </w:pPr>
            <w:r w:rsidRPr="00317ABC">
              <w:rPr>
                <w:rFonts w:eastAsia="Calibri"/>
              </w:rPr>
              <w:t>05.13</w:t>
            </w:r>
          </w:p>
        </w:tc>
      </w:tr>
      <w:tr w:rsidR="00A56E2A" w:rsidRPr="00317ABC" w14:paraId="43822ECE" w14:textId="77777777" w:rsidTr="00F47B51">
        <w:trPr>
          <w:trHeight w:val="51"/>
          <w:jc w:val="center"/>
        </w:trPr>
        <w:tc>
          <w:tcPr>
            <w:tcW w:w="8050" w:type="dxa"/>
            <w:gridSpan w:val="3"/>
            <w:tcBorders>
              <w:left w:val="nil"/>
              <w:right w:val="nil"/>
            </w:tcBorders>
            <w:hideMark/>
          </w:tcPr>
          <w:p w14:paraId="786E88C7" w14:textId="1E201D90" w:rsidR="00A56E2A" w:rsidRPr="00F47B51" w:rsidRDefault="00A56E2A" w:rsidP="00F47B51">
            <w:pPr>
              <w:spacing w:line="360" w:lineRule="auto"/>
              <w:jc w:val="both"/>
              <w:rPr>
                <w:rFonts w:ascii="Arial" w:hAnsi="Arial" w:cs="Arial"/>
                <w:bCs/>
                <w:sz w:val="22"/>
              </w:rPr>
            </w:pPr>
            <w:r w:rsidRPr="00317ABC">
              <w:sym w:font="Symbol" w:char="F020"/>
            </w:r>
            <w:r w:rsidRPr="00317ABC">
              <w:sym w:font="Symbol" w:char="F063"/>
            </w:r>
            <w:r w:rsidRPr="00317ABC">
              <w:t xml:space="preserve">²=69.65*             </w:t>
            </w:r>
            <w:r w:rsidR="00F47B51" w:rsidRPr="004A6CBD">
              <w:rPr>
                <w:rFonts w:ascii="Arial" w:hAnsi="Arial" w:cs="Arial"/>
                <w:bCs/>
                <w:sz w:val="22"/>
              </w:rPr>
              <w:t>*Significant at p &lt; 0.05</w:t>
            </w:r>
            <w:r w:rsidRPr="00317ABC">
              <w:t xml:space="preserve">                </w:t>
            </w:r>
          </w:p>
        </w:tc>
      </w:tr>
    </w:tbl>
    <w:p w14:paraId="34007D14" w14:textId="77777777" w:rsidR="001C4C38" w:rsidRPr="00317ABC" w:rsidRDefault="00DE5361" w:rsidP="00282661">
      <w:pPr>
        <w:pStyle w:val="Heading2"/>
        <w:jc w:val="both"/>
        <w:rPr>
          <w:rFonts w:ascii="Times New Roman" w:hAnsi="Times New Roman" w:cs="Times New Roman"/>
          <w:color w:val="000000" w:themeColor="text1"/>
          <w:sz w:val="24"/>
          <w:szCs w:val="24"/>
        </w:rPr>
      </w:pPr>
      <w:r w:rsidRPr="00317ABC">
        <w:rPr>
          <w:rFonts w:ascii="Times New Roman" w:hAnsi="Times New Roman" w:cs="Times New Roman"/>
          <w:color w:val="000000" w:themeColor="text1"/>
          <w:sz w:val="24"/>
          <w:szCs w:val="24"/>
        </w:rPr>
        <w:t>3.5 Clinical Abnormalities Observed in Respiratory Tract Diseases</w:t>
      </w:r>
    </w:p>
    <w:p w14:paraId="60EF1F29" w14:textId="3316F13A" w:rsidR="001C4C38" w:rsidRPr="00317ABC" w:rsidRDefault="000C21D8" w:rsidP="00317ABC">
      <w:pPr>
        <w:spacing w:line="360" w:lineRule="auto"/>
        <w:ind w:firstLine="720"/>
        <w:jc w:val="both"/>
        <w:rPr>
          <w:spacing w:val="-4"/>
        </w:rPr>
      </w:pPr>
      <w:r w:rsidRPr="00317ABC">
        <w:rPr>
          <w:spacing w:val="-4"/>
        </w:rPr>
        <w:t xml:space="preserve">Among the dogs affected with respiratory tract diseases, a variety of clinical signs and symptoms were observed. Cough was the most common clinical sign, recorded in 76.07 per cent of dogs, followed by inappetence in 58.12 per cent and nasal discharge in 54.70 per cent of dogs. Lethargy was observed in 40.17 per cent of dogs, followed by fever in 37.61 per cent. Harsh lung sounds were recorded in 28.20 per cent of dogs, while sneezing and congested mucous membranes were each observed in 27.35 per cent of dogs. </w:t>
      </w:r>
      <w:proofErr w:type="spellStart"/>
      <w:r w:rsidR="00317ABC" w:rsidRPr="00317ABC">
        <w:rPr>
          <w:spacing w:val="-4"/>
        </w:rPr>
        <w:t>Dyspnea</w:t>
      </w:r>
      <w:proofErr w:type="spellEnd"/>
      <w:r w:rsidRPr="00317ABC">
        <w:rPr>
          <w:spacing w:val="-4"/>
        </w:rPr>
        <w:t xml:space="preserve"> or open-mouth breathing was noted in 23.93 per cent of dogs, followed by exercise intolerance in 23.08 per cent. Abnormal respiratory sounds were present in 20.51 per cent, lacrimation in 19.66 per cent, tracheal sensitivity in 15.38 per cent and retching in 13.67 per cent of dogs. Crackles were observed in 9.40 per cent, dysphagia in 8.54 per cent, wheezing in 5.98 per cent, epistaxis in 5.12 per cent and muffled heart and lung sounds in 3.42 per cent of dogs</w:t>
      </w:r>
      <w:r w:rsidR="00317ABC">
        <w:rPr>
          <w:spacing w:val="-4"/>
        </w:rPr>
        <w:t xml:space="preserve"> (Table 05</w:t>
      </w:r>
      <w:r w:rsidR="003275EF">
        <w:rPr>
          <w:spacing w:val="-4"/>
        </w:rPr>
        <w:t>, Figure 01 to 08</w:t>
      </w:r>
      <w:r w:rsidR="00317ABC">
        <w:rPr>
          <w:spacing w:val="-4"/>
        </w:rPr>
        <w:t>)</w:t>
      </w:r>
      <w:r w:rsidRPr="00317ABC">
        <w:rPr>
          <w:spacing w:val="-4"/>
        </w:rPr>
        <w:t>.</w:t>
      </w:r>
    </w:p>
    <w:p w14:paraId="4F26C715" w14:textId="1B3465E0" w:rsidR="000C21D8" w:rsidRPr="00317ABC" w:rsidRDefault="000C21D8" w:rsidP="00317ABC">
      <w:pPr>
        <w:spacing w:line="360" w:lineRule="auto"/>
        <w:ind w:firstLine="1440"/>
        <w:jc w:val="both"/>
      </w:pPr>
      <w:r w:rsidRPr="00317ABC">
        <w:t xml:space="preserve">The findings of current study correlates well with the findings of Sanchez-Vizcaino </w:t>
      </w:r>
      <w:r w:rsidRPr="00317ABC">
        <w:rPr>
          <w:i/>
          <w:iCs/>
        </w:rPr>
        <w:t>et al</w:t>
      </w:r>
      <w:r w:rsidRPr="00317ABC">
        <w:t xml:space="preserve">. (2016), </w:t>
      </w:r>
      <w:proofErr w:type="spellStart"/>
      <w:r w:rsidRPr="00317ABC">
        <w:t>Arsevska</w:t>
      </w:r>
      <w:proofErr w:type="spellEnd"/>
      <w:r w:rsidRPr="00317ABC">
        <w:t xml:space="preserve"> </w:t>
      </w:r>
      <w:r w:rsidRPr="00317ABC">
        <w:rPr>
          <w:i/>
          <w:iCs/>
        </w:rPr>
        <w:t>et al</w:t>
      </w:r>
      <w:r w:rsidRPr="00317ABC">
        <w:t xml:space="preserve">. (2018), Singleton </w:t>
      </w:r>
      <w:r w:rsidRPr="00317ABC">
        <w:rPr>
          <w:i/>
          <w:iCs/>
        </w:rPr>
        <w:t>et al</w:t>
      </w:r>
      <w:r w:rsidRPr="00317ABC">
        <w:t xml:space="preserve">. (2019), </w:t>
      </w:r>
      <w:proofErr w:type="spellStart"/>
      <w:r w:rsidRPr="00317ABC">
        <w:t>Sariga</w:t>
      </w:r>
      <w:proofErr w:type="spellEnd"/>
      <w:r w:rsidRPr="00317ABC">
        <w:t xml:space="preserve"> </w:t>
      </w:r>
      <w:r w:rsidRPr="00317ABC">
        <w:rPr>
          <w:i/>
          <w:iCs/>
        </w:rPr>
        <w:t>et al</w:t>
      </w:r>
      <w:r w:rsidRPr="00317ABC">
        <w:t xml:space="preserve">. (2022) and </w:t>
      </w:r>
      <w:proofErr w:type="spellStart"/>
      <w:r w:rsidRPr="00317ABC">
        <w:t>Kose</w:t>
      </w:r>
      <w:proofErr w:type="spellEnd"/>
      <w:r w:rsidRPr="00317ABC">
        <w:t xml:space="preserve"> </w:t>
      </w:r>
      <w:r w:rsidRPr="00317ABC">
        <w:rPr>
          <w:i/>
          <w:iCs/>
        </w:rPr>
        <w:t>et al</w:t>
      </w:r>
      <w:r w:rsidRPr="00317ABC">
        <w:t xml:space="preserve">. (2021) who also reported cough as the most common clinical sign, followed by nasal discharge, sneezing, </w:t>
      </w:r>
      <w:proofErr w:type="spellStart"/>
      <w:r w:rsidR="000F654C" w:rsidRPr="00317ABC">
        <w:t>dyspnea</w:t>
      </w:r>
      <w:proofErr w:type="spellEnd"/>
      <w:r w:rsidRPr="00317ABC">
        <w:t xml:space="preserve">, fever and lethargy. Similarly, </w:t>
      </w:r>
      <w:proofErr w:type="spellStart"/>
      <w:r w:rsidRPr="00317ABC">
        <w:t>Elgalfy</w:t>
      </w:r>
      <w:proofErr w:type="spellEnd"/>
      <w:r w:rsidRPr="00317ABC">
        <w:t xml:space="preserve"> </w:t>
      </w:r>
      <w:r w:rsidRPr="00317ABC">
        <w:rPr>
          <w:i/>
          <w:iCs/>
        </w:rPr>
        <w:t>et al</w:t>
      </w:r>
      <w:r w:rsidRPr="00317ABC">
        <w:t>. (2022) observed anorexia, dullness, cough and nasal discharge in respiratory affections in dogs.</w:t>
      </w:r>
    </w:p>
    <w:p w14:paraId="6BDD28D7" w14:textId="405C70EB" w:rsidR="000C21D8" w:rsidRPr="00317ABC" w:rsidRDefault="000C21D8" w:rsidP="000C21D8">
      <w:pPr>
        <w:spacing w:line="360" w:lineRule="auto"/>
        <w:rPr>
          <w:b/>
          <w:bCs/>
        </w:rPr>
      </w:pPr>
      <w:r w:rsidRPr="00317ABC">
        <w:rPr>
          <w:b/>
          <w:bCs/>
        </w:rPr>
        <w:t>Table 05: Clinical abnormalities in respiratory tract diseases in dogs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2466"/>
        <w:gridCol w:w="1764"/>
      </w:tblGrid>
      <w:tr w:rsidR="000C21D8" w:rsidRPr="00317ABC" w14:paraId="7926CD8F" w14:textId="77777777" w:rsidTr="00F47B51">
        <w:trPr>
          <w:jc w:val="center"/>
        </w:trPr>
        <w:tc>
          <w:tcPr>
            <w:tcW w:w="3917" w:type="dxa"/>
            <w:tcBorders>
              <w:top w:val="single" w:sz="4" w:space="0" w:color="auto"/>
              <w:bottom w:val="single" w:sz="4" w:space="0" w:color="auto"/>
            </w:tcBorders>
          </w:tcPr>
          <w:p w14:paraId="058A77F9" w14:textId="77777777" w:rsidR="000C21D8" w:rsidRPr="00317ABC" w:rsidRDefault="000C21D8" w:rsidP="00246EFD">
            <w:pPr>
              <w:spacing w:before="60" w:after="60"/>
              <w:jc w:val="center"/>
              <w:rPr>
                <w:b/>
                <w:bCs/>
              </w:rPr>
            </w:pPr>
            <w:r w:rsidRPr="00317ABC">
              <w:rPr>
                <w:b/>
                <w:bCs/>
              </w:rPr>
              <w:t>Clinical abnormality</w:t>
            </w:r>
          </w:p>
        </w:tc>
        <w:tc>
          <w:tcPr>
            <w:tcW w:w="2466" w:type="dxa"/>
            <w:tcBorders>
              <w:top w:val="single" w:sz="4" w:space="0" w:color="auto"/>
              <w:bottom w:val="single" w:sz="4" w:space="0" w:color="auto"/>
            </w:tcBorders>
          </w:tcPr>
          <w:p w14:paraId="2C2949E0" w14:textId="77777777" w:rsidR="000C21D8" w:rsidRPr="00317ABC" w:rsidRDefault="000C21D8" w:rsidP="00246EFD">
            <w:pPr>
              <w:spacing w:before="60" w:after="60"/>
              <w:jc w:val="center"/>
              <w:rPr>
                <w:b/>
                <w:bCs/>
              </w:rPr>
            </w:pPr>
            <w:r w:rsidRPr="00317ABC">
              <w:rPr>
                <w:b/>
                <w:bCs/>
              </w:rPr>
              <w:t>Frequency (n=117)</w:t>
            </w:r>
          </w:p>
        </w:tc>
        <w:tc>
          <w:tcPr>
            <w:tcW w:w="1764" w:type="dxa"/>
            <w:tcBorders>
              <w:top w:val="single" w:sz="4" w:space="0" w:color="auto"/>
              <w:bottom w:val="single" w:sz="4" w:space="0" w:color="auto"/>
            </w:tcBorders>
          </w:tcPr>
          <w:p w14:paraId="4703D59D" w14:textId="77777777" w:rsidR="000C21D8" w:rsidRPr="00317ABC" w:rsidRDefault="000C21D8" w:rsidP="00246EFD">
            <w:pPr>
              <w:spacing w:before="60" w:after="60"/>
              <w:jc w:val="center"/>
              <w:rPr>
                <w:b/>
                <w:bCs/>
              </w:rPr>
            </w:pPr>
            <w:r w:rsidRPr="00317ABC">
              <w:rPr>
                <w:b/>
                <w:bCs/>
              </w:rPr>
              <w:t>Per cent (%)</w:t>
            </w:r>
          </w:p>
        </w:tc>
      </w:tr>
      <w:tr w:rsidR="000C21D8" w:rsidRPr="00317ABC" w14:paraId="3389C7EB" w14:textId="77777777" w:rsidTr="00F47B51">
        <w:trPr>
          <w:jc w:val="center"/>
        </w:trPr>
        <w:tc>
          <w:tcPr>
            <w:tcW w:w="3917" w:type="dxa"/>
            <w:tcBorders>
              <w:top w:val="single" w:sz="4" w:space="0" w:color="auto"/>
            </w:tcBorders>
            <w:vAlign w:val="center"/>
          </w:tcPr>
          <w:p w14:paraId="60A8EBDF" w14:textId="77777777" w:rsidR="000C21D8" w:rsidRPr="00317ABC" w:rsidRDefault="000C21D8" w:rsidP="00246EFD">
            <w:pPr>
              <w:spacing w:before="60" w:after="60"/>
            </w:pPr>
            <w:r w:rsidRPr="00317ABC">
              <w:t>Cough</w:t>
            </w:r>
          </w:p>
        </w:tc>
        <w:tc>
          <w:tcPr>
            <w:tcW w:w="2466" w:type="dxa"/>
            <w:tcBorders>
              <w:top w:val="single" w:sz="4" w:space="0" w:color="auto"/>
            </w:tcBorders>
            <w:vAlign w:val="center"/>
          </w:tcPr>
          <w:p w14:paraId="4B6DACD7" w14:textId="77777777" w:rsidR="000C21D8" w:rsidRPr="00317ABC" w:rsidRDefault="000C21D8" w:rsidP="00246EFD">
            <w:pPr>
              <w:spacing w:before="60" w:after="60"/>
              <w:jc w:val="center"/>
            </w:pPr>
            <w:r w:rsidRPr="00317ABC">
              <w:t>89</w:t>
            </w:r>
          </w:p>
        </w:tc>
        <w:tc>
          <w:tcPr>
            <w:tcW w:w="1764" w:type="dxa"/>
            <w:tcBorders>
              <w:top w:val="single" w:sz="4" w:space="0" w:color="auto"/>
            </w:tcBorders>
            <w:vAlign w:val="center"/>
          </w:tcPr>
          <w:p w14:paraId="498CA459" w14:textId="77777777" w:rsidR="000C21D8" w:rsidRPr="00317ABC" w:rsidRDefault="000C21D8" w:rsidP="00246EFD">
            <w:pPr>
              <w:spacing w:before="60" w:after="60"/>
              <w:jc w:val="center"/>
            </w:pPr>
            <w:r w:rsidRPr="00317ABC">
              <w:t>76.07</w:t>
            </w:r>
          </w:p>
        </w:tc>
      </w:tr>
      <w:tr w:rsidR="000C21D8" w:rsidRPr="00317ABC" w14:paraId="28A53B12" w14:textId="77777777" w:rsidTr="00F47B51">
        <w:trPr>
          <w:jc w:val="center"/>
        </w:trPr>
        <w:tc>
          <w:tcPr>
            <w:tcW w:w="3917" w:type="dxa"/>
            <w:vAlign w:val="center"/>
          </w:tcPr>
          <w:p w14:paraId="47C75731" w14:textId="77777777" w:rsidR="000C21D8" w:rsidRPr="00317ABC" w:rsidRDefault="000C21D8" w:rsidP="00246EFD">
            <w:pPr>
              <w:spacing w:before="60" w:after="60"/>
            </w:pPr>
            <w:r w:rsidRPr="00317ABC">
              <w:t>Inappetence</w:t>
            </w:r>
          </w:p>
        </w:tc>
        <w:tc>
          <w:tcPr>
            <w:tcW w:w="2466" w:type="dxa"/>
            <w:vAlign w:val="center"/>
          </w:tcPr>
          <w:p w14:paraId="4568BDF4" w14:textId="77777777" w:rsidR="000C21D8" w:rsidRPr="00317ABC" w:rsidRDefault="000C21D8" w:rsidP="00246EFD">
            <w:pPr>
              <w:spacing w:before="60" w:after="60"/>
              <w:jc w:val="center"/>
            </w:pPr>
            <w:r w:rsidRPr="00317ABC">
              <w:t>68</w:t>
            </w:r>
          </w:p>
        </w:tc>
        <w:tc>
          <w:tcPr>
            <w:tcW w:w="1764" w:type="dxa"/>
            <w:vAlign w:val="center"/>
          </w:tcPr>
          <w:p w14:paraId="5E4C1A99" w14:textId="77777777" w:rsidR="000C21D8" w:rsidRPr="00317ABC" w:rsidRDefault="000C21D8" w:rsidP="00246EFD">
            <w:pPr>
              <w:spacing w:before="60" w:after="60"/>
              <w:jc w:val="center"/>
            </w:pPr>
            <w:r w:rsidRPr="00317ABC">
              <w:t>58.12</w:t>
            </w:r>
          </w:p>
        </w:tc>
      </w:tr>
      <w:tr w:rsidR="000C21D8" w:rsidRPr="00317ABC" w14:paraId="5EA525FC" w14:textId="77777777" w:rsidTr="00F47B51">
        <w:trPr>
          <w:jc w:val="center"/>
        </w:trPr>
        <w:tc>
          <w:tcPr>
            <w:tcW w:w="3917" w:type="dxa"/>
            <w:vAlign w:val="center"/>
          </w:tcPr>
          <w:p w14:paraId="65D7F30F" w14:textId="77777777" w:rsidR="000C21D8" w:rsidRPr="00317ABC" w:rsidRDefault="000C21D8" w:rsidP="00246EFD">
            <w:pPr>
              <w:spacing w:before="60" w:after="60"/>
            </w:pPr>
            <w:r w:rsidRPr="00317ABC">
              <w:lastRenderedPageBreak/>
              <w:t>Nasal discharge</w:t>
            </w:r>
          </w:p>
        </w:tc>
        <w:tc>
          <w:tcPr>
            <w:tcW w:w="2466" w:type="dxa"/>
            <w:vAlign w:val="center"/>
          </w:tcPr>
          <w:p w14:paraId="28947844" w14:textId="77777777" w:rsidR="000C21D8" w:rsidRPr="00317ABC" w:rsidRDefault="000C21D8" w:rsidP="00246EFD">
            <w:pPr>
              <w:spacing w:before="60" w:after="60"/>
              <w:jc w:val="center"/>
            </w:pPr>
            <w:r w:rsidRPr="00317ABC">
              <w:t>64</w:t>
            </w:r>
          </w:p>
        </w:tc>
        <w:tc>
          <w:tcPr>
            <w:tcW w:w="1764" w:type="dxa"/>
            <w:vAlign w:val="center"/>
          </w:tcPr>
          <w:p w14:paraId="62D69F2B" w14:textId="77777777" w:rsidR="000C21D8" w:rsidRPr="00317ABC" w:rsidRDefault="000C21D8" w:rsidP="00246EFD">
            <w:pPr>
              <w:spacing w:before="60" w:after="60"/>
              <w:jc w:val="center"/>
            </w:pPr>
            <w:r w:rsidRPr="00317ABC">
              <w:t>54.70</w:t>
            </w:r>
          </w:p>
        </w:tc>
      </w:tr>
      <w:tr w:rsidR="000C21D8" w:rsidRPr="00317ABC" w14:paraId="08EECC5E" w14:textId="77777777" w:rsidTr="00F47B51">
        <w:trPr>
          <w:jc w:val="center"/>
        </w:trPr>
        <w:tc>
          <w:tcPr>
            <w:tcW w:w="3917" w:type="dxa"/>
            <w:vAlign w:val="center"/>
          </w:tcPr>
          <w:p w14:paraId="00AF2DEF" w14:textId="77777777" w:rsidR="000C21D8" w:rsidRPr="00317ABC" w:rsidRDefault="000C21D8" w:rsidP="00246EFD">
            <w:pPr>
              <w:spacing w:before="60" w:after="60"/>
            </w:pPr>
            <w:r w:rsidRPr="00317ABC">
              <w:t>Lethargy</w:t>
            </w:r>
          </w:p>
        </w:tc>
        <w:tc>
          <w:tcPr>
            <w:tcW w:w="2466" w:type="dxa"/>
            <w:vAlign w:val="center"/>
          </w:tcPr>
          <w:p w14:paraId="5B81E730" w14:textId="77777777" w:rsidR="000C21D8" w:rsidRPr="00317ABC" w:rsidRDefault="000C21D8" w:rsidP="00246EFD">
            <w:pPr>
              <w:spacing w:before="60" w:after="60"/>
              <w:jc w:val="center"/>
            </w:pPr>
            <w:r w:rsidRPr="00317ABC">
              <w:t>47</w:t>
            </w:r>
          </w:p>
        </w:tc>
        <w:tc>
          <w:tcPr>
            <w:tcW w:w="1764" w:type="dxa"/>
            <w:vAlign w:val="center"/>
          </w:tcPr>
          <w:p w14:paraId="218F1394" w14:textId="77777777" w:rsidR="000C21D8" w:rsidRPr="00317ABC" w:rsidRDefault="000C21D8" w:rsidP="00246EFD">
            <w:pPr>
              <w:spacing w:before="60" w:after="60"/>
              <w:jc w:val="center"/>
            </w:pPr>
            <w:r w:rsidRPr="00317ABC">
              <w:t>40.17</w:t>
            </w:r>
          </w:p>
        </w:tc>
      </w:tr>
      <w:tr w:rsidR="000C21D8" w:rsidRPr="00317ABC" w14:paraId="612500AF" w14:textId="77777777" w:rsidTr="00F47B51">
        <w:trPr>
          <w:jc w:val="center"/>
        </w:trPr>
        <w:tc>
          <w:tcPr>
            <w:tcW w:w="3917" w:type="dxa"/>
            <w:vAlign w:val="center"/>
          </w:tcPr>
          <w:p w14:paraId="4C22DD15" w14:textId="77777777" w:rsidR="000C21D8" w:rsidRPr="00317ABC" w:rsidRDefault="000C21D8" w:rsidP="00246EFD">
            <w:pPr>
              <w:spacing w:before="60" w:after="60"/>
            </w:pPr>
            <w:r w:rsidRPr="00317ABC">
              <w:t>Fever</w:t>
            </w:r>
          </w:p>
        </w:tc>
        <w:tc>
          <w:tcPr>
            <w:tcW w:w="2466" w:type="dxa"/>
            <w:vAlign w:val="center"/>
          </w:tcPr>
          <w:p w14:paraId="70884B8A" w14:textId="77777777" w:rsidR="000C21D8" w:rsidRPr="00317ABC" w:rsidRDefault="000C21D8" w:rsidP="00246EFD">
            <w:pPr>
              <w:spacing w:before="60" w:after="60"/>
              <w:jc w:val="center"/>
            </w:pPr>
            <w:r w:rsidRPr="00317ABC">
              <w:t>44</w:t>
            </w:r>
          </w:p>
        </w:tc>
        <w:tc>
          <w:tcPr>
            <w:tcW w:w="1764" w:type="dxa"/>
            <w:vAlign w:val="center"/>
          </w:tcPr>
          <w:p w14:paraId="37C6CFF7" w14:textId="77777777" w:rsidR="000C21D8" w:rsidRPr="00317ABC" w:rsidRDefault="000C21D8" w:rsidP="00246EFD">
            <w:pPr>
              <w:spacing w:before="60" w:after="60"/>
              <w:jc w:val="center"/>
            </w:pPr>
            <w:r w:rsidRPr="00317ABC">
              <w:t>37.61</w:t>
            </w:r>
          </w:p>
        </w:tc>
      </w:tr>
      <w:tr w:rsidR="000C21D8" w:rsidRPr="00317ABC" w14:paraId="674F39AA" w14:textId="77777777" w:rsidTr="00F47B51">
        <w:trPr>
          <w:jc w:val="center"/>
        </w:trPr>
        <w:tc>
          <w:tcPr>
            <w:tcW w:w="3917" w:type="dxa"/>
            <w:vAlign w:val="center"/>
          </w:tcPr>
          <w:p w14:paraId="63981E20" w14:textId="77777777" w:rsidR="000C21D8" w:rsidRPr="00317ABC" w:rsidRDefault="000C21D8" w:rsidP="00246EFD">
            <w:pPr>
              <w:spacing w:before="60" w:after="60"/>
            </w:pPr>
            <w:r w:rsidRPr="00317ABC">
              <w:t>Harsh lung sounds</w:t>
            </w:r>
          </w:p>
        </w:tc>
        <w:tc>
          <w:tcPr>
            <w:tcW w:w="2466" w:type="dxa"/>
            <w:vAlign w:val="center"/>
          </w:tcPr>
          <w:p w14:paraId="5DC8A8AF" w14:textId="77777777" w:rsidR="000C21D8" w:rsidRPr="00317ABC" w:rsidRDefault="000C21D8" w:rsidP="00246EFD">
            <w:pPr>
              <w:spacing w:before="60" w:after="60"/>
              <w:jc w:val="center"/>
            </w:pPr>
            <w:r w:rsidRPr="00317ABC">
              <w:t>33</w:t>
            </w:r>
          </w:p>
        </w:tc>
        <w:tc>
          <w:tcPr>
            <w:tcW w:w="1764" w:type="dxa"/>
            <w:vAlign w:val="center"/>
          </w:tcPr>
          <w:p w14:paraId="75FC3376" w14:textId="77777777" w:rsidR="000C21D8" w:rsidRPr="00317ABC" w:rsidRDefault="000C21D8" w:rsidP="00246EFD">
            <w:pPr>
              <w:spacing w:before="60" w:after="60"/>
              <w:jc w:val="center"/>
            </w:pPr>
            <w:r w:rsidRPr="00317ABC">
              <w:t>28.20</w:t>
            </w:r>
          </w:p>
        </w:tc>
      </w:tr>
      <w:tr w:rsidR="000C21D8" w:rsidRPr="00317ABC" w14:paraId="13756350" w14:textId="77777777" w:rsidTr="00F47B51">
        <w:trPr>
          <w:jc w:val="center"/>
        </w:trPr>
        <w:tc>
          <w:tcPr>
            <w:tcW w:w="3917" w:type="dxa"/>
            <w:vAlign w:val="center"/>
          </w:tcPr>
          <w:p w14:paraId="65641C14" w14:textId="77777777" w:rsidR="000C21D8" w:rsidRPr="00317ABC" w:rsidRDefault="000C21D8" w:rsidP="00246EFD">
            <w:pPr>
              <w:spacing w:before="60" w:after="60"/>
            </w:pPr>
            <w:r w:rsidRPr="00317ABC">
              <w:t>Sneezing</w:t>
            </w:r>
          </w:p>
        </w:tc>
        <w:tc>
          <w:tcPr>
            <w:tcW w:w="2466" w:type="dxa"/>
            <w:vAlign w:val="center"/>
          </w:tcPr>
          <w:p w14:paraId="4C9605A1" w14:textId="77777777" w:rsidR="000C21D8" w:rsidRPr="00317ABC" w:rsidRDefault="000C21D8" w:rsidP="00246EFD">
            <w:pPr>
              <w:spacing w:before="60" w:after="60"/>
              <w:jc w:val="center"/>
            </w:pPr>
            <w:r w:rsidRPr="00317ABC">
              <w:t>32</w:t>
            </w:r>
          </w:p>
        </w:tc>
        <w:tc>
          <w:tcPr>
            <w:tcW w:w="1764" w:type="dxa"/>
            <w:vAlign w:val="center"/>
          </w:tcPr>
          <w:p w14:paraId="3262CD94" w14:textId="77777777" w:rsidR="000C21D8" w:rsidRPr="00317ABC" w:rsidRDefault="000C21D8" w:rsidP="00246EFD">
            <w:pPr>
              <w:spacing w:before="60" w:after="60"/>
              <w:jc w:val="center"/>
            </w:pPr>
            <w:r w:rsidRPr="00317ABC">
              <w:t>27.35</w:t>
            </w:r>
          </w:p>
        </w:tc>
      </w:tr>
      <w:tr w:rsidR="000C21D8" w:rsidRPr="00317ABC" w14:paraId="1337B8F7" w14:textId="77777777" w:rsidTr="00F47B51">
        <w:trPr>
          <w:jc w:val="center"/>
        </w:trPr>
        <w:tc>
          <w:tcPr>
            <w:tcW w:w="3917" w:type="dxa"/>
            <w:vAlign w:val="center"/>
          </w:tcPr>
          <w:p w14:paraId="196F9E8D" w14:textId="77777777" w:rsidR="000C21D8" w:rsidRPr="00317ABC" w:rsidRDefault="000C21D8" w:rsidP="00246EFD">
            <w:pPr>
              <w:spacing w:before="60" w:after="60"/>
            </w:pPr>
            <w:r w:rsidRPr="00317ABC">
              <w:t>Congested mucous membrane</w:t>
            </w:r>
          </w:p>
        </w:tc>
        <w:tc>
          <w:tcPr>
            <w:tcW w:w="2466" w:type="dxa"/>
            <w:vAlign w:val="center"/>
          </w:tcPr>
          <w:p w14:paraId="6A223A52" w14:textId="77777777" w:rsidR="000C21D8" w:rsidRPr="00317ABC" w:rsidRDefault="000C21D8" w:rsidP="00246EFD">
            <w:pPr>
              <w:spacing w:before="60" w:after="60"/>
              <w:jc w:val="center"/>
            </w:pPr>
            <w:r w:rsidRPr="00317ABC">
              <w:t>32</w:t>
            </w:r>
          </w:p>
        </w:tc>
        <w:tc>
          <w:tcPr>
            <w:tcW w:w="1764" w:type="dxa"/>
            <w:vAlign w:val="center"/>
          </w:tcPr>
          <w:p w14:paraId="3E245759" w14:textId="77777777" w:rsidR="000C21D8" w:rsidRPr="00317ABC" w:rsidRDefault="000C21D8" w:rsidP="00246EFD">
            <w:pPr>
              <w:spacing w:before="60" w:after="60"/>
              <w:jc w:val="center"/>
            </w:pPr>
            <w:r w:rsidRPr="00317ABC">
              <w:t>27.35</w:t>
            </w:r>
          </w:p>
        </w:tc>
      </w:tr>
      <w:tr w:rsidR="000C21D8" w:rsidRPr="00317ABC" w14:paraId="147372F5" w14:textId="77777777" w:rsidTr="00F47B51">
        <w:trPr>
          <w:jc w:val="center"/>
        </w:trPr>
        <w:tc>
          <w:tcPr>
            <w:tcW w:w="3917" w:type="dxa"/>
            <w:vAlign w:val="center"/>
          </w:tcPr>
          <w:p w14:paraId="5BBFA815" w14:textId="40053696" w:rsidR="000C21D8" w:rsidRPr="00317ABC" w:rsidRDefault="000F654C" w:rsidP="00246EFD">
            <w:pPr>
              <w:spacing w:before="60" w:after="60"/>
            </w:pPr>
            <w:proofErr w:type="spellStart"/>
            <w:r w:rsidRPr="00317ABC">
              <w:t>Dyspnea</w:t>
            </w:r>
            <w:proofErr w:type="spellEnd"/>
            <w:r w:rsidR="000C21D8" w:rsidRPr="00317ABC">
              <w:t>/open mouth breathing</w:t>
            </w:r>
          </w:p>
        </w:tc>
        <w:tc>
          <w:tcPr>
            <w:tcW w:w="2466" w:type="dxa"/>
            <w:vAlign w:val="center"/>
          </w:tcPr>
          <w:p w14:paraId="62A00AFD" w14:textId="77777777" w:rsidR="000C21D8" w:rsidRPr="00317ABC" w:rsidRDefault="000C21D8" w:rsidP="00246EFD">
            <w:pPr>
              <w:spacing w:before="60" w:after="60"/>
              <w:jc w:val="center"/>
            </w:pPr>
            <w:r w:rsidRPr="00317ABC">
              <w:t>28</w:t>
            </w:r>
          </w:p>
        </w:tc>
        <w:tc>
          <w:tcPr>
            <w:tcW w:w="1764" w:type="dxa"/>
            <w:vAlign w:val="center"/>
          </w:tcPr>
          <w:p w14:paraId="30D27230" w14:textId="77777777" w:rsidR="000C21D8" w:rsidRPr="00317ABC" w:rsidRDefault="000C21D8" w:rsidP="00246EFD">
            <w:pPr>
              <w:spacing w:before="60" w:after="60"/>
              <w:jc w:val="center"/>
            </w:pPr>
            <w:r w:rsidRPr="00317ABC">
              <w:t>23.93</w:t>
            </w:r>
          </w:p>
        </w:tc>
      </w:tr>
      <w:tr w:rsidR="000C21D8" w:rsidRPr="00317ABC" w14:paraId="6DAC8A39" w14:textId="77777777" w:rsidTr="00F47B51">
        <w:trPr>
          <w:jc w:val="center"/>
        </w:trPr>
        <w:tc>
          <w:tcPr>
            <w:tcW w:w="3917" w:type="dxa"/>
            <w:vAlign w:val="center"/>
          </w:tcPr>
          <w:p w14:paraId="2C0DDA7A" w14:textId="77777777" w:rsidR="000C21D8" w:rsidRPr="00317ABC" w:rsidRDefault="000C21D8" w:rsidP="00246EFD">
            <w:pPr>
              <w:spacing w:before="60" w:after="60"/>
            </w:pPr>
            <w:r w:rsidRPr="00317ABC">
              <w:t>Exercise intolerance</w:t>
            </w:r>
          </w:p>
        </w:tc>
        <w:tc>
          <w:tcPr>
            <w:tcW w:w="2466" w:type="dxa"/>
            <w:vAlign w:val="center"/>
          </w:tcPr>
          <w:p w14:paraId="2A833A03" w14:textId="77777777" w:rsidR="000C21D8" w:rsidRPr="00317ABC" w:rsidRDefault="000C21D8" w:rsidP="00246EFD">
            <w:pPr>
              <w:spacing w:before="60" w:after="60"/>
              <w:jc w:val="center"/>
            </w:pPr>
            <w:r w:rsidRPr="00317ABC">
              <w:t>27</w:t>
            </w:r>
          </w:p>
        </w:tc>
        <w:tc>
          <w:tcPr>
            <w:tcW w:w="1764" w:type="dxa"/>
            <w:vAlign w:val="center"/>
          </w:tcPr>
          <w:p w14:paraId="075547B4" w14:textId="77777777" w:rsidR="000C21D8" w:rsidRPr="00317ABC" w:rsidRDefault="000C21D8" w:rsidP="00246EFD">
            <w:pPr>
              <w:spacing w:before="60" w:after="60"/>
              <w:jc w:val="center"/>
            </w:pPr>
            <w:r w:rsidRPr="00317ABC">
              <w:t>23.08</w:t>
            </w:r>
          </w:p>
        </w:tc>
      </w:tr>
      <w:tr w:rsidR="000C21D8" w:rsidRPr="00317ABC" w14:paraId="0F51043D" w14:textId="77777777" w:rsidTr="00F47B51">
        <w:trPr>
          <w:jc w:val="center"/>
        </w:trPr>
        <w:tc>
          <w:tcPr>
            <w:tcW w:w="3917" w:type="dxa"/>
            <w:vAlign w:val="center"/>
          </w:tcPr>
          <w:p w14:paraId="0F3F91A4" w14:textId="77777777" w:rsidR="000C21D8" w:rsidRPr="00317ABC" w:rsidRDefault="000C21D8" w:rsidP="00246EFD">
            <w:pPr>
              <w:spacing w:before="60" w:after="60"/>
            </w:pPr>
            <w:r w:rsidRPr="00317ABC">
              <w:t>Abnormal respiratory sound</w:t>
            </w:r>
          </w:p>
        </w:tc>
        <w:tc>
          <w:tcPr>
            <w:tcW w:w="2466" w:type="dxa"/>
            <w:vAlign w:val="center"/>
          </w:tcPr>
          <w:p w14:paraId="14C2E778" w14:textId="77777777" w:rsidR="000C21D8" w:rsidRPr="00317ABC" w:rsidRDefault="000C21D8" w:rsidP="00246EFD">
            <w:pPr>
              <w:spacing w:before="60" w:after="60"/>
              <w:jc w:val="center"/>
            </w:pPr>
            <w:r w:rsidRPr="00317ABC">
              <w:t>24</w:t>
            </w:r>
          </w:p>
        </w:tc>
        <w:tc>
          <w:tcPr>
            <w:tcW w:w="1764" w:type="dxa"/>
            <w:vAlign w:val="center"/>
          </w:tcPr>
          <w:p w14:paraId="1436A47D" w14:textId="77777777" w:rsidR="000C21D8" w:rsidRPr="00317ABC" w:rsidRDefault="000C21D8" w:rsidP="00246EFD">
            <w:pPr>
              <w:spacing w:before="60" w:after="60"/>
              <w:jc w:val="center"/>
            </w:pPr>
            <w:r w:rsidRPr="00317ABC">
              <w:t>20.51</w:t>
            </w:r>
          </w:p>
        </w:tc>
      </w:tr>
      <w:tr w:rsidR="000C21D8" w:rsidRPr="00317ABC" w14:paraId="46D023AB" w14:textId="77777777" w:rsidTr="00F47B51">
        <w:trPr>
          <w:jc w:val="center"/>
        </w:trPr>
        <w:tc>
          <w:tcPr>
            <w:tcW w:w="3917" w:type="dxa"/>
            <w:vAlign w:val="center"/>
          </w:tcPr>
          <w:p w14:paraId="321C4DCF" w14:textId="77777777" w:rsidR="000C21D8" w:rsidRPr="00317ABC" w:rsidRDefault="000C21D8" w:rsidP="00246EFD">
            <w:pPr>
              <w:spacing w:before="60" w:after="60"/>
            </w:pPr>
            <w:r w:rsidRPr="00317ABC">
              <w:t>Lacrimation</w:t>
            </w:r>
          </w:p>
        </w:tc>
        <w:tc>
          <w:tcPr>
            <w:tcW w:w="2466" w:type="dxa"/>
            <w:vAlign w:val="center"/>
          </w:tcPr>
          <w:p w14:paraId="02E1DA24" w14:textId="77777777" w:rsidR="000C21D8" w:rsidRPr="00317ABC" w:rsidRDefault="000C21D8" w:rsidP="00246EFD">
            <w:pPr>
              <w:spacing w:before="60" w:after="60"/>
              <w:jc w:val="center"/>
            </w:pPr>
            <w:r w:rsidRPr="00317ABC">
              <w:t>23</w:t>
            </w:r>
          </w:p>
        </w:tc>
        <w:tc>
          <w:tcPr>
            <w:tcW w:w="1764" w:type="dxa"/>
            <w:vAlign w:val="center"/>
          </w:tcPr>
          <w:p w14:paraId="2D7A45AF" w14:textId="77777777" w:rsidR="000C21D8" w:rsidRPr="00317ABC" w:rsidRDefault="000C21D8" w:rsidP="00246EFD">
            <w:pPr>
              <w:spacing w:before="60" w:after="60"/>
              <w:jc w:val="center"/>
            </w:pPr>
            <w:r w:rsidRPr="00317ABC">
              <w:t>19.66</w:t>
            </w:r>
          </w:p>
        </w:tc>
      </w:tr>
      <w:tr w:rsidR="000C21D8" w:rsidRPr="00317ABC" w14:paraId="136473CD" w14:textId="77777777" w:rsidTr="00F47B51">
        <w:trPr>
          <w:jc w:val="center"/>
        </w:trPr>
        <w:tc>
          <w:tcPr>
            <w:tcW w:w="3917" w:type="dxa"/>
            <w:vAlign w:val="center"/>
          </w:tcPr>
          <w:p w14:paraId="39F5207A" w14:textId="77777777" w:rsidR="000C21D8" w:rsidRPr="00317ABC" w:rsidRDefault="000C21D8" w:rsidP="00246EFD">
            <w:pPr>
              <w:spacing w:before="60" w:after="60"/>
            </w:pPr>
            <w:r w:rsidRPr="00317ABC">
              <w:t>Tracheal sensitivity</w:t>
            </w:r>
          </w:p>
        </w:tc>
        <w:tc>
          <w:tcPr>
            <w:tcW w:w="2466" w:type="dxa"/>
            <w:vAlign w:val="center"/>
          </w:tcPr>
          <w:p w14:paraId="0BEBBB7F" w14:textId="77777777" w:rsidR="000C21D8" w:rsidRPr="00317ABC" w:rsidRDefault="000C21D8" w:rsidP="00246EFD">
            <w:pPr>
              <w:spacing w:before="60" w:after="60"/>
              <w:jc w:val="center"/>
            </w:pPr>
            <w:r w:rsidRPr="00317ABC">
              <w:t>18</w:t>
            </w:r>
          </w:p>
        </w:tc>
        <w:tc>
          <w:tcPr>
            <w:tcW w:w="1764" w:type="dxa"/>
            <w:vAlign w:val="center"/>
          </w:tcPr>
          <w:p w14:paraId="6D849C13" w14:textId="77777777" w:rsidR="000C21D8" w:rsidRPr="00317ABC" w:rsidRDefault="000C21D8" w:rsidP="00246EFD">
            <w:pPr>
              <w:spacing w:before="60" w:after="60"/>
              <w:jc w:val="center"/>
            </w:pPr>
            <w:r w:rsidRPr="00317ABC">
              <w:t>15.38</w:t>
            </w:r>
          </w:p>
        </w:tc>
      </w:tr>
      <w:tr w:rsidR="000C21D8" w:rsidRPr="00317ABC" w14:paraId="24B08081" w14:textId="77777777" w:rsidTr="00F47B51">
        <w:trPr>
          <w:jc w:val="center"/>
        </w:trPr>
        <w:tc>
          <w:tcPr>
            <w:tcW w:w="3917" w:type="dxa"/>
            <w:vAlign w:val="center"/>
          </w:tcPr>
          <w:p w14:paraId="0FBB2C5C" w14:textId="77777777" w:rsidR="000C21D8" w:rsidRPr="00317ABC" w:rsidRDefault="000C21D8" w:rsidP="00246EFD">
            <w:pPr>
              <w:spacing w:before="60" w:after="60"/>
            </w:pPr>
            <w:r w:rsidRPr="00317ABC">
              <w:t>Retching</w:t>
            </w:r>
          </w:p>
        </w:tc>
        <w:tc>
          <w:tcPr>
            <w:tcW w:w="2466" w:type="dxa"/>
            <w:vAlign w:val="center"/>
          </w:tcPr>
          <w:p w14:paraId="1AA17155" w14:textId="77777777" w:rsidR="000C21D8" w:rsidRPr="00317ABC" w:rsidRDefault="000C21D8" w:rsidP="00246EFD">
            <w:pPr>
              <w:spacing w:before="60" w:after="60"/>
              <w:jc w:val="center"/>
            </w:pPr>
            <w:r w:rsidRPr="00317ABC">
              <w:t>16</w:t>
            </w:r>
          </w:p>
        </w:tc>
        <w:tc>
          <w:tcPr>
            <w:tcW w:w="1764" w:type="dxa"/>
            <w:vAlign w:val="center"/>
          </w:tcPr>
          <w:p w14:paraId="3E858E4A" w14:textId="77777777" w:rsidR="000C21D8" w:rsidRPr="00317ABC" w:rsidRDefault="000C21D8" w:rsidP="00246EFD">
            <w:pPr>
              <w:spacing w:before="60" w:after="60"/>
              <w:jc w:val="center"/>
            </w:pPr>
            <w:r w:rsidRPr="00317ABC">
              <w:t>13.67</w:t>
            </w:r>
          </w:p>
        </w:tc>
      </w:tr>
      <w:tr w:rsidR="000C21D8" w:rsidRPr="00317ABC" w14:paraId="0020E71C" w14:textId="77777777" w:rsidTr="00F47B51">
        <w:trPr>
          <w:jc w:val="center"/>
        </w:trPr>
        <w:tc>
          <w:tcPr>
            <w:tcW w:w="3917" w:type="dxa"/>
            <w:vAlign w:val="center"/>
          </w:tcPr>
          <w:p w14:paraId="223EA39D" w14:textId="77777777" w:rsidR="000C21D8" w:rsidRPr="00317ABC" w:rsidRDefault="000C21D8" w:rsidP="00246EFD">
            <w:pPr>
              <w:spacing w:before="60" w:after="60"/>
            </w:pPr>
            <w:r w:rsidRPr="00317ABC">
              <w:t>Crackles</w:t>
            </w:r>
          </w:p>
        </w:tc>
        <w:tc>
          <w:tcPr>
            <w:tcW w:w="2466" w:type="dxa"/>
            <w:vAlign w:val="center"/>
          </w:tcPr>
          <w:p w14:paraId="58179434" w14:textId="77777777" w:rsidR="000C21D8" w:rsidRPr="00317ABC" w:rsidRDefault="000C21D8" w:rsidP="00246EFD">
            <w:pPr>
              <w:spacing w:before="60" w:after="60"/>
              <w:jc w:val="center"/>
            </w:pPr>
            <w:r w:rsidRPr="00317ABC">
              <w:t>11</w:t>
            </w:r>
          </w:p>
        </w:tc>
        <w:tc>
          <w:tcPr>
            <w:tcW w:w="1764" w:type="dxa"/>
            <w:vAlign w:val="center"/>
          </w:tcPr>
          <w:p w14:paraId="1B9D6463" w14:textId="77777777" w:rsidR="000C21D8" w:rsidRPr="00317ABC" w:rsidRDefault="000C21D8" w:rsidP="00246EFD">
            <w:pPr>
              <w:spacing w:before="60" w:after="60"/>
              <w:jc w:val="center"/>
            </w:pPr>
            <w:r w:rsidRPr="00317ABC">
              <w:t>09.40</w:t>
            </w:r>
          </w:p>
        </w:tc>
      </w:tr>
      <w:tr w:rsidR="000C21D8" w:rsidRPr="00317ABC" w14:paraId="4C15A0BF" w14:textId="77777777" w:rsidTr="00F47B51">
        <w:trPr>
          <w:jc w:val="center"/>
        </w:trPr>
        <w:tc>
          <w:tcPr>
            <w:tcW w:w="3917" w:type="dxa"/>
            <w:vAlign w:val="center"/>
          </w:tcPr>
          <w:p w14:paraId="094ED90B" w14:textId="77777777" w:rsidR="000C21D8" w:rsidRPr="00317ABC" w:rsidRDefault="000C21D8" w:rsidP="00246EFD">
            <w:pPr>
              <w:spacing w:before="60" w:after="60"/>
            </w:pPr>
            <w:r w:rsidRPr="00317ABC">
              <w:t>Dysphagia</w:t>
            </w:r>
          </w:p>
        </w:tc>
        <w:tc>
          <w:tcPr>
            <w:tcW w:w="2466" w:type="dxa"/>
            <w:vAlign w:val="center"/>
          </w:tcPr>
          <w:p w14:paraId="30E9337F" w14:textId="77777777" w:rsidR="000C21D8" w:rsidRPr="00317ABC" w:rsidRDefault="000C21D8" w:rsidP="00246EFD">
            <w:pPr>
              <w:spacing w:before="60" w:after="60"/>
              <w:jc w:val="center"/>
            </w:pPr>
            <w:r w:rsidRPr="00317ABC">
              <w:t>10</w:t>
            </w:r>
          </w:p>
        </w:tc>
        <w:tc>
          <w:tcPr>
            <w:tcW w:w="1764" w:type="dxa"/>
            <w:vAlign w:val="center"/>
          </w:tcPr>
          <w:p w14:paraId="7D694F56" w14:textId="77777777" w:rsidR="000C21D8" w:rsidRPr="00317ABC" w:rsidRDefault="000C21D8" w:rsidP="00246EFD">
            <w:pPr>
              <w:spacing w:before="60" w:after="60"/>
              <w:jc w:val="center"/>
            </w:pPr>
            <w:r w:rsidRPr="00317ABC">
              <w:t>08.54</w:t>
            </w:r>
          </w:p>
        </w:tc>
      </w:tr>
      <w:tr w:rsidR="000C21D8" w:rsidRPr="00317ABC" w14:paraId="7917E50C" w14:textId="77777777" w:rsidTr="00F47B51">
        <w:trPr>
          <w:jc w:val="center"/>
        </w:trPr>
        <w:tc>
          <w:tcPr>
            <w:tcW w:w="3917" w:type="dxa"/>
            <w:vAlign w:val="center"/>
          </w:tcPr>
          <w:p w14:paraId="74C4A36A" w14:textId="77777777" w:rsidR="000C21D8" w:rsidRPr="00317ABC" w:rsidRDefault="000C21D8" w:rsidP="00246EFD">
            <w:pPr>
              <w:spacing w:before="60" w:after="60"/>
            </w:pPr>
            <w:r w:rsidRPr="00317ABC">
              <w:t>wheezing</w:t>
            </w:r>
          </w:p>
        </w:tc>
        <w:tc>
          <w:tcPr>
            <w:tcW w:w="2466" w:type="dxa"/>
            <w:vAlign w:val="center"/>
          </w:tcPr>
          <w:p w14:paraId="36BE0628" w14:textId="77777777" w:rsidR="000C21D8" w:rsidRPr="00317ABC" w:rsidRDefault="000C21D8" w:rsidP="00246EFD">
            <w:pPr>
              <w:spacing w:before="60" w:after="60"/>
              <w:jc w:val="center"/>
            </w:pPr>
            <w:r w:rsidRPr="00317ABC">
              <w:t>7</w:t>
            </w:r>
          </w:p>
        </w:tc>
        <w:tc>
          <w:tcPr>
            <w:tcW w:w="1764" w:type="dxa"/>
            <w:vAlign w:val="center"/>
          </w:tcPr>
          <w:p w14:paraId="32FEEEB2" w14:textId="77777777" w:rsidR="000C21D8" w:rsidRPr="00317ABC" w:rsidRDefault="000C21D8" w:rsidP="00246EFD">
            <w:pPr>
              <w:spacing w:before="60" w:after="60"/>
              <w:jc w:val="center"/>
            </w:pPr>
            <w:r w:rsidRPr="00317ABC">
              <w:t>05.98</w:t>
            </w:r>
          </w:p>
        </w:tc>
      </w:tr>
      <w:tr w:rsidR="000C21D8" w:rsidRPr="00317ABC" w14:paraId="5FC07268" w14:textId="77777777" w:rsidTr="00F47B51">
        <w:trPr>
          <w:jc w:val="center"/>
        </w:trPr>
        <w:tc>
          <w:tcPr>
            <w:tcW w:w="3917" w:type="dxa"/>
            <w:vAlign w:val="center"/>
          </w:tcPr>
          <w:p w14:paraId="24BAFB04" w14:textId="77777777" w:rsidR="000C21D8" w:rsidRPr="00317ABC" w:rsidRDefault="000C21D8" w:rsidP="00246EFD">
            <w:pPr>
              <w:spacing w:before="60" w:after="60"/>
            </w:pPr>
            <w:r w:rsidRPr="00317ABC">
              <w:t>Epistaxis</w:t>
            </w:r>
          </w:p>
        </w:tc>
        <w:tc>
          <w:tcPr>
            <w:tcW w:w="2466" w:type="dxa"/>
            <w:vAlign w:val="center"/>
          </w:tcPr>
          <w:p w14:paraId="343C9375" w14:textId="77777777" w:rsidR="000C21D8" w:rsidRPr="00317ABC" w:rsidRDefault="000C21D8" w:rsidP="00246EFD">
            <w:pPr>
              <w:spacing w:before="60" w:after="60"/>
              <w:jc w:val="center"/>
            </w:pPr>
            <w:r w:rsidRPr="00317ABC">
              <w:t>6</w:t>
            </w:r>
          </w:p>
        </w:tc>
        <w:tc>
          <w:tcPr>
            <w:tcW w:w="1764" w:type="dxa"/>
            <w:vAlign w:val="center"/>
          </w:tcPr>
          <w:p w14:paraId="12F1C287" w14:textId="77777777" w:rsidR="000C21D8" w:rsidRPr="00317ABC" w:rsidRDefault="000C21D8" w:rsidP="00246EFD">
            <w:pPr>
              <w:spacing w:before="60" w:after="60"/>
              <w:jc w:val="center"/>
            </w:pPr>
            <w:r w:rsidRPr="00317ABC">
              <w:t>05.12</w:t>
            </w:r>
          </w:p>
        </w:tc>
      </w:tr>
      <w:tr w:rsidR="000C21D8" w:rsidRPr="00317ABC" w14:paraId="6C8912DB" w14:textId="77777777" w:rsidTr="00F47B51">
        <w:trPr>
          <w:jc w:val="center"/>
        </w:trPr>
        <w:tc>
          <w:tcPr>
            <w:tcW w:w="3917" w:type="dxa"/>
            <w:vAlign w:val="center"/>
          </w:tcPr>
          <w:p w14:paraId="74F1F6EA" w14:textId="77777777" w:rsidR="000C21D8" w:rsidRPr="00317ABC" w:rsidRDefault="000C21D8" w:rsidP="00246EFD">
            <w:pPr>
              <w:spacing w:before="60" w:after="60"/>
            </w:pPr>
            <w:r w:rsidRPr="00317ABC">
              <w:t>Muffled heart and lung sound</w:t>
            </w:r>
          </w:p>
        </w:tc>
        <w:tc>
          <w:tcPr>
            <w:tcW w:w="2466" w:type="dxa"/>
            <w:vAlign w:val="center"/>
          </w:tcPr>
          <w:p w14:paraId="019A67DF" w14:textId="77777777" w:rsidR="000C21D8" w:rsidRPr="00317ABC" w:rsidRDefault="000C21D8" w:rsidP="00246EFD">
            <w:pPr>
              <w:spacing w:before="60" w:after="60"/>
              <w:jc w:val="center"/>
            </w:pPr>
            <w:r w:rsidRPr="00317ABC">
              <w:t>4</w:t>
            </w:r>
          </w:p>
        </w:tc>
        <w:tc>
          <w:tcPr>
            <w:tcW w:w="1764" w:type="dxa"/>
            <w:vAlign w:val="center"/>
          </w:tcPr>
          <w:p w14:paraId="1B8F890A" w14:textId="77777777" w:rsidR="000C21D8" w:rsidRPr="00317ABC" w:rsidRDefault="000C21D8" w:rsidP="00246EFD">
            <w:pPr>
              <w:spacing w:before="60" w:after="60"/>
              <w:jc w:val="center"/>
            </w:pPr>
            <w:r w:rsidRPr="00317ABC">
              <w:t>03.42</w:t>
            </w:r>
          </w:p>
        </w:tc>
      </w:tr>
    </w:tbl>
    <w:p w14:paraId="46944DCF" w14:textId="793DC5DC" w:rsidR="00B37A14" w:rsidRDefault="00F47B51" w:rsidP="00F47B51">
      <w:pPr>
        <w:spacing w:line="360" w:lineRule="auto"/>
        <w:ind w:firstLine="1440"/>
        <w:jc w:val="both"/>
      </w:pPr>
      <w:r w:rsidRPr="00317ABC">
        <w:t>Cough results from mechanical or chemical irritation and inflammation of the respiratory mucosa involving the pharynx, larynx, trachea and bronchi. The release of inflammatory mediators, accumulation of mucus, airway narrowing and activation of cough receptors trigger a protective reflex that facilitates clearance of secretions or foreign material</w:t>
      </w:r>
      <w:r w:rsidR="003A25C7">
        <w:t xml:space="preserve"> (Rozanski, 2019; Kaur and Singh, 2022)</w:t>
      </w:r>
      <w:r w:rsidRPr="00317ABC">
        <w:t xml:space="preserve">. Inappetence occurs due to systemic inflammatory responses, cytokine release, hypoxia and reduced olfaction associated with nasal obstruction. </w:t>
      </w:r>
    </w:p>
    <w:p w14:paraId="77D76D23" w14:textId="3E65DA9A" w:rsidR="00B37A14" w:rsidRDefault="00F47B51" w:rsidP="00B37A14">
      <w:pPr>
        <w:spacing w:line="360" w:lineRule="auto"/>
        <w:ind w:firstLine="1440"/>
        <w:jc w:val="both"/>
      </w:pPr>
      <w:r w:rsidRPr="00317ABC">
        <w:t xml:space="preserve">Nasal discharge arises from inflammation of the nasal mucosa and increased glandular secretions and impaired </w:t>
      </w:r>
      <w:proofErr w:type="spellStart"/>
      <w:r w:rsidRPr="00317ABC">
        <w:t>mucociliary</w:t>
      </w:r>
      <w:proofErr w:type="spellEnd"/>
      <w:r w:rsidRPr="00317ABC">
        <w:t xml:space="preserve"> clearance due to desquamation of respiratory epithelium. Lethargy is a consequence of systemic illness, hypoxemia, fever and increased metabolic demands, resulting in reduced activity levels. Fever develops due to the action of endogenous pyrogens released during infection or inflammation on the hypothalamic thermoregulatory </w:t>
      </w:r>
      <w:proofErr w:type="spellStart"/>
      <w:r w:rsidR="000F654C" w:rsidRPr="00317ABC">
        <w:t>center</w:t>
      </w:r>
      <w:proofErr w:type="spellEnd"/>
      <w:r w:rsidR="003A25C7">
        <w:t xml:space="preserve"> (Nelson and Couto, 2019)</w:t>
      </w:r>
      <w:r w:rsidRPr="00317ABC">
        <w:t xml:space="preserve">. </w:t>
      </w:r>
    </w:p>
    <w:p w14:paraId="244ECCBE" w14:textId="2D805676" w:rsidR="00F47B51" w:rsidRDefault="00F47B51" w:rsidP="00F47B51">
      <w:pPr>
        <w:spacing w:line="360" w:lineRule="auto"/>
        <w:ind w:firstLine="1440"/>
        <w:jc w:val="both"/>
      </w:pPr>
      <w:r w:rsidRPr="00317ABC">
        <w:t xml:space="preserve">Abnormal lung sounds such as wheezes and crackles occur due to airway narrowing, accumulation of exudate and alveolar collapse or consolidation associated with </w:t>
      </w:r>
      <w:r w:rsidRPr="00317ABC">
        <w:lastRenderedPageBreak/>
        <w:t xml:space="preserve">bronchial or pulmonary pathology. Sneezing occurs due to stimulation of nasal sensory receptors by inflammation, mucosal oedema or foreign body and serves as a protective reflex to expel chemical and physical irritants from the nasal epithelial surface. </w:t>
      </w:r>
      <w:proofErr w:type="spellStart"/>
      <w:r w:rsidR="000F654C" w:rsidRPr="00317ABC">
        <w:t>Dyspnea</w:t>
      </w:r>
      <w:proofErr w:type="spellEnd"/>
      <w:r w:rsidRPr="00317ABC">
        <w:t xml:space="preserve"> may be attributed to hypoxia or hypercarbia sensed by peripheral and central chemoreceptors, resulting from severe inflammation of airway that interferes with normal gas exchange</w:t>
      </w:r>
      <w:r w:rsidR="003A25C7">
        <w:t xml:space="preserve"> (Ettinger </w:t>
      </w:r>
      <w:r w:rsidR="003A25C7">
        <w:rPr>
          <w:i/>
          <w:iCs/>
        </w:rPr>
        <w:t xml:space="preserve">et al., </w:t>
      </w:r>
      <w:r w:rsidR="003A25C7">
        <w:t>2017)</w:t>
      </w:r>
      <w:r w:rsidRPr="00317ABC">
        <w:t>.</w:t>
      </w:r>
    </w:p>
    <w:p w14:paraId="0FCDBCE4" w14:textId="209C7BF7" w:rsidR="00451812" w:rsidRPr="00451812" w:rsidRDefault="00451812" w:rsidP="00D00A5F">
      <w:pPr>
        <w:spacing w:line="360" w:lineRule="auto"/>
        <w:jc w:val="both"/>
      </w:pPr>
      <w:r w:rsidRPr="00451812">
        <w:rPr>
          <w:color w:val="000000"/>
          <w:highlight w:val="yellow"/>
        </w:rPr>
        <w:t xml:space="preserve">As this was a hospital-based study, the findings reflect only the population of dogs presented for clinical care and may not fully represent the general dog population, indicating potential hospital-based sampling bias. </w:t>
      </w:r>
    </w:p>
    <w:p w14:paraId="2F81A630" w14:textId="77777777" w:rsidR="00451812" w:rsidRPr="00317ABC" w:rsidRDefault="00451812" w:rsidP="00F47B51">
      <w:pPr>
        <w:spacing w:line="360" w:lineRule="auto"/>
        <w:ind w:firstLine="1440"/>
        <w:jc w:val="both"/>
      </w:pPr>
    </w:p>
    <w:p w14:paraId="7B05666A" w14:textId="233D807D" w:rsidR="00F47B51" w:rsidRDefault="00B37A14" w:rsidP="000C21D8">
      <w:pPr>
        <w:spacing w:line="360" w:lineRule="auto"/>
        <w:rPr>
          <w:b/>
          <w:bCs/>
        </w:rPr>
      </w:pPr>
      <w:r>
        <w:rPr>
          <w:b/>
          <w:bCs/>
        </w:rPr>
        <w:t xml:space="preserve">4. </w:t>
      </w:r>
      <w:bookmarkStart w:id="1" w:name="_GoBack"/>
      <w:r>
        <w:rPr>
          <w:b/>
          <w:bCs/>
        </w:rPr>
        <w:t>CONCLU</w:t>
      </w:r>
      <w:bookmarkEnd w:id="1"/>
      <w:r>
        <w:rPr>
          <w:b/>
          <w:bCs/>
        </w:rPr>
        <w:t>SION</w:t>
      </w:r>
    </w:p>
    <w:p w14:paraId="6BBEC195" w14:textId="1EA73E4A" w:rsidR="00B37A14" w:rsidRPr="00B37A14" w:rsidRDefault="00B37A14" w:rsidP="006007A6">
      <w:pPr>
        <w:spacing w:before="120" w:line="360" w:lineRule="auto"/>
        <w:contextualSpacing/>
        <w:jc w:val="both"/>
      </w:pPr>
      <w:r w:rsidRPr="00B37A14">
        <w:rPr>
          <w:color w:val="000000"/>
        </w:rPr>
        <w:t>The present study documented an overall incidence of respiratory tract diseases in dogs as 4.88 per cent</w:t>
      </w:r>
      <w:r w:rsidRPr="00B37A14">
        <w:rPr>
          <w:b/>
          <w:bCs/>
          <w:color w:val="000000"/>
        </w:rPr>
        <w:t xml:space="preserve"> </w:t>
      </w:r>
      <w:r w:rsidRPr="00B37A14">
        <w:rPr>
          <w:color w:val="000000"/>
        </w:rPr>
        <w:t>among the total dogs presented to the Veterinary Clinical Complex, Jabalpur. A significantly higher distribution of respiratory tract diseases was observed in dogs above six years of age (39.32%), suggesting increased susceptibility in older dogs. Male dogs (67.52%) were affected more commonly than females and non-descript dogs (32.48%), followed by Labrador Retrievers (24.79%), constituted the majority of affected breeds. Clinically, cough (76.07%) was the most predominant abnormality, followed by inappetence (58.12%), nasal discharge (54.70%), lethargy (40.17%) and fever (37.61%).</w:t>
      </w:r>
      <w:r w:rsidRPr="00B37A14">
        <w:rPr>
          <w:b/>
          <w:bCs/>
          <w:color w:val="000000"/>
        </w:rPr>
        <w:t xml:space="preserve"> </w:t>
      </w:r>
      <w:r w:rsidRPr="00B37A14">
        <w:rPr>
          <w:color w:val="000000"/>
        </w:rPr>
        <w:t>Other clinical signs such as dyspnoea, sneezing, abnormal lung sounds and exercise intolerance further emphasized the diverse clinical presentation of respiratory tract diseases in dogs.</w:t>
      </w:r>
    </w:p>
    <w:p w14:paraId="2246676F" w14:textId="77777777" w:rsidR="00B37A14" w:rsidRPr="00B37A14" w:rsidRDefault="00B37A14" w:rsidP="006007A6">
      <w:pPr>
        <w:spacing w:before="120" w:line="360" w:lineRule="auto"/>
        <w:contextualSpacing/>
        <w:jc w:val="both"/>
      </w:pPr>
      <w:r w:rsidRPr="00B37A14">
        <w:rPr>
          <w:b/>
          <w:bCs/>
        </w:rPr>
        <w:t xml:space="preserve">DISCLAIMER(ARTIFICIALINTELLIGENCE) </w:t>
      </w:r>
    </w:p>
    <w:p w14:paraId="01FAE49F" w14:textId="77777777" w:rsidR="00B37A14" w:rsidRPr="00B37A14" w:rsidRDefault="00B37A14" w:rsidP="006007A6">
      <w:pPr>
        <w:spacing w:before="120" w:line="360" w:lineRule="auto"/>
        <w:ind w:firstLine="720"/>
        <w:contextualSpacing/>
        <w:jc w:val="both"/>
      </w:pPr>
      <w:r w:rsidRPr="00B37A14">
        <w:t>Author(s) hereby declares that no AI technologies such as Large Language Models (</w:t>
      </w:r>
      <w:proofErr w:type="spellStart"/>
      <w:r w:rsidRPr="00B37A14">
        <w:t>ChatGPT</w:t>
      </w:r>
      <w:proofErr w:type="spellEnd"/>
      <w:r w:rsidRPr="00B37A14">
        <w:t xml:space="preserve">, COPILOT, etc.) and text-to-image generators have been used during the writing or editing of this manuscript. </w:t>
      </w:r>
    </w:p>
    <w:p w14:paraId="0976FF73" w14:textId="77777777" w:rsidR="00B37A14" w:rsidRDefault="00B37A14" w:rsidP="006007A6">
      <w:pPr>
        <w:spacing w:before="120" w:line="360" w:lineRule="auto"/>
        <w:contextualSpacing/>
        <w:rPr>
          <w:b/>
          <w:bCs/>
        </w:rPr>
      </w:pPr>
    </w:p>
    <w:p w14:paraId="6B784AF7" w14:textId="72BE8715" w:rsidR="00F47B51" w:rsidRDefault="000F654C" w:rsidP="000C21D8">
      <w:pPr>
        <w:spacing w:line="360" w:lineRule="auto"/>
        <w:rPr>
          <w:b/>
          <w:bCs/>
        </w:rPr>
      </w:pPr>
      <w:r>
        <w:rPr>
          <w:b/>
          <w:bCs/>
        </w:rPr>
        <w:t>REFERENCES:</w:t>
      </w:r>
    </w:p>
    <w:p w14:paraId="1FD3BF62" w14:textId="30070949" w:rsidR="003275EF" w:rsidRPr="003275EF" w:rsidRDefault="005C16D9" w:rsidP="003275EF">
      <w:pPr>
        <w:pStyle w:val="ListParagraph"/>
        <w:numPr>
          <w:ilvl w:val="0"/>
          <w:numId w:val="11"/>
        </w:numPr>
        <w:spacing w:before="100" w:beforeAutospacing="1" w:after="100" w:afterAutospacing="1" w:line="240" w:lineRule="auto"/>
        <w:jc w:val="both"/>
        <w:rPr>
          <w:rFonts w:eastAsia="Times New Roman" w:cs="Times New Roman"/>
          <w:szCs w:val="24"/>
          <w:lang w:val="en-IN" w:eastAsia="en-GB"/>
        </w:rPr>
      </w:pPr>
      <w:r w:rsidRPr="003275EF">
        <w:rPr>
          <w:rFonts w:eastAsia="Times New Roman" w:cs="Times New Roman"/>
          <w:szCs w:val="24"/>
          <w:lang w:val="en-IN" w:eastAsia="en-GB"/>
        </w:rPr>
        <w:t>Rah, H.</w:t>
      </w:r>
      <w:r w:rsidR="003275EF" w:rsidRPr="003275EF">
        <w:rPr>
          <w:rFonts w:eastAsia="Times New Roman" w:cs="Times New Roman"/>
          <w:szCs w:val="24"/>
          <w:lang w:val="en-IN" w:eastAsia="en-GB"/>
        </w:rPr>
        <w:t xml:space="preserve"> and</w:t>
      </w:r>
      <w:r w:rsidRPr="003275EF">
        <w:rPr>
          <w:rFonts w:eastAsia="Times New Roman" w:cs="Times New Roman"/>
          <w:szCs w:val="24"/>
          <w:lang w:val="en-IN" w:eastAsia="en-GB"/>
        </w:rPr>
        <w:t xml:space="preserve"> Choi, S.H.</w:t>
      </w:r>
      <w:r w:rsidR="003275EF" w:rsidRPr="003275EF">
        <w:rPr>
          <w:rFonts w:eastAsia="Times New Roman" w:cs="Times New Roman"/>
          <w:szCs w:val="24"/>
          <w:lang w:val="en-IN" w:eastAsia="en-GB"/>
        </w:rPr>
        <w:t xml:space="preserve"> (2023).</w:t>
      </w:r>
      <w:r w:rsidRPr="003275EF">
        <w:rPr>
          <w:rFonts w:eastAsia="Times New Roman" w:cs="Times New Roman"/>
          <w:szCs w:val="24"/>
          <w:lang w:val="en-IN" w:eastAsia="en-GB"/>
        </w:rPr>
        <w:t xml:space="preserve"> Are </w:t>
      </w:r>
      <w:r w:rsidR="003275EF" w:rsidRPr="003275EF">
        <w:rPr>
          <w:rFonts w:eastAsia="Times New Roman" w:cs="Times New Roman"/>
          <w:szCs w:val="24"/>
          <w:lang w:val="en-IN" w:eastAsia="en-GB"/>
        </w:rPr>
        <w:t>veterinary costs and socioeconomic status risk factors for companion animal relinquishment in the republic of</w:t>
      </w:r>
      <w:r w:rsidRPr="003275EF">
        <w:rPr>
          <w:rFonts w:eastAsia="Times New Roman" w:cs="Times New Roman"/>
          <w:szCs w:val="24"/>
          <w:lang w:val="en-IN" w:eastAsia="en-GB"/>
        </w:rPr>
        <w:t xml:space="preserve"> </w:t>
      </w:r>
      <w:proofErr w:type="gramStart"/>
      <w:r w:rsidRPr="003275EF">
        <w:rPr>
          <w:rFonts w:eastAsia="Times New Roman" w:cs="Times New Roman"/>
          <w:szCs w:val="24"/>
          <w:lang w:val="en-IN" w:eastAsia="en-GB"/>
        </w:rPr>
        <w:t>Korea?.</w:t>
      </w:r>
      <w:proofErr w:type="gramEnd"/>
      <w:r w:rsidRPr="003275EF">
        <w:rPr>
          <w:rFonts w:eastAsia="Times New Roman" w:cs="Times New Roman"/>
          <w:szCs w:val="24"/>
          <w:lang w:val="en-IN" w:eastAsia="en-GB"/>
        </w:rPr>
        <w:t xml:space="preserve"> </w:t>
      </w:r>
      <w:r w:rsidRPr="003275EF">
        <w:rPr>
          <w:rFonts w:eastAsia="Times New Roman" w:cs="Times New Roman"/>
          <w:i/>
          <w:iCs/>
          <w:szCs w:val="24"/>
          <w:lang w:val="en-IN" w:eastAsia="en-GB"/>
        </w:rPr>
        <w:t>Animals</w:t>
      </w:r>
      <w:r w:rsidRPr="003275EF">
        <w:rPr>
          <w:rFonts w:eastAsia="Times New Roman" w:cs="Times New Roman"/>
          <w:szCs w:val="24"/>
          <w:lang w:val="en-IN" w:eastAsia="en-GB"/>
        </w:rPr>
        <w:t xml:space="preserve">, </w:t>
      </w:r>
      <w:r w:rsidRPr="003275EF">
        <w:rPr>
          <w:rFonts w:eastAsia="Times New Roman" w:cs="Times New Roman"/>
          <w:b/>
          <w:bCs/>
          <w:szCs w:val="24"/>
          <w:lang w:val="en-IN" w:eastAsia="en-GB"/>
        </w:rPr>
        <w:t>13</w:t>
      </w:r>
      <w:r w:rsidR="003275EF" w:rsidRPr="003275EF">
        <w:rPr>
          <w:rFonts w:eastAsia="Times New Roman" w:cs="Times New Roman"/>
          <w:szCs w:val="24"/>
          <w:lang w:val="en-IN" w:eastAsia="en-GB"/>
        </w:rPr>
        <w:t>(1):</w:t>
      </w:r>
      <w:r w:rsidRPr="003275EF">
        <w:rPr>
          <w:rFonts w:eastAsia="Times New Roman" w:cs="Times New Roman"/>
          <w:szCs w:val="24"/>
          <w:lang w:val="en-IN" w:eastAsia="en-GB"/>
        </w:rPr>
        <w:t xml:space="preserve"> 3406 https://doi.org/10.3390/ ani13213406</w:t>
      </w:r>
      <w:r w:rsidR="003275EF" w:rsidRPr="003275EF">
        <w:rPr>
          <w:rFonts w:eastAsia="Times New Roman" w:cs="Times New Roman"/>
          <w:szCs w:val="24"/>
          <w:lang w:val="en-IN" w:eastAsia="en-GB"/>
        </w:rPr>
        <w:t>.</w:t>
      </w:r>
    </w:p>
    <w:p w14:paraId="7423885D" w14:textId="47AD03DB" w:rsidR="000F654C" w:rsidRPr="003275EF" w:rsidRDefault="000F654C" w:rsidP="003275EF">
      <w:pPr>
        <w:pStyle w:val="ListParagraph"/>
        <w:numPr>
          <w:ilvl w:val="0"/>
          <w:numId w:val="11"/>
        </w:numPr>
        <w:spacing w:before="120" w:after="120" w:line="240" w:lineRule="auto"/>
        <w:jc w:val="both"/>
        <w:rPr>
          <w:rFonts w:cs="Times New Roman"/>
          <w:bCs/>
          <w:spacing w:val="-2"/>
          <w:szCs w:val="24"/>
        </w:rPr>
      </w:pPr>
      <w:proofErr w:type="spellStart"/>
      <w:r w:rsidRPr="003275EF">
        <w:rPr>
          <w:rFonts w:cs="Times New Roman"/>
          <w:bCs/>
          <w:spacing w:val="-2"/>
          <w:szCs w:val="24"/>
        </w:rPr>
        <w:lastRenderedPageBreak/>
        <w:t>Bichot</w:t>
      </w:r>
      <w:proofErr w:type="spellEnd"/>
      <w:r w:rsidRPr="003275EF">
        <w:rPr>
          <w:rFonts w:cs="Times New Roman"/>
          <w:bCs/>
          <w:spacing w:val="-2"/>
          <w:szCs w:val="24"/>
        </w:rPr>
        <w:t xml:space="preserve">, A.D. and </w:t>
      </w:r>
      <w:proofErr w:type="spellStart"/>
      <w:r w:rsidRPr="003275EF">
        <w:rPr>
          <w:rFonts w:cs="Times New Roman"/>
          <w:bCs/>
          <w:spacing w:val="-2"/>
          <w:szCs w:val="24"/>
        </w:rPr>
        <w:t>Bienzle</w:t>
      </w:r>
      <w:proofErr w:type="spellEnd"/>
      <w:r w:rsidRPr="003275EF">
        <w:rPr>
          <w:rFonts w:cs="Times New Roman"/>
          <w:bCs/>
          <w:spacing w:val="-2"/>
          <w:szCs w:val="24"/>
        </w:rPr>
        <w:t xml:space="preserve">, D. (2020). Lower respiratory tract of the dog and cat. </w:t>
      </w:r>
      <w:r w:rsidRPr="003275EF">
        <w:rPr>
          <w:rFonts w:cs="Times New Roman"/>
          <w:bCs/>
          <w:i/>
          <w:iCs/>
          <w:spacing w:val="-2"/>
          <w:szCs w:val="24"/>
        </w:rPr>
        <w:t>In</w:t>
      </w:r>
      <w:r w:rsidRPr="003275EF">
        <w:rPr>
          <w:rFonts w:cs="Times New Roman"/>
          <w:bCs/>
          <w:spacing w:val="-2"/>
          <w:szCs w:val="24"/>
        </w:rPr>
        <w:t xml:space="preserve">: Sharkey, L.C., </w:t>
      </w:r>
      <w:proofErr w:type="spellStart"/>
      <w:r w:rsidRPr="003275EF">
        <w:rPr>
          <w:rFonts w:cs="Times New Roman"/>
          <w:bCs/>
          <w:spacing w:val="-2"/>
          <w:szCs w:val="24"/>
        </w:rPr>
        <w:t>Radin</w:t>
      </w:r>
      <w:proofErr w:type="spellEnd"/>
      <w:r w:rsidRPr="003275EF">
        <w:rPr>
          <w:rFonts w:cs="Times New Roman"/>
          <w:bCs/>
          <w:spacing w:val="-2"/>
          <w:szCs w:val="24"/>
        </w:rPr>
        <w:t xml:space="preserve">, M.J. and Seelig, D.(ed.). Veterinary Cytology, 1st </w:t>
      </w:r>
      <w:proofErr w:type="spellStart"/>
      <w:r w:rsidRPr="003275EF">
        <w:rPr>
          <w:rFonts w:cs="Times New Roman"/>
          <w:bCs/>
          <w:spacing w:val="-2"/>
          <w:szCs w:val="24"/>
        </w:rPr>
        <w:t>Edn</w:t>
      </w:r>
      <w:proofErr w:type="spellEnd"/>
      <w:r w:rsidRPr="003275EF">
        <w:rPr>
          <w:rFonts w:cs="Times New Roman"/>
          <w:bCs/>
          <w:spacing w:val="-2"/>
          <w:szCs w:val="24"/>
        </w:rPr>
        <w:t>., John Wiley and Sons, Inc., Hoboken, New Jersey, USA, pp 281-301.</w:t>
      </w:r>
    </w:p>
    <w:p w14:paraId="6167FB2B" w14:textId="2CAE8213" w:rsidR="000F654C" w:rsidRPr="003275EF" w:rsidRDefault="000F654C" w:rsidP="003275EF">
      <w:pPr>
        <w:pStyle w:val="NormalWeb"/>
        <w:numPr>
          <w:ilvl w:val="0"/>
          <w:numId w:val="11"/>
        </w:numPr>
        <w:jc w:val="both"/>
      </w:pPr>
      <w:proofErr w:type="spellStart"/>
      <w:r w:rsidRPr="003275EF">
        <w:rPr>
          <w:bCs/>
          <w:spacing w:val="-4"/>
          <w:position w:val="-2"/>
        </w:rPr>
        <w:t>Vieson</w:t>
      </w:r>
      <w:proofErr w:type="spellEnd"/>
      <w:r w:rsidRPr="003275EF">
        <w:rPr>
          <w:bCs/>
          <w:spacing w:val="-4"/>
          <w:position w:val="-2"/>
        </w:rPr>
        <w:t>, M.D.</w:t>
      </w:r>
      <w:r w:rsidR="003A25C7" w:rsidRPr="003275EF">
        <w:rPr>
          <w:bCs/>
          <w:spacing w:val="-4"/>
          <w:position w:val="-2"/>
        </w:rPr>
        <w:t xml:space="preserve">, </w:t>
      </w:r>
      <w:proofErr w:type="spellStart"/>
      <w:r w:rsidR="003A25C7" w:rsidRPr="003275EF">
        <w:t>Pineyro</w:t>
      </w:r>
      <w:proofErr w:type="spellEnd"/>
      <w:r w:rsidR="003A25C7" w:rsidRPr="003275EF">
        <w:t xml:space="preserve">, P. </w:t>
      </w:r>
      <w:r w:rsidRPr="003275EF">
        <w:rPr>
          <w:bCs/>
          <w:spacing w:val="-4"/>
          <w:position w:val="-2"/>
        </w:rPr>
        <w:t xml:space="preserve">and </w:t>
      </w:r>
      <w:proofErr w:type="spellStart"/>
      <w:r w:rsidRPr="003275EF">
        <w:rPr>
          <w:bCs/>
          <w:spacing w:val="-4"/>
          <w:position w:val="-2"/>
        </w:rPr>
        <w:t>LeRoith</w:t>
      </w:r>
      <w:proofErr w:type="spellEnd"/>
      <w:r w:rsidRPr="003275EF">
        <w:rPr>
          <w:bCs/>
          <w:spacing w:val="-4"/>
          <w:position w:val="-2"/>
        </w:rPr>
        <w:t>, T. (2012). A review of the pathology and treatment of canine respiratory infections. </w:t>
      </w:r>
      <w:r w:rsidRPr="003275EF">
        <w:rPr>
          <w:bCs/>
          <w:i/>
          <w:iCs/>
          <w:spacing w:val="-4"/>
          <w:position w:val="-2"/>
        </w:rPr>
        <w:t>Veterinary Medicine: Research and Reports</w:t>
      </w:r>
      <w:r w:rsidRPr="003275EF">
        <w:rPr>
          <w:bCs/>
          <w:spacing w:val="-4"/>
          <w:position w:val="-2"/>
        </w:rPr>
        <w:t xml:space="preserve">, </w:t>
      </w:r>
      <w:r w:rsidRPr="003275EF">
        <w:rPr>
          <w:b/>
          <w:bCs/>
          <w:spacing w:val="-4"/>
          <w:position w:val="-2"/>
        </w:rPr>
        <w:t>3</w:t>
      </w:r>
      <w:r w:rsidRPr="003275EF">
        <w:rPr>
          <w:spacing w:val="-4"/>
          <w:position w:val="-2"/>
        </w:rPr>
        <w:t>(1)</w:t>
      </w:r>
      <w:r w:rsidRPr="003275EF">
        <w:rPr>
          <w:bCs/>
          <w:spacing w:val="-4"/>
          <w:position w:val="-2"/>
        </w:rPr>
        <w:t>: 25-39.</w:t>
      </w:r>
    </w:p>
    <w:p w14:paraId="02B56B90" w14:textId="2750B885" w:rsidR="005C16D9" w:rsidRPr="003275EF" w:rsidRDefault="005C16D9" w:rsidP="003275EF">
      <w:pPr>
        <w:pStyle w:val="ListParagraph"/>
        <w:numPr>
          <w:ilvl w:val="0"/>
          <w:numId w:val="11"/>
        </w:numPr>
        <w:spacing w:before="120" w:after="120" w:line="240" w:lineRule="auto"/>
        <w:jc w:val="both"/>
        <w:rPr>
          <w:rFonts w:cs="Times New Roman"/>
          <w:szCs w:val="24"/>
          <w:shd w:val="clear" w:color="auto" w:fill="FFFFFF"/>
        </w:rPr>
      </w:pPr>
      <w:r w:rsidRPr="003275EF">
        <w:rPr>
          <w:rFonts w:cs="Times New Roman"/>
          <w:szCs w:val="24"/>
          <w:shd w:val="clear" w:color="auto" w:fill="FFFFFF"/>
        </w:rPr>
        <w:t>IBM SPSS Statistics for Windows, Version 30.0. IBM Corporation., Armonk, New York, USA online https://www.ibm.com/products/spss-statistics.</w:t>
      </w:r>
    </w:p>
    <w:p w14:paraId="016FA484" w14:textId="77777777" w:rsidR="000F654C" w:rsidRPr="003275EF" w:rsidRDefault="000F654C" w:rsidP="003275EF">
      <w:pPr>
        <w:pStyle w:val="ListParagraph"/>
        <w:numPr>
          <w:ilvl w:val="0"/>
          <w:numId w:val="11"/>
        </w:numPr>
        <w:spacing w:before="120" w:after="120" w:line="240" w:lineRule="auto"/>
        <w:jc w:val="both"/>
        <w:rPr>
          <w:rFonts w:cs="Times New Roman"/>
          <w:szCs w:val="24"/>
          <w:shd w:val="clear" w:color="auto" w:fill="FFFFFF"/>
        </w:rPr>
      </w:pPr>
      <w:r w:rsidRPr="003275EF">
        <w:rPr>
          <w:rFonts w:cs="Times New Roman"/>
          <w:szCs w:val="24"/>
          <w:shd w:val="clear" w:color="auto" w:fill="FFFFFF"/>
        </w:rPr>
        <w:t xml:space="preserve">Jain, S., Patel, P.R. and </w:t>
      </w:r>
      <w:proofErr w:type="spellStart"/>
      <w:r w:rsidRPr="003275EF">
        <w:rPr>
          <w:rFonts w:cs="Times New Roman"/>
          <w:szCs w:val="24"/>
          <w:shd w:val="clear" w:color="auto" w:fill="FFFFFF"/>
        </w:rPr>
        <w:t>Raval</w:t>
      </w:r>
      <w:proofErr w:type="spellEnd"/>
      <w:r w:rsidRPr="003275EF">
        <w:rPr>
          <w:rFonts w:cs="Times New Roman"/>
          <w:szCs w:val="24"/>
          <w:shd w:val="clear" w:color="auto" w:fill="FFFFFF"/>
        </w:rPr>
        <w:t>, S.K. (2015). A study of diseases in geriatric dogs.</w:t>
      </w:r>
      <w:r w:rsidRPr="003275EF">
        <w:rPr>
          <w:rStyle w:val="apple-converted-space"/>
          <w:rFonts w:cs="Times New Roman"/>
          <w:szCs w:val="24"/>
          <w:shd w:val="clear" w:color="auto" w:fill="FFFFFF"/>
        </w:rPr>
        <w:t> </w:t>
      </w:r>
      <w:r w:rsidRPr="003275EF">
        <w:rPr>
          <w:rFonts w:cs="Times New Roman"/>
          <w:i/>
          <w:iCs/>
          <w:szCs w:val="24"/>
        </w:rPr>
        <w:t>Indian Journal of Animal Research</w:t>
      </w:r>
      <w:r w:rsidRPr="003275EF">
        <w:rPr>
          <w:rFonts w:cs="Times New Roman"/>
          <w:szCs w:val="24"/>
          <w:shd w:val="clear" w:color="auto" w:fill="FFFFFF"/>
        </w:rPr>
        <w:t>,</w:t>
      </w:r>
      <w:r w:rsidRPr="003275EF">
        <w:rPr>
          <w:rStyle w:val="apple-converted-space"/>
          <w:rFonts w:cs="Times New Roman"/>
          <w:szCs w:val="24"/>
          <w:shd w:val="clear" w:color="auto" w:fill="FFFFFF"/>
        </w:rPr>
        <w:t> </w:t>
      </w:r>
      <w:r w:rsidRPr="003275EF">
        <w:rPr>
          <w:rFonts w:cs="Times New Roman"/>
          <w:b/>
          <w:bCs/>
          <w:szCs w:val="24"/>
        </w:rPr>
        <w:t>49</w:t>
      </w:r>
      <w:r w:rsidRPr="003275EF">
        <w:rPr>
          <w:rFonts w:cs="Times New Roman"/>
          <w:szCs w:val="24"/>
          <w:shd w:val="clear" w:color="auto" w:fill="FFFFFF"/>
        </w:rPr>
        <w:t>(6): 866-868.</w:t>
      </w:r>
    </w:p>
    <w:p w14:paraId="3B1B661E" w14:textId="77777777" w:rsidR="000F654C" w:rsidRPr="003275EF" w:rsidRDefault="000F654C" w:rsidP="003275EF">
      <w:pPr>
        <w:pStyle w:val="ListParagraph"/>
        <w:numPr>
          <w:ilvl w:val="0"/>
          <w:numId w:val="11"/>
        </w:numPr>
        <w:spacing w:before="120" w:after="120" w:line="240" w:lineRule="auto"/>
        <w:jc w:val="both"/>
        <w:rPr>
          <w:rFonts w:cs="Times New Roman"/>
          <w:b/>
          <w:bCs/>
          <w:spacing w:val="-4"/>
          <w:position w:val="-2"/>
          <w:szCs w:val="24"/>
        </w:rPr>
      </w:pPr>
      <w:r w:rsidRPr="003275EF">
        <w:rPr>
          <w:rFonts w:cs="Times New Roman"/>
          <w:spacing w:val="-4"/>
          <w:position w:val="-2"/>
          <w:szCs w:val="24"/>
          <w:shd w:val="clear" w:color="auto" w:fill="FFFFFF"/>
        </w:rPr>
        <w:t xml:space="preserve">Uddin, M.M., </w:t>
      </w:r>
      <w:proofErr w:type="spellStart"/>
      <w:r w:rsidRPr="003275EF">
        <w:rPr>
          <w:rFonts w:cs="Times New Roman"/>
          <w:spacing w:val="-4"/>
          <w:position w:val="-2"/>
          <w:szCs w:val="24"/>
          <w:shd w:val="clear" w:color="auto" w:fill="FFFFFF"/>
        </w:rPr>
        <w:t>Talukder</w:t>
      </w:r>
      <w:proofErr w:type="spellEnd"/>
      <w:r w:rsidRPr="003275EF">
        <w:rPr>
          <w:rFonts w:cs="Times New Roman"/>
          <w:spacing w:val="-4"/>
          <w:position w:val="-2"/>
          <w:szCs w:val="24"/>
          <w:shd w:val="clear" w:color="auto" w:fill="FFFFFF"/>
        </w:rPr>
        <w:t xml:space="preserve">, H., Islam, O., </w:t>
      </w:r>
      <w:proofErr w:type="spellStart"/>
      <w:r w:rsidRPr="003275EF">
        <w:rPr>
          <w:rFonts w:cs="Times New Roman"/>
          <w:spacing w:val="-4"/>
          <w:position w:val="-2"/>
          <w:szCs w:val="24"/>
          <w:shd w:val="clear" w:color="auto" w:fill="FFFFFF"/>
        </w:rPr>
        <w:t>Asaduzzaman</w:t>
      </w:r>
      <w:proofErr w:type="spellEnd"/>
      <w:r w:rsidRPr="003275EF">
        <w:rPr>
          <w:rFonts w:cs="Times New Roman"/>
          <w:spacing w:val="-4"/>
          <w:position w:val="-2"/>
          <w:szCs w:val="24"/>
          <w:shd w:val="clear" w:color="auto" w:fill="FFFFFF"/>
        </w:rPr>
        <w:t>, M., Das, M., Ahsan, M. I. and Islam, S. (2021). Magnitudes of diseases in dogs vary among different levels of age, gender, breed and season: a hospital-based, retrospective cross-sectional study. </w:t>
      </w:r>
      <w:proofErr w:type="spellStart"/>
      <w:r w:rsidRPr="003275EF">
        <w:rPr>
          <w:rFonts w:cs="Times New Roman"/>
          <w:i/>
          <w:iCs/>
          <w:spacing w:val="-4"/>
          <w:position w:val="-2"/>
          <w:szCs w:val="24"/>
        </w:rPr>
        <w:t>Heliyon</w:t>
      </w:r>
      <w:proofErr w:type="spellEnd"/>
      <w:r w:rsidRPr="003275EF">
        <w:rPr>
          <w:rFonts w:cs="Times New Roman"/>
          <w:spacing w:val="-4"/>
          <w:position w:val="-2"/>
          <w:szCs w:val="24"/>
          <w:shd w:val="clear" w:color="auto" w:fill="FFFFFF"/>
        </w:rPr>
        <w:t>, </w:t>
      </w:r>
      <w:r w:rsidRPr="003275EF">
        <w:rPr>
          <w:rFonts w:cs="Times New Roman"/>
          <w:b/>
          <w:bCs/>
          <w:spacing w:val="-4"/>
          <w:position w:val="-2"/>
          <w:szCs w:val="24"/>
        </w:rPr>
        <w:t>7</w:t>
      </w:r>
      <w:r w:rsidRPr="003275EF">
        <w:rPr>
          <w:rFonts w:cs="Times New Roman"/>
          <w:spacing w:val="-4"/>
          <w:position w:val="-2"/>
          <w:szCs w:val="24"/>
          <w:shd w:val="clear" w:color="auto" w:fill="FFFFFF"/>
        </w:rPr>
        <w:t xml:space="preserve">(11): e08287 </w:t>
      </w:r>
      <w:r w:rsidRPr="003275EF">
        <w:rPr>
          <w:rFonts w:cs="Times New Roman"/>
          <w:spacing w:val="-4"/>
          <w:position w:val="-2"/>
          <w:szCs w:val="24"/>
        </w:rPr>
        <w:t>https://doi.org/10.1016/j.heliyon.2021.e08287.</w:t>
      </w:r>
    </w:p>
    <w:p w14:paraId="76620043" w14:textId="77777777" w:rsidR="000F654C" w:rsidRPr="003275EF" w:rsidRDefault="000F654C" w:rsidP="003275EF">
      <w:pPr>
        <w:pStyle w:val="ListParagraph"/>
        <w:numPr>
          <w:ilvl w:val="0"/>
          <w:numId w:val="11"/>
        </w:numPr>
        <w:spacing w:before="120" w:after="120" w:line="240" w:lineRule="auto"/>
        <w:jc w:val="both"/>
        <w:rPr>
          <w:rFonts w:cs="Times New Roman"/>
          <w:spacing w:val="-2"/>
          <w:szCs w:val="24"/>
        </w:rPr>
      </w:pPr>
      <w:proofErr w:type="spellStart"/>
      <w:r w:rsidRPr="003275EF">
        <w:rPr>
          <w:rFonts w:cs="Times New Roman"/>
          <w:spacing w:val="-2"/>
          <w:szCs w:val="24"/>
        </w:rPr>
        <w:t>Ayodhya</w:t>
      </w:r>
      <w:proofErr w:type="spellEnd"/>
      <w:r w:rsidRPr="003275EF">
        <w:rPr>
          <w:rFonts w:cs="Times New Roman"/>
          <w:spacing w:val="-2"/>
          <w:szCs w:val="24"/>
        </w:rPr>
        <w:t xml:space="preserve">, S., Rao, D.T., Reddy, Y.N., Sundar, N.S. and Kumar, V.G. (2013). Epidemiological, clinical and </w:t>
      </w:r>
      <w:proofErr w:type="spellStart"/>
      <w:r w:rsidRPr="003275EF">
        <w:rPr>
          <w:rFonts w:cs="Times New Roman"/>
          <w:spacing w:val="-2"/>
          <w:szCs w:val="24"/>
        </w:rPr>
        <w:t>haematological</w:t>
      </w:r>
      <w:proofErr w:type="spellEnd"/>
      <w:r w:rsidRPr="003275EF">
        <w:rPr>
          <w:rFonts w:cs="Times New Roman"/>
          <w:spacing w:val="-2"/>
          <w:szCs w:val="24"/>
        </w:rPr>
        <w:t xml:space="preserve"> studies on canine respiratory diseases in and around Hyderabad city, Andhra Pradesh, India.</w:t>
      </w:r>
      <w:r w:rsidRPr="003275EF">
        <w:rPr>
          <w:rFonts w:cs="Times New Roman"/>
          <w:i/>
          <w:iCs/>
          <w:spacing w:val="-2"/>
          <w:szCs w:val="24"/>
        </w:rPr>
        <w:t xml:space="preserve"> International Journal of Current Microbiology and Applied Sciences</w:t>
      </w:r>
      <w:r w:rsidRPr="003275EF">
        <w:rPr>
          <w:rFonts w:cs="Times New Roman"/>
          <w:spacing w:val="-2"/>
          <w:szCs w:val="24"/>
        </w:rPr>
        <w:t xml:space="preserve">, </w:t>
      </w:r>
      <w:r w:rsidRPr="003275EF">
        <w:rPr>
          <w:rFonts w:cs="Times New Roman"/>
          <w:b/>
          <w:bCs/>
          <w:spacing w:val="-2"/>
          <w:szCs w:val="24"/>
        </w:rPr>
        <w:t>2</w:t>
      </w:r>
      <w:r w:rsidRPr="003275EF">
        <w:rPr>
          <w:rFonts w:cs="Times New Roman"/>
          <w:spacing w:val="-2"/>
          <w:szCs w:val="24"/>
        </w:rPr>
        <w:t>(11): 453-462.</w:t>
      </w:r>
    </w:p>
    <w:p w14:paraId="0E3D4670" w14:textId="77777777" w:rsidR="000F654C" w:rsidRPr="003275EF" w:rsidRDefault="000F654C" w:rsidP="003275EF">
      <w:pPr>
        <w:pStyle w:val="ListParagraph"/>
        <w:numPr>
          <w:ilvl w:val="0"/>
          <w:numId w:val="11"/>
        </w:numPr>
        <w:spacing w:before="120" w:after="120" w:line="240" w:lineRule="auto"/>
        <w:jc w:val="both"/>
        <w:rPr>
          <w:rFonts w:cs="Times New Roman"/>
          <w:szCs w:val="24"/>
          <w:shd w:val="clear" w:color="auto" w:fill="FFFFFF"/>
        </w:rPr>
      </w:pPr>
      <w:r w:rsidRPr="003275EF">
        <w:rPr>
          <w:rFonts w:cs="Times New Roman"/>
          <w:szCs w:val="24"/>
          <w:shd w:val="clear" w:color="auto" w:fill="FFFFFF"/>
        </w:rPr>
        <w:t xml:space="preserve">Sanchez-Vizcaino, F., Daly, J.M., Jones, P.H., Dawson, S., Gaskell, R., </w:t>
      </w:r>
      <w:proofErr w:type="spellStart"/>
      <w:r w:rsidRPr="003275EF">
        <w:rPr>
          <w:rFonts w:cs="Times New Roman"/>
          <w:szCs w:val="24"/>
          <w:shd w:val="clear" w:color="auto" w:fill="FFFFFF"/>
        </w:rPr>
        <w:t>Menacere</w:t>
      </w:r>
      <w:proofErr w:type="spellEnd"/>
      <w:r w:rsidRPr="003275EF">
        <w:rPr>
          <w:rFonts w:cs="Times New Roman"/>
          <w:szCs w:val="24"/>
          <w:shd w:val="clear" w:color="auto" w:fill="FFFFFF"/>
        </w:rPr>
        <w:t xml:space="preserve">, T., </w:t>
      </w:r>
      <w:proofErr w:type="spellStart"/>
      <w:r w:rsidRPr="003275EF">
        <w:rPr>
          <w:rFonts w:cs="Times New Roman"/>
          <w:szCs w:val="24"/>
          <w:shd w:val="clear" w:color="auto" w:fill="FFFFFF"/>
        </w:rPr>
        <w:t>Heayns</w:t>
      </w:r>
      <w:proofErr w:type="spellEnd"/>
      <w:r w:rsidRPr="003275EF">
        <w:rPr>
          <w:rFonts w:cs="Times New Roman"/>
          <w:szCs w:val="24"/>
          <w:shd w:val="clear" w:color="auto" w:fill="FFFFFF"/>
        </w:rPr>
        <w:t xml:space="preserve">, B., </w:t>
      </w:r>
      <w:proofErr w:type="spellStart"/>
      <w:r w:rsidRPr="003275EF">
        <w:rPr>
          <w:rFonts w:cs="Times New Roman"/>
          <w:szCs w:val="24"/>
          <w:shd w:val="clear" w:color="auto" w:fill="FFFFFF"/>
        </w:rPr>
        <w:t>Wardeh</w:t>
      </w:r>
      <w:proofErr w:type="spellEnd"/>
      <w:r w:rsidRPr="003275EF">
        <w:rPr>
          <w:rFonts w:cs="Times New Roman"/>
          <w:szCs w:val="24"/>
          <w:shd w:val="clear" w:color="auto" w:fill="FFFFFF"/>
        </w:rPr>
        <w:t xml:space="preserve">, M., Newman, J., </w:t>
      </w:r>
      <w:proofErr w:type="spellStart"/>
      <w:r w:rsidRPr="003275EF">
        <w:rPr>
          <w:rFonts w:cs="Times New Roman"/>
          <w:szCs w:val="24"/>
          <w:shd w:val="clear" w:color="auto" w:fill="FFFFFF"/>
        </w:rPr>
        <w:t>Everitt</w:t>
      </w:r>
      <w:proofErr w:type="spellEnd"/>
      <w:r w:rsidRPr="003275EF">
        <w:rPr>
          <w:rFonts w:cs="Times New Roman"/>
          <w:szCs w:val="24"/>
          <w:shd w:val="clear" w:color="auto" w:fill="FFFFFF"/>
        </w:rPr>
        <w:t xml:space="preserve">, S., Day, M.J., McConnell, K., Noble, P.J.M. and Radford, A.D. (2016). Small animal disease surveillance: respiratory disease. </w:t>
      </w:r>
      <w:r w:rsidRPr="003275EF">
        <w:rPr>
          <w:rFonts w:cs="Times New Roman"/>
          <w:i/>
          <w:iCs/>
          <w:szCs w:val="24"/>
          <w:shd w:val="clear" w:color="auto" w:fill="FFFFFF"/>
        </w:rPr>
        <w:t>Veterinary Record</w:t>
      </w:r>
      <w:r w:rsidRPr="003275EF">
        <w:rPr>
          <w:rFonts w:cs="Times New Roman"/>
          <w:szCs w:val="24"/>
          <w:shd w:val="clear" w:color="auto" w:fill="FFFFFF"/>
        </w:rPr>
        <w:t xml:space="preserve">, </w:t>
      </w:r>
      <w:r w:rsidRPr="003275EF">
        <w:rPr>
          <w:rFonts w:cs="Times New Roman"/>
          <w:b/>
          <w:bCs/>
          <w:szCs w:val="24"/>
          <w:shd w:val="clear" w:color="auto" w:fill="FFFFFF"/>
        </w:rPr>
        <w:t>178</w:t>
      </w:r>
      <w:r w:rsidRPr="003275EF">
        <w:rPr>
          <w:rFonts w:cs="Times New Roman"/>
          <w:szCs w:val="24"/>
          <w:shd w:val="clear" w:color="auto" w:fill="FFFFFF"/>
        </w:rPr>
        <w:t>(15): 361-364.</w:t>
      </w:r>
    </w:p>
    <w:p w14:paraId="4F3B3819" w14:textId="77777777" w:rsidR="000F654C" w:rsidRPr="003275EF" w:rsidRDefault="000F654C" w:rsidP="003275EF">
      <w:pPr>
        <w:pStyle w:val="ListParagraph"/>
        <w:numPr>
          <w:ilvl w:val="0"/>
          <w:numId w:val="11"/>
        </w:numPr>
        <w:spacing w:before="120" w:after="120" w:line="240" w:lineRule="auto"/>
        <w:jc w:val="both"/>
        <w:rPr>
          <w:rFonts w:cs="Times New Roman"/>
          <w:spacing w:val="-4"/>
          <w:position w:val="-2"/>
          <w:szCs w:val="24"/>
          <w:shd w:val="clear" w:color="auto" w:fill="FFFFFF"/>
        </w:rPr>
      </w:pPr>
      <w:proofErr w:type="spellStart"/>
      <w:r w:rsidRPr="003275EF">
        <w:rPr>
          <w:rFonts w:cs="Times New Roman"/>
          <w:spacing w:val="-4"/>
          <w:position w:val="-2"/>
          <w:szCs w:val="24"/>
          <w:shd w:val="clear" w:color="auto" w:fill="FFFFFF"/>
        </w:rPr>
        <w:t>Tagorti</w:t>
      </w:r>
      <w:proofErr w:type="spellEnd"/>
      <w:r w:rsidRPr="003275EF">
        <w:rPr>
          <w:rFonts w:cs="Times New Roman"/>
          <w:spacing w:val="-4"/>
          <w:position w:val="-2"/>
          <w:szCs w:val="24"/>
          <w:shd w:val="clear" w:color="auto" w:fill="FFFFFF"/>
        </w:rPr>
        <w:t>, G. (2019). Disease prevalence among young dogs in Grand Tunis, Tunisia: a retrospective study. </w:t>
      </w:r>
      <w:r w:rsidRPr="003275EF">
        <w:rPr>
          <w:rFonts w:cs="Times New Roman"/>
          <w:i/>
          <w:iCs/>
          <w:spacing w:val="-4"/>
          <w:position w:val="-2"/>
          <w:szCs w:val="24"/>
        </w:rPr>
        <w:t>Veterinary World</w:t>
      </w:r>
      <w:r w:rsidRPr="003275EF">
        <w:rPr>
          <w:rFonts w:cs="Times New Roman"/>
          <w:spacing w:val="-4"/>
          <w:position w:val="-2"/>
          <w:szCs w:val="24"/>
          <w:shd w:val="clear" w:color="auto" w:fill="FFFFFF"/>
        </w:rPr>
        <w:t>, </w:t>
      </w:r>
      <w:r w:rsidRPr="003275EF">
        <w:rPr>
          <w:rFonts w:cs="Times New Roman"/>
          <w:b/>
          <w:bCs/>
          <w:spacing w:val="-4"/>
          <w:position w:val="-2"/>
          <w:szCs w:val="24"/>
        </w:rPr>
        <w:t>12</w:t>
      </w:r>
      <w:r w:rsidRPr="003275EF">
        <w:rPr>
          <w:rFonts w:cs="Times New Roman"/>
          <w:spacing w:val="-4"/>
          <w:position w:val="-2"/>
          <w:szCs w:val="24"/>
          <w:shd w:val="clear" w:color="auto" w:fill="FFFFFF"/>
        </w:rPr>
        <w:t>(4): 489-495.</w:t>
      </w:r>
    </w:p>
    <w:p w14:paraId="0A06232E" w14:textId="77777777" w:rsidR="000F654C" w:rsidRPr="003275EF" w:rsidRDefault="000F654C" w:rsidP="003275EF">
      <w:pPr>
        <w:pStyle w:val="ListParagraph"/>
        <w:numPr>
          <w:ilvl w:val="0"/>
          <w:numId w:val="11"/>
        </w:numPr>
        <w:spacing w:before="120" w:after="120" w:line="240" w:lineRule="auto"/>
        <w:jc w:val="both"/>
        <w:rPr>
          <w:rFonts w:cs="Times New Roman"/>
          <w:spacing w:val="-2"/>
          <w:szCs w:val="24"/>
          <w:shd w:val="clear" w:color="auto" w:fill="FFFFFF"/>
        </w:rPr>
      </w:pPr>
      <w:r w:rsidRPr="003275EF">
        <w:rPr>
          <w:rFonts w:cs="Times New Roman"/>
          <w:spacing w:val="-2"/>
          <w:szCs w:val="24"/>
          <w:shd w:val="clear" w:color="auto" w:fill="FFFFFF"/>
        </w:rPr>
        <w:t>Bali, S.D.K. (2024). </w:t>
      </w:r>
      <w:r w:rsidRPr="003275EF">
        <w:rPr>
          <w:rFonts w:cs="Times New Roman"/>
          <w:spacing w:val="-2"/>
          <w:szCs w:val="24"/>
        </w:rPr>
        <w:t>Diagnostic evaluation and therapeutic management of bacterial respiratory tract infections in dogs</w:t>
      </w:r>
      <w:r w:rsidRPr="003275EF">
        <w:rPr>
          <w:rFonts w:cs="Times New Roman"/>
          <w:spacing w:val="-2"/>
          <w:szCs w:val="24"/>
          <w:shd w:val="clear" w:color="auto" w:fill="FFFFFF"/>
        </w:rPr>
        <w:t>. </w:t>
      </w:r>
      <w:proofErr w:type="spellStart"/>
      <w:r w:rsidRPr="003275EF">
        <w:rPr>
          <w:rFonts w:cs="Times New Roman"/>
          <w:spacing w:val="-2"/>
          <w:szCs w:val="24"/>
          <w:shd w:val="clear" w:color="auto" w:fill="FFFFFF"/>
        </w:rPr>
        <w:t>M.</w:t>
      </w:r>
      <w:proofErr w:type="gramStart"/>
      <w:r w:rsidRPr="003275EF">
        <w:rPr>
          <w:rFonts w:cs="Times New Roman"/>
          <w:spacing w:val="-2"/>
          <w:szCs w:val="24"/>
          <w:shd w:val="clear" w:color="auto" w:fill="FFFFFF"/>
        </w:rPr>
        <w:t>V.Sc</w:t>
      </w:r>
      <w:proofErr w:type="spellEnd"/>
      <w:proofErr w:type="gramEnd"/>
      <w:r w:rsidRPr="003275EF">
        <w:rPr>
          <w:rFonts w:cs="Times New Roman"/>
          <w:spacing w:val="-2"/>
          <w:szCs w:val="24"/>
          <w:shd w:val="clear" w:color="auto" w:fill="FFFFFF"/>
        </w:rPr>
        <w:t xml:space="preserve"> thesis (Veterinary Medicine), Sher-e-Kashmir University of Agricultural Sciences and Technology, Jammu (J&amp;K).</w:t>
      </w:r>
    </w:p>
    <w:p w14:paraId="726C5BC0" w14:textId="77777777" w:rsidR="000F654C" w:rsidRPr="003275EF" w:rsidRDefault="000F654C" w:rsidP="003275EF">
      <w:pPr>
        <w:pStyle w:val="ListParagraph"/>
        <w:numPr>
          <w:ilvl w:val="0"/>
          <w:numId w:val="11"/>
        </w:numPr>
        <w:spacing w:before="120" w:after="120" w:line="240" w:lineRule="auto"/>
        <w:jc w:val="both"/>
        <w:rPr>
          <w:rFonts w:cs="Times New Roman"/>
          <w:szCs w:val="24"/>
          <w:shd w:val="clear" w:color="auto" w:fill="FFFFFF"/>
        </w:rPr>
      </w:pPr>
      <w:r w:rsidRPr="003275EF">
        <w:rPr>
          <w:rFonts w:cs="Times New Roman"/>
          <w:szCs w:val="24"/>
          <w:shd w:val="clear" w:color="auto" w:fill="FFFFFF"/>
        </w:rPr>
        <w:t xml:space="preserve">Rose, T.K., Rajesh, J.B., </w:t>
      </w:r>
      <w:proofErr w:type="spellStart"/>
      <w:r w:rsidRPr="003275EF">
        <w:rPr>
          <w:rFonts w:cs="Times New Roman"/>
          <w:szCs w:val="24"/>
          <w:shd w:val="clear" w:color="auto" w:fill="FFFFFF"/>
        </w:rPr>
        <w:t>Marwein</w:t>
      </w:r>
      <w:proofErr w:type="spellEnd"/>
      <w:r w:rsidRPr="003275EF">
        <w:rPr>
          <w:rFonts w:cs="Times New Roman"/>
          <w:szCs w:val="24"/>
          <w:shd w:val="clear" w:color="auto" w:fill="FFFFFF"/>
        </w:rPr>
        <w:t xml:space="preserve">, S.C., Kar, P., Behera, S.K., </w:t>
      </w:r>
      <w:proofErr w:type="spellStart"/>
      <w:r w:rsidRPr="003275EF">
        <w:rPr>
          <w:rFonts w:cs="Times New Roman"/>
          <w:szCs w:val="24"/>
          <w:shd w:val="clear" w:color="auto" w:fill="FFFFFF"/>
        </w:rPr>
        <w:t>Chethan</w:t>
      </w:r>
      <w:proofErr w:type="spellEnd"/>
      <w:r w:rsidRPr="003275EF">
        <w:rPr>
          <w:rFonts w:cs="Times New Roman"/>
          <w:szCs w:val="24"/>
          <w:shd w:val="clear" w:color="auto" w:fill="FFFFFF"/>
        </w:rPr>
        <w:t xml:space="preserve">, G.E., Rao, J.M., </w:t>
      </w:r>
      <w:proofErr w:type="spellStart"/>
      <w:r w:rsidRPr="003275EF">
        <w:rPr>
          <w:rFonts w:cs="Times New Roman"/>
          <w:szCs w:val="24"/>
          <w:shd w:val="clear" w:color="auto" w:fill="FFFFFF"/>
        </w:rPr>
        <w:t>Roychoudhary</w:t>
      </w:r>
      <w:proofErr w:type="spellEnd"/>
      <w:r w:rsidRPr="003275EF">
        <w:rPr>
          <w:rFonts w:cs="Times New Roman"/>
          <w:szCs w:val="24"/>
          <w:shd w:val="clear" w:color="auto" w:fill="FFFFFF"/>
        </w:rPr>
        <w:t xml:space="preserve">, P., Dutta, T.K., </w:t>
      </w:r>
      <w:proofErr w:type="spellStart"/>
      <w:r w:rsidRPr="003275EF">
        <w:rPr>
          <w:rFonts w:cs="Times New Roman"/>
          <w:szCs w:val="24"/>
          <w:shd w:val="clear" w:color="auto" w:fill="FFFFFF"/>
        </w:rPr>
        <w:t>Tolenkhomba</w:t>
      </w:r>
      <w:proofErr w:type="spellEnd"/>
      <w:r w:rsidRPr="003275EF">
        <w:rPr>
          <w:rFonts w:cs="Times New Roman"/>
          <w:szCs w:val="24"/>
          <w:shd w:val="clear" w:color="auto" w:fill="FFFFFF"/>
        </w:rPr>
        <w:t xml:space="preserve">, T.C., </w:t>
      </w:r>
      <w:proofErr w:type="spellStart"/>
      <w:r w:rsidRPr="003275EF">
        <w:rPr>
          <w:rFonts w:cs="Times New Roman"/>
          <w:szCs w:val="24"/>
          <w:shd w:val="clear" w:color="auto" w:fill="FFFFFF"/>
        </w:rPr>
        <w:t>Sarma</w:t>
      </w:r>
      <w:proofErr w:type="spellEnd"/>
      <w:r w:rsidRPr="003275EF">
        <w:rPr>
          <w:rFonts w:cs="Times New Roman"/>
          <w:szCs w:val="24"/>
          <w:shd w:val="clear" w:color="auto" w:fill="FFFFFF"/>
        </w:rPr>
        <w:t xml:space="preserve">, K. and Prasad, H. (2024). Hospital based incidence of </w:t>
      </w:r>
      <w:r w:rsidRPr="003275EF">
        <w:rPr>
          <w:rFonts w:cs="Times New Roman"/>
          <w:i/>
          <w:iCs/>
          <w:szCs w:val="24"/>
          <w:shd w:val="clear" w:color="auto" w:fill="FFFFFF"/>
        </w:rPr>
        <w:t xml:space="preserve">Bordetella </w:t>
      </w:r>
      <w:proofErr w:type="spellStart"/>
      <w:r w:rsidRPr="003275EF">
        <w:rPr>
          <w:rFonts w:cs="Times New Roman"/>
          <w:i/>
          <w:iCs/>
          <w:szCs w:val="24"/>
          <w:shd w:val="clear" w:color="auto" w:fill="FFFFFF"/>
        </w:rPr>
        <w:t>bronchiseptica</w:t>
      </w:r>
      <w:proofErr w:type="spellEnd"/>
      <w:r w:rsidRPr="003275EF">
        <w:rPr>
          <w:rFonts w:cs="Times New Roman"/>
          <w:szCs w:val="24"/>
          <w:shd w:val="clear" w:color="auto" w:fill="FFFFFF"/>
        </w:rPr>
        <w:t xml:space="preserve"> in canines in Mizoram. </w:t>
      </w:r>
      <w:r w:rsidRPr="003275EF">
        <w:rPr>
          <w:rFonts w:cs="Times New Roman"/>
          <w:i/>
          <w:iCs/>
          <w:szCs w:val="24"/>
        </w:rPr>
        <w:t>Journal of Animal Research</w:t>
      </w:r>
      <w:r w:rsidRPr="003275EF">
        <w:rPr>
          <w:rFonts w:cs="Times New Roman"/>
          <w:szCs w:val="24"/>
          <w:shd w:val="clear" w:color="auto" w:fill="FFFFFF"/>
        </w:rPr>
        <w:t>, </w:t>
      </w:r>
      <w:r w:rsidRPr="003275EF">
        <w:rPr>
          <w:rFonts w:cs="Times New Roman"/>
          <w:b/>
          <w:bCs/>
          <w:szCs w:val="24"/>
        </w:rPr>
        <w:t>14</w:t>
      </w:r>
      <w:r w:rsidRPr="003275EF">
        <w:rPr>
          <w:rFonts w:cs="Times New Roman"/>
          <w:szCs w:val="24"/>
          <w:shd w:val="clear" w:color="auto" w:fill="FFFFFF"/>
        </w:rPr>
        <w:t>(1): 95-97.</w:t>
      </w:r>
    </w:p>
    <w:p w14:paraId="2EC2316F" w14:textId="77777777" w:rsidR="000F654C" w:rsidRPr="003275EF" w:rsidRDefault="000F654C" w:rsidP="003275EF">
      <w:pPr>
        <w:pStyle w:val="ListParagraph"/>
        <w:numPr>
          <w:ilvl w:val="0"/>
          <w:numId w:val="11"/>
        </w:numPr>
        <w:spacing w:before="120" w:after="120" w:line="240" w:lineRule="auto"/>
        <w:jc w:val="both"/>
        <w:rPr>
          <w:rFonts w:cs="Times New Roman"/>
          <w:spacing w:val="-4"/>
          <w:position w:val="-2"/>
          <w:szCs w:val="24"/>
          <w:shd w:val="clear" w:color="auto" w:fill="FFFFFF"/>
        </w:rPr>
      </w:pPr>
      <w:r w:rsidRPr="003275EF">
        <w:rPr>
          <w:rFonts w:cs="Times New Roman"/>
          <w:spacing w:val="-4"/>
          <w:position w:val="-2"/>
          <w:szCs w:val="24"/>
          <w:shd w:val="clear" w:color="auto" w:fill="FFFFFF"/>
        </w:rPr>
        <w:t>Savitha, J. (2017). </w:t>
      </w:r>
      <w:r w:rsidRPr="003275EF">
        <w:rPr>
          <w:rFonts w:cs="Times New Roman"/>
          <w:spacing w:val="-4"/>
          <w:position w:val="-2"/>
          <w:szCs w:val="24"/>
        </w:rPr>
        <w:t>Studies on occurrence of pulmonary disorders in dogs</w:t>
      </w:r>
      <w:r w:rsidRPr="003275EF">
        <w:rPr>
          <w:rFonts w:cs="Times New Roman"/>
          <w:spacing w:val="-4"/>
          <w:position w:val="-2"/>
          <w:szCs w:val="24"/>
          <w:shd w:val="clear" w:color="auto" w:fill="FFFFFF"/>
        </w:rPr>
        <w:t xml:space="preserve">. </w:t>
      </w:r>
      <w:proofErr w:type="spellStart"/>
      <w:r w:rsidRPr="003275EF">
        <w:rPr>
          <w:rFonts w:cs="Times New Roman"/>
          <w:spacing w:val="-4"/>
          <w:position w:val="-2"/>
          <w:szCs w:val="24"/>
          <w:shd w:val="clear" w:color="auto" w:fill="FFFFFF"/>
        </w:rPr>
        <w:t>M.V.Sc</w:t>
      </w:r>
      <w:proofErr w:type="spellEnd"/>
      <w:r w:rsidRPr="003275EF">
        <w:rPr>
          <w:rFonts w:cs="Times New Roman"/>
          <w:spacing w:val="-4"/>
          <w:position w:val="-2"/>
          <w:szCs w:val="24"/>
          <w:shd w:val="clear" w:color="auto" w:fill="FFFFFF"/>
        </w:rPr>
        <w:t xml:space="preserve">. thesis (Veterinary Pathology), Karnataka Veterinary, Animal and Fisheries Sciences University, </w:t>
      </w:r>
      <w:proofErr w:type="spellStart"/>
      <w:r w:rsidRPr="003275EF">
        <w:rPr>
          <w:rFonts w:cs="Times New Roman"/>
          <w:spacing w:val="-4"/>
          <w:position w:val="-2"/>
          <w:szCs w:val="24"/>
          <w:shd w:val="clear" w:color="auto" w:fill="FFFFFF"/>
        </w:rPr>
        <w:t>Bidar</w:t>
      </w:r>
      <w:proofErr w:type="spellEnd"/>
      <w:r w:rsidRPr="003275EF">
        <w:rPr>
          <w:rFonts w:cs="Times New Roman"/>
          <w:spacing w:val="-4"/>
          <w:position w:val="-2"/>
          <w:szCs w:val="24"/>
          <w:shd w:val="clear" w:color="auto" w:fill="FFFFFF"/>
        </w:rPr>
        <w:t>.</w:t>
      </w:r>
    </w:p>
    <w:p w14:paraId="2EE0596A" w14:textId="77777777" w:rsidR="000F654C" w:rsidRPr="003275EF" w:rsidRDefault="000F654C" w:rsidP="003275EF">
      <w:pPr>
        <w:pStyle w:val="ListParagraph"/>
        <w:numPr>
          <w:ilvl w:val="0"/>
          <w:numId w:val="11"/>
        </w:numPr>
        <w:spacing w:before="120" w:after="120" w:line="240" w:lineRule="auto"/>
        <w:jc w:val="both"/>
        <w:rPr>
          <w:rFonts w:cs="Times New Roman"/>
          <w:szCs w:val="24"/>
        </w:rPr>
      </w:pPr>
      <w:r w:rsidRPr="003275EF">
        <w:rPr>
          <w:rFonts w:cs="Times New Roman"/>
          <w:szCs w:val="24"/>
          <w:shd w:val="clear" w:color="auto" w:fill="FFFFFF"/>
        </w:rPr>
        <w:t xml:space="preserve">Dimopoulou, M., </w:t>
      </w:r>
      <w:proofErr w:type="spellStart"/>
      <w:r w:rsidRPr="003275EF">
        <w:rPr>
          <w:rFonts w:cs="Times New Roman"/>
          <w:szCs w:val="24"/>
          <w:shd w:val="clear" w:color="auto" w:fill="FFFFFF"/>
        </w:rPr>
        <w:t>Engdahl</w:t>
      </w:r>
      <w:proofErr w:type="spellEnd"/>
      <w:r w:rsidRPr="003275EF">
        <w:rPr>
          <w:rFonts w:cs="Times New Roman"/>
          <w:szCs w:val="24"/>
          <w:shd w:val="clear" w:color="auto" w:fill="FFFFFF"/>
        </w:rPr>
        <w:t xml:space="preserve">, K., </w:t>
      </w:r>
      <w:proofErr w:type="spellStart"/>
      <w:r w:rsidRPr="003275EF">
        <w:rPr>
          <w:rFonts w:cs="Times New Roman"/>
          <w:szCs w:val="24"/>
          <w:shd w:val="clear" w:color="auto" w:fill="FFFFFF"/>
        </w:rPr>
        <w:t>Ladlow</w:t>
      </w:r>
      <w:proofErr w:type="spellEnd"/>
      <w:r w:rsidRPr="003275EF">
        <w:rPr>
          <w:rFonts w:cs="Times New Roman"/>
          <w:szCs w:val="24"/>
          <w:shd w:val="clear" w:color="auto" w:fill="FFFFFF"/>
        </w:rPr>
        <w:t xml:space="preserve">, J., Andersson, G., </w:t>
      </w:r>
      <w:proofErr w:type="spellStart"/>
      <w:r w:rsidRPr="003275EF">
        <w:rPr>
          <w:rFonts w:cs="Times New Roman"/>
          <w:szCs w:val="24"/>
          <w:shd w:val="clear" w:color="auto" w:fill="FFFFFF"/>
        </w:rPr>
        <w:t>Hedhammar</w:t>
      </w:r>
      <w:proofErr w:type="spellEnd"/>
      <w:r w:rsidRPr="003275EF">
        <w:rPr>
          <w:rFonts w:cs="Times New Roman"/>
          <w:szCs w:val="24"/>
          <w:shd w:val="clear" w:color="auto" w:fill="FFFFFF"/>
        </w:rPr>
        <w:t xml:space="preserve">, A., </w:t>
      </w:r>
      <w:proofErr w:type="spellStart"/>
      <w:r w:rsidRPr="003275EF">
        <w:rPr>
          <w:rFonts w:cs="Times New Roman"/>
          <w:szCs w:val="24"/>
          <w:shd w:val="clear" w:color="auto" w:fill="FFFFFF"/>
        </w:rPr>
        <w:t>Skioldebrand</w:t>
      </w:r>
      <w:proofErr w:type="spellEnd"/>
      <w:r w:rsidRPr="003275EF">
        <w:rPr>
          <w:rFonts w:cs="Times New Roman"/>
          <w:szCs w:val="24"/>
          <w:shd w:val="clear" w:color="auto" w:fill="FFFFFF"/>
        </w:rPr>
        <w:t xml:space="preserve">, E. and </w:t>
      </w:r>
      <w:proofErr w:type="spellStart"/>
      <w:r w:rsidRPr="003275EF">
        <w:rPr>
          <w:rFonts w:cs="Times New Roman"/>
          <w:szCs w:val="24"/>
          <w:shd w:val="clear" w:color="auto" w:fill="FFFFFF"/>
        </w:rPr>
        <w:t>Ljungvall</w:t>
      </w:r>
      <w:proofErr w:type="spellEnd"/>
      <w:r w:rsidRPr="003275EF">
        <w:rPr>
          <w:rFonts w:cs="Times New Roman"/>
          <w:szCs w:val="24"/>
          <w:shd w:val="clear" w:color="auto" w:fill="FFFFFF"/>
        </w:rPr>
        <w:t>, I. (2023). The epidemiology of upper respiratory tract disorders in a population of insured Swedish dogs (2011–2014) and its association to brachycephaly. </w:t>
      </w:r>
      <w:r w:rsidRPr="003275EF">
        <w:rPr>
          <w:rFonts w:cs="Times New Roman"/>
          <w:i/>
          <w:iCs/>
          <w:szCs w:val="24"/>
        </w:rPr>
        <w:t>Scientific Reports</w:t>
      </w:r>
      <w:r w:rsidRPr="003275EF">
        <w:rPr>
          <w:rFonts w:cs="Times New Roman"/>
          <w:szCs w:val="24"/>
          <w:shd w:val="clear" w:color="auto" w:fill="FFFFFF"/>
        </w:rPr>
        <w:t>, </w:t>
      </w:r>
      <w:r w:rsidRPr="003275EF">
        <w:rPr>
          <w:rFonts w:cs="Times New Roman"/>
          <w:b/>
          <w:bCs/>
          <w:szCs w:val="24"/>
        </w:rPr>
        <w:t>13</w:t>
      </w:r>
      <w:r w:rsidRPr="003275EF">
        <w:rPr>
          <w:rFonts w:cs="Times New Roman"/>
          <w:szCs w:val="24"/>
          <w:shd w:val="clear" w:color="auto" w:fill="FFFFFF"/>
        </w:rPr>
        <w:t xml:space="preserve">(1): 8765 </w:t>
      </w:r>
      <w:hyperlink r:id="rId8" w:history="1">
        <w:r w:rsidRPr="003275EF">
          <w:rPr>
            <w:rStyle w:val="Hyperlink"/>
            <w:rFonts w:cs="Times New Roman"/>
            <w:szCs w:val="24"/>
          </w:rPr>
          <w:t>https://doi.org/10.1038/s41598-023-35466-0</w:t>
        </w:r>
      </w:hyperlink>
      <w:r w:rsidRPr="003275EF">
        <w:rPr>
          <w:rFonts w:cs="Times New Roman"/>
          <w:szCs w:val="24"/>
        </w:rPr>
        <w:t>.</w:t>
      </w:r>
    </w:p>
    <w:p w14:paraId="1251206D" w14:textId="32D7D982" w:rsidR="000F654C" w:rsidRPr="003275EF" w:rsidRDefault="000F654C" w:rsidP="003275EF">
      <w:pPr>
        <w:pStyle w:val="ListParagraph"/>
        <w:numPr>
          <w:ilvl w:val="0"/>
          <w:numId w:val="11"/>
        </w:numPr>
        <w:spacing w:line="240" w:lineRule="auto"/>
        <w:jc w:val="both"/>
        <w:rPr>
          <w:rFonts w:cs="Times New Roman"/>
          <w:szCs w:val="24"/>
        </w:rPr>
      </w:pPr>
      <w:proofErr w:type="spellStart"/>
      <w:r w:rsidRPr="003275EF">
        <w:rPr>
          <w:rFonts w:cs="Times New Roman"/>
          <w:spacing w:val="-2"/>
          <w:szCs w:val="24"/>
          <w:shd w:val="clear" w:color="auto" w:fill="FFFFFF"/>
        </w:rPr>
        <w:t>Canonne</w:t>
      </w:r>
      <w:proofErr w:type="spellEnd"/>
      <w:r w:rsidRPr="003275EF">
        <w:rPr>
          <w:rFonts w:cs="Times New Roman"/>
          <w:spacing w:val="-2"/>
          <w:szCs w:val="24"/>
          <w:shd w:val="clear" w:color="auto" w:fill="FFFFFF"/>
        </w:rPr>
        <w:t xml:space="preserve">, A.M., </w:t>
      </w:r>
      <w:proofErr w:type="spellStart"/>
      <w:r w:rsidRPr="003275EF">
        <w:rPr>
          <w:rFonts w:cs="Times New Roman"/>
          <w:spacing w:val="-2"/>
          <w:szCs w:val="24"/>
          <w:shd w:val="clear" w:color="auto" w:fill="FFFFFF"/>
        </w:rPr>
        <w:t>Roels</w:t>
      </w:r>
      <w:proofErr w:type="spellEnd"/>
      <w:r w:rsidRPr="003275EF">
        <w:rPr>
          <w:rFonts w:cs="Times New Roman"/>
          <w:spacing w:val="-2"/>
          <w:szCs w:val="24"/>
          <w:shd w:val="clear" w:color="auto" w:fill="FFFFFF"/>
        </w:rPr>
        <w:t xml:space="preserve">, E., Menard, M., </w:t>
      </w:r>
      <w:proofErr w:type="spellStart"/>
      <w:r w:rsidRPr="003275EF">
        <w:rPr>
          <w:rFonts w:cs="Times New Roman"/>
          <w:spacing w:val="-2"/>
          <w:szCs w:val="24"/>
          <w:shd w:val="clear" w:color="auto" w:fill="FFFFFF"/>
        </w:rPr>
        <w:t>Desquilbet</w:t>
      </w:r>
      <w:proofErr w:type="spellEnd"/>
      <w:r w:rsidRPr="003275EF">
        <w:rPr>
          <w:rFonts w:cs="Times New Roman"/>
          <w:spacing w:val="-2"/>
          <w:szCs w:val="24"/>
          <w:shd w:val="clear" w:color="auto" w:fill="FFFFFF"/>
        </w:rPr>
        <w:t xml:space="preserve">, L., </w:t>
      </w:r>
      <w:proofErr w:type="spellStart"/>
      <w:r w:rsidRPr="003275EF">
        <w:rPr>
          <w:rFonts w:cs="Times New Roman"/>
          <w:spacing w:val="-2"/>
          <w:szCs w:val="24"/>
          <w:shd w:val="clear" w:color="auto" w:fill="FFFFFF"/>
        </w:rPr>
        <w:t>Billen</w:t>
      </w:r>
      <w:proofErr w:type="spellEnd"/>
      <w:r w:rsidRPr="003275EF">
        <w:rPr>
          <w:rFonts w:cs="Times New Roman"/>
          <w:spacing w:val="-2"/>
          <w:szCs w:val="24"/>
          <w:shd w:val="clear" w:color="auto" w:fill="FFFFFF"/>
        </w:rPr>
        <w:t xml:space="preserve">, F. and </w:t>
      </w:r>
      <w:proofErr w:type="spellStart"/>
      <w:r w:rsidRPr="003275EF">
        <w:rPr>
          <w:rFonts w:cs="Times New Roman"/>
          <w:spacing w:val="-2"/>
          <w:szCs w:val="24"/>
          <w:shd w:val="clear" w:color="auto" w:fill="FFFFFF"/>
        </w:rPr>
        <w:t>Clercx</w:t>
      </w:r>
      <w:proofErr w:type="spellEnd"/>
      <w:r w:rsidRPr="003275EF">
        <w:rPr>
          <w:rFonts w:cs="Times New Roman"/>
          <w:spacing w:val="-2"/>
          <w:szCs w:val="24"/>
          <w:shd w:val="clear" w:color="auto" w:fill="FFFFFF"/>
        </w:rPr>
        <w:t xml:space="preserve">, C. (2020). Clinical response to 2 protocols of aerosolized gentamicin in 46 dogs with </w:t>
      </w:r>
      <w:r w:rsidRPr="003275EF">
        <w:rPr>
          <w:rFonts w:cs="Times New Roman"/>
          <w:i/>
          <w:iCs/>
          <w:spacing w:val="-2"/>
          <w:szCs w:val="24"/>
          <w:shd w:val="clear" w:color="auto" w:fill="FFFFFF"/>
        </w:rPr>
        <w:t xml:space="preserve">Bordetella </w:t>
      </w:r>
      <w:proofErr w:type="spellStart"/>
      <w:r w:rsidRPr="003275EF">
        <w:rPr>
          <w:rFonts w:cs="Times New Roman"/>
          <w:i/>
          <w:iCs/>
          <w:spacing w:val="-2"/>
          <w:szCs w:val="24"/>
          <w:shd w:val="clear" w:color="auto" w:fill="FFFFFF"/>
        </w:rPr>
        <w:t>bronchiseptica</w:t>
      </w:r>
      <w:proofErr w:type="spellEnd"/>
      <w:r w:rsidRPr="003275EF">
        <w:rPr>
          <w:rFonts w:cs="Times New Roman"/>
          <w:spacing w:val="-2"/>
          <w:szCs w:val="24"/>
          <w:shd w:val="clear" w:color="auto" w:fill="FFFFFF"/>
        </w:rPr>
        <w:t xml:space="preserve"> infection (2012‐2018). </w:t>
      </w:r>
      <w:r w:rsidRPr="003275EF">
        <w:rPr>
          <w:rFonts w:cs="Times New Roman"/>
          <w:i/>
          <w:iCs/>
          <w:spacing w:val="-2"/>
          <w:szCs w:val="24"/>
        </w:rPr>
        <w:t>Journal of Veterinary Internal Medicine</w:t>
      </w:r>
      <w:r w:rsidRPr="003275EF">
        <w:rPr>
          <w:rFonts w:cs="Times New Roman"/>
          <w:spacing w:val="-2"/>
          <w:szCs w:val="24"/>
          <w:shd w:val="clear" w:color="auto" w:fill="FFFFFF"/>
        </w:rPr>
        <w:t>, </w:t>
      </w:r>
      <w:r w:rsidRPr="003275EF">
        <w:rPr>
          <w:rFonts w:cs="Times New Roman"/>
          <w:b/>
          <w:bCs/>
          <w:spacing w:val="-2"/>
          <w:szCs w:val="24"/>
        </w:rPr>
        <w:t>34</w:t>
      </w:r>
      <w:r w:rsidRPr="003275EF">
        <w:rPr>
          <w:rFonts w:cs="Times New Roman"/>
          <w:spacing w:val="-2"/>
          <w:szCs w:val="24"/>
          <w:shd w:val="clear" w:color="auto" w:fill="FFFFFF"/>
        </w:rPr>
        <w:t>(5): 2078-2085.</w:t>
      </w:r>
    </w:p>
    <w:p w14:paraId="6E8B11D2" w14:textId="0A11F800" w:rsidR="000F654C" w:rsidRPr="003275EF" w:rsidRDefault="000F654C" w:rsidP="003275EF">
      <w:pPr>
        <w:pStyle w:val="ListParagraph"/>
        <w:numPr>
          <w:ilvl w:val="0"/>
          <w:numId w:val="11"/>
        </w:numPr>
        <w:spacing w:before="80" w:after="80" w:line="240" w:lineRule="auto"/>
        <w:jc w:val="both"/>
        <w:rPr>
          <w:rFonts w:cs="Times New Roman"/>
          <w:szCs w:val="24"/>
        </w:rPr>
      </w:pPr>
      <w:proofErr w:type="spellStart"/>
      <w:r w:rsidRPr="003275EF">
        <w:rPr>
          <w:rFonts w:cs="Times New Roman"/>
          <w:szCs w:val="24"/>
          <w:shd w:val="clear" w:color="auto" w:fill="FFFFFF"/>
        </w:rPr>
        <w:t>Qekwana</w:t>
      </w:r>
      <w:proofErr w:type="spellEnd"/>
      <w:r w:rsidRPr="003275EF">
        <w:rPr>
          <w:rFonts w:cs="Times New Roman"/>
          <w:szCs w:val="24"/>
          <w:shd w:val="clear" w:color="auto" w:fill="FFFFFF"/>
        </w:rPr>
        <w:t xml:space="preserve">, D.N., Naidoo, V., </w:t>
      </w:r>
      <w:proofErr w:type="spellStart"/>
      <w:r w:rsidRPr="003275EF">
        <w:rPr>
          <w:rFonts w:cs="Times New Roman"/>
          <w:szCs w:val="24"/>
          <w:shd w:val="clear" w:color="auto" w:fill="FFFFFF"/>
        </w:rPr>
        <w:t>Oguttu</w:t>
      </w:r>
      <w:proofErr w:type="spellEnd"/>
      <w:r w:rsidRPr="003275EF">
        <w:rPr>
          <w:rFonts w:cs="Times New Roman"/>
          <w:szCs w:val="24"/>
          <w:shd w:val="clear" w:color="auto" w:fill="FFFFFF"/>
        </w:rPr>
        <w:t xml:space="preserve">, J.W. and </w:t>
      </w:r>
      <w:proofErr w:type="spellStart"/>
      <w:r w:rsidRPr="003275EF">
        <w:rPr>
          <w:rFonts w:cs="Times New Roman"/>
          <w:szCs w:val="24"/>
          <w:shd w:val="clear" w:color="auto" w:fill="FFFFFF"/>
        </w:rPr>
        <w:t>Odoi</w:t>
      </w:r>
      <w:proofErr w:type="spellEnd"/>
      <w:r w:rsidRPr="003275EF">
        <w:rPr>
          <w:rFonts w:cs="Times New Roman"/>
          <w:szCs w:val="24"/>
          <w:shd w:val="clear" w:color="auto" w:fill="FFFFFF"/>
        </w:rPr>
        <w:t xml:space="preserve">, A. (2020). Occurrence and predictors of bacterial respiratory tract infections and antimicrobial resistance among isolates from dogs presented with lower respiratory tract infections at a </w:t>
      </w:r>
      <w:r w:rsidRPr="003275EF">
        <w:rPr>
          <w:rFonts w:cs="Times New Roman"/>
          <w:szCs w:val="24"/>
          <w:shd w:val="clear" w:color="auto" w:fill="FFFFFF"/>
        </w:rPr>
        <w:lastRenderedPageBreak/>
        <w:t>referral veterinary hospital in South Africa. </w:t>
      </w:r>
      <w:r w:rsidRPr="003275EF">
        <w:rPr>
          <w:rFonts w:cs="Times New Roman"/>
          <w:i/>
          <w:iCs/>
          <w:szCs w:val="24"/>
        </w:rPr>
        <w:t>Frontiers in Veterinary Science</w:t>
      </w:r>
      <w:r w:rsidRPr="003275EF">
        <w:rPr>
          <w:rFonts w:cs="Times New Roman"/>
          <w:szCs w:val="24"/>
          <w:shd w:val="clear" w:color="auto" w:fill="FFFFFF"/>
        </w:rPr>
        <w:t>, </w:t>
      </w:r>
      <w:r w:rsidRPr="003275EF">
        <w:rPr>
          <w:rFonts w:cs="Times New Roman"/>
          <w:b/>
          <w:bCs/>
          <w:szCs w:val="24"/>
        </w:rPr>
        <w:t>7</w:t>
      </w:r>
      <w:r w:rsidRPr="003275EF">
        <w:rPr>
          <w:rFonts w:cs="Times New Roman"/>
          <w:szCs w:val="24"/>
        </w:rPr>
        <w:t>(1)</w:t>
      </w:r>
      <w:r w:rsidRPr="003275EF">
        <w:rPr>
          <w:rFonts w:cs="Times New Roman"/>
          <w:szCs w:val="24"/>
          <w:shd w:val="clear" w:color="auto" w:fill="FFFFFF"/>
        </w:rPr>
        <w:t xml:space="preserve">: 304 </w:t>
      </w:r>
      <w:hyperlink r:id="rId9" w:history="1">
        <w:r w:rsidRPr="003275EF">
          <w:rPr>
            <w:rStyle w:val="Hyperlink"/>
            <w:rFonts w:cs="Times New Roman"/>
            <w:szCs w:val="24"/>
          </w:rPr>
          <w:t>https://doi.org/10.3389/fvets.2020.00304</w:t>
        </w:r>
      </w:hyperlink>
      <w:r w:rsidRPr="003275EF">
        <w:rPr>
          <w:rFonts w:cs="Times New Roman"/>
          <w:szCs w:val="24"/>
        </w:rPr>
        <w:t>.</w:t>
      </w:r>
    </w:p>
    <w:p w14:paraId="6E63D6DD" w14:textId="6CB3F31B" w:rsidR="005C16D9" w:rsidRPr="003275EF" w:rsidRDefault="005C16D9" w:rsidP="003275EF">
      <w:pPr>
        <w:pStyle w:val="ListParagraph"/>
        <w:numPr>
          <w:ilvl w:val="0"/>
          <w:numId w:val="11"/>
        </w:numPr>
        <w:spacing w:after="0" w:line="240" w:lineRule="auto"/>
        <w:jc w:val="both"/>
        <w:rPr>
          <w:rFonts w:eastAsia="Times New Roman" w:cs="Times New Roman"/>
          <w:szCs w:val="24"/>
          <w:lang w:val="en-IN" w:eastAsia="en-GB"/>
        </w:rPr>
      </w:pPr>
      <w:r w:rsidRPr="003275EF">
        <w:rPr>
          <w:rFonts w:eastAsia="Times New Roman" w:cs="Times New Roman"/>
          <w:color w:val="222222"/>
          <w:szCs w:val="24"/>
          <w:shd w:val="clear" w:color="auto" w:fill="FFFFFF"/>
          <w:lang w:val="en-IN" w:eastAsia="en-GB"/>
        </w:rPr>
        <w:t xml:space="preserve">Day, M.J. (2010). Ageing, </w:t>
      </w:r>
      <w:proofErr w:type="spellStart"/>
      <w:r w:rsidRPr="003275EF">
        <w:rPr>
          <w:rFonts w:eastAsia="Times New Roman" w:cs="Times New Roman"/>
          <w:color w:val="222222"/>
          <w:szCs w:val="24"/>
          <w:shd w:val="clear" w:color="auto" w:fill="FFFFFF"/>
          <w:lang w:val="en-IN" w:eastAsia="en-GB"/>
        </w:rPr>
        <w:t>immunosenescence</w:t>
      </w:r>
      <w:proofErr w:type="spellEnd"/>
      <w:r w:rsidRPr="003275EF">
        <w:rPr>
          <w:rFonts w:eastAsia="Times New Roman" w:cs="Times New Roman"/>
          <w:color w:val="222222"/>
          <w:szCs w:val="24"/>
          <w:shd w:val="clear" w:color="auto" w:fill="FFFFFF"/>
          <w:lang w:val="en-IN" w:eastAsia="en-GB"/>
        </w:rPr>
        <w:t xml:space="preserve"> and </w:t>
      </w:r>
      <w:proofErr w:type="spellStart"/>
      <w:r w:rsidRPr="003275EF">
        <w:rPr>
          <w:rFonts w:eastAsia="Times New Roman" w:cs="Times New Roman"/>
          <w:color w:val="222222"/>
          <w:szCs w:val="24"/>
          <w:shd w:val="clear" w:color="auto" w:fill="FFFFFF"/>
          <w:lang w:val="en-IN" w:eastAsia="en-GB"/>
        </w:rPr>
        <w:t>inflammageing</w:t>
      </w:r>
      <w:proofErr w:type="spellEnd"/>
      <w:r w:rsidRPr="003275EF">
        <w:rPr>
          <w:rFonts w:eastAsia="Times New Roman" w:cs="Times New Roman"/>
          <w:color w:val="222222"/>
          <w:szCs w:val="24"/>
          <w:shd w:val="clear" w:color="auto" w:fill="FFFFFF"/>
          <w:lang w:val="en-IN" w:eastAsia="en-GB"/>
        </w:rPr>
        <w:t xml:space="preserve"> in the dog and cat. </w:t>
      </w:r>
      <w:r w:rsidRPr="003275EF">
        <w:rPr>
          <w:rFonts w:eastAsia="Times New Roman" w:cs="Times New Roman"/>
          <w:i/>
          <w:iCs/>
          <w:color w:val="222222"/>
          <w:szCs w:val="24"/>
          <w:lang w:val="en-IN" w:eastAsia="en-GB"/>
        </w:rPr>
        <w:t>Journal of Comparative Pathology</w:t>
      </w:r>
      <w:r w:rsidRPr="003275EF">
        <w:rPr>
          <w:rFonts w:eastAsia="Times New Roman" w:cs="Times New Roman"/>
          <w:color w:val="222222"/>
          <w:szCs w:val="24"/>
          <w:shd w:val="clear" w:color="auto" w:fill="FFFFFF"/>
          <w:lang w:val="en-IN" w:eastAsia="en-GB"/>
        </w:rPr>
        <w:t>, </w:t>
      </w:r>
      <w:r w:rsidRPr="003275EF">
        <w:rPr>
          <w:rFonts w:eastAsia="Times New Roman" w:cs="Times New Roman"/>
          <w:b/>
          <w:bCs/>
          <w:color w:val="222222"/>
          <w:szCs w:val="24"/>
          <w:lang w:val="en-IN" w:eastAsia="en-GB"/>
        </w:rPr>
        <w:t>142</w:t>
      </w:r>
      <w:r w:rsidR="003275EF" w:rsidRPr="003275EF">
        <w:rPr>
          <w:rFonts w:eastAsia="Times New Roman" w:cs="Times New Roman"/>
          <w:color w:val="222222"/>
          <w:szCs w:val="24"/>
          <w:shd w:val="clear" w:color="auto" w:fill="FFFFFF"/>
          <w:lang w:val="en-IN" w:eastAsia="en-GB"/>
        </w:rPr>
        <w:t>(1):</w:t>
      </w:r>
      <w:r w:rsidRPr="003275EF">
        <w:rPr>
          <w:rFonts w:eastAsia="Times New Roman" w:cs="Times New Roman"/>
          <w:color w:val="222222"/>
          <w:szCs w:val="24"/>
          <w:shd w:val="clear" w:color="auto" w:fill="FFFFFF"/>
          <w:lang w:val="en-IN" w:eastAsia="en-GB"/>
        </w:rPr>
        <w:t xml:space="preserve"> S60-S69.</w:t>
      </w:r>
    </w:p>
    <w:p w14:paraId="4CA85108" w14:textId="77777777" w:rsidR="000F654C" w:rsidRPr="003275EF" w:rsidRDefault="000F654C" w:rsidP="003275EF">
      <w:pPr>
        <w:pStyle w:val="ListParagraph"/>
        <w:numPr>
          <w:ilvl w:val="0"/>
          <w:numId w:val="11"/>
        </w:numPr>
        <w:spacing w:before="120" w:after="120" w:line="240" w:lineRule="auto"/>
        <w:jc w:val="both"/>
        <w:rPr>
          <w:rFonts w:cs="Times New Roman"/>
          <w:szCs w:val="24"/>
        </w:rPr>
      </w:pPr>
      <w:r w:rsidRPr="003275EF">
        <w:rPr>
          <w:rFonts w:cs="Times New Roman"/>
          <w:szCs w:val="24"/>
        </w:rPr>
        <w:t xml:space="preserve">Kogan, D.A., Johnson, L.R., </w:t>
      </w:r>
      <w:proofErr w:type="spellStart"/>
      <w:r w:rsidRPr="003275EF">
        <w:rPr>
          <w:rFonts w:cs="Times New Roman"/>
          <w:szCs w:val="24"/>
        </w:rPr>
        <w:t>Jandrey</w:t>
      </w:r>
      <w:proofErr w:type="spellEnd"/>
      <w:r w:rsidRPr="003275EF">
        <w:rPr>
          <w:rFonts w:cs="Times New Roman"/>
          <w:szCs w:val="24"/>
        </w:rPr>
        <w:t>, K.E. and Pollard, R.E. (2008). Clinical, clinicopathologic and radiographic findings in dogs with aspiration pneumonia: 88 cases (2004–2006).</w:t>
      </w:r>
      <w:r w:rsidRPr="003275EF">
        <w:rPr>
          <w:rStyle w:val="apple-converted-space"/>
          <w:rFonts w:cs="Times New Roman"/>
          <w:szCs w:val="24"/>
        </w:rPr>
        <w:t> </w:t>
      </w:r>
      <w:r w:rsidRPr="003275EF">
        <w:rPr>
          <w:rFonts w:cs="Times New Roman"/>
          <w:i/>
          <w:iCs/>
          <w:szCs w:val="24"/>
        </w:rPr>
        <w:t>Journal of the American Veterinary Medical Association</w:t>
      </w:r>
      <w:r w:rsidRPr="003275EF">
        <w:rPr>
          <w:rFonts w:cs="Times New Roman"/>
          <w:szCs w:val="24"/>
        </w:rPr>
        <w:t>,</w:t>
      </w:r>
      <w:r w:rsidRPr="003275EF">
        <w:rPr>
          <w:rStyle w:val="apple-converted-space"/>
          <w:rFonts w:cs="Times New Roman"/>
          <w:szCs w:val="24"/>
        </w:rPr>
        <w:t> </w:t>
      </w:r>
      <w:r w:rsidRPr="003275EF">
        <w:rPr>
          <w:rFonts w:cs="Times New Roman"/>
          <w:b/>
          <w:bCs/>
          <w:szCs w:val="24"/>
        </w:rPr>
        <w:t>233</w:t>
      </w:r>
      <w:r w:rsidRPr="003275EF">
        <w:rPr>
          <w:rFonts w:cs="Times New Roman"/>
          <w:szCs w:val="24"/>
        </w:rPr>
        <w:t>(11): 1742-1747.</w:t>
      </w:r>
    </w:p>
    <w:p w14:paraId="79588A49" w14:textId="77777777" w:rsidR="000F654C" w:rsidRPr="003275EF" w:rsidRDefault="000F654C" w:rsidP="003275EF">
      <w:pPr>
        <w:pStyle w:val="ListParagraph"/>
        <w:numPr>
          <w:ilvl w:val="0"/>
          <w:numId w:val="11"/>
        </w:numPr>
        <w:spacing w:before="120" w:after="120" w:line="240" w:lineRule="auto"/>
        <w:jc w:val="both"/>
        <w:rPr>
          <w:rFonts w:cs="Times New Roman"/>
          <w:szCs w:val="24"/>
        </w:rPr>
      </w:pPr>
      <w:r w:rsidRPr="003275EF">
        <w:rPr>
          <w:rFonts w:cs="Times New Roman"/>
          <w:szCs w:val="24"/>
        </w:rPr>
        <w:t xml:space="preserve">Dey, S., Singh, L.B.J.L., Prasad, S. and </w:t>
      </w:r>
      <w:proofErr w:type="spellStart"/>
      <w:r w:rsidRPr="003275EF">
        <w:rPr>
          <w:rFonts w:cs="Times New Roman"/>
          <w:szCs w:val="24"/>
        </w:rPr>
        <w:t>Rajora</w:t>
      </w:r>
      <w:proofErr w:type="spellEnd"/>
      <w:r w:rsidRPr="003275EF">
        <w:rPr>
          <w:rFonts w:cs="Times New Roman"/>
          <w:szCs w:val="24"/>
        </w:rPr>
        <w:t xml:space="preserve">, V.S. (2013). Prevalence status of canine lower respiratory tract infections in selected areas of Uttarakhand and Uttar Pradesh. </w:t>
      </w:r>
      <w:r w:rsidRPr="003275EF">
        <w:rPr>
          <w:rFonts w:cs="Times New Roman"/>
          <w:i/>
          <w:iCs/>
          <w:szCs w:val="24"/>
        </w:rPr>
        <w:t>The Indian Veterinary Journal</w:t>
      </w:r>
      <w:r w:rsidRPr="003275EF">
        <w:rPr>
          <w:rFonts w:cs="Times New Roman"/>
          <w:szCs w:val="24"/>
        </w:rPr>
        <w:t xml:space="preserve">, </w:t>
      </w:r>
      <w:r w:rsidRPr="003275EF">
        <w:rPr>
          <w:rFonts w:cs="Times New Roman"/>
          <w:b/>
          <w:bCs/>
          <w:szCs w:val="24"/>
        </w:rPr>
        <w:t>90</w:t>
      </w:r>
      <w:r w:rsidRPr="003275EF">
        <w:rPr>
          <w:rFonts w:cs="Times New Roman"/>
          <w:szCs w:val="24"/>
        </w:rPr>
        <w:t>(9): 31-32.</w:t>
      </w:r>
    </w:p>
    <w:p w14:paraId="77E47E0B" w14:textId="77777777" w:rsidR="000F654C" w:rsidRPr="003275EF" w:rsidRDefault="000F654C" w:rsidP="003275EF">
      <w:pPr>
        <w:pStyle w:val="ListParagraph"/>
        <w:numPr>
          <w:ilvl w:val="0"/>
          <w:numId w:val="11"/>
        </w:numPr>
        <w:spacing w:before="120" w:after="120" w:line="240" w:lineRule="auto"/>
        <w:jc w:val="both"/>
        <w:rPr>
          <w:rFonts w:cs="Times New Roman"/>
          <w:spacing w:val="-2"/>
          <w:szCs w:val="24"/>
          <w:shd w:val="clear" w:color="auto" w:fill="FFFFFF"/>
        </w:rPr>
      </w:pPr>
      <w:r w:rsidRPr="003275EF">
        <w:rPr>
          <w:rFonts w:cs="Times New Roman"/>
          <w:spacing w:val="-2"/>
          <w:szCs w:val="24"/>
          <w:shd w:val="clear" w:color="auto" w:fill="FFFFFF"/>
        </w:rPr>
        <w:t xml:space="preserve">Darcy, H.P., Humm, K. and </w:t>
      </w:r>
      <w:proofErr w:type="spellStart"/>
      <w:r w:rsidRPr="003275EF">
        <w:rPr>
          <w:rFonts w:cs="Times New Roman"/>
          <w:spacing w:val="-2"/>
          <w:szCs w:val="24"/>
          <w:shd w:val="clear" w:color="auto" w:fill="FFFFFF"/>
        </w:rPr>
        <w:t>Haar</w:t>
      </w:r>
      <w:proofErr w:type="spellEnd"/>
      <w:r w:rsidRPr="003275EF">
        <w:rPr>
          <w:rFonts w:cs="Times New Roman"/>
          <w:spacing w:val="-2"/>
          <w:szCs w:val="24"/>
          <w:shd w:val="clear" w:color="auto" w:fill="FFFFFF"/>
        </w:rPr>
        <w:t>, G.T. (2018). Retrospective analysis of incidence, clinical features, potential risk factors and prognostic indicators for aspiration pneumonia in three brachycephalic dog breeds.</w:t>
      </w:r>
      <w:r w:rsidRPr="003275EF">
        <w:rPr>
          <w:rStyle w:val="apple-converted-space"/>
          <w:rFonts w:cs="Times New Roman"/>
          <w:spacing w:val="-2"/>
          <w:szCs w:val="24"/>
          <w:shd w:val="clear" w:color="auto" w:fill="FFFFFF"/>
        </w:rPr>
        <w:t> </w:t>
      </w:r>
      <w:r w:rsidRPr="003275EF">
        <w:rPr>
          <w:rFonts w:cs="Times New Roman"/>
          <w:i/>
          <w:iCs/>
          <w:spacing w:val="-2"/>
          <w:szCs w:val="24"/>
        </w:rPr>
        <w:t>Journal of the American Veterinary Medical Association</w:t>
      </w:r>
      <w:r w:rsidRPr="003275EF">
        <w:rPr>
          <w:rFonts w:cs="Times New Roman"/>
          <w:spacing w:val="-2"/>
          <w:szCs w:val="24"/>
          <w:shd w:val="clear" w:color="auto" w:fill="FFFFFF"/>
        </w:rPr>
        <w:t>,</w:t>
      </w:r>
      <w:r w:rsidRPr="003275EF">
        <w:rPr>
          <w:rStyle w:val="apple-converted-space"/>
          <w:rFonts w:cs="Times New Roman"/>
          <w:spacing w:val="-2"/>
          <w:szCs w:val="24"/>
          <w:shd w:val="clear" w:color="auto" w:fill="FFFFFF"/>
        </w:rPr>
        <w:t> </w:t>
      </w:r>
      <w:r w:rsidRPr="003275EF">
        <w:rPr>
          <w:rFonts w:cs="Times New Roman"/>
          <w:b/>
          <w:bCs/>
          <w:spacing w:val="-2"/>
          <w:szCs w:val="24"/>
        </w:rPr>
        <w:t>253</w:t>
      </w:r>
      <w:r w:rsidRPr="003275EF">
        <w:rPr>
          <w:rFonts w:cs="Times New Roman"/>
          <w:spacing w:val="-2"/>
          <w:szCs w:val="24"/>
          <w:shd w:val="clear" w:color="auto" w:fill="FFFFFF"/>
        </w:rPr>
        <w:t>(7): 869-876.</w:t>
      </w:r>
    </w:p>
    <w:p w14:paraId="42C429FA" w14:textId="77777777" w:rsidR="000F654C" w:rsidRPr="003275EF" w:rsidRDefault="000F654C" w:rsidP="003275EF">
      <w:pPr>
        <w:pStyle w:val="ListParagraph"/>
        <w:numPr>
          <w:ilvl w:val="0"/>
          <w:numId w:val="11"/>
        </w:numPr>
        <w:spacing w:before="80" w:after="80" w:line="240" w:lineRule="auto"/>
        <w:jc w:val="both"/>
        <w:rPr>
          <w:rFonts w:cs="Times New Roman"/>
          <w:szCs w:val="24"/>
          <w:shd w:val="clear" w:color="auto" w:fill="FFFFFF"/>
        </w:rPr>
      </w:pPr>
      <w:r w:rsidRPr="003275EF">
        <w:rPr>
          <w:rFonts w:cs="Times New Roman"/>
          <w:szCs w:val="24"/>
          <w:shd w:val="clear" w:color="auto" w:fill="FFFFFF"/>
        </w:rPr>
        <w:t>Nakazawa, Y., Ohshima, T., Fujita, M. and Fujiwara‐Igarashi, A. (2023). Retrospective study of 1050 dogs with respiratory symptoms in Japan (2005–2020). </w:t>
      </w:r>
      <w:r w:rsidRPr="003275EF">
        <w:rPr>
          <w:rFonts w:cs="Times New Roman"/>
          <w:i/>
          <w:iCs/>
          <w:szCs w:val="24"/>
        </w:rPr>
        <w:t>Veterinary Medicine and Science</w:t>
      </w:r>
      <w:r w:rsidRPr="003275EF">
        <w:rPr>
          <w:rFonts w:cs="Times New Roman"/>
          <w:szCs w:val="24"/>
          <w:shd w:val="clear" w:color="auto" w:fill="FFFFFF"/>
        </w:rPr>
        <w:t>,</w:t>
      </w:r>
      <w:r w:rsidRPr="003275EF">
        <w:rPr>
          <w:rFonts w:cs="Times New Roman"/>
          <w:b/>
          <w:bCs/>
          <w:szCs w:val="24"/>
          <w:shd w:val="clear" w:color="auto" w:fill="FFFFFF"/>
        </w:rPr>
        <w:t> </w:t>
      </w:r>
      <w:r w:rsidRPr="003275EF">
        <w:rPr>
          <w:rFonts w:cs="Times New Roman"/>
          <w:b/>
          <w:bCs/>
          <w:szCs w:val="24"/>
        </w:rPr>
        <w:t>9</w:t>
      </w:r>
      <w:r w:rsidRPr="003275EF">
        <w:rPr>
          <w:rFonts w:cs="Times New Roman"/>
          <w:szCs w:val="24"/>
          <w:shd w:val="clear" w:color="auto" w:fill="FFFFFF"/>
        </w:rPr>
        <w:t>(2): 638-644.</w:t>
      </w:r>
    </w:p>
    <w:p w14:paraId="11DB1709" w14:textId="77777777" w:rsidR="000F654C" w:rsidRPr="003275EF" w:rsidRDefault="000F654C" w:rsidP="003275EF">
      <w:pPr>
        <w:pStyle w:val="ListParagraph"/>
        <w:numPr>
          <w:ilvl w:val="0"/>
          <w:numId w:val="11"/>
        </w:numPr>
        <w:spacing w:before="120" w:after="120" w:line="240" w:lineRule="auto"/>
        <w:jc w:val="both"/>
        <w:rPr>
          <w:rFonts w:cs="Times New Roman"/>
          <w:spacing w:val="-4"/>
          <w:position w:val="-2"/>
          <w:szCs w:val="24"/>
        </w:rPr>
      </w:pPr>
      <w:r w:rsidRPr="003275EF">
        <w:rPr>
          <w:rFonts w:cs="Times New Roman"/>
          <w:spacing w:val="-4"/>
          <w:position w:val="-2"/>
          <w:szCs w:val="24"/>
          <w:shd w:val="clear" w:color="auto" w:fill="FFFFFF"/>
        </w:rPr>
        <w:t xml:space="preserve">Sarkar, B.D., Barman, D., </w:t>
      </w:r>
      <w:proofErr w:type="spellStart"/>
      <w:r w:rsidRPr="003275EF">
        <w:rPr>
          <w:rFonts w:cs="Times New Roman"/>
          <w:spacing w:val="-4"/>
          <w:position w:val="-2"/>
          <w:szCs w:val="24"/>
          <w:shd w:val="clear" w:color="auto" w:fill="FFFFFF"/>
        </w:rPr>
        <w:t>Phukan</w:t>
      </w:r>
      <w:proofErr w:type="spellEnd"/>
      <w:r w:rsidRPr="003275EF">
        <w:rPr>
          <w:rFonts w:cs="Times New Roman"/>
          <w:spacing w:val="-4"/>
          <w:position w:val="-2"/>
          <w:szCs w:val="24"/>
          <w:shd w:val="clear" w:color="auto" w:fill="FFFFFF"/>
        </w:rPr>
        <w:t xml:space="preserve">, A., </w:t>
      </w:r>
      <w:proofErr w:type="spellStart"/>
      <w:r w:rsidRPr="003275EF">
        <w:rPr>
          <w:rFonts w:cs="Times New Roman"/>
          <w:spacing w:val="-4"/>
          <w:position w:val="-2"/>
          <w:szCs w:val="24"/>
          <w:shd w:val="clear" w:color="auto" w:fill="FFFFFF"/>
        </w:rPr>
        <w:t>Baishya</w:t>
      </w:r>
      <w:proofErr w:type="spellEnd"/>
      <w:r w:rsidRPr="003275EF">
        <w:rPr>
          <w:rFonts w:cs="Times New Roman"/>
          <w:spacing w:val="-4"/>
          <w:position w:val="-2"/>
          <w:szCs w:val="24"/>
          <w:shd w:val="clear" w:color="auto" w:fill="FFFFFF"/>
        </w:rPr>
        <w:t xml:space="preserve">, B.C., Nath, M.K. </w:t>
      </w:r>
      <w:proofErr w:type="spellStart"/>
      <w:r w:rsidRPr="003275EF">
        <w:rPr>
          <w:rFonts w:cs="Times New Roman"/>
          <w:spacing w:val="-4"/>
          <w:position w:val="-2"/>
          <w:szCs w:val="24"/>
          <w:shd w:val="clear" w:color="auto" w:fill="FFFFFF"/>
        </w:rPr>
        <w:t>Kachari</w:t>
      </w:r>
      <w:proofErr w:type="spellEnd"/>
      <w:r w:rsidRPr="003275EF">
        <w:rPr>
          <w:rFonts w:cs="Times New Roman"/>
          <w:spacing w:val="-4"/>
          <w:position w:val="-2"/>
          <w:szCs w:val="24"/>
          <w:shd w:val="clear" w:color="auto" w:fill="FFFFFF"/>
        </w:rPr>
        <w:t xml:space="preserve">, J., </w:t>
      </w:r>
      <w:proofErr w:type="spellStart"/>
      <w:r w:rsidRPr="003275EF">
        <w:rPr>
          <w:rFonts w:cs="Times New Roman"/>
          <w:spacing w:val="-4"/>
          <w:position w:val="-2"/>
          <w:szCs w:val="24"/>
          <w:shd w:val="clear" w:color="auto" w:fill="FFFFFF"/>
        </w:rPr>
        <w:t>Hazorika</w:t>
      </w:r>
      <w:proofErr w:type="spellEnd"/>
      <w:r w:rsidRPr="003275EF">
        <w:rPr>
          <w:rFonts w:cs="Times New Roman"/>
          <w:spacing w:val="-4"/>
          <w:position w:val="-2"/>
          <w:szCs w:val="24"/>
          <w:shd w:val="clear" w:color="auto" w:fill="FFFFFF"/>
        </w:rPr>
        <w:t xml:space="preserve">, M., </w:t>
      </w:r>
      <w:proofErr w:type="spellStart"/>
      <w:r w:rsidRPr="003275EF">
        <w:rPr>
          <w:rFonts w:cs="Times New Roman"/>
          <w:spacing w:val="-4"/>
          <w:position w:val="-2"/>
          <w:szCs w:val="24"/>
          <w:shd w:val="clear" w:color="auto" w:fill="FFFFFF"/>
        </w:rPr>
        <w:t>Chetia</w:t>
      </w:r>
      <w:proofErr w:type="spellEnd"/>
      <w:r w:rsidRPr="003275EF">
        <w:rPr>
          <w:rFonts w:cs="Times New Roman"/>
          <w:spacing w:val="-4"/>
          <w:position w:val="-2"/>
          <w:szCs w:val="24"/>
          <w:shd w:val="clear" w:color="auto" w:fill="FFFFFF"/>
        </w:rPr>
        <w:t xml:space="preserve">, P.B. and Ghosh, T. (2023). Prevalence studies of bacteria associated respiratory tract infection in dog. </w:t>
      </w:r>
      <w:r w:rsidRPr="003275EF">
        <w:rPr>
          <w:rFonts w:cs="Times New Roman"/>
          <w:i/>
          <w:iCs/>
          <w:spacing w:val="-4"/>
          <w:position w:val="-2"/>
          <w:szCs w:val="24"/>
        </w:rPr>
        <w:t>The Pharma Innovation Journal</w:t>
      </w:r>
      <w:r w:rsidRPr="003275EF">
        <w:rPr>
          <w:rFonts w:cs="Times New Roman"/>
          <w:spacing w:val="-4"/>
          <w:position w:val="-2"/>
          <w:szCs w:val="24"/>
        </w:rPr>
        <w:t xml:space="preserve">, </w:t>
      </w:r>
      <w:r w:rsidRPr="003275EF">
        <w:rPr>
          <w:rFonts w:cs="Times New Roman"/>
          <w:b/>
          <w:bCs/>
          <w:spacing w:val="-4"/>
          <w:position w:val="-2"/>
          <w:szCs w:val="24"/>
        </w:rPr>
        <w:t>12</w:t>
      </w:r>
      <w:r w:rsidRPr="003275EF">
        <w:rPr>
          <w:rFonts w:cs="Times New Roman"/>
          <w:spacing w:val="-4"/>
          <w:position w:val="-2"/>
          <w:szCs w:val="24"/>
        </w:rPr>
        <w:t>(9): 2703-2707.</w:t>
      </w:r>
    </w:p>
    <w:p w14:paraId="0687A704" w14:textId="77777777" w:rsidR="000F654C" w:rsidRPr="003275EF" w:rsidRDefault="000F654C" w:rsidP="003275EF">
      <w:pPr>
        <w:pStyle w:val="ListParagraph"/>
        <w:numPr>
          <w:ilvl w:val="0"/>
          <w:numId w:val="11"/>
        </w:numPr>
        <w:spacing w:before="80" w:after="80" w:line="240" w:lineRule="auto"/>
        <w:jc w:val="both"/>
        <w:rPr>
          <w:rFonts w:cs="Times New Roman"/>
          <w:szCs w:val="24"/>
          <w:shd w:val="clear" w:color="auto" w:fill="FFFFFF"/>
        </w:rPr>
      </w:pPr>
      <w:r w:rsidRPr="003275EF">
        <w:rPr>
          <w:rFonts w:cs="Times New Roman"/>
          <w:szCs w:val="24"/>
        </w:rPr>
        <w:t xml:space="preserve">Naveen (2022). </w:t>
      </w:r>
      <w:proofErr w:type="spellStart"/>
      <w:r w:rsidRPr="003275EF">
        <w:rPr>
          <w:rFonts w:cs="Times New Roman"/>
          <w:szCs w:val="24"/>
        </w:rPr>
        <w:t>Clinico</w:t>
      </w:r>
      <w:proofErr w:type="spellEnd"/>
      <w:r w:rsidRPr="003275EF">
        <w:rPr>
          <w:rFonts w:cs="Times New Roman"/>
          <w:szCs w:val="24"/>
        </w:rPr>
        <w:t xml:space="preserve">-therapeutic investigations in canine respiratory tract disorders. </w:t>
      </w:r>
      <w:proofErr w:type="spellStart"/>
      <w:r w:rsidRPr="003275EF">
        <w:rPr>
          <w:rFonts w:cs="Times New Roman"/>
          <w:szCs w:val="24"/>
        </w:rPr>
        <w:t>M.V.Sc</w:t>
      </w:r>
      <w:proofErr w:type="spellEnd"/>
      <w:r w:rsidRPr="003275EF">
        <w:rPr>
          <w:rFonts w:cs="Times New Roman"/>
          <w:szCs w:val="24"/>
        </w:rPr>
        <w:t xml:space="preserve">. thesis </w:t>
      </w:r>
      <w:r w:rsidRPr="003275EF">
        <w:rPr>
          <w:rFonts w:cs="Times New Roman"/>
          <w:szCs w:val="24"/>
          <w:shd w:val="clear" w:color="auto" w:fill="FFFFFF"/>
        </w:rPr>
        <w:t>(Veterinary Medicine)</w:t>
      </w:r>
      <w:r w:rsidRPr="003275EF">
        <w:rPr>
          <w:rFonts w:cs="Times New Roman"/>
          <w:szCs w:val="24"/>
        </w:rPr>
        <w:t xml:space="preserve">, Sher-e-Kashmir University of Agricultural Sciences and Technology, Jammu </w:t>
      </w:r>
      <w:r w:rsidRPr="003275EF">
        <w:rPr>
          <w:rFonts w:cs="Times New Roman"/>
          <w:szCs w:val="24"/>
          <w:shd w:val="clear" w:color="auto" w:fill="FFFFFF"/>
        </w:rPr>
        <w:t>(J&amp;K).</w:t>
      </w:r>
    </w:p>
    <w:p w14:paraId="0061EE68" w14:textId="77777777" w:rsidR="000F654C" w:rsidRPr="003275EF" w:rsidRDefault="000F654C" w:rsidP="003275EF">
      <w:pPr>
        <w:pStyle w:val="ListParagraph"/>
        <w:numPr>
          <w:ilvl w:val="0"/>
          <w:numId w:val="11"/>
        </w:numPr>
        <w:spacing w:before="120" w:after="120" w:line="240" w:lineRule="auto"/>
        <w:jc w:val="both"/>
        <w:rPr>
          <w:rFonts w:cs="Times New Roman"/>
          <w:szCs w:val="24"/>
          <w:shd w:val="clear" w:color="auto" w:fill="FFFFFF"/>
        </w:rPr>
      </w:pPr>
      <w:r w:rsidRPr="003275EF">
        <w:rPr>
          <w:rFonts w:cs="Times New Roman"/>
          <w:szCs w:val="24"/>
          <w:shd w:val="clear" w:color="auto" w:fill="FFFFFF"/>
        </w:rPr>
        <w:t xml:space="preserve">Lo, E.J.Y., Schwarz, T. and Corcoran, B.M. (2021). Topographical distribution and radiographic pattern of lung lesions in canine eosinophilic </w:t>
      </w:r>
      <w:proofErr w:type="spellStart"/>
      <w:r w:rsidRPr="003275EF">
        <w:rPr>
          <w:rFonts w:cs="Times New Roman"/>
          <w:szCs w:val="24"/>
          <w:shd w:val="clear" w:color="auto" w:fill="FFFFFF"/>
        </w:rPr>
        <w:t>bronchopneumopathy</w:t>
      </w:r>
      <w:proofErr w:type="spellEnd"/>
      <w:r w:rsidRPr="003275EF">
        <w:rPr>
          <w:rFonts w:cs="Times New Roman"/>
          <w:szCs w:val="24"/>
          <w:shd w:val="clear" w:color="auto" w:fill="FFFFFF"/>
        </w:rPr>
        <w:t>.</w:t>
      </w:r>
      <w:r w:rsidRPr="003275EF">
        <w:rPr>
          <w:rStyle w:val="apple-converted-space"/>
          <w:rFonts w:cs="Times New Roman"/>
          <w:szCs w:val="24"/>
          <w:shd w:val="clear" w:color="auto" w:fill="FFFFFF"/>
        </w:rPr>
        <w:t> </w:t>
      </w:r>
      <w:r w:rsidRPr="003275EF">
        <w:rPr>
          <w:rFonts w:cs="Times New Roman"/>
          <w:i/>
          <w:iCs/>
          <w:szCs w:val="24"/>
        </w:rPr>
        <w:t>Journal of Small Animal Practice</w:t>
      </w:r>
      <w:r w:rsidRPr="003275EF">
        <w:rPr>
          <w:rFonts w:cs="Times New Roman"/>
          <w:szCs w:val="24"/>
          <w:shd w:val="clear" w:color="auto" w:fill="FFFFFF"/>
        </w:rPr>
        <w:t>,</w:t>
      </w:r>
      <w:r w:rsidRPr="003275EF">
        <w:rPr>
          <w:rStyle w:val="apple-converted-space"/>
          <w:rFonts w:cs="Times New Roman"/>
          <w:szCs w:val="24"/>
          <w:shd w:val="clear" w:color="auto" w:fill="FFFFFF"/>
        </w:rPr>
        <w:t> </w:t>
      </w:r>
      <w:r w:rsidRPr="003275EF">
        <w:rPr>
          <w:rFonts w:cs="Times New Roman"/>
          <w:b/>
          <w:bCs/>
          <w:szCs w:val="24"/>
        </w:rPr>
        <w:t>62</w:t>
      </w:r>
      <w:r w:rsidRPr="003275EF">
        <w:rPr>
          <w:rFonts w:cs="Times New Roman"/>
          <w:szCs w:val="24"/>
          <w:shd w:val="clear" w:color="auto" w:fill="FFFFFF"/>
        </w:rPr>
        <w:t>(8): 655-661.</w:t>
      </w:r>
    </w:p>
    <w:p w14:paraId="6DE22A97" w14:textId="77777777" w:rsidR="000F654C" w:rsidRPr="003275EF" w:rsidRDefault="000F654C" w:rsidP="003275EF">
      <w:pPr>
        <w:pStyle w:val="ListParagraph"/>
        <w:numPr>
          <w:ilvl w:val="0"/>
          <w:numId w:val="11"/>
        </w:numPr>
        <w:spacing w:before="120" w:after="120" w:line="240" w:lineRule="auto"/>
        <w:jc w:val="both"/>
        <w:rPr>
          <w:rFonts w:cs="Times New Roman"/>
          <w:spacing w:val="-2"/>
          <w:szCs w:val="24"/>
        </w:rPr>
      </w:pPr>
      <w:proofErr w:type="spellStart"/>
      <w:r w:rsidRPr="003275EF">
        <w:rPr>
          <w:rFonts w:cs="Times New Roman"/>
          <w:spacing w:val="-2"/>
          <w:szCs w:val="24"/>
        </w:rPr>
        <w:t>Arsevska</w:t>
      </w:r>
      <w:proofErr w:type="spellEnd"/>
      <w:r w:rsidRPr="003275EF">
        <w:rPr>
          <w:rFonts w:cs="Times New Roman"/>
          <w:spacing w:val="-2"/>
          <w:szCs w:val="24"/>
        </w:rPr>
        <w:t xml:space="preserve">, E., </w:t>
      </w:r>
      <w:proofErr w:type="spellStart"/>
      <w:r w:rsidRPr="003275EF">
        <w:rPr>
          <w:rFonts w:cs="Times New Roman"/>
          <w:spacing w:val="-2"/>
          <w:szCs w:val="24"/>
        </w:rPr>
        <w:t>Priestnall</w:t>
      </w:r>
      <w:proofErr w:type="spellEnd"/>
      <w:r w:rsidRPr="003275EF">
        <w:rPr>
          <w:rFonts w:cs="Times New Roman"/>
          <w:spacing w:val="-2"/>
          <w:szCs w:val="24"/>
        </w:rPr>
        <w:t xml:space="preserve">, S.L., Singleton, D.A., Jones, P.H., Smyth, S., Brant, B., Dawson, S., </w:t>
      </w:r>
      <w:proofErr w:type="spellStart"/>
      <w:r w:rsidRPr="003275EF">
        <w:rPr>
          <w:rFonts w:cs="Times New Roman"/>
          <w:spacing w:val="-2"/>
          <w:szCs w:val="24"/>
        </w:rPr>
        <w:t>Saanchez</w:t>
      </w:r>
      <w:proofErr w:type="spellEnd"/>
      <w:r w:rsidRPr="003275EF">
        <w:rPr>
          <w:rFonts w:cs="Times New Roman"/>
          <w:spacing w:val="-2"/>
          <w:szCs w:val="24"/>
        </w:rPr>
        <w:t xml:space="preserve">-Vizcaino, F., Noble, P. J. M. and Radford, A.D. (2018). Small animal disease surveillance: respiratory disease 2017. </w:t>
      </w:r>
      <w:r w:rsidRPr="003275EF">
        <w:rPr>
          <w:rFonts w:cs="Times New Roman"/>
          <w:i/>
          <w:iCs/>
          <w:spacing w:val="-2"/>
          <w:szCs w:val="24"/>
        </w:rPr>
        <w:t>Veterinary Record</w:t>
      </w:r>
      <w:r w:rsidRPr="003275EF">
        <w:rPr>
          <w:rFonts w:cs="Times New Roman"/>
          <w:spacing w:val="-2"/>
          <w:szCs w:val="24"/>
        </w:rPr>
        <w:t xml:space="preserve">, </w:t>
      </w:r>
      <w:r w:rsidRPr="003275EF">
        <w:rPr>
          <w:rFonts w:cs="Times New Roman"/>
          <w:b/>
          <w:bCs/>
          <w:spacing w:val="-2"/>
          <w:szCs w:val="24"/>
        </w:rPr>
        <w:t>182</w:t>
      </w:r>
      <w:r w:rsidRPr="003275EF">
        <w:rPr>
          <w:rFonts w:cs="Times New Roman"/>
          <w:spacing w:val="-2"/>
          <w:szCs w:val="24"/>
        </w:rPr>
        <w:t>(13): 369-373.</w:t>
      </w:r>
    </w:p>
    <w:p w14:paraId="39D90F09" w14:textId="5266B72C" w:rsidR="000F654C" w:rsidRPr="003275EF" w:rsidRDefault="000F654C" w:rsidP="003275EF">
      <w:pPr>
        <w:pStyle w:val="ListParagraph"/>
        <w:numPr>
          <w:ilvl w:val="0"/>
          <w:numId w:val="11"/>
        </w:numPr>
        <w:spacing w:before="120" w:after="120" w:line="240" w:lineRule="auto"/>
        <w:jc w:val="both"/>
        <w:rPr>
          <w:rFonts w:cs="Times New Roman"/>
          <w:spacing w:val="-4"/>
          <w:position w:val="-2"/>
          <w:szCs w:val="24"/>
        </w:rPr>
      </w:pPr>
      <w:r w:rsidRPr="003275EF">
        <w:rPr>
          <w:rFonts w:cs="Times New Roman"/>
          <w:spacing w:val="-4"/>
          <w:position w:val="-2"/>
          <w:szCs w:val="24"/>
        </w:rPr>
        <w:t xml:space="preserve">Singleton, D.A., Stavisky, J., Jewell, C., Smyth, S., Brant, B., Sanchez-Vizcaino, F., Dawson, S., Pinchbeck, G.L., Noble, P. and Radford, A.D. (2019). Small animal disease surveillance 2019: respiratory disease, antibiotic prescription and canine infectious respiratory disease complex. The Veterinary Record, </w:t>
      </w:r>
      <w:r w:rsidRPr="003275EF">
        <w:rPr>
          <w:rFonts w:cs="Times New Roman"/>
          <w:b/>
          <w:bCs/>
          <w:spacing w:val="-4"/>
          <w:position w:val="-2"/>
          <w:szCs w:val="24"/>
        </w:rPr>
        <w:t>184</w:t>
      </w:r>
      <w:r w:rsidRPr="003275EF">
        <w:rPr>
          <w:rFonts w:cs="Times New Roman"/>
          <w:spacing w:val="-4"/>
          <w:position w:val="-2"/>
          <w:szCs w:val="24"/>
        </w:rPr>
        <w:t>(21): 640–645.</w:t>
      </w:r>
    </w:p>
    <w:p w14:paraId="47EFBFB9" w14:textId="77777777" w:rsidR="000F654C" w:rsidRPr="003275EF" w:rsidRDefault="000F654C" w:rsidP="003275EF">
      <w:pPr>
        <w:pStyle w:val="ListParagraph"/>
        <w:numPr>
          <w:ilvl w:val="0"/>
          <w:numId w:val="11"/>
        </w:numPr>
        <w:spacing w:before="120" w:after="120" w:line="240" w:lineRule="auto"/>
        <w:jc w:val="both"/>
        <w:rPr>
          <w:rFonts w:cs="Times New Roman"/>
          <w:spacing w:val="-4"/>
          <w:position w:val="-2"/>
          <w:szCs w:val="24"/>
        </w:rPr>
      </w:pPr>
      <w:proofErr w:type="spellStart"/>
      <w:r w:rsidRPr="003275EF">
        <w:rPr>
          <w:rFonts w:cs="Times New Roman"/>
          <w:spacing w:val="-4"/>
          <w:position w:val="-2"/>
          <w:szCs w:val="24"/>
        </w:rPr>
        <w:t>Sariga</w:t>
      </w:r>
      <w:proofErr w:type="spellEnd"/>
      <w:r w:rsidRPr="003275EF">
        <w:rPr>
          <w:rFonts w:cs="Times New Roman"/>
          <w:spacing w:val="-4"/>
          <w:position w:val="-2"/>
          <w:szCs w:val="24"/>
        </w:rPr>
        <w:t xml:space="preserve">, K., Bipin, K.C., Deepa, P.M., </w:t>
      </w:r>
      <w:proofErr w:type="spellStart"/>
      <w:r w:rsidRPr="003275EF">
        <w:rPr>
          <w:rFonts w:cs="Times New Roman"/>
          <w:spacing w:val="-4"/>
          <w:position w:val="-2"/>
          <w:szCs w:val="24"/>
        </w:rPr>
        <w:t>Rateesh</w:t>
      </w:r>
      <w:proofErr w:type="spellEnd"/>
      <w:r w:rsidRPr="003275EF">
        <w:rPr>
          <w:rFonts w:cs="Times New Roman"/>
          <w:spacing w:val="-4"/>
          <w:position w:val="-2"/>
          <w:szCs w:val="24"/>
        </w:rPr>
        <w:t xml:space="preserve">, R.L. and Dinesh, P.T. (2022). Molecular identification and occurrence of bordetellosis among dogs in northern Kerala. </w:t>
      </w:r>
      <w:r w:rsidRPr="003275EF">
        <w:rPr>
          <w:rFonts w:cs="Times New Roman"/>
          <w:i/>
          <w:iCs/>
          <w:spacing w:val="-4"/>
          <w:position w:val="-2"/>
          <w:szCs w:val="24"/>
        </w:rPr>
        <w:t>Journal of Veterinary and Animal Sciences</w:t>
      </w:r>
      <w:r w:rsidRPr="003275EF">
        <w:rPr>
          <w:rFonts w:cs="Times New Roman"/>
          <w:spacing w:val="-4"/>
          <w:position w:val="-2"/>
          <w:szCs w:val="24"/>
        </w:rPr>
        <w:t xml:space="preserve">, </w:t>
      </w:r>
      <w:r w:rsidRPr="003275EF">
        <w:rPr>
          <w:rFonts w:cs="Times New Roman"/>
          <w:b/>
          <w:bCs/>
          <w:spacing w:val="-4"/>
          <w:position w:val="-2"/>
          <w:szCs w:val="24"/>
        </w:rPr>
        <w:t>53</w:t>
      </w:r>
      <w:r w:rsidRPr="003275EF">
        <w:rPr>
          <w:rFonts w:cs="Times New Roman"/>
          <w:spacing w:val="-4"/>
          <w:position w:val="-2"/>
          <w:szCs w:val="24"/>
        </w:rPr>
        <w:t>(4): 541-544.</w:t>
      </w:r>
    </w:p>
    <w:p w14:paraId="7E2A929A" w14:textId="023494F2" w:rsidR="000F654C" w:rsidRPr="003275EF" w:rsidRDefault="000F654C" w:rsidP="003275EF">
      <w:pPr>
        <w:pStyle w:val="ListParagraph"/>
        <w:numPr>
          <w:ilvl w:val="0"/>
          <w:numId w:val="11"/>
        </w:numPr>
        <w:spacing w:before="120" w:after="120" w:line="240" w:lineRule="auto"/>
        <w:jc w:val="both"/>
        <w:rPr>
          <w:rFonts w:cs="Times New Roman"/>
          <w:bCs/>
          <w:szCs w:val="24"/>
        </w:rPr>
      </w:pPr>
      <w:proofErr w:type="spellStart"/>
      <w:r w:rsidRPr="003275EF">
        <w:rPr>
          <w:rFonts w:cs="Times New Roman"/>
          <w:bCs/>
          <w:szCs w:val="24"/>
        </w:rPr>
        <w:t>Kose</w:t>
      </w:r>
      <w:proofErr w:type="spellEnd"/>
      <w:r w:rsidRPr="003275EF">
        <w:rPr>
          <w:rFonts w:cs="Times New Roman"/>
          <w:bCs/>
          <w:szCs w:val="24"/>
        </w:rPr>
        <w:t xml:space="preserve">, S.I., </w:t>
      </w:r>
      <w:proofErr w:type="spellStart"/>
      <w:r w:rsidRPr="003275EF">
        <w:rPr>
          <w:rFonts w:cs="Times New Roman"/>
          <w:bCs/>
          <w:szCs w:val="24"/>
        </w:rPr>
        <w:t>Maden</w:t>
      </w:r>
      <w:proofErr w:type="spellEnd"/>
      <w:r w:rsidRPr="003275EF">
        <w:rPr>
          <w:rFonts w:cs="Times New Roman"/>
          <w:bCs/>
          <w:szCs w:val="24"/>
        </w:rPr>
        <w:t xml:space="preserve">, M.  and </w:t>
      </w:r>
      <w:proofErr w:type="spellStart"/>
      <w:r w:rsidRPr="003275EF">
        <w:rPr>
          <w:rFonts w:cs="Times New Roman"/>
          <w:bCs/>
          <w:szCs w:val="24"/>
        </w:rPr>
        <w:t>Sayin</w:t>
      </w:r>
      <w:proofErr w:type="spellEnd"/>
      <w:r w:rsidRPr="003275EF">
        <w:rPr>
          <w:rFonts w:cs="Times New Roman"/>
          <w:bCs/>
          <w:szCs w:val="24"/>
        </w:rPr>
        <w:t xml:space="preserve">, Z. (2021).  Clinical and bacteriological analysis of respiratory tract infections in sheltered dogs and determination of antibacterial treatment options. </w:t>
      </w:r>
      <w:r w:rsidRPr="003275EF">
        <w:rPr>
          <w:rFonts w:cs="Times New Roman"/>
          <w:bCs/>
          <w:i/>
          <w:iCs/>
          <w:szCs w:val="24"/>
        </w:rPr>
        <w:t>Journal of the Hellenic Veterinary Medical Society</w:t>
      </w:r>
      <w:r w:rsidRPr="003275EF">
        <w:rPr>
          <w:rFonts w:cs="Times New Roman"/>
          <w:bCs/>
          <w:szCs w:val="24"/>
        </w:rPr>
        <w:t xml:space="preserve">, </w:t>
      </w:r>
      <w:r w:rsidRPr="003275EF">
        <w:rPr>
          <w:rFonts w:cs="Times New Roman"/>
          <w:b/>
          <w:szCs w:val="24"/>
        </w:rPr>
        <w:t>72</w:t>
      </w:r>
      <w:r w:rsidRPr="003275EF">
        <w:rPr>
          <w:rFonts w:cs="Times New Roman"/>
          <w:szCs w:val="24"/>
        </w:rPr>
        <w:t>(4)</w:t>
      </w:r>
      <w:r w:rsidRPr="003275EF">
        <w:rPr>
          <w:rFonts w:cs="Times New Roman"/>
          <w:bCs/>
          <w:szCs w:val="24"/>
        </w:rPr>
        <w:t>:  3491-3502.</w:t>
      </w:r>
    </w:p>
    <w:p w14:paraId="136FEBDA" w14:textId="2D7BC99F" w:rsidR="000F654C" w:rsidRPr="003275EF" w:rsidRDefault="000F654C" w:rsidP="003275EF">
      <w:pPr>
        <w:pStyle w:val="ListParagraph"/>
        <w:numPr>
          <w:ilvl w:val="0"/>
          <w:numId w:val="11"/>
        </w:numPr>
        <w:spacing w:before="120" w:after="120" w:line="240" w:lineRule="auto"/>
        <w:jc w:val="both"/>
        <w:rPr>
          <w:rFonts w:cs="Times New Roman"/>
          <w:szCs w:val="24"/>
          <w:shd w:val="clear" w:color="auto" w:fill="FFFFFF"/>
        </w:rPr>
      </w:pPr>
      <w:proofErr w:type="spellStart"/>
      <w:r w:rsidRPr="003275EF">
        <w:rPr>
          <w:rFonts w:cs="Times New Roman"/>
          <w:szCs w:val="24"/>
          <w:shd w:val="clear" w:color="auto" w:fill="FFFFFF"/>
        </w:rPr>
        <w:t>Elgalfy</w:t>
      </w:r>
      <w:proofErr w:type="spellEnd"/>
      <w:r w:rsidRPr="003275EF">
        <w:rPr>
          <w:rFonts w:cs="Times New Roman"/>
          <w:szCs w:val="24"/>
          <w:shd w:val="clear" w:color="auto" w:fill="FFFFFF"/>
        </w:rPr>
        <w:t>, G.E., Abd El-</w:t>
      </w:r>
      <w:proofErr w:type="spellStart"/>
      <w:r w:rsidRPr="003275EF">
        <w:rPr>
          <w:rFonts w:cs="Times New Roman"/>
          <w:szCs w:val="24"/>
          <w:shd w:val="clear" w:color="auto" w:fill="FFFFFF"/>
        </w:rPr>
        <w:t>Raof</w:t>
      </w:r>
      <w:proofErr w:type="spellEnd"/>
      <w:r w:rsidRPr="003275EF">
        <w:rPr>
          <w:rFonts w:cs="Times New Roman"/>
          <w:szCs w:val="24"/>
          <w:shd w:val="clear" w:color="auto" w:fill="FFFFFF"/>
        </w:rPr>
        <w:t>, Y.M., Ghanem, M.M. and El-</w:t>
      </w:r>
      <w:proofErr w:type="spellStart"/>
      <w:r w:rsidRPr="003275EF">
        <w:rPr>
          <w:rFonts w:cs="Times New Roman"/>
          <w:szCs w:val="24"/>
          <w:shd w:val="clear" w:color="auto" w:fill="FFFFFF"/>
        </w:rPr>
        <w:t>khaiat</w:t>
      </w:r>
      <w:proofErr w:type="spellEnd"/>
      <w:r w:rsidRPr="003275EF">
        <w:rPr>
          <w:rFonts w:cs="Times New Roman"/>
          <w:szCs w:val="24"/>
          <w:shd w:val="clear" w:color="auto" w:fill="FFFFFF"/>
        </w:rPr>
        <w:t xml:space="preserve">, H.M. (2022). Clinical, hematological, acute phase proteins and radiographic changes in different </w:t>
      </w:r>
      <w:r w:rsidRPr="003275EF">
        <w:rPr>
          <w:rFonts w:cs="Times New Roman"/>
          <w:szCs w:val="24"/>
          <w:shd w:val="clear" w:color="auto" w:fill="FFFFFF"/>
        </w:rPr>
        <w:lastRenderedPageBreak/>
        <w:t>respiratory affections in dogs and cats.</w:t>
      </w:r>
      <w:r w:rsidRPr="003275EF">
        <w:rPr>
          <w:rStyle w:val="apple-converted-space"/>
          <w:rFonts w:cs="Times New Roman"/>
          <w:szCs w:val="24"/>
          <w:shd w:val="clear" w:color="auto" w:fill="FFFFFF"/>
        </w:rPr>
        <w:t> </w:t>
      </w:r>
      <w:proofErr w:type="spellStart"/>
      <w:r w:rsidRPr="003275EF">
        <w:rPr>
          <w:rFonts w:cs="Times New Roman"/>
          <w:i/>
          <w:iCs/>
          <w:szCs w:val="24"/>
        </w:rPr>
        <w:t>Benha</w:t>
      </w:r>
      <w:proofErr w:type="spellEnd"/>
      <w:r w:rsidRPr="003275EF">
        <w:rPr>
          <w:rFonts w:cs="Times New Roman"/>
          <w:i/>
          <w:iCs/>
          <w:szCs w:val="24"/>
        </w:rPr>
        <w:t xml:space="preserve"> Veterinary Medical Journal</w:t>
      </w:r>
      <w:r w:rsidRPr="003275EF">
        <w:rPr>
          <w:rFonts w:cs="Times New Roman"/>
          <w:szCs w:val="24"/>
          <w:shd w:val="clear" w:color="auto" w:fill="FFFFFF"/>
        </w:rPr>
        <w:t>,</w:t>
      </w:r>
      <w:r w:rsidRPr="003275EF">
        <w:rPr>
          <w:rStyle w:val="apple-converted-space"/>
          <w:rFonts w:cs="Times New Roman"/>
          <w:szCs w:val="24"/>
          <w:shd w:val="clear" w:color="auto" w:fill="FFFFFF"/>
        </w:rPr>
        <w:t> </w:t>
      </w:r>
      <w:r w:rsidRPr="003275EF">
        <w:rPr>
          <w:rFonts w:cs="Times New Roman"/>
          <w:b/>
          <w:bCs/>
          <w:szCs w:val="24"/>
        </w:rPr>
        <w:t>42</w:t>
      </w:r>
      <w:r w:rsidRPr="003275EF">
        <w:rPr>
          <w:rFonts w:cs="Times New Roman"/>
          <w:szCs w:val="24"/>
          <w:shd w:val="clear" w:color="auto" w:fill="FFFFFF"/>
        </w:rPr>
        <w:t>(1): 80-85.</w:t>
      </w:r>
    </w:p>
    <w:p w14:paraId="2536A4AE" w14:textId="6CFA7A89" w:rsidR="003A25C7" w:rsidRPr="003275EF" w:rsidRDefault="003A25C7" w:rsidP="003275EF">
      <w:pPr>
        <w:pStyle w:val="ListParagraph"/>
        <w:numPr>
          <w:ilvl w:val="0"/>
          <w:numId w:val="11"/>
        </w:numPr>
        <w:spacing w:after="0" w:line="240" w:lineRule="auto"/>
        <w:jc w:val="both"/>
        <w:rPr>
          <w:rFonts w:eastAsia="Times New Roman" w:cs="Times New Roman"/>
          <w:color w:val="000000" w:themeColor="text1"/>
          <w:szCs w:val="24"/>
          <w:lang w:val="en-IN" w:eastAsia="en-GB"/>
        </w:rPr>
      </w:pPr>
      <w:r w:rsidRPr="003275EF">
        <w:rPr>
          <w:rFonts w:eastAsia="Times New Roman" w:cs="Times New Roman"/>
          <w:color w:val="000000" w:themeColor="text1"/>
          <w:szCs w:val="24"/>
          <w:shd w:val="clear" w:color="auto" w:fill="FFFFFF"/>
          <w:lang w:val="en-IN" w:eastAsia="en-GB"/>
        </w:rPr>
        <w:t xml:space="preserve">Rozanski, E. (2019). Canine </w:t>
      </w:r>
      <w:r w:rsidR="003275EF" w:rsidRPr="003275EF">
        <w:rPr>
          <w:rFonts w:eastAsia="Times New Roman" w:cs="Times New Roman"/>
          <w:color w:val="000000" w:themeColor="text1"/>
          <w:szCs w:val="24"/>
          <w:shd w:val="clear" w:color="auto" w:fill="FFFFFF"/>
          <w:lang w:val="en-IN" w:eastAsia="en-GB"/>
        </w:rPr>
        <w:t>chronic bronchitis: An update</w:t>
      </w:r>
      <w:r w:rsidRPr="003275EF">
        <w:rPr>
          <w:rFonts w:eastAsia="Times New Roman" w:cs="Times New Roman"/>
          <w:color w:val="000000" w:themeColor="text1"/>
          <w:szCs w:val="24"/>
          <w:shd w:val="clear" w:color="auto" w:fill="FFFFFF"/>
          <w:lang w:val="en-IN" w:eastAsia="en-GB"/>
        </w:rPr>
        <w:t>. </w:t>
      </w:r>
      <w:r w:rsidRPr="003275EF">
        <w:rPr>
          <w:rFonts w:eastAsia="Times New Roman" w:cs="Times New Roman"/>
          <w:i/>
          <w:iCs/>
          <w:color w:val="000000" w:themeColor="text1"/>
          <w:szCs w:val="24"/>
          <w:lang w:val="en-IN" w:eastAsia="en-GB"/>
        </w:rPr>
        <w:t>The Veterinary Clinics of North America: Small Animal Practice</w:t>
      </w:r>
      <w:r w:rsidRPr="003275EF">
        <w:rPr>
          <w:rFonts w:eastAsia="Times New Roman" w:cs="Times New Roman"/>
          <w:color w:val="000000" w:themeColor="text1"/>
          <w:szCs w:val="24"/>
          <w:shd w:val="clear" w:color="auto" w:fill="FFFFFF"/>
          <w:lang w:val="en-IN" w:eastAsia="en-GB"/>
        </w:rPr>
        <w:t>, </w:t>
      </w:r>
      <w:r w:rsidRPr="003275EF">
        <w:rPr>
          <w:rFonts w:eastAsia="Times New Roman" w:cs="Times New Roman"/>
          <w:b/>
          <w:bCs/>
          <w:color w:val="000000" w:themeColor="text1"/>
          <w:szCs w:val="24"/>
          <w:lang w:val="en-IN" w:eastAsia="en-GB"/>
        </w:rPr>
        <w:t>50</w:t>
      </w:r>
      <w:r w:rsidRPr="003275EF">
        <w:rPr>
          <w:rFonts w:eastAsia="Times New Roman" w:cs="Times New Roman"/>
          <w:color w:val="000000" w:themeColor="text1"/>
          <w:szCs w:val="24"/>
          <w:shd w:val="clear" w:color="auto" w:fill="FFFFFF"/>
          <w:lang w:val="en-IN" w:eastAsia="en-GB"/>
        </w:rPr>
        <w:t>(2)</w:t>
      </w:r>
      <w:r w:rsidR="003275EF" w:rsidRPr="003275EF">
        <w:rPr>
          <w:rFonts w:eastAsia="Times New Roman" w:cs="Times New Roman"/>
          <w:color w:val="000000" w:themeColor="text1"/>
          <w:szCs w:val="24"/>
          <w:shd w:val="clear" w:color="auto" w:fill="FFFFFF"/>
          <w:lang w:val="en-IN" w:eastAsia="en-GB"/>
        </w:rPr>
        <w:t>:</w:t>
      </w:r>
      <w:r w:rsidRPr="003275EF">
        <w:rPr>
          <w:rFonts w:eastAsia="Times New Roman" w:cs="Times New Roman"/>
          <w:color w:val="000000" w:themeColor="text1"/>
          <w:szCs w:val="24"/>
          <w:shd w:val="clear" w:color="auto" w:fill="FFFFFF"/>
          <w:lang w:val="en-IN" w:eastAsia="en-GB"/>
        </w:rPr>
        <w:t xml:space="preserve"> 393-404.</w:t>
      </w:r>
    </w:p>
    <w:p w14:paraId="7F2FD8B2" w14:textId="77777777" w:rsidR="003A25C7" w:rsidRPr="003275EF" w:rsidRDefault="003A25C7" w:rsidP="003275EF">
      <w:pPr>
        <w:pStyle w:val="NormalWeb"/>
        <w:numPr>
          <w:ilvl w:val="0"/>
          <w:numId w:val="11"/>
        </w:numPr>
        <w:jc w:val="both"/>
      </w:pPr>
      <w:r w:rsidRPr="003275EF">
        <w:t xml:space="preserve">Kaur, J. and Singh, S. (2022). Respiratory Diseases and Their Diagnosis in Dogs: A Review. Indian Journal of Animal Research. DOI: 10.18805/IJAR.B-4994. </w:t>
      </w:r>
    </w:p>
    <w:p w14:paraId="3D7A75A4" w14:textId="77777777" w:rsidR="003275EF" w:rsidRPr="003275EF" w:rsidRDefault="003A25C7" w:rsidP="003275EF">
      <w:pPr>
        <w:pStyle w:val="ListParagraph"/>
        <w:numPr>
          <w:ilvl w:val="0"/>
          <w:numId w:val="11"/>
        </w:numPr>
        <w:spacing w:line="240" w:lineRule="auto"/>
        <w:jc w:val="both"/>
        <w:rPr>
          <w:rFonts w:cs="Times New Roman"/>
          <w:szCs w:val="24"/>
        </w:rPr>
      </w:pPr>
      <w:r w:rsidRPr="003275EF">
        <w:rPr>
          <w:rFonts w:cs="Times New Roman"/>
          <w:color w:val="222222"/>
          <w:szCs w:val="24"/>
          <w:shd w:val="clear" w:color="auto" w:fill="FFFFFF"/>
        </w:rPr>
        <w:t>Nelson, R.W. and Couto, C.G. (2019). </w:t>
      </w:r>
      <w:r w:rsidRPr="003275EF">
        <w:rPr>
          <w:rFonts w:cs="Times New Roman"/>
          <w:color w:val="222222"/>
          <w:szCs w:val="24"/>
        </w:rPr>
        <w:t xml:space="preserve">Small Animal Internal Medicine-E-Book, 6th </w:t>
      </w:r>
      <w:proofErr w:type="spellStart"/>
      <w:r w:rsidRPr="003275EF">
        <w:rPr>
          <w:rFonts w:cs="Times New Roman"/>
          <w:szCs w:val="24"/>
        </w:rPr>
        <w:t>Edn</w:t>
      </w:r>
      <w:proofErr w:type="spellEnd"/>
      <w:r w:rsidRPr="003275EF">
        <w:rPr>
          <w:rFonts w:cs="Times New Roman"/>
          <w:szCs w:val="24"/>
        </w:rPr>
        <w:t>.,</w:t>
      </w:r>
      <w:r w:rsidRPr="003275EF">
        <w:rPr>
          <w:rFonts w:cs="Times New Roman"/>
          <w:color w:val="222222"/>
          <w:szCs w:val="24"/>
        </w:rPr>
        <w:t xml:space="preserve"> </w:t>
      </w:r>
      <w:r w:rsidRPr="003275EF">
        <w:rPr>
          <w:rFonts w:cs="Times New Roman"/>
          <w:color w:val="222222"/>
          <w:szCs w:val="24"/>
          <w:shd w:val="clear" w:color="auto" w:fill="FFFFFF"/>
        </w:rPr>
        <w:t xml:space="preserve">Elsevier Health Sciences, </w:t>
      </w:r>
      <w:r w:rsidRPr="003275EF">
        <w:rPr>
          <w:rFonts w:cs="Times New Roman"/>
          <w:color w:val="000000"/>
          <w:szCs w:val="24"/>
        </w:rPr>
        <w:t>Philadelphia</w:t>
      </w:r>
      <w:r w:rsidRPr="003275EF">
        <w:rPr>
          <w:rFonts w:cs="Times New Roman"/>
          <w:color w:val="222222"/>
          <w:szCs w:val="24"/>
          <w:shd w:val="clear" w:color="auto" w:fill="FFFFFF"/>
        </w:rPr>
        <w:t>.</w:t>
      </w:r>
    </w:p>
    <w:p w14:paraId="2430D8EF" w14:textId="419CF547" w:rsidR="003A25C7" w:rsidRPr="003275EF" w:rsidRDefault="003A25C7" w:rsidP="003275EF">
      <w:pPr>
        <w:pStyle w:val="ListParagraph"/>
        <w:numPr>
          <w:ilvl w:val="0"/>
          <w:numId w:val="11"/>
        </w:numPr>
        <w:spacing w:line="240" w:lineRule="auto"/>
        <w:jc w:val="both"/>
        <w:rPr>
          <w:rFonts w:cs="Times New Roman"/>
          <w:szCs w:val="24"/>
        </w:rPr>
      </w:pPr>
      <w:r w:rsidRPr="003275EF">
        <w:t xml:space="preserve">Ettinger, S.J., Feldman, E.C., Cote, E. (2017). Textbook of Veterinary Internal Medicine, 8th </w:t>
      </w:r>
      <w:proofErr w:type="spellStart"/>
      <w:r w:rsidRPr="003275EF">
        <w:t>Edn</w:t>
      </w:r>
      <w:proofErr w:type="spellEnd"/>
      <w:r w:rsidRPr="003275EF">
        <w:t xml:space="preserve">., </w:t>
      </w:r>
      <w:r w:rsidRPr="003275EF">
        <w:rPr>
          <w:bCs/>
        </w:rPr>
        <w:t xml:space="preserve">Elsevier, </w:t>
      </w:r>
      <w:r w:rsidRPr="003275EF">
        <w:t>St. Louis, Missouri, US, pp 510-522.</w:t>
      </w:r>
    </w:p>
    <w:p w14:paraId="7B51D8B3" w14:textId="77777777" w:rsidR="003A25C7" w:rsidRDefault="003A25C7" w:rsidP="003A25C7">
      <w:pPr>
        <w:pStyle w:val="NormalWeb"/>
        <w:ind w:left="360"/>
      </w:pPr>
    </w:p>
    <w:p w14:paraId="00F2A1D2" w14:textId="77777777" w:rsidR="003A25C7" w:rsidRPr="003A25C7" w:rsidRDefault="003A25C7" w:rsidP="003A25C7">
      <w:pPr>
        <w:spacing w:before="120" w:after="120"/>
        <w:ind w:left="360"/>
        <w:jc w:val="both"/>
        <w:rPr>
          <w:rFonts w:ascii="Arial" w:hAnsi="Arial" w:cs="Arial"/>
          <w:sz w:val="22"/>
          <w:shd w:val="clear" w:color="auto" w:fill="FFFFFF"/>
        </w:rPr>
      </w:pPr>
    </w:p>
    <w:p w14:paraId="1DC01FA7" w14:textId="509335F4" w:rsidR="000F654C" w:rsidRDefault="000F654C" w:rsidP="000F654C">
      <w:pPr>
        <w:pStyle w:val="ListParagraph"/>
        <w:spacing w:line="360" w:lineRule="auto"/>
        <w:rPr>
          <w:rFonts w:cs="Times New Roman"/>
          <w:szCs w:val="24"/>
        </w:rPr>
      </w:pPr>
    </w:p>
    <w:p w14:paraId="3A89BBF7" w14:textId="50FCC2E7" w:rsidR="006007A6" w:rsidRDefault="006007A6" w:rsidP="000F654C">
      <w:pPr>
        <w:pStyle w:val="ListParagraph"/>
        <w:spacing w:line="360" w:lineRule="auto"/>
        <w:rPr>
          <w:rFonts w:cs="Times New Roman"/>
          <w:szCs w:val="24"/>
        </w:rPr>
      </w:pPr>
    </w:p>
    <w:p w14:paraId="0BCDFF66" w14:textId="78CB999C" w:rsidR="006007A6" w:rsidRDefault="006007A6" w:rsidP="000F654C">
      <w:pPr>
        <w:pStyle w:val="ListParagraph"/>
        <w:spacing w:line="360" w:lineRule="auto"/>
        <w:rPr>
          <w:rFonts w:cs="Times New Roman"/>
          <w:szCs w:val="24"/>
        </w:rPr>
      </w:pPr>
    </w:p>
    <w:p w14:paraId="35D0E04C" w14:textId="2939895F" w:rsidR="006007A6" w:rsidRDefault="006007A6" w:rsidP="000F654C">
      <w:pPr>
        <w:pStyle w:val="ListParagraph"/>
        <w:spacing w:line="360" w:lineRule="auto"/>
        <w:rPr>
          <w:rFonts w:cs="Times New Roman"/>
          <w:szCs w:val="24"/>
        </w:rPr>
      </w:pPr>
    </w:p>
    <w:p w14:paraId="1F57B91C" w14:textId="77777777" w:rsidR="006007A6" w:rsidRPr="000F654C" w:rsidRDefault="006007A6" w:rsidP="000F654C">
      <w:pPr>
        <w:pStyle w:val="ListParagraph"/>
        <w:spacing w:line="360" w:lineRule="auto"/>
        <w:rPr>
          <w:rFonts w:cs="Times New Roman"/>
          <w:szCs w:val="24"/>
        </w:rPr>
      </w:pPr>
    </w:p>
    <w:p w14:paraId="4D6F0454" w14:textId="77777777" w:rsidR="00F47B51" w:rsidRDefault="00F47B51" w:rsidP="000C21D8">
      <w:pPr>
        <w:spacing w:line="360" w:lineRule="auto"/>
        <w:rPr>
          <w:b/>
          <w:bCs/>
        </w:rPr>
      </w:pPr>
    </w:p>
    <w:p w14:paraId="7949E65A" w14:textId="77777777" w:rsidR="00F47B51" w:rsidRDefault="00F47B51" w:rsidP="000C21D8">
      <w:pPr>
        <w:spacing w:line="360" w:lineRule="auto"/>
        <w:rPr>
          <w:b/>
          <w:bCs/>
        </w:rPr>
      </w:pPr>
    </w:p>
    <w:p w14:paraId="47AD986B" w14:textId="77777777" w:rsidR="00F47B51" w:rsidRDefault="00F47B51" w:rsidP="000C21D8">
      <w:pPr>
        <w:spacing w:line="360" w:lineRule="auto"/>
        <w:rPr>
          <w:b/>
          <w:bCs/>
        </w:rPr>
      </w:pPr>
    </w:p>
    <w:p w14:paraId="19824997" w14:textId="77777777" w:rsidR="00F47B51" w:rsidRDefault="00F47B51" w:rsidP="000C21D8">
      <w:pPr>
        <w:spacing w:line="360" w:lineRule="auto"/>
        <w:rPr>
          <w:b/>
          <w:bCs/>
        </w:rPr>
      </w:pPr>
    </w:p>
    <w:p w14:paraId="6D58DFB1" w14:textId="69BD2D5D" w:rsidR="000C21D8" w:rsidRPr="00317ABC" w:rsidRDefault="00317ABC" w:rsidP="000C21D8">
      <w:pPr>
        <w:spacing w:line="360" w:lineRule="auto"/>
        <w:rPr>
          <w:b/>
          <w:bCs/>
        </w:rPr>
      </w:pPr>
      <w:r>
        <w:rPr>
          <w:noProof/>
        </w:rPr>
        <mc:AlternateContent>
          <mc:Choice Requires="wps">
            <w:drawing>
              <wp:anchor distT="0" distB="0" distL="114300" distR="114300" simplePos="0" relativeHeight="251684864" behindDoc="0" locked="0" layoutInCell="1" allowOverlap="1" wp14:anchorId="2170AA1D" wp14:editId="449FCCFA">
                <wp:simplePos x="0" y="0"/>
                <wp:positionH relativeFrom="column">
                  <wp:posOffset>2696210</wp:posOffset>
                </wp:positionH>
                <wp:positionV relativeFrom="paragraph">
                  <wp:posOffset>3340735</wp:posOffset>
                </wp:positionV>
                <wp:extent cx="2484120" cy="635"/>
                <wp:effectExtent l="0" t="0" r="5080" b="12065"/>
                <wp:wrapNone/>
                <wp:docPr id="2" name="Text Box 2"/>
                <wp:cNvGraphicFramePr/>
                <a:graphic xmlns:a="http://schemas.openxmlformats.org/drawingml/2006/main">
                  <a:graphicData uri="http://schemas.microsoft.com/office/word/2010/wordprocessingShape">
                    <wps:wsp>
                      <wps:cNvSpPr txBox="1"/>
                      <wps:spPr>
                        <a:xfrm>
                          <a:off x="0" y="0"/>
                          <a:ext cx="2484120" cy="635"/>
                        </a:xfrm>
                        <a:prstGeom prst="rect">
                          <a:avLst/>
                        </a:prstGeom>
                        <a:solidFill>
                          <a:prstClr val="white"/>
                        </a:solidFill>
                        <a:ln>
                          <a:noFill/>
                        </a:ln>
                      </wps:spPr>
                      <wps:txbx>
                        <w:txbxContent>
                          <w:p w14:paraId="380C254A" w14:textId="00CC30C3" w:rsidR="00317ABC" w:rsidRPr="000F654C" w:rsidRDefault="00317ABC" w:rsidP="00317ABC">
                            <w:pPr>
                              <w:pStyle w:val="Caption"/>
                              <w:rPr>
                                <w:rFonts w:cs="Times New Roman"/>
                                <w:noProof/>
                                <w:color w:val="000000" w:themeColor="text1"/>
                                <w:sz w:val="22"/>
                                <w:szCs w:val="22"/>
                              </w:rPr>
                            </w:pPr>
                            <w:r w:rsidRPr="000F654C">
                              <w:rPr>
                                <w:color w:val="000000" w:themeColor="text1"/>
                                <w:sz w:val="22"/>
                                <w:szCs w:val="22"/>
                              </w:rPr>
                              <w:t xml:space="preserve">Figure 2 Ocular discharge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70AA1D" id="_x0000_t202" coordsize="21600,21600" o:spt="202" path="m,l,21600r21600,l21600,xe">
                <v:stroke joinstyle="miter"/>
                <v:path gradientshapeok="t" o:connecttype="rect"/>
              </v:shapetype>
              <v:shape id="Text Box 2" o:spid="_x0000_s1026" type="#_x0000_t202" style="position:absolute;margin-left:212.3pt;margin-top:263.05pt;width:195.6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" stroked="f">
                <v:textbox style="mso-fit-shape-to-text:t" inset="0,0,0,0">
                  <w:txbxContent>
                    <w:p w14:paraId="380C254A" w14:textId="00CC30C3" w:rsidR="00317ABC" w:rsidRPr="000F654C" w:rsidRDefault="00317ABC" w:rsidP="00317ABC">
                      <w:pPr>
                        <w:pStyle w:val="Caption"/>
                        <w:rPr>
                          <w:rFonts w:cs="Times New Roman"/>
                          <w:noProof/>
                          <w:color w:val="000000" w:themeColor="text1"/>
                          <w:sz w:val="22"/>
                          <w:szCs w:val="22"/>
                        </w:rPr>
                      </w:pPr>
                      <w:r w:rsidRPr="000F654C">
                        <w:rPr>
                          <w:color w:val="000000" w:themeColor="text1"/>
                          <w:sz w:val="22"/>
                          <w:szCs w:val="22"/>
                        </w:rPr>
                        <w:t xml:space="preserve">Figure 2 Ocular discharge </w:t>
                      </w:r>
                    </w:p>
                  </w:txbxContent>
                </v:textbox>
              </v:shape>
            </w:pict>
          </mc:Fallback>
        </mc:AlternateContent>
      </w:r>
      <w:r w:rsidR="000C21D8" w:rsidRPr="00317ABC">
        <w:rPr>
          <w:noProof/>
        </w:rPr>
        <w:drawing>
          <wp:anchor distT="0" distB="0" distL="114300" distR="114300" simplePos="0" relativeHeight="251661312" behindDoc="0" locked="0" layoutInCell="1" allowOverlap="1" wp14:anchorId="7539B650" wp14:editId="4949828B">
            <wp:simplePos x="0" y="0"/>
            <wp:positionH relativeFrom="column">
              <wp:posOffset>2696220</wp:posOffset>
            </wp:positionH>
            <wp:positionV relativeFrom="paragraph">
              <wp:posOffset>20196</wp:posOffset>
            </wp:positionV>
            <wp:extent cx="2484120" cy="3263900"/>
            <wp:effectExtent l="19050" t="19050" r="0" b="0"/>
            <wp:wrapNone/>
            <wp:docPr id="36" name="Picture 4">
              <a:extLst xmlns:a="http://schemas.openxmlformats.org/drawingml/2006/main">
                <a:ext uri="{FF2B5EF4-FFF2-40B4-BE49-F238E27FC236}">
                  <a16:creationId xmlns:a16="http://schemas.microsoft.com/office/drawing/2014/main" id="{63CCD205-4220-F448-8C42-D2A38C474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3CCD205-4220-F448-8C42-D2A38C47495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5550" b="15199"/>
                    <a:stretch/>
                  </pic:blipFill>
                  <pic:spPr bwMode="auto">
                    <a:xfrm>
                      <a:off x="0" y="0"/>
                      <a:ext cx="2484120" cy="3263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3D6DFAB8" wp14:editId="580224E4">
                <wp:simplePos x="0" y="0"/>
                <wp:positionH relativeFrom="column">
                  <wp:posOffset>0</wp:posOffset>
                </wp:positionH>
                <wp:positionV relativeFrom="paragraph">
                  <wp:posOffset>3329940</wp:posOffset>
                </wp:positionV>
                <wp:extent cx="2481580" cy="6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7B174BDD" w14:textId="28D7EDEF"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 xml:space="preserve">Figure 1 Congested conjunctival mucous membrane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6DFAB8" id="Text Box 1" o:spid="_x0000_s1027" type="#_x0000_t202" style="position:absolute;margin-left:0;margin-top:262.2pt;width:195.4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" stroked="f">
                <v:textbox style="mso-fit-shape-to-text:t" inset="0,0,0,0">
                  <w:txbxContent>
                    <w:p w14:paraId="7B174BDD" w14:textId="28D7EDEF"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 xml:space="preserve">Figure 1 Congested conjunctival mucous membrane </w:t>
                      </w:r>
                    </w:p>
                  </w:txbxContent>
                </v:textbox>
              </v:shape>
            </w:pict>
          </mc:Fallback>
        </mc:AlternateContent>
      </w:r>
      <w:r w:rsidR="000C21D8" w:rsidRPr="00317ABC">
        <w:rPr>
          <w:noProof/>
        </w:rPr>
        <w:drawing>
          <wp:anchor distT="0" distB="0" distL="114300" distR="114300" simplePos="0" relativeHeight="251659264" behindDoc="0" locked="0" layoutInCell="1" allowOverlap="1" wp14:anchorId="47031998" wp14:editId="5CF9BB4D">
            <wp:simplePos x="0" y="0"/>
            <wp:positionH relativeFrom="column">
              <wp:posOffset>0</wp:posOffset>
            </wp:positionH>
            <wp:positionV relativeFrom="paragraph">
              <wp:posOffset>19050</wp:posOffset>
            </wp:positionV>
            <wp:extent cx="2481580" cy="3253740"/>
            <wp:effectExtent l="19050" t="19050" r="0" b="3810"/>
            <wp:wrapNone/>
            <wp:docPr id="34" name="Picture 3">
              <a:extLst xmlns:a="http://schemas.openxmlformats.org/drawingml/2006/main">
                <a:ext uri="{FF2B5EF4-FFF2-40B4-BE49-F238E27FC236}">
                  <a16:creationId xmlns:a16="http://schemas.microsoft.com/office/drawing/2014/main" id="{BEFC6DC7-724C-3249-A432-8D9DFCCB6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EFC6DC7-724C-3249-A432-8D9DFCCB665A}"/>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15475" b="9231"/>
                    <a:stretch/>
                  </pic:blipFill>
                  <pic:spPr bwMode="auto">
                    <a:xfrm>
                      <a:off x="0" y="0"/>
                      <a:ext cx="2481580" cy="3253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26202" w14:textId="37EC4757" w:rsidR="000C21D8" w:rsidRPr="00317ABC" w:rsidRDefault="000C21D8" w:rsidP="00282661">
      <w:pPr>
        <w:jc w:val="both"/>
      </w:pPr>
    </w:p>
    <w:p w14:paraId="7E79A214" w14:textId="77777777" w:rsidR="000C21D8" w:rsidRPr="00317ABC" w:rsidRDefault="000C21D8">
      <w:r w:rsidRPr="00317ABC">
        <w:br w:type="page"/>
      </w:r>
    </w:p>
    <w:p w14:paraId="2CFD5D2F" w14:textId="77777777" w:rsidR="000C21D8" w:rsidRPr="00317ABC" w:rsidRDefault="000C21D8" w:rsidP="000C21D8">
      <w:pPr>
        <w:tabs>
          <w:tab w:val="left" w:pos="1980"/>
        </w:tabs>
      </w:pPr>
    </w:p>
    <w:p w14:paraId="0EECAF44" w14:textId="60377EBB" w:rsidR="000C21D8" w:rsidRPr="00317ABC" w:rsidRDefault="000C21D8" w:rsidP="000C21D8">
      <w:pPr>
        <w:tabs>
          <w:tab w:val="left" w:pos="1980"/>
        </w:tabs>
      </w:pPr>
      <w:r w:rsidRPr="00317ABC">
        <w:rPr>
          <w:noProof/>
        </w:rPr>
        <w:drawing>
          <wp:anchor distT="0" distB="0" distL="114300" distR="114300" simplePos="0" relativeHeight="251663360" behindDoc="0" locked="0" layoutInCell="1" allowOverlap="1" wp14:anchorId="07A27E9C" wp14:editId="2A12256D">
            <wp:simplePos x="0" y="0"/>
            <wp:positionH relativeFrom="column">
              <wp:posOffset>576580</wp:posOffset>
            </wp:positionH>
            <wp:positionV relativeFrom="paragraph">
              <wp:posOffset>41910</wp:posOffset>
            </wp:positionV>
            <wp:extent cx="2179955" cy="2168525"/>
            <wp:effectExtent l="19050" t="19050" r="0" b="3175"/>
            <wp:wrapNone/>
            <wp:docPr id="38" name="Picture 2">
              <a:extLst xmlns:a="http://schemas.openxmlformats.org/drawingml/2006/main">
                <a:ext uri="{FF2B5EF4-FFF2-40B4-BE49-F238E27FC236}">
                  <a16:creationId xmlns:a16="http://schemas.microsoft.com/office/drawing/2014/main" id="{5FE1AFD5-4E7D-004C-B0E8-EBAA81FA3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E1AFD5-4E7D-004C-B0E8-EBAA81FA31A4}"/>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846" t="23632" r="23073" b="47879"/>
                    <a:stretch/>
                  </pic:blipFill>
                  <pic:spPr bwMode="auto">
                    <a:xfrm>
                      <a:off x="0" y="0"/>
                      <a:ext cx="2179955" cy="2168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noProof/>
        </w:rPr>
        <w:drawing>
          <wp:anchor distT="0" distB="0" distL="114300" distR="114300" simplePos="0" relativeHeight="251664384" behindDoc="0" locked="0" layoutInCell="1" allowOverlap="1" wp14:anchorId="4BFCBBBE" wp14:editId="39BB3307">
            <wp:simplePos x="0" y="0"/>
            <wp:positionH relativeFrom="column">
              <wp:posOffset>3058418</wp:posOffset>
            </wp:positionH>
            <wp:positionV relativeFrom="paragraph">
              <wp:posOffset>41275</wp:posOffset>
            </wp:positionV>
            <wp:extent cx="2179320" cy="2168525"/>
            <wp:effectExtent l="19050" t="19050" r="0" b="3175"/>
            <wp:wrapNone/>
            <wp:docPr id="39" name="Picture 3">
              <a:extLst xmlns:a="http://schemas.openxmlformats.org/drawingml/2006/main">
                <a:ext uri="{FF2B5EF4-FFF2-40B4-BE49-F238E27FC236}">
                  <a16:creationId xmlns:a16="http://schemas.microsoft.com/office/drawing/2014/main" id="{3DADBDBD-4CF4-014E-A350-8CA410CDC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ADBDBD-4CF4-014E-A350-8CA410CDCCD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15786" b="37172"/>
                    <a:stretch/>
                  </pic:blipFill>
                  <pic:spPr bwMode="auto">
                    <a:xfrm>
                      <a:off x="0" y="0"/>
                      <a:ext cx="2179320" cy="2168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C795A" w14:textId="77777777" w:rsidR="000C21D8" w:rsidRPr="00317ABC" w:rsidRDefault="000C21D8" w:rsidP="000C21D8">
      <w:pPr>
        <w:tabs>
          <w:tab w:val="left" w:pos="1980"/>
        </w:tabs>
      </w:pPr>
    </w:p>
    <w:p w14:paraId="5E984DA1" w14:textId="77777777" w:rsidR="000C21D8" w:rsidRPr="00317ABC" w:rsidRDefault="000C21D8" w:rsidP="000C21D8">
      <w:pPr>
        <w:tabs>
          <w:tab w:val="left" w:pos="1980"/>
        </w:tabs>
      </w:pPr>
    </w:p>
    <w:p w14:paraId="13E714D3" w14:textId="77777777" w:rsidR="000C21D8" w:rsidRPr="00317ABC" w:rsidRDefault="000C21D8" w:rsidP="000C21D8">
      <w:pPr>
        <w:tabs>
          <w:tab w:val="left" w:pos="1980"/>
        </w:tabs>
      </w:pPr>
    </w:p>
    <w:p w14:paraId="23169562" w14:textId="77777777" w:rsidR="000C21D8" w:rsidRPr="00317ABC" w:rsidRDefault="000C21D8" w:rsidP="000C21D8">
      <w:pPr>
        <w:tabs>
          <w:tab w:val="left" w:pos="1980"/>
        </w:tabs>
      </w:pPr>
    </w:p>
    <w:p w14:paraId="346D82F4" w14:textId="77777777" w:rsidR="000C21D8" w:rsidRPr="00317ABC" w:rsidRDefault="000C21D8" w:rsidP="000C21D8">
      <w:pPr>
        <w:tabs>
          <w:tab w:val="left" w:pos="1980"/>
        </w:tabs>
      </w:pPr>
      <w:r w:rsidRPr="00317ABC">
        <w:rPr>
          <w:noProof/>
        </w:rPr>
        <mc:AlternateContent>
          <mc:Choice Requires="wps">
            <w:drawing>
              <wp:anchor distT="0" distB="0" distL="114300" distR="114300" simplePos="0" relativeHeight="251670528" behindDoc="0" locked="0" layoutInCell="1" allowOverlap="1" wp14:anchorId="5DA16690" wp14:editId="13E8860C">
                <wp:simplePos x="0" y="0"/>
                <wp:positionH relativeFrom="column">
                  <wp:posOffset>1659890</wp:posOffset>
                </wp:positionH>
                <wp:positionV relativeFrom="paragraph">
                  <wp:posOffset>139700</wp:posOffset>
                </wp:positionV>
                <wp:extent cx="288290" cy="288290"/>
                <wp:effectExtent l="25400" t="25400" r="3810" b="3810"/>
                <wp:wrapNone/>
                <wp:docPr id="4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88290" cy="288290"/>
                        </a:xfrm>
                        <a:prstGeom prst="straightConnector1">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876BD9" id="_x0000_t32" coordsize="21600,21600" o:spt="32" o:oned="t" path="m,l21600,21600e" filled="f">
                <v:path arrowok="t" fillok="f" o:connecttype="none"/>
                <o:lock v:ext="edit" shapetype="t"/>
              </v:shapetype>
              <v:shape id="Straight Arrow Connector 9" o:spid="_x0000_s1026" type="#_x0000_t32" style="position:absolute;margin-left:130.7pt;margin-top:11pt;width:22.7pt;height:22.7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" strokecolor="red" strokeweight="1.5pt">
                <v:stroke endarrow="block" joinstyle="miter"/>
                <o:lock v:ext="edit" shapetype="f"/>
              </v:shape>
            </w:pict>
          </mc:Fallback>
        </mc:AlternateContent>
      </w:r>
    </w:p>
    <w:p w14:paraId="6845A6E0" w14:textId="0AFFC3EF" w:rsidR="000C21D8" w:rsidRPr="00317ABC" w:rsidRDefault="00317ABC" w:rsidP="000C21D8">
      <w:pPr>
        <w:tabs>
          <w:tab w:val="left" w:pos="1980"/>
        </w:tabs>
      </w:pPr>
      <w:r>
        <w:rPr>
          <w:noProof/>
        </w:rPr>
        <mc:AlternateContent>
          <mc:Choice Requires="wps">
            <w:drawing>
              <wp:anchor distT="0" distB="0" distL="114300" distR="114300" simplePos="0" relativeHeight="251687936" behindDoc="0" locked="0" layoutInCell="1" allowOverlap="1" wp14:anchorId="41A275C2" wp14:editId="450999D8">
                <wp:simplePos x="0" y="0"/>
                <wp:positionH relativeFrom="column">
                  <wp:posOffset>3782568</wp:posOffset>
                </wp:positionH>
                <wp:positionV relativeFrom="paragraph">
                  <wp:posOffset>256667</wp:posOffset>
                </wp:positionV>
                <wp:extent cx="482600" cy="246888"/>
                <wp:effectExtent l="0" t="0" r="0" b="0"/>
                <wp:wrapNone/>
                <wp:docPr id="4" name="Text Box 4"/>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0694F25C" w14:textId="238A9368" w:rsidR="00317ABC" w:rsidRPr="00317ABC" w:rsidRDefault="00317ABC" w:rsidP="00317ABC">
                            <w:pPr>
                              <w:rPr>
                                <w:b/>
                                <w:bCs/>
                                <w:sz w:val="22"/>
                                <w:szCs w:val="21"/>
                              </w:rPr>
                            </w:pPr>
                            <w:r w:rsidRPr="00317ABC">
                              <w:rPr>
                                <w:b/>
                                <w:bCs/>
                                <w:sz w:val="22"/>
                                <w:szCs w:val="21"/>
                              </w:rPr>
                              <w:t>(</w:t>
                            </w:r>
                            <w:r>
                              <w:rPr>
                                <w:b/>
                                <w:bCs/>
                                <w:sz w:val="22"/>
                                <w:szCs w:val="21"/>
                              </w:rPr>
                              <w:t>b</w:t>
                            </w:r>
                            <w:r w:rsidRPr="00317ABC">
                              <w:rPr>
                                <w:b/>
                                <w:bCs/>
                                <w:sz w:val="22"/>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275C2" id="Text Box 4" o:spid="_x0000_s1028" type="#_x0000_t202" style="position:absolute;margin-left:297.85pt;margin-top:20.2pt;width:38pt;height:1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" fillcolor="white [3201]" stroked="f" strokeweight=".5pt">
                <v:textbox>
                  <w:txbxContent>
                    <w:p w14:paraId="0694F25C" w14:textId="238A9368" w:rsidR="00317ABC" w:rsidRPr="00317ABC" w:rsidRDefault="00317ABC" w:rsidP="00317ABC">
                      <w:pPr>
                        <w:rPr>
                          <w:b/>
                          <w:bCs/>
                          <w:sz w:val="22"/>
                          <w:szCs w:val="21"/>
                        </w:rPr>
                      </w:pPr>
                      <w:r w:rsidRPr="00317ABC">
                        <w:rPr>
                          <w:b/>
                          <w:bCs/>
                          <w:sz w:val="22"/>
                          <w:szCs w:val="21"/>
                        </w:rPr>
                        <w:t>(</w:t>
                      </w:r>
                      <w:r>
                        <w:rPr>
                          <w:b/>
                          <w:bCs/>
                          <w:sz w:val="22"/>
                          <w:szCs w:val="21"/>
                        </w:rPr>
                        <w:t>b</w:t>
                      </w:r>
                      <w:r w:rsidRPr="00317ABC">
                        <w:rPr>
                          <w:b/>
                          <w:bCs/>
                          <w:sz w:val="22"/>
                          <w:szCs w:val="21"/>
                        </w:rPr>
                        <w: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9346C48" wp14:editId="4C812170">
                <wp:simplePos x="0" y="0"/>
                <wp:positionH relativeFrom="column">
                  <wp:posOffset>1416685</wp:posOffset>
                </wp:positionH>
                <wp:positionV relativeFrom="paragraph">
                  <wp:posOffset>289179</wp:posOffset>
                </wp:positionV>
                <wp:extent cx="482600" cy="246888"/>
                <wp:effectExtent l="0" t="0" r="0" b="0"/>
                <wp:wrapNone/>
                <wp:docPr id="3" name="Text Box 3"/>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551BF4F5" w14:textId="72FB23AF" w:rsidR="00317ABC" w:rsidRPr="00317ABC" w:rsidRDefault="00317ABC">
                            <w:pPr>
                              <w:rPr>
                                <w:b/>
                                <w:bCs/>
                                <w:sz w:val="22"/>
                                <w:szCs w:val="21"/>
                              </w:rPr>
                            </w:pPr>
                            <w:r w:rsidRPr="00317ABC">
                              <w:rPr>
                                <w:b/>
                                <w:bCs/>
                                <w:sz w:val="22"/>
                                <w:szCs w:val="2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346C48" id="Text Box 3" o:spid="_x0000_s1029" type="#_x0000_t202" style="position:absolute;margin-left:111.55pt;margin-top:22.75pt;width:38pt;height:1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" fillcolor="white [3201]" stroked="f" strokeweight=".5pt">
                <v:textbox>
                  <w:txbxContent>
                    <w:p w14:paraId="551BF4F5" w14:textId="72FB23AF" w:rsidR="00317ABC" w:rsidRPr="00317ABC" w:rsidRDefault="00317ABC">
                      <w:pPr>
                        <w:rPr>
                          <w:b/>
                          <w:bCs/>
                          <w:sz w:val="22"/>
                          <w:szCs w:val="21"/>
                        </w:rPr>
                      </w:pPr>
                      <w:r w:rsidRPr="00317ABC">
                        <w:rPr>
                          <w:b/>
                          <w:bCs/>
                          <w:sz w:val="22"/>
                          <w:szCs w:val="21"/>
                        </w:rPr>
                        <w:t>(a)</w:t>
                      </w:r>
                    </w:p>
                  </w:txbxContent>
                </v:textbox>
              </v:shape>
            </w:pict>
          </mc:Fallback>
        </mc:AlternateContent>
      </w:r>
    </w:p>
    <w:p w14:paraId="531FD037" w14:textId="3AEE6D1E" w:rsidR="000C21D8" w:rsidRPr="00317ABC" w:rsidRDefault="000C21D8" w:rsidP="000C21D8">
      <w:pPr>
        <w:tabs>
          <w:tab w:val="left" w:pos="1980"/>
        </w:tabs>
      </w:pPr>
    </w:p>
    <w:p w14:paraId="0683BCF4" w14:textId="5EF89128" w:rsidR="000C21D8" w:rsidRPr="00317ABC" w:rsidRDefault="000C21D8" w:rsidP="000C21D8">
      <w:pPr>
        <w:rPr>
          <w:b/>
        </w:rPr>
      </w:pPr>
      <w:r w:rsidRPr="00317ABC">
        <w:rPr>
          <w:b/>
        </w:rPr>
        <w:t xml:space="preserve">                                        (a) </w:t>
      </w:r>
      <w:r w:rsidRPr="00317ABC">
        <w:rPr>
          <w:b/>
        </w:rPr>
        <w:tab/>
      </w:r>
      <w:r w:rsidRPr="00317ABC">
        <w:rPr>
          <w:b/>
        </w:rPr>
        <w:tab/>
      </w:r>
      <w:r w:rsidRPr="00317ABC">
        <w:rPr>
          <w:b/>
        </w:rPr>
        <w:tab/>
      </w:r>
      <w:r w:rsidRPr="00317ABC">
        <w:rPr>
          <w:b/>
        </w:rPr>
        <w:tab/>
      </w:r>
      <w:r w:rsidRPr="00317ABC">
        <w:rPr>
          <w:b/>
        </w:rPr>
        <w:tab/>
        <w:t xml:space="preserve"> </w:t>
      </w:r>
    </w:p>
    <w:p w14:paraId="06F4907F" w14:textId="70EDAB75" w:rsidR="000C21D8" w:rsidRPr="00317ABC" w:rsidRDefault="000C21D8" w:rsidP="000C21D8">
      <w:pPr>
        <w:tabs>
          <w:tab w:val="left" w:pos="1980"/>
        </w:tabs>
      </w:pPr>
    </w:p>
    <w:p w14:paraId="6F57FFEC" w14:textId="7835C7BE" w:rsidR="000C21D8" w:rsidRPr="00317ABC" w:rsidRDefault="000C21D8" w:rsidP="000C21D8">
      <w:pPr>
        <w:tabs>
          <w:tab w:val="left" w:pos="1980"/>
        </w:tabs>
      </w:pPr>
    </w:p>
    <w:p w14:paraId="1E01EBE2" w14:textId="65C63415" w:rsidR="000C21D8" w:rsidRPr="00317ABC" w:rsidRDefault="00130B13" w:rsidP="000C21D8">
      <w:pPr>
        <w:tabs>
          <w:tab w:val="left" w:pos="1980"/>
        </w:tabs>
      </w:pPr>
      <w:r w:rsidRPr="00317ABC">
        <w:rPr>
          <w:noProof/>
        </w:rPr>
        <w:drawing>
          <wp:anchor distT="0" distB="0" distL="114300" distR="114300" simplePos="0" relativeHeight="251665408" behindDoc="0" locked="0" layoutInCell="1" allowOverlap="1" wp14:anchorId="08D742E3" wp14:editId="5AF8EB2D">
            <wp:simplePos x="0" y="0"/>
            <wp:positionH relativeFrom="column">
              <wp:posOffset>-876300</wp:posOffset>
            </wp:positionH>
            <wp:positionV relativeFrom="paragraph">
              <wp:posOffset>264795</wp:posOffset>
            </wp:positionV>
            <wp:extent cx="2169795" cy="2178050"/>
            <wp:effectExtent l="19050" t="19050" r="1905" b="0"/>
            <wp:wrapNone/>
            <wp:docPr id="40" name="Picture 4">
              <a:extLst xmlns:a="http://schemas.openxmlformats.org/drawingml/2006/main">
                <a:ext uri="{FF2B5EF4-FFF2-40B4-BE49-F238E27FC236}">
                  <a16:creationId xmlns:a16="http://schemas.microsoft.com/office/drawing/2014/main" id="{4B96BDFD-700C-6048-A3D4-3D40524DB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96BDFD-700C-6048-A3D4-3D40524DBBA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3866" r="6373" b="16728"/>
                    <a:stretch/>
                  </pic:blipFill>
                  <pic:spPr bwMode="auto">
                    <a:xfrm>
                      <a:off x="0" y="0"/>
                      <a:ext cx="2169795" cy="2178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30D59" w14:textId="1F035A3E" w:rsidR="000C21D8" w:rsidRPr="00317ABC" w:rsidRDefault="00130B13" w:rsidP="000C21D8">
      <w:pPr>
        <w:tabs>
          <w:tab w:val="left" w:pos="1980"/>
        </w:tabs>
      </w:pPr>
      <w:r w:rsidRPr="00317ABC">
        <w:rPr>
          <w:noProof/>
        </w:rPr>
        <w:drawing>
          <wp:anchor distT="0" distB="0" distL="114300" distR="114300" simplePos="0" relativeHeight="251668480" behindDoc="0" locked="0" layoutInCell="1" allowOverlap="1" wp14:anchorId="36347B21" wp14:editId="321EDBA7">
            <wp:simplePos x="0" y="0"/>
            <wp:positionH relativeFrom="column">
              <wp:posOffset>1397635</wp:posOffset>
            </wp:positionH>
            <wp:positionV relativeFrom="paragraph">
              <wp:posOffset>170815</wp:posOffset>
            </wp:positionV>
            <wp:extent cx="2178658" cy="2176819"/>
            <wp:effectExtent l="19050" t="19050" r="0" b="0"/>
            <wp:wrapNone/>
            <wp:docPr id="43" name="Picture 7">
              <a:extLst xmlns:a="http://schemas.openxmlformats.org/drawingml/2006/main">
                <a:ext uri="{FF2B5EF4-FFF2-40B4-BE49-F238E27FC236}">
                  <a16:creationId xmlns:a16="http://schemas.microsoft.com/office/drawing/2014/main" id="{424C6B6A-F372-1B49-939B-90E7702AB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24C6B6A-F372-1B49-939B-90E7702ABDBA}"/>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17172" r="10430" b="37597"/>
                    <a:stretch/>
                  </pic:blipFill>
                  <pic:spPr bwMode="auto">
                    <a:xfrm>
                      <a:off x="0" y="0"/>
                      <a:ext cx="2178658" cy="217681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3FDC7" w14:textId="00E58FB7" w:rsidR="000C21D8" w:rsidRPr="00317ABC" w:rsidRDefault="00130B13" w:rsidP="000C21D8">
      <w:pPr>
        <w:tabs>
          <w:tab w:val="left" w:pos="1980"/>
        </w:tabs>
      </w:pPr>
      <w:r w:rsidRPr="00317ABC">
        <w:rPr>
          <w:noProof/>
        </w:rPr>
        <w:drawing>
          <wp:anchor distT="0" distB="0" distL="114300" distR="114300" simplePos="0" relativeHeight="251666432" behindDoc="0" locked="0" layoutInCell="1" allowOverlap="1" wp14:anchorId="5A6B24C4" wp14:editId="460AD12B">
            <wp:simplePos x="0" y="0"/>
            <wp:positionH relativeFrom="column">
              <wp:posOffset>3789680</wp:posOffset>
            </wp:positionH>
            <wp:positionV relativeFrom="paragraph">
              <wp:posOffset>58420</wp:posOffset>
            </wp:positionV>
            <wp:extent cx="2186633" cy="2179826"/>
            <wp:effectExtent l="19050" t="19050" r="4445" b="0"/>
            <wp:wrapNone/>
            <wp:docPr id="41" name="Picture 5">
              <a:extLst xmlns:a="http://schemas.openxmlformats.org/drawingml/2006/main">
                <a:ext uri="{FF2B5EF4-FFF2-40B4-BE49-F238E27FC236}">
                  <a16:creationId xmlns:a16="http://schemas.microsoft.com/office/drawing/2014/main" id="{0FF48EB3-8903-E844-AEC8-A25DE60D1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F48EB3-8903-E844-AEC8-A25DE60D1DBD}"/>
                        </a:ext>
                      </a:extLst>
                    </pic:cNvPr>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5680" t="21382" r="4266" b="40009"/>
                    <a:stretch/>
                  </pic:blipFill>
                  <pic:spPr bwMode="auto">
                    <a:xfrm>
                      <a:off x="0" y="0"/>
                      <a:ext cx="2186633" cy="217982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B8B18" w14:textId="7C32C3F5" w:rsidR="000C21D8" w:rsidRPr="00317ABC" w:rsidRDefault="00317ABC" w:rsidP="000C21D8">
      <w:pPr>
        <w:tabs>
          <w:tab w:val="left" w:pos="1980"/>
        </w:tabs>
      </w:pPr>
      <w:r>
        <w:rPr>
          <w:noProof/>
        </w:rPr>
        <mc:AlternateContent>
          <mc:Choice Requires="wps">
            <w:drawing>
              <wp:anchor distT="0" distB="0" distL="114300" distR="114300" simplePos="0" relativeHeight="251692032" behindDoc="0" locked="0" layoutInCell="1" allowOverlap="1" wp14:anchorId="2C7089C0" wp14:editId="0B5E224A">
                <wp:simplePos x="0" y="0"/>
                <wp:positionH relativeFrom="column">
                  <wp:posOffset>3785616</wp:posOffset>
                </wp:positionH>
                <wp:positionV relativeFrom="paragraph">
                  <wp:posOffset>318262</wp:posOffset>
                </wp:positionV>
                <wp:extent cx="482600" cy="246888"/>
                <wp:effectExtent l="0" t="0" r="0" b="0"/>
                <wp:wrapNone/>
                <wp:docPr id="6" name="Text Box 6"/>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72F7599F" w14:textId="5F70D491" w:rsidR="00317ABC" w:rsidRPr="00317ABC" w:rsidRDefault="00317ABC" w:rsidP="00317ABC">
                            <w:pPr>
                              <w:rPr>
                                <w:b/>
                                <w:bCs/>
                                <w:sz w:val="22"/>
                                <w:szCs w:val="21"/>
                              </w:rPr>
                            </w:pPr>
                            <w:r w:rsidRPr="00317ABC">
                              <w:rPr>
                                <w:b/>
                                <w:bCs/>
                                <w:sz w:val="22"/>
                                <w:szCs w:val="21"/>
                              </w:rPr>
                              <w:t>(</w:t>
                            </w:r>
                            <w:r>
                              <w:rPr>
                                <w:b/>
                                <w:bCs/>
                                <w:sz w:val="22"/>
                                <w:szCs w:val="21"/>
                              </w:rPr>
                              <w:t>d</w:t>
                            </w:r>
                            <w:r w:rsidRPr="00317ABC">
                              <w:rPr>
                                <w:b/>
                                <w:bCs/>
                                <w:sz w:val="22"/>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7089C0" id="Text Box 6" o:spid="_x0000_s1030" type="#_x0000_t202" style="position:absolute;margin-left:298.1pt;margin-top:25.05pt;width:38pt;height:1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" fillcolor="white [3201]" stroked="f" strokeweight=".5pt">
                <v:textbox>
                  <w:txbxContent>
                    <w:p w14:paraId="72F7599F" w14:textId="5F70D491" w:rsidR="00317ABC" w:rsidRPr="00317ABC" w:rsidRDefault="00317ABC" w:rsidP="00317ABC">
                      <w:pPr>
                        <w:rPr>
                          <w:b/>
                          <w:bCs/>
                          <w:sz w:val="22"/>
                          <w:szCs w:val="21"/>
                        </w:rPr>
                      </w:pPr>
                      <w:r w:rsidRPr="00317ABC">
                        <w:rPr>
                          <w:b/>
                          <w:bCs/>
                          <w:sz w:val="22"/>
                          <w:szCs w:val="21"/>
                        </w:rPr>
                        <w:t>(</w:t>
                      </w:r>
                      <w:r>
                        <w:rPr>
                          <w:b/>
                          <w:bCs/>
                          <w:sz w:val="22"/>
                          <w:szCs w:val="21"/>
                        </w:rPr>
                        <w:t>d</w:t>
                      </w:r>
                      <w:r w:rsidRPr="00317ABC">
                        <w:rPr>
                          <w:b/>
                          <w:bCs/>
                          <w:sz w:val="22"/>
                          <w:szCs w:val="2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2A9450A" wp14:editId="7BA7AA1C">
                <wp:simplePos x="0" y="0"/>
                <wp:positionH relativeFrom="column">
                  <wp:posOffset>1467739</wp:posOffset>
                </wp:positionH>
                <wp:positionV relativeFrom="paragraph">
                  <wp:posOffset>321945</wp:posOffset>
                </wp:positionV>
                <wp:extent cx="482600" cy="246888"/>
                <wp:effectExtent l="0" t="0" r="0" b="0"/>
                <wp:wrapNone/>
                <wp:docPr id="5" name="Text Box 5"/>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1645BF18" w14:textId="5D67D230" w:rsidR="00317ABC" w:rsidRPr="00317ABC" w:rsidRDefault="00317ABC" w:rsidP="00317ABC">
                            <w:pPr>
                              <w:rPr>
                                <w:b/>
                                <w:bCs/>
                                <w:sz w:val="22"/>
                                <w:szCs w:val="21"/>
                              </w:rPr>
                            </w:pPr>
                            <w:r w:rsidRPr="00317ABC">
                              <w:rPr>
                                <w:b/>
                                <w:bCs/>
                                <w:sz w:val="22"/>
                                <w:szCs w:val="21"/>
                              </w:rPr>
                              <w:t>(</w:t>
                            </w:r>
                            <w:r>
                              <w:rPr>
                                <w:b/>
                                <w:bCs/>
                                <w:sz w:val="22"/>
                                <w:szCs w:val="21"/>
                              </w:rPr>
                              <w:t>c</w:t>
                            </w:r>
                            <w:r w:rsidRPr="00317ABC">
                              <w:rPr>
                                <w:b/>
                                <w:bCs/>
                                <w:sz w:val="22"/>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A9450A" id="Text Box 5" o:spid="_x0000_s1031" type="#_x0000_t202" style="position:absolute;margin-left:115.55pt;margin-top:25.35pt;width:38pt;height:1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" fillcolor="white [3201]" stroked="f" strokeweight=".5pt">
                <v:textbox>
                  <w:txbxContent>
                    <w:p w14:paraId="1645BF18" w14:textId="5D67D230" w:rsidR="00317ABC" w:rsidRPr="00317ABC" w:rsidRDefault="00317ABC" w:rsidP="00317ABC">
                      <w:pPr>
                        <w:rPr>
                          <w:b/>
                          <w:bCs/>
                          <w:sz w:val="22"/>
                          <w:szCs w:val="21"/>
                        </w:rPr>
                      </w:pPr>
                      <w:r w:rsidRPr="00317ABC">
                        <w:rPr>
                          <w:b/>
                          <w:bCs/>
                          <w:sz w:val="22"/>
                          <w:szCs w:val="21"/>
                        </w:rPr>
                        <w:t>(</w:t>
                      </w:r>
                      <w:r>
                        <w:rPr>
                          <w:b/>
                          <w:bCs/>
                          <w:sz w:val="22"/>
                          <w:szCs w:val="21"/>
                        </w:rPr>
                        <w:t>c</w:t>
                      </w:r>
                      <w:r w:rsidRPr="00317ABC">
                        <w:rPr>
                          <w:b/>
                          <w:bCs/>
                          <w:sz w:val="22"/>
                          <w:szCs w:val="21"/>
                        </w:rPr>
                        <w:t>)</w:t>
                      </w:r>
                    </w:p>
                  </w:txbxContent>
                </v:textbox>
              </v:shape>
            </w:pict>
          </mc:Fallback>
        </mc:AlternateContent>
      </w:r>
    </w:p>
    <w:p w14:paraId="4463DC5A" w14:textId="5600B3D0" w:rsidR="000C21D8" w:rsidRPr="00317ABC" w:rsidRDefault="000C21D8" w:rsidP="000C21D8">
      <w:pPr>
        <w:tabs>
          <w:tab w:val="left" w:pos="1980"/>
        </w:tabs>
      </w:pPr>
    </w:p>
    <w:p w14:paraId="46095138" w14:textId="26431302" w:rsidR="000C21D8" w:rsidRPr="00317ABC" w:rsidRDefault="000C21D8" w:rsidP="000C21D8">
      <w:pPr>
        <w:tabs>
          <w:tab w:val="left" w:pos="1980"/>
        </w:tabs>
      </w:pPr>
    </w:p>
    <w:p w14:paraId="6E7DBA17" w14:textId="226FD21B" w:rsidR="000C21D8" w:rsidRPr="00317ABC" w:rsidRDefault="000C21D8" w:rsidP="000C21D8">
      <w:pPr>
        <w:jc w:val="center"/>
        <w:rPr>
          <w:b/>
        </w:rPr>
      </w:pPr>
    </w:p>
    <w:p w14:paraId="68590202" w14:textId="272A0DE8" w:rsidR="000C21D8" w:rsidRPr="00317ABC" w:rsidRDefault="000C21D8" w:rsidP="000C21D8">
      <w:pPr>
        <w:ind w:left="1440" w:firstLine="720"/>
        <w:rPr>
          <w:b/>
        </w:rPr>
      </w:pPr>
      <w:r w:rsidRPr="00317ABC">
        <w:rPr>
          <w:b/>
        </w:rPr>
        <w:t xml:space="preserve">       (c) </w:t>
      </w:r>
      <w:r w:rsidRPr="00317ABC">
        <w:rPr>
          <w:b/>
        </w:rPr>
        <w:tab/>
      </w:r>
    </w:p>
    <w:p w14:paraId="39AEF818" w14:textId="6687A4DB" w:rsidR="000C21D8" w:rsidRPr="00317ABC" w:rsidRDefault="000C21D8" w:rsidP="000C21D8">
      <w:pPr>
        <w:tabs>
          <w:tab w:val="left" w:pos="1980"/>
        </w:tabs>
      </w:pPr>
    </w:p>
    <w:p w14:paraId="087083BE" w14:textId="3196C038" w:rsidR="000C21D8" w:rsidRPr="00317ABC" w:rsidRDefault="000C21D8" w:rsidP="000C21D8">
      <w:pPr>
        <w:tabs>
          <w:tab w:val="left" w:pos="1980"/>
        </w:tabs>
      </w:pPr>
    </w:p>
    <w:p w14:paraId="5F7ACD63" w14:textId="134E59B3" w:rsidR="000C21D8" w:rsidRPr="00317ABC" w:rsidRDefault="000C21D8" w:rsidP="000C21D8">
      <w:pPr>
        <w:tabs>
          <w:tab w:val="left" w:pos="1980"/>
        </w:tabs>
      </w:pPr>
    </w:p>
    <w:p w14:paraId="0526461B" w14:textId="37F24ED1" w:rsidR="000C21D8" w:rsidRPr="00317ABC" w:rsidRDefault="00317ABC" w:rsidP="000C21D8">
      <w:pPr>
        <w:tabs>
          <w:tab w:val="left" w:pos="1980"/>
        </w:tabs>
      </w:pPr>
      <w:r>
        <w:rPr>
          <w:noProof/>
        </w:rPr>
        <mc:AlternateContent>
          <mc:Choice Requires="wps">
            <w:drawing>
              <wp:anchor distT="0" distB="0" distL="114300" distR="114300" simplePos="0" relativeHeight="251696128" behindDoc="0" locked="0" layoutInCell="1" allowOverlap="1" wp14:anchorId="2A480D82" wp14:editId="1A1AD7E8">
                <wp:simplePos x="0" y="0"/>
                <wp:positionH relativeFrom="column">
                  <wp:posOffset>3867912</wp:posOffset>
                </wp:positionH>
                <wp:positionV relativeFrom="paragraph">
                  <wp:posOffset>327660</wp:posOffset>
                </wp:positionV>
                <wp:extent cx="482600" cy="246888"/>
                <wp:effectExtent l="0" t="0" r="0" b="0"/>
                <wp:wrapNone/>
                <wp:docPr id="8" name="Text Box 8"/>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2E8D964B" w14:textId="2C430DF8" w:rsidR="00317ABC" w:rsidRPr="00317ABC" w:rsidRDefault="00317ABC" w:rsidP="00317ABC">
                            <w:pPr>
                              <w:rPr>
                                <w:b/>
                                <w:bCs/>
                                <w:sz w:val="22"/>
                                <w:szCs w:val="21"/>
                              </w:rPr>
                            </w:pPr>
                            <w:r w:rsidRPr="00317ABC">
                              <w:rPr>
                                <w:b/>
                                <w:bCs/>
                                <w:sz w:val="22"/>
                                <w:szCs w:val="21"/>
                              </w:rPr>
                              <w:t>(</w:t>
                            </w:r>
                            <w:r>
                              <w:rPr>
                                <w:b/>
                                <w:bCs/>
                                <w:sz w:val="22"/>
                                <w:szCs w:val="21"/>
                              </w:rPr>
                              <w:t>f</w:t>
                            </w:r>
                            <w:r w:rsidRPr="00317ABC">
                              <w:rPr>
                                <w:b/>
                                <w:bCs/>
                                <w:sz w:val="22"/>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480D82" id="Text Box 8" o:spid="_x0000_s1032" type="#_x0000_t202" style="position:absolute;margin-left:304.55pt;margin-top:25.8pt;width:38pt;height:1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" fillcolor="white [3201]" stroked="f" strokeweight=".5pt">
                <v:textbox>
                  <w:txbxContent>
                    <w:p w14:paraId="2E8D964B" w14:textId="2C430DF8" w:rsidR="00317ABC" w:rsidRPr="00317ABC" w:rsidRDefault="00317ABC" w:rsidP="00317ABC">
                      <w:pPr>
                        <w:rPr>
                          <w:b/>
                          <w:bCs/>
                          <w:sz w:val="22"/>
                          <w:szCs w:val="21"/>
                        </w:rPr>
                      </w:pPr>
                      <w:r w:rsidRPr="00317ABC">
                        <w:rPr>
                          <w:b/>
                          <w:bCs/>
                          <w:sz w:val="22"/>
                          <w:szCs w:val="21"/>
                        </w:rPr>
                        <w:t>(</w:t>
                      </w:r>
                      <w:r>
                        <w:rPr>
                          <w:b/>
                          <w:bCs/>
                          <w:sz w:val="22"/>
                          <w:szCs w:val="21"/>
                        </w:rPr>
                        <w:t>f</w:t>
                      </w:r>
                      <w:r w:rsidRPr="00317ABC">
                        <w:rPr>
                          <w:b/>
                          <w:bCs/>
                          <w:sz w:val="22"/>
                          <w:szCs w:val="21"/>
                        </w:rPr>
                        <w:t>)</w:t>
                      </w:r>
                    </w:p>
                  </w:txbxContent>
                </v:textbox>
              </v:shape>
            </w:pict>
          </mc:Fallback>
        </mc:AlternateContent>
      </w:r>
    </w:p>
    <w:p w14:paraId="132576E9" w14:textId="78C26AD8" w:rsidR="000C21D8" w:rsidRPr="00317ABC" w:rsidRDefault="00317ABC" w:rsidP="000C21D8">
      <w:pPr>
        <w:tabs>
          <w:tab w:val="left" w:pos="1980"/>
        </w:tabs>
      </w:pPr>
      <w:r>
        <w:rPr>
          <w:noProof/>
        </w:rPr>
        <mc:AlternateContent>
          <mc:Choice Requires="wps">
            <w:drawing>
              <wp:anchor distT="0" distB="0" distL="114300" distR="114300" simplePos="0" relativeHeight="251694080" behindDoc="0" locked="0" layoutInCell="1" allowOverlap="1" wp14:anchorId="6FA78EFD" wp14:editId="24BC60D3">
                <wp:simplePos x="0" y="0"/>
                <wp:positionH relativeFrom="column">
                  <wp:posOffset>1417320</wp:posOffset>
                </wp:positionH>
                <wp:positionV relativeFrom="paragraph">
                  <wp:posOffset>32131</wp:posOffset>
                </wp:positionV>
                <wp:extent cx="482600" cy="246888"/>
                <wp:effectExtent l="0" t="0" r="0" b="0"/>
                <wp:wrapNone/>
                <wp:docPr id="7" name="Text Box 7"/>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0697B956" w14:textId="7FDB52DD" w:rsidR="00317ABC" w:rsidRPr="00317ABC" w:rsidRDefault="00317ABC" w:rsidP="00317ABC">
                            <w:pPr>
                              <w:rPr>
                                <w:b/>
                                <w:bCs/>
                                <w:sz w:val="22"/>
                                <w:szCs w:val="21"/>
                              </w:rPr>
                            </w:pPr>
                            <w:r w:rsidRPr="00317ABC">
                              <w:rPr>
                                <w:b/>
                                <w:bCs/>
                                <w:sz w:val="22"/>
                                <w:szCs w:val="21"/>
                              </w:rPr>
                              <w:t>(</w:t>
                            </w:r>
                            <w:r>
                              <w:rPr>
                                <w:b/>
                                <w:bCs/>
                                <w:sz w:val="22"/>
                                <w:szCs w:val="21"/>
                              </w:rPr>
                              <w:t>e</w:t>
                            </w:r>
                            <w:r w:rsidRPr="00317ABC">
                              <w:rPr>
                                <w:b/>
                                <w:bCs/>
                                <w:sz w:val="22"/>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A78EFD" id="Text Box 7" o:spid="_x0000_s1033" type="#_x0000_t202" style="position:absolute;margin-left:111.6pt;margin-top:2.55pt;width:38pt;height:1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" fillcolor="white [3201]" stroked="f" strokeweight=".5pt">
                <v:textbox>
                  <w:txbxContent>
                    <w:p w14:paraId="0697B956" w14:textId="7FDB52DD" w:rsidR="00317ABC" w:rsidRPr="00317ABC" w:rsidRDefault="00317ABC" w:rsidP="00317ABC">
                      <w:pPr>
                        <w:rPr>
                          <w:b/>
                          <w:bCs/>
                          <w:sz w:val="22"/>
                          <w:szCs w:val="21"/>
                        </w:rPr>
                      </w:pPr>
                      <w:r w:rsidRPr="00317ABC">
                        <w:rPr>
                          <w:b/>
                          <w:bCs/>
                          <w:sz w:val="22"/>
                          <w:szCs w:val="21"/>
                        </w:rPr>
                        <w:t>(</w:t>
                      </w:r>
                      <w:r>
                        <w:rPr>
                          <w:b/>
                          <w:bCs/>
                          <w:sz w:val="22"/>
                          <w:szCs w:val="21"/>
                        </w:rPr>
                        <w:t>e</w:t>
                      </w:r>
                      <w:r w:rsidRPr="00317ABC">
                        <w:rPr>
                          <w:b/>
                          <w:bCs/>
                          <w:sz w:val="22"/>
                          <w:szCs w:val="21"/>
                        </w:rPr>
                        <w:t>)</w:t>
                      </w:r>
                    </w:p>
                  </w:txbxContent>
                </v:textbox>
              </v:shape>
            </w:pict>
          </mc:Fallback>
        </mc:AlternateContent>
      </w:r>
      <w:r w:rsidRPr="00317ABC">
        <w:rPr>
          <w:noProof/>
        </w:rPr>
        <mc:AlternateContent>
          <mc:Choice Requires="wps">
            <w:drawing>
              <wp:anchor distT="0" distB="0" distL="114300" distR="114300" simplePos="0" relativeHeight="251669504" behindDoc="0" locked="0" layoutInCell="1" allowOverlap="1" wp14:anchorId="250008C3" wp14:editId="6894DBB2">
                <wp:simplePos x="0" y="0"/>
                <wp:positionH relativeFrom="column">
                  <wp:posOffset>619379</wp:posOffset>
                </wp:positionH>
                <wp:positionV relativeFrom="paragraph">
                  <wp:posOffset>441325</wp:posOffset>
                </wp:positionV>
                <wp:extent cx="4687570" cy="716280"/>
                <wp:effectExtent l="0" t="0" r="0" b="0"/>
                <wp:wrapNone/>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757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6E7F" w14:textId="0061900D" w:rsidR="000C21D8" w:rsidRPr="00317ABC" w:rsidRDefault="00317ABC" w:rsidP="000C21D8">
                            <w:pPr>
                              <w:pStyle w:val="NormalWeb"/>
                              <w:spacing w:before="0" w:beforeAutospacing="0" w:after="0" w:afterAutospacing="0"/>
                              <w:ind w:left="1080" w:hanging="1080"/>
                              <w:jc w:val="both"/>
                              <w:rPr>
                                <w:b/>
                                <w:bCs/>
                                <w:kern w:val="24"/>
                                <w:sz w:val="22"/>
                                <w:szCs w:val="22"/>
                              </w:rPr>
                            </w:pPr>
                            <w:r w:rsidRPr="00317ABC">
                              <w:rPr>
                                <w:b/>
                                <w:bCs/>
                                <w:kern w:val="24"/>
                                <w:sz w:val="22"/>
                                <w:szCs w:val="22"/>
                              </w:rPr>
                              <w:t>Figure 03</w:t>
                            </w:r>
                            <w:r w:rsidR="000C21D8" w:rsidRPr="00317ABC">
                              <w:rPr>
                                <w:b/>
                                <w:bCs/>
                                <w:kern w:val="24"/>
                                <w:sz w:val="22"/>
                                <w:szCs w:val="22"/>
                              </w:rPr>
                              <w:t>:</w:t>
                            </w:r>
                            <w:r w:rsidR="000C21D8" w:rsidRPr="00317ABC">
                              <w:rPr>
                                <w:b/>
                                <w:bCs/>
                                <w:kern w:val="24"/>
                                <w:sz w:val="22"/>
                                <w:szCs w:val="22"/>
                              </w:rPr>
                              <w:tab/>
                              <w:t xml:space="preserve">Different types of nasal discharge in respiratory tract diseases in dog: (a) serous (b) </w:t>
                            </w:r>
                            <w:proofErr w:type="spellStart"/>
                            <w:r w:rsidR="000C21D8" w:rsidRPr="00317ABC">
                              <w:rPr>
                                <w:b/>
                                <w:bCs/>
                                <w:kern w:val="24"/>
                                <w:sz w:val="22"/>
                                <w:szCs w:val="22"/>
                              </w:rPr>
                              <w:t>sero</w:t>
                            </w:r>
                            <w:proofErr w:type="spellEnd"/>
                            <w:r w:rsidR="000C21D8" w:rsidRPr="00317ABC">
                              <w:rPr>
                                <w:b/>
                                <w:bCs/>
                                <w:kern w:val="24"/>
                                <w:sz w:val="22"/>
                                <w:szCs w:val="22"/>
                              </w:rPr>
                              <w:t xml:space="preserve">-mucoid (c) mucoid (d) muco-purulent (e) muco-sanguineous and (f) </w:t>
                            </w:r>
                            <w:proofErr w:type="spellStart"/>
                            <w:r w:rsidR="000C21D8" w:rsidRPr="00317ABC">
                              <w:rPr>
                                <w:b/>
                                <w:bCs/>
                                <w:kern w:val="24"/>
                                <w:sz w:val="22"/>
                                <w:szCs w:val="22"/>
                              </w:rPr>
                              <w:t>purulo</w:t>
                            </w:r>
                            <w:proofErr w:type="spellEnd"/>
                            <w:r w:rsidR="000C21D8" w:rsidRPr="00317ABC">
                              <w:rPr>
                                <w:b/>
                                <w:bCs/>
                                <w:kern w:val="24"/>
                                <w:sz w:val="22"/>
                                <w:szCs w:val="22"/>
                              </w:rPr>
                              <w:t xml:space="preserve">-sanguineous </w:t>
                            </w:r>
                          </w:p>
                          <w:p w14:paraId="5E9FE23D" w14:textId="77777777" w:rsidR="000C21D8" w:rsidRPr="00317ABC" w:rsidRDefault="000C21D8" w:rsidP="000C21D8">
                            <w:pPr>
                              <w:pStyle w:val="NormalWeb"/>
                              <w:spacing w:before="0" w:beforeAutospacing="0" w:after="0" w:afterAutospacing="0"/>
                              <w:ind w:left="994" w:hanging="4"/>
                              <w:jc w:val="both"/>
                              <w:rPr>
                                <w:b/>
                                <w:bCs/>
                                <w:kern w:val="24"/>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0008C3" id="Rectangle 21" o:spid="_x0000_s1034" style="position:absolute;margin-left:48.75pt;margin-top:34.75pt;width:369.1pt;height:5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" filled="f" stroked="f">
                <v:path arrowok="t"/>
                <v:textbox inset="0,0,0,0">
                  <w:txbxContent>
                    <w:p w14:paraId="46D46E7F" w14:textId="0061900D" w:rsidR="000C21D8" w:rsidRPr="00317ABC" w:rsidRDefault="00317ABC" w:rsidP="000C21D8">
                      <w:pPr>
                        <w:pStyle w:val="NormalWeb"/>
                        <w:spacing w:before="0" w:beforeAutospacing="0" w:after="0" w:afterAutospacing="0"/>
                        <w:ind w:left="1080" w:hanging="1080"/>
                        <w:jc w:val="both"/>
                        <w:rPr>
                          <w:b/>
                          <w:bCs/>
                          <w:kern w:val="24"/>
                          <w:sz w:val="22"/>
                          <w:szCs w:val="22"/>
                        </w:rPr>
                      </w:pPr>
                      <w:r w:rsidRPr="00317ABC">
                        <w:rPr>
                          <w:b/>
                          <w:bCs/>
                          <w:kern w:val="24"/>
                          <w:sz w:val="22"/>
                          <w:szCs w:val="22"/>
                        </w:rPr>
                        <w:t>Figure 03</w:t>
                      </w:r>
                      <w:r w:rsidR="000C21D8" w:rsidRPr="00317ABC">
                        <w:rPr>
                          <w:b/>
                          <w:bCs/>
                          <w:kern w:val="24"/>
                          <w:sz w:val="22"/>
                          <w:szCs w:val="22"/>
                        </w:rPr>
                        <w:t>:</w:t>
                      </w:r>
                      <w:r w:rsidR="000C21D8" w:rsidRPr="00317ABC">
                        <w:rPr>
                          <w:b/>
                          <w:bCs/>
                          <w:kern w:val="24"/>
                          <w:sz w:val="22"/>
                          <w:szCs w:val="22"/>
                        </w:rPr>
                        <w:tab/>
                        <w:t xml:space="preserve">Different types of nasal discharge in respiratory tract diseases in dog: (a) serous (b) sero-mucoid (c) mucoid (d) muco-purulent (e) muco-sanguineous and (f) purulo-sanguineous </w:t>
                      </w:r>
                    </w:p>
                    <w:p w14:paraId="5E9FE23D" w14:textId="77777777" w:rsidR="000C21D8" w:rsidRPr="00317ABC" w:rsidRDefault="000C21D8" w:rsidP="000C21D8">
                      <w:pPr>
                        <w:pStyle w:val="NormalWeb"/>
                        <w:spacing w:before="0" w:beforeAutospacing="0" w:after="0" w:afterAutospacing="0"/>
                        <w:ind w:left="994" w:hanging="4"/>
                        <w:jc w:val="both"/>
                        <w:rPr>
                          <w:b/>
                          <w:bCs/>
                          <w:kern w:val="24"/>
                          <w:sz w:val="22"/>
                          <w:szCs w:val="22"/>
                        </w:rPr>
                      </w:pPr>
                    </w:p>
                  </w:txbxContent>
                </v:textbox>
              </v:rect>
            </w:pict>
          </mc:Fallback>
        </mc:AlternateContent>
      </w:r>
    </w:p>
    <w:p w14:paraId="1F4F723B" w14:textId="421208C2" w:rsidR="000C21D8" w:rsidRPr="00317ABC" w:rsidRDefault="000C21D8" w:rsidP="000C21D8">
      <w:pPr>
        <w:tabs>
          <w:tab w:val="left" w:pos="1980"/>
        </w:tabs>
      </w:pPr>
    </w:p>
    <w:p w14:paraId="73B24AA5" w14:textId="747496A9" w:rsidR="000C21D8" w:rsidRPr="00317ABC" w:rsidRDefault="000C21D8" w:rsidP="000C21D8">
      <w:pPr>
        <w:tabs>
          <w:tab w:val="left" w:pos="1980"/>
        </w:tabs>
      </w:pPr>
    </w:p>
    <w:p w14:paraId="19E68571" w14:textId="4A11F715" w:rsidR="000C21D8" w:rsidRPr="00317ABC" w:rsidRDefault="000C21D8" w:rsidP="000C21D8">
      <w:pPr>
        <w:tabs>
          <w:tab w:val="left" w:pos="1980"/>
        </w:tabs>
      </w:pPr>
    </w:p>
    <w:p w14:paraId="5306F112" w14:textId="250A829E" w:rsidR="000C21D8" w:rsidRPr="00317ABC" w:rsidRDefault="000C21D8" w:rsidP="00282661">
      <w:pPr>
        <w:jc w:val="both"/>
      </w:pPr>
    </w:p>
    <w:p w14:paraId="2D6C81C5" w14:textId="678EEFDF" w:rsidR="000C21D8" w:rsidRPr="00317ABC" w:rsidRDefault="00130B13" w:rsidP="00282661">
      <w:pPr>
        <w:jc w:val="both"/>
      </w:pPr>
      <w:r w:rsidRPr="00317ABC">
        <w:rPr>
          <w:noProof/>
        </w:rPr>
        <w:drawing>
          <wp:anchor distT="0" distB="0" distL="114300" distR="114300" simplePos="0" relativeHeight="251674624" behindDoc="0" locked="0" layoutInCell="1" allowOverlap="1" wp14:anchorId="5A1C4EE5" wp14:editId="4A3EEDC1">
            <wp:simplePos x="0" y="0"/>
            <wp:positionH relativeFrom="page">
              <wp:posOffset>-133350</wp:posOffset>
            </wp:positionH>
            <wp:positionV relativeFrom="paragraph">
              <wp:posOffset>282575</wp:posOffset>
            </wp:positionV>
            <wp:extent cx="2324100" cy="1545428"/>
            <wp:effectExtent l="19050" t="19050" r="19050" b="17145"/>
            <wp:wrapNone/>
            <wp:docPr id="53" name="Picture 2">
              <a:extLst xmlns:a="http://schemas.openxmlformats.org/drawingml/2006/main">
                <a:ext uri="{FF2B5EF4-FFF2-40B4-BE49-F238E27FC236}">
                  <a16:creationId xmlns:a16="http://schemas.microsoft.com/office/drawing/2014/main" id="{26685A84-BF50-3E4F-9F12-9D249A209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6685A84-BF50-3E4F-9F12-9D249A20903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2419" b="8368"/>
                    <a:stretch/>
                  </pic:blipFill>
                  <pic:spPr bwMode="auto">
                    <a:xfrm>
                      <a:off x="0" y="0"/>
                      <a:ext cx="2324100" cy="15454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2A677" w14:textId="1A8B281F" w:rsidR="000C21D8" w:rsidRPr="00317ABC" w:rsidRDefault="00130B13">
      <w:r w:rsidRPr="00317ABC">
        <w:rPr>
          <w:noProof/>
        </w:rPr>
        <w:drawing>
          <wp:anchor distT="0" distB="0" distL="114300" distR="114300" simplePos="0" relativeHeight="251667456" behindDoc="0" locked="0" layoutInCell="1" allowOverlap="1" wp14:anchorId="3B9A104D" wp14:editId="2E60C86F">
            <wp:simplePos x="0" y="0"/>
            <wp:positionH relativeFrom="column">
              <wp:posOffset>1188720</wp:posOffset>
            </wp:positionH>
            <wp:positionV relativeFrom="paragraph">
              <wp:posOffset>248920</wp:posOffset>
            </wp:positionV>
            <wp:extent cx="2178050" cy="2178050"/>
            <wp:effectExtent l="19050" t="19050" r="0" b="0"/>
            <wp:wrapNone/>
            <wp:docPr id="42" name="Picture 6">
              <a:extLst xmlns:a="http://schemas.openxmlformats.org/drawingml/2006/main">
                <a:ext uri="{FF2B5EF4-FFF2-40B4-BE49-F238E27FC236}">
                  <a16:creationId xmlns:a16="http://schemas.microsoft.com/office/drawing/2014/main" id="{5278066B-A32C-6B4D-B0B4-9D9616543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278066B-A32C-6B4D-B0B4-9D9616543C26}"/>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1" t="25791" r="21311" b="35642"/>
                    <a:stretch/>
                  </pic:blipFill>
                  <pic:spPr bwMode="auto">
                    <a:xfrm>
                      <a:off x="0" y="0"/>
                      <a:ext cx="2178050" cy="2178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noProof/>
        </w:rPr>
        <w:drawing>
          <wp:anchor distT="0" distB="0" distL="114300" distR="114300" simplePos="0" relativeHeight="251680768" behindDoc="0" locked="0" layoutInCell="1" allowOverlap="1" wp14:anchorId="73EC9BD2" wp14:editId="49E4921C">
            <wp:simplePos x="0" y="0"/>
            <wp:positionH relativeFrom="column">
              <wp:posOffset>-999490</wp:posOffset>
            </wp:positionH>
            <wp:positionV relativeFrom="paragraph">
              <wp:posOffset>2459990</wp:posOffset>
            </wp:positionV>
            <wp:extent cx="2552065" cy="2317750"/>
            <wp:effectExtent l="12700" t="12700" r="13335" b="19050"/>
            <wp:wrapNone/>
            <wp:docPr id="59" name="Picture 2">
              <a:extLst xmlns:a="http://schemas.openxmlformats.org/drawingml/2006/main">
                <a:ext uri="{FF2B5EF4-FFF2-40B4-BE49-F238E27FC236}">
                  <a16:creationId xmlns:a16="http://schemas.microsoft.com/office/drawing/2014/main" id="{874D6CF4-386B-A041-8310-FC6F93707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74D6CF4-386B-A041-8310-FC6F93707EE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733" t="7960" r="16275" b="2767"/>
                    <a:stretch/>
                  </pic:blipFill>
                  <pic:spPr bwMode="auto">
                    <a:xfrm>
                      <a:off x="0" y="0"/>
                      <a:ext cx="2552065" cy="2317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noProof/>
        </w:rPr>
        <w:drawing>
          <wp:anchor distT="0" distB="0" distL="114300" distR="114300" simplePos="0" relativeHeight="251672576" behindDoc="0" locked="0" layoutInCell="1" allowOverlap="1" wp14:anchorId="5CA1D42B" wp14:editId="3C19AE4B">
            <wp:simplePos x="0" y="0"/>
            <wp:positionH relativeFrom="column">
              <wp:posOffset>3343275</wp:posOffset>
            </wp:positionH>
            <wp:positionV relativeFrom="paragraph">
              <wp:posOffset>1635760</wp:posOffset>
            </wp:positionV>
            <wp:extent cx="2378075" cy="1308100"/>
            <wp:effectExtent l="19050" t="19050" r="22225" b="25400"/>
            <wp:wrapSquare wrapText="bothSides"/>
            <wp:docPr id="45" name="Picture 2">
              <a:extLst xmlns:a="http://schemas.openxmlformats.org/drawingml/2006/main">
                <a:ext uri="{FF2B5EF4-FFF2-40B4-BE49-F238E27FC236}">
                  <a16:creationId xmlns:a16="http://schemas.microsoft.com/office/drawing/2014/main" id="{AFEEF36F-4AA7-CA43-9281-D1E3DF1A0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EEF36F-4AA7-CA43-9281-D1E3DF1A04E4}"/>
                        </a:ext>
                      </a:extLst>
                    </pic:cNvPr>
                    <pic:cNvPicPr>
                      <a:picLocks noChangeAspect="1"/>
                    </pic:cNvPicPr>
                  </pic:nvPicPr>
                  <pic:blipFill rotWithShape="1">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t="19628" r="14186" b="41798"/>
                    <a:stretch/>
                  </pic:blipFill>
                  <pic:spPr bwMode="auto">
                    <a:xfrm>
                      <a:off x="0" y="0"/>
                      <a:ext cx="2378075" cy="1308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5EF">
        <w:rPr>
          <w:noProof/>
        </w:rPr>
        <w:drawing>
          <wp:anchor distT="0" distB="0" distL="114300" distR="114300" simplePos="0" relativeHeight="251711488" behindDoc="0" locked="0" layoutInCell="1" allowOverlap="1" wp14:anchorId="48AC5179" wp14:editId="20F40E29">
            <wp:simplePos x="0" y="0"/>
            <wp:positionH relativeFrom="page">
              <wp:posOffset>4791075</wp:posOffset>
            </wp:positionH>
            <wp:positionV relativeFrom="paragraph">
              <wp:posOffset>29210</wp:posOffset>
            </wp:positionV>
            <wp:extent cx="2313305" cy="1375410"/>
            <wp:effectExtent l="19050" t="19050" r="10795" b="152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3305" cy="1375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17ABC">
        <w:rPr>
          <w:noProof/>
        </w:rPr>
        <mc:AlternateContent>
          <mc:Choice Requires="wps">
            <w:drawing>
              <wp:anchor distT="0" distB="0" distL="114300" distR="114300" simplePos="0" relativeHeight="251706368" behindDoc="0" locked="0" layoutInCell="1" allowOverlap="1" wp14:anchorId="6757A6FB" wp14:editId="3699522D">
                <wp:simplePos x="0" y="0"/>
                <wp:positionH relativeFrom="column">
                  <wp:posOffset>3066446</wp:posOffset>
                </wp:positionH>
                <wp:positionV relativeFrom="paragraph">
                  <wp:posOffset>5312120</wp:posOffset>
                </wp:positionV>
                <wp:extent cx="2481580" cy="635"/>
                <wp:effectExtent l="0" t="0" r="0" b="12065"/>
                <wp:wrapNone/>
                <wp:docPr id="12" name="Text Box 12"/>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307F95F9" w14:textId="1D505B2E"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Figure 07: Epistaxis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57A6FB" id="Text Box 12" o:spid="_x0000_s1035" type="#_x0000_t202" style="position:absolute;margin-left:241.45pt;margin-top:418.3pt;width:195.4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" stroked="f">
                <v:textbox style="mso-fit-shape-to-text:t" inset="0,0,0,0">
                  <w:txbxContent>
                    <w:p w14:paraId="307F95F9" w14:textId="1D505B2E"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Figure 07: Epistaxis</w:t>
                      </w:r>
                    </w:p>
                  </w:txbxContent>
                </v:textbox>
              </v:shape>
            </w:pict>
          </mc:Fallback>
        </mc:AlternateContent>
      </w:r>
      <w:r w:rsidR="00317ABC">
        <w:rPr>
          <w:noProof/>
        </w:rPr>
        <mc:AlternateContent>
          <mc:Choice Requires="wps">
            <w:drawing>
              <wp:anchor distT="0" distB="0" distL="114300" distR="114300" simplePos="0" relativeHeight="251704320" behindDoc="0" locked="0" layoutInCell="1" allowOverlap="1" wp14:anchorId="59EFDA29" wp14:editId="1096A33E">
                <wp:simplePos x="0" y="0"/>
                <wp:positionH relativeFrom="column">
                  <wp:posOffset>175907</wp:posOffset>
                </wp:positionH>
                <wp:positionV relativeFrom="paragraph">
                  <wp:posOffset>5387766</wp:posOffset>
                </wp:positionV>
                <wp:extent cx="2481580" cy="6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062C5DA2" w14:textId="71A70BE0"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Figure 06: Coughing with retching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EFDA29" id="Text Box 11" o:spid="_x0000_s1036" type="#_x0000_t202" style="position:absolute;margin-left:13.85pt;margin-top:424.25pt;width:195.4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" stroked="f">
                <v:textbox style="mso-fit-shape-to-text:t" inset="0,0,0,0">
                  <w:txbxContent>
                    <w:p w14:paraId="062C5DA2" w14:textId="71A70BE0"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Figure 06: Coughing with retching</w:t>
                      </w:r>
                    </w:p>
                  </w:txbxContent>
                </v:textbox>
              </v:shape>
            </w:pict>
          </mc:Fallback>
        </mc:AlternateContent>
      </w:r>
      <w:r w:rsidR="00317ABC">
        <w:rPr>
          <w:noProof/>
        </w:rPr>
        <mc:AlternateContent>
          <mc:Choice Requires="wps">
            <w:drawing>
              <wp:anchor distT="0" distB="0" distL="114300" distR="114300" simplePos="0" relativeHeight="251702272" behindDoc="0" locked="0" layoutInCell="1" allowOverlap="1" wp14:anchorId="4ADD5CCB" wp14:editId="7D82A903">
                <wp:simplePos x="0" y="0"/>
                <wp:positionH relativeFrom="column">
                  <wp:posOffset>2964741</wp:posOffset>
                </wp:positionH>
                <wp:positionV relativeFrom="paragraph">
                  <wp:posOffset>1881782</wp:posOffset>
                </wp:positionV>
                <wp:extent cx="2481580" cy="635"/>
                <wp:effectExtent l="0" t="0" r="0" b="12065"/>
                <wp:wrapNone/>
                <wp:docPr id="10" name="Text Box 10"/>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08119367" w14:textId="77CBD8D4"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 xml:space="preserve">Figure 05: </w:t>
                            </w:r>
                            <w:r w:rsidR="00B37A14">
                              <w:rPr>
                                <w:color w:val="000000" w:themeColor="text1"/>
                                <w:sz w:val="22"/>
                                <w:szCs w:val="22"/>
                              </w:rPr>
                              <w:t>Cyanotic tongue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DD5CCB" id="Text Box 10" o:spid="_x0000_s1037" type="#_x0000_t202" style="position:absolute;margin-left:233.45pt;margin-top:148.15pt;width:195.4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" stroked="f">
                <v:textbox style="mso-fit-shape-to-text:t" inset="0,0,0,0">
                  <w:txbxContent>
                    <w:p w14:paraId="08119367" w14:textId="77CBD8D4"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 xml:space="preserve">Figure 05: </w:t>
                      </w:r>
                      <w:r w:rsidR="00B37A14">
                        <w:rPr>
                          <w:color w:val="000000" w:themeColor="text1"/>
                          <w:sz w:val="22"/>
                          <w:szCs w:val="22"/>
                        </w:rPr>
                        <w:t>Cyanotic tongue</w:t>
                      </w:r>
                    </w:p>
                  </w:txbxContent>
                </v:textbox>
              </v:shape>
            </w:pict>
          </mc:Fallback>
        </mc:AlternateContent>
      </w:r>
      <w:r w:rsidR="00317ABC">
        <w:rPr>
          <w:noProof/>
        </w:rPr>
        <mc:AlternateContent>
          <mc:Choice Requires="wps">
            <w:drawing>
              <wp:anchor distT="0" distB="0" distL="114300" distR="114300" simplePos="0" relativeHeight="251700224" behindDoc="0" locked="0" layoutInCell="1" allowOverlap="1" wp14:anchorId="37AB67C5" wp14:editId="2D817DE5">
                <wp:simplePos x="0" y="0"/>
                <wp:positionH relativeFrom="column">
                  <wp:posOffset>255905</wp:posOffset>
                </wp:positionH>
                <wp:positionV relativeFrom="paragraph">
                  <wp:posOffset>1927114</wp:posOffset>
                </wp:positionV>
                <wp:extent cx="2481580" cy="6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06CE075E" w14:textId="6A4B4639"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Figure 04: Open mouth breathing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AB67C5" id="_x0000_t202" coordsize="21600,21600" o:spt="202" path="m,l,21600r21600,l21600,xe">
                <v:stroke joinstyle="miter"/>
                <v:path gradientshapeok="t" o:connecttype="rect"/>
              </v:shapetype>
              <v:shape id="Text Box 9" o:spid="_x0000_s1038" type="#_x0000_t202" style="position:absolute;margin-left:20.15pt;margin-top:151.75pt;width:195.4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" stroked="f">
                <v:textbox style="mso-fit-shape-to-text:t" inset="0,0,0,0">
                  <w:txbxContent>
                    <w:p w14:paraId="06CE075E" w14:textId="6A4B4639" w:rsidR="00317ABC" w:rsidRPr="000F654C" w:rsidRDefault="00317ABC" w:rsidP="00317ABC">
                      <w:pPr>
                        <w:pStyle w:val="Caption"/>
                        <w:ind w:left="709" w:hanging="709"/>
                        <w:rPr>
                          <w:rFonts w:cs="Times New Roman"/>
                          <w:noProof/>
                          <w:color w:val="000000" w:themeColor="text1"/>
                          <w:sz w:val="22"/>
                          <w:szCs w:val="22"/>
                        </w:rPr>
                      </w:pPr>
                      <w:r w:rsidRPr="000F654C">
                        <w:rPr>
                          <w:color w:val="000000" w:themeColor="text1"/>
                          <w:sz w:val="22"/>
                          <w:szCs w:val="22"/>
                        </w:rPr>
                        <w:t>Figure 04: Open mouth breathing</w:t>
                      </w:r>
                    </w:p>
                  </w:txbxContent>
                </v:textbox>
              </v:shape>
            </w:pict>
          </mc:Fallback>
        </mc:AlternateContent>
      </w:r>
      <w:r w:rsidR="000C21D8" w:rsidRPr="00317ABC">
        <w:br w:type="page"/>
      </w:r>
    </w:p>
    <w:p w14:paraId="0FAE973A" w14:textId="02B190E8" w:rsidR="000C21D8" w:rsidRPr="00317ABC" w:rsidRDefault="00317ABC" w:rsidP="00282661">
      <w:pPr>
        <w:jc w:val="both"/>
      </w:pPr>
      <w:r>
        <w:rPr>
          <w:noProof/>
        </w:rPr>
        <w:lastRenderedPageBreak/>
        <mc:AlternateContent>
          <mc:Choice Requires="wps">
            <w:drawing>
              <wp:anchor distT="0" distB="0" distL="114300" distR="114300" simplePos="0" relativeHeight="251710464" behindDoc="0" locked="0" layoutInCell="1" allowOverlap="1" wp14:anchorId="7110BBC4" wp14:editId="49D52565">
                <wp:simplePos x="0" y="0"/>
                <wp:positionH relativeFrom="column">
                  <wp:posOffset>519560</wp:posOffset>
                </wp:positionH>
                <wp:positionV relativeFrom="paragraph">
                  <wp:posOffset>3124471</wp:posOffset>
                </wp:positionV>
                <wp:extent cx="2481580" cy="635"/>
                <wp:effectExtent l="0" t="0" r="0" b="12065"/>
                <wp:wrapNone/>
                <wp:docPr id="14" name="Text Box 14"/>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53F197FF" w14:textId="715C73BB" w:rsidR="00317ABC" w:rsidRPr="00317ABC" w:rsidRDefault="00317ABC" w:rsidP="00317ABC">
                            <w:pPr>
                              <w:pStyle w:val="Caption"/>
                              <w:ind w:left="1134" w:hanging="1134"/>
                              <w:rPr>
                                <w:rFonts w:cs="Times New Roman"/>
                                <w:noProof/>
                                <w:color w:val="000000" w:themeColor="text1"/>
                                <w:sz w:val="22"/>
                                <w:szCs w:val="22"/>
                              </w:rPr>
                            </w:pPr>
                            <w:r w:rsidRPr="00317ABC">
                              <w:rPr>
                                <w:rFonts w:cs="Times New Roman"/>
                                <w:color w:val="000000" w:themeColor="text1"/>
                                <w:sz w:val="22"/>
                                <w:szCs w:val="22"/>
                              </w:rPr>
                              <w:t>Figure 0</w:t>
                            </w:r>
                            <w:r>
                              <w:rPr>
                                <w:rFonts w:cs="Times New Roman"/>
                                <w:color w:val="000000" w:themeColor="text1"/>
                                <w:sz w:val="22"/>
                                <w:szCs w:val="22"/>
                              </w:rPr>
                              <w:t>8</w:t>
                            </w:r>
                            <w:r w:rsidRPr="00317ABC">
                              <w:rPr>
                                <w:rFonts w:cs="Times New Roman"/>
                                <w:color w:val="000000" w:themeColor="text1"/>
                                <w:sz w:val="22"/>
                                <w:szCs w:val="22"/>
                              </w:rPr>
                              <w:t xml:space="preserve">: </w:t>
                            </w:r>
                            <w:r>
                              <w:rPr>
                                <w:rFonts w:cs="Times New Roman"/>
                                <w:color w:val="000000" w:themeColor="text1"/>
                                <w:kern w:val="24"/>
                                <w:sz w:val="22"/>
                                <w:szCs w:val="22"/>
                              </w:rPr>
                              <w:t>O</w:t>
                            </w:r>
                            <w:r w:rsidRPr="00317ABC">
                              <w:rPr>
                                <w:rFonts w:cs="Times New Roman"/>
                                <w:color w:val="000000" w:themeColor="text1"/>
                                <w:kern w:val="24"/>
                                <w:sz w:val="22"/>
                                <w:szCs w:val="22"/>
                              </w:rPr>
                              <w:t xml:space="preserve">rthopnea characterized by </w:t>
                            </w:r>
                            <w:r>
                              <w:rPr>
                                <w:rFonts w:cs="Times New Roman"/>
                                <w:color w:val="000000" w:themeColor="text1"/>
                                <w:kern w:val="24"/>
                                <w:sz w:val="22"/>
                                <w:szCs w:val="22"/>
                              </w:rPr>
                              <w:t>extended head and neck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10BBC4" id="Text Box 14" o:spid="_x0000_s1039" type="#_x0000_t202" style="position:absolute;left:0;text-align:left;margin-left:40.9pt;margin-top:246pt;width:195.4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" stroked="f">
                <v:textbox style="mso-fit-shape-to-text:t" inset="0,0,0,0">
                  <w:txbxContent>
                    <w:p w14:paraId="53F197FF" w14:textId="715C73BB" w:rsidR="00317ABC" w:rsidRPr="00317ABC" w:rsidRDefault="00317ABC" w:rsidP="00317ABC">
                      <w:pPr>
                        <w:pStyle w:val="Caption"/>
                        <w:ind w:left="1134" w:hanging="1134"/>
                        <w:rPr>
                          <w:rFonts w:cs="Times New Roman"/>
                          <w:noProof/>
                          <w:color w:val="000000" w:themeColor="text1"/>
                          <w:sz w:val="22"/>
                          <w:szCs w:val="22"/>
                        </w:rPr>
                      </w:pPr>
                      <w:r w:rsidRPr="00317ABC">
                        <w:rPr>
                          <w:rFonts w:cs="Times New Roman"/>
                          <w:color w:val="000000" w:themeColor="text1"/>
                          <w:sz w:val="22"/>
                          <w:szCs w:val="22"/>
                        </w:rPr>
                        <w:t>Figure 0</w:t>
                      </w:r>
                      <w:r>
                        <w:rPr>
                          <w:rFonts w:cs="Times New Roman"/>
                          <w:color w:val="000000" w:themeColor="text1"/>
                          <w:sz w:val="22"/>
                          <w:szCs w:val="22"/>
                        </w:rPr>
                        <w:t>8</w:t>
                      </w:r>
                      <w:r w:rsidRPr="00317ABC">
                        <w:rPr>
                          <w:rFonts w:cs="Times New Roman"/>
                          <w:color w:val="000000" w:themeColor="text1"/>
                          <w:sz w:val="22"/>
                          <w:szCs w:val="22"/>
                        </w:rPr>
                        <w:t xml:space="preserve">: </w:t>
                      </w:r>
                      <w:r>
                        <w:rPr>
                          <w:rFonts w:cs="Times New Roman"/>
                          <w:color w:val="000000" w:themeColor="text1"/>
                          <w:kern w:val="24"/>
                          <w:sz w:val="22"/>
                          <w:szCs w:val="22"/>
                        </w:rPr>
                        <w:t>O</w:t>
                      </w:r>
                      <w:r w:rsidRPr="00317ABC">
                        <w:rPr>
                          <w:rFonts w:cs="Times New Roman"/>
                          <w:color w:val="000000" w:themeColor="text1"/>
                          <w:kern w:val="24"/>
                          <w:sz w:val="22"/>
                          <w:szCs w:val="22"/>
                        </w:rPr>
                        <w:t xml:space="preserve">rthopnea characterized by </w:t>
                      </w:r>
                      <w:r>
                        <w:rPr>
                          <w:rFonts w:cs="Times New Roman"/>
                          <w:color w:val="000000" w:themeColor="text1"/>
                          <w:kern w:val="24"/>
                          <w:sz w:val="22"/>
                          <w:szCs w:val="22"/>
                        </w:rPr>
                        <w:t>extended head and neck</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A516B9C" wp14:editId="4446DFCA">
                <wp:simplePos x="0" y="0"/>
                <wp:positionH relativeFrom="column">
                  <wp:posOffset>-2600436</wp:posOffset>
                </wp:positionH>
                <wp:positionV relativeFrom="paragraph">
                  <wp:posOffset>3178206</wp:posOffset>
                </wp:positionV>
                <wp:extent cx="2481580" cy="635"/>
                <wp:effectExtent l="0" t="0" r="0" b="12065"/>
                <wp:wrapNone/>
                <wp:docPr id="13" name="Text Box 13"/>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411A5017" w14:textId="2BC238AD" w:rsidR="00317ABC" w:rsidRPr="00317ABC" w:rsidRDefault="00317ABC" w:rsidP="00317ABC">
                            <w:pPr>
                              <w:pStyle w:val="Caption"/>
                              <w:ind w:left="1134" w:hanging="1134"/>
                              <w:rPr>
                                <w:rFonts w:cs="Times New Roman"/>
                                <w:noProof/>
                                <w:color w:val="000000" w:themeColor="text1"/>
                                <w:sz w:val="22"/>
                                <w:szCs w:val="22"/>
                              </w:rPr>
                            </w:pPr>
                            <w:r w:rsidRPr="00317ABC">
                              <w:rPr>
                                <w:rFonts w:cs="Times New Roman"/>
                                <w:color w:val="000000" w:themeColor="text1"/>
                                <w:sz w:val="22"/>
                                <w:szCs w:val="22"/>
                              </w:rPr>
                              <w:t xml:space="preserve">Figure 07: </w:t>
                            </w:r>
                            <w:r>
                              <w:rPr>
                                <w:rFonts w:cs="Times New Roman"/>
                                <w:color w:val="000000" w:themeColor="text1"/>
                                <w:kern w:val="24"/>
                                <w:sz w:val="22"/>
                                <w:szCs w:val="22"/>
                              </w:rPr>
                              <w:t>O</w:t>
                            </w:r>
                            <w:r w:rsidRPr="00317ABC">
                              <w:rPr>
                                <w:rFonts w:cs="Times New Roman"/>
                                <w:color w:val="000000" w:themeColor="text1"/>
                                <w:kern w:val="24"/>
                                <w:sz w:val="22"/>
                                <w:szCs w:val="22"/>
                              </w:rPr>
                              <w:t>rthopnea characterized by abducted elbow</w:t>
                            </w:r>
                            <w:r w:rsidRPr="00317ABC">
                              <w:rPr>
                                <w:rFonts w:cs="Times New Roman"/>
                                <w:color w:val="000000" w:themeColor="text1"/>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516B9C" id="Text Box 13" o:spid="_x0000_s1040" type="#_x0000_t202" style="position:absolute;left:0;text-align:left;margin-left:-204.75pt;margin-top:250.25pt;width:195.4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" stroked="f">
                <v:textbox style="mso-fit-shape-to-text:t" inset="0,0,0,0">
                  <w:txbxContent>
                    <w:p w14:paraId="411A5017" w14:textId="2BC238AD" w:rsidR="00317ABC" w:rsidRPr="00317ABC" w:rsidRDefault="00317ABC" w:rsidP="00317ABC">
                      <w:pPr>
                        <w:pStyle w:val="Caption"/>
                        <w:ind w:left="1134" w:hanging="1134"/>
                        <w:rPr>
                          <w:rFonts w:cs="Times New Roman"/>
                          <w:noProof/>
                          <w:color w:val="000000" w:themeColor="text1"/>
                          <w:sz w:val="22"/>
                          <w:szCs w:val="22"/>
                        </w:rPr>
                      </w:pPr>
                      <w:r w:rsidRPr="00317ABC">
                        <w:rPr>
                          <w:rFonts w:cs="Times New Roman"/>
                          <w:color w:val="000000" w:themeColor="text1"/>
                          <w:sz w:val="22"/>
                          <w:szCs w:val="22"/>
                        </w:rPr>
                        <w:t xml:space="preserve">Figure 07: </w:t>
                      </w:r>
                      <w:r>
                        <w:rPr>
                          <w:rFonts w:cs="Times New Roman"/>
                          <w:color w:val="000000" w:themeColor="text1"/>
                          <w:kern w:val="24"/>
                          <w:sz w:val="22"/>
                          <w:szCs w:val="22"/>
                        </w:rPr>
                        <w:t>O</w:t>
                      </w:r>
                      <w:r w:rsidRPr="00317ABC">
                        <w:rPr>
                          <w:rFonts w:cs="Times New Roman"/>
                          <w:color w:val="000000" w:themeColor="text1"/>
                          <w:kern w:val="24"/>
                          <w:sz w:val="22"/>
                          <w:szCs w:val="22"/>
                        </w:rPr>
                        <w:t>rthopnea characterized by abducted elbow</w:t>
                      </w:r>
                      <w:r w:rsidRPr="00317ABC">
                        <w:rPr>
                          <w:rFonts w:cs="Times New Roman"/>
                          <w:color w:val="000000" w:themeColor="text1"/>
                          <w:sz w:val="22"/>
                          <w:szCs w:val="22"/>
                        </w:rPr>
                        <w:t xml:space="preserve"> </w:t>
                      </w:r>
                    </w:p>
                  </w:txbxContent>
                </v:textbox>
              </v:shape>
            </w:pict>
          </mc:Fallback>
        </mc:AlternateContent>
      </w:r>
      <w:r w:rsidRPr="00317ABC">
        <w:rPr>
          <w:noProof/>
        </w:rPr>
        <w:drawing>
          <wp:anchor distT="0" distB="0" distL="114300" distR="114300" simplePos="0" relativeHeight="251678720" behindDoc="0" locked="0" layoutInCell="1" allowOverlap="1" wp14:anchorId="289B0013" wp14:editId="1823ECCE">
            <wp:simplePos x="0" y="0"/>
            <wp:positionH relativeFrom="column">
              <wp:posOffset>3018721</wp:posOffset>
            </wp:positionH>
            <wp:positionV relativeFrom="paragraph">
              <wp:posOffset>-211593</wp:posOffset>
            </wp:positionV>
            <wp:extent cx="2505710" cy="3338195"/>
            <wp:effectExtent l="12700" t="12700" r="8890" b="14605"/>
            <wp:wrapSquare wrapText="bothSides"/>
            <wp:docPr id="57" name="Picture 3">
              <a:extLst xmlns:a="http://schemas.openxmlformats.org/drawingml/2006/main">
                <a:ext uri="{FF2B5EF4-FFF2-40B4-BE49-F238E27FC236}">
                  <a16:creationId xmlns:a16="http://schemas.microsoft.com/office/drawing/2014/main" id="{C77738A2-ADCA-804F-93BC-57AD558B4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7738A2-ADCA-804F-93BC-57AD558B45B2}"/>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4096" t="36644" r="7519"/>
                    <a:stretch/>
                  </pic:blipFill>
                  <pic:spPr bwMode="auto">
                    <a:xfrm>
                      <a:off x="0" y="0"/>
                      <a:ext cx="2505710" cy="33381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noProof/>
        </w:rPr>
        <w:drawing>
          <wp:anchor distT="0" distB="0" distL="114300" distR="114300" simplePos="0" relativeHeight="251676672" behindDoc="0" locked="0" layoutInCell="1" allowOverlap="1" wp14:anchorId="5236AE9C" wp14:editId="39031E29">
            <wp:simplePos x="0" y="0"/>
            <wp:positionH relativeFrom="column">
              <wp:posOffset>-158115</wp:posOffset>
            </wp:positionH>
            <wp:positionV relativeFrom="paragraph">
              <wp:posOffset>-221615</wp:posOffset>
            </wp:positionV>
            <wp:extent cx="2531745" cy="3324860"/>
            <wp:effectExtent l="12700" t="12700" r="8255" b="15240"/>
            <wp:wrapSquare wrapText="bothSides"/>
            <wp:docPr id="54" name="Picture 4">
              <a:extLst xmlns:a="http://schemas.openxmlformats.org/drawingml/2006/main">
                <a:ext uri="{FF2B5EF4-FFF2-40B4-BE49-F238E27FC236}">
                  <a16:creationId xmlns:a16="http://schemas.microsoft.com/office/drawing/2014/main" id="{80B0D108-7A49-634F-A9CD-88CFD6806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0B0D108-7A49-634F-A9CD-88CFD680621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31326" r="9220" b="18608"/>
                    <a:stretch/>
                  </pic:blipFill>
                  <pic:spPr bwMode="auto">
                    <a:xfrm>
                      <a:off x="0" y="0"/>
                      <a:ext cx="2531745" cy="3324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C21D8" w:rsidRPr="00317ABC" w:rsidSect="00034616">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25C57" w14:textId="77777777" w:rsidR="001962AF" w:rsidRDefault="001962AF" w:rsidP="00E50B48">
      <w:r>
        <w:separator/>
      </w:r>
    </w:p>
  </w:endnote>
  <w:endnote w:type="continuationSeparator" w:id="0">
    <w:p w14:paraId="13C0AFDF" w14:textId="77777777" w:rsidR="001962AF" w:rsidRDefault="001962AF" w:rsidP="00E50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89AA" w14:textId="77777777" w:rsidR="00E50B48" w:rsidRDefault="00E50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6BE0" w14:textId="77777777" w:rsidR="00E50B48" w:rsidRDefault="00E50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B6D2" w14:textId="77777777" w:rsidR="00E50B48" w:rsidRDefault="00E50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33642" w14:textId="77777777" w:rsidR="001962AF" w:rsidRDefault="001962AF" w:rsidP="00E50B48">
      <w:r>
        <w:separator/>
      </w:r>
    </w:p>
  </w:footnote>
  <w:footnote w:type="continuationSeparator" w:id="0">
    <w:p w14:paraId="06DE1153" w14:textId="77777777" w:rsidR="001962AF" w:rsidRDefault="001962AF" w:rsidP="00E50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9B512" w14:textId="1BEB6C25" w:rsidR="00E50B48" w:rsidRDefault="001962AF">
    <w:pPr>
      <w:pStyle w:val="Header"/>
    </w:pPr>
    <w:r>
      <w:rPr>
        <w:noProof/>
      </w:rPr>
      <w:pict w14:anchorId="21E9A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5" o:spid="_x0000_s2051" type="#_x0000_t136" alt="" style="position:absolute;margin-left:0;margin-top:0;width:547.25pt;height:61.7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AFAB5" w14:textId="0ACEA3DA" w:rsidR="00E50B48" w:rsidRDefault="001962AF">
    <w:pPr>
      <w:pStyle w:val="Header"/>
    </w:pPr>
    <w:r>
      <w:rPr>
        <w:noProof/>
      </w:rPr>
      <w:pict w14:anchorId="47365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6" o:spid="_x0000_s2050" type="#_x0000_t136" alt="" style="position:absolute;margin-left:0;margin-top:0;width:547.25pt;height:61.7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902D" w14:textId="1D61C13D" w:rsidR="00E50B48" w:rsidRDefault="001962AF">
    <w:pPr>
      <w:pStyle w:val="Header"/>
    </w:pPr>
    <w:r>
      <w:rPr>
        <w:noProof/>
      </w:rPr>
      <w:pict w14:anchorId="56809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4" o:spid="_x0000_s2049" type="#_x0000_t136" alt="" style="position:absolute;margin-left:0;margin-top:0;width:547.25pt;height:61.7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8AC3D56"/>
    <w:multiLevelType w:val="hybridMultilevel"/>
    <w:tmpl w:val="9B405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816D76"/>
    <w:multiLevelType w:val="hybridMultilevel"/>
    <w:tmpl w:val="5A247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3739C"/>
    <w:rsid w:val="0006063C"/>
    <w:rsid w:val="000930A0"/>
    <w:rsid w:val="000A75A4"/>
    <w:rsid w:val="000C21D8"/>
    <w:rsid w:val="000F654C"/>
    <w:rsid w:val="00130B13"/>
    <w:rsid w:val="0015074B"/>
    <w:rsid w:val="001962AF"/>
    <w:rsid w:val="001C4C38"/>
    <w:rsid w:val="00282661"/>
    <w:rsid w:val="0029639D"/>
    <w:rsid w:val="00317ABC"/>
    <w:rsid w:val="00326F90"/>
    <w:rsid w:val="003275EF"/>
    <w:rsid w:val="003544BA"/>
    <w:rsid w:val="003A25C7"/>
    <w:rsid w:val="00451812"/>
    <w:rsid w:val="004D5544"/>
    <w:rsid w:val="005C16D9"/>
    <w:rsid w:val="006007A6"/>
    <w:rsid w:val="006E3792"/>
    <w:rsid w:val="007A73B6"/>
    <w:rsid w:val="00817261"/>
    <w:rsid w:val="008B3B29"/>
    <w:rsid w:val="0090209F"/>
    <w:rsid w:val="00A56E2A"/>
    <w:rsid w:val="00AA1D8D"/>
    <w:rsid w:val="00B37A14"/>
    <w:rsid w:val="00B47730"/>
    <w:rsid w:val="00BC5F05"/>
    <w:rsid w:val="00C30015"/>
    <w:rsid w:val="00CB0664"/>
    <w:rsid w:val="00D00A5F"/>
    <w:rsid w:val="00D03167"/>
    <w:rsid w:val="00DD0FA5"/>
    <w:rsid w:val="00DE5361"/>
    <w:rsid w:val="00E22F03"/>
    <w:rsid w:val="00E50B48"/>
    <w:rsid w:val="00F47B51"/>
    <w:rsid w:val="00F8060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B2EA669"/>
  <w14:defaultImageDpi w14:val="300"/>
  <w15:docId w15:val="{7AF13282-83FB-F74C-947D-5453AD0B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5C7"/>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Normal"/>
    <w:next w:val="Normal"/>
    <w:link w:val="Heading1Char"/>
    <w:uiPriority w:val="9"/>
    <w:qFormat/>
    <w:rsid w:val="00FC693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FC693F"/>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FC693F"/>
    <w:pPr>
      <w:keepNext/>
      <w:keepLines/>
      <w:spacing w:before="200" w:line="276" w:lineRule="auto"/>
      <w:outlineLvl w:val="2"/>
    </w:pPr>
    <w:rPr>
      <w:rFonts w:asciiTheme="majorHAnsi" w:eastAsiaTheme="majorEastAsia" w:hAnsiTheme="majorHAnsi" w:cstheme="majorBidi"/>
      <w:b/>
      <w:bCs/>
      <w:color w:val="4F81BD" w:themeColor="accent1"/>
      <w:szCs w:val="22"/>
      <w:lang w:val="en-US" w:eastAsia="en-US"/>
    </w:rPr>
  </w:style>
  <w:style w:type="paragraph" w:styleId="Heading4">
    <w:name w:val="heading 4"/>
    <w:basedOn w:val="Normal"/>
    <w:next w:val="Normal"/>
    <w:link w:val="Heading4Char"/>
    <w:uiPriority w:val="9"/>
    <w:semiHidden/>
    <w:unhideWhenUsed/>
    <w:qFormat/>
    <w:rsid w:val="00FC693F"/>
    <w:pPr>
      <w:keepNext/>
      <w:keepLines/>
      <w:spacing w:before="200" w:line="276" w:lineRule="auto"/>
      <w:outlineLvl w:val="3"/>
    </w:pPr>
    <w:rPr>
      <w:rFonts w:asciiTheme="majorHAnsi" w:eastAsiaTheme="majorEastAsia" w:hAnsiTheme="majorHAnsi" w:cstheme="majorBidi"/>
      <w:b/>
      <w:bCs/>
      <w:i/>
      <w:iCs/>
      <w:color w:val="4F81BD" w:themeColor="accent1"/>
      <w:szCs w:val="22"/>
      <w:lang w:val="en-US" w:eastAsia="en-US"/>
    </w:rPr>
  </w:style>
  <w:style w:type="paragraph" w:styleId="Heading5">
    <w:name w:val="heading 5"/>
    <w:basedOn w:val="Normal"/>
    <w:next w:val="Normal"/>
    <w:link w:val="Heading5Char"/>
    <w:uiPriority w:val="9"/>
    <w:semiHidden/>
    <w:unhideWhenUsed/>
    <w:qFormat/>
    <w:rsid w:val="00FC693F"/>
    <w:pPr>
      <w:keepNext/>
      <w:keepLines/>
      <w:spacing w:before="200" w:line="276" w:lineRule="auto"/>
      <w:outlineLvl w:val="4"/>
    </w:pPr>
    <w:rPr>
      <w:rFonts w:asciiTheme="majorHAnsi" w:eastAsiaTheme="majorEastAsia" w:hAnsiTheme="majorHAnsi" w:cstheme="majorBidi"/>
      <w:color w:val="243F60" w:themeColor="accent1" w:themeShade="7F"/>
      <w:szCs w:val="22"/>
      <w:lang w:val="en-US" w:eastAsia="en-US"/>
    </w:rPr>
  </w:style>
  <w:style w:type="paragraph" w:styleId="Heading6">
    <w:name w:val="heading 6"/>
    <w:basedOn w:val="Normal"/>
    <w:next w:val="Normal"/>
    <w:link w:val="Heading6Char"/>
    <w:uiPriority w:val="9"/>
    <w:semiHidden/>
    <w:unhideWhenUsed/>
    <w:qFormat/>
    <w:rsid w:val="00FC693F"/>
    <w:pPr>
      <w:keepNext/>
      <w:keepLines/>
      <w:spacing w:before="200" w:line="276" w:lineRule="auto"/>
      <w:outlineLvl w:val="5"/>
    </w:pPr>
    <w:rPr>
      <w:rFonts w:asciiTheme="majorHAnsi" w:eastAsiaTheme="majorEastAsia" w:hAnsiTheme="majorHAnsi" w:cstheme="majorBidi"/>
      <w:i/>
      <w:iCs/>
      <w:color w:val="243F60" w:themeColor="accent1" w:themeShade="7F"/>
      <w:szCs w:val="22"/>
      <w:lang w:val="en-US" w:eastAsia="en-US"/>
    </w:rPr>
  </w:style>
  <w:style w:type="paragraph" w:styleId="Heading7">
    <w:name w:val="heading 7"/>
    <w:basedOn w:val="Normal"/>
    <w:next w:val="Normal"/>
    <w:link w:val="Heading7Char"/>
    <w:uiPriority w:val="9"/>
    <w:semiHidden/>
    <w:unhideWhenUsed/>
    <w:qFormat/>
    <w:rsid w:val="00FC693F"/>
    <w:pPr>
      <w:keepNext/>
      <w:keepLines/>
      <w:spacing w:before="200" w:line="276" w:lineRule="auto"/>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semiHidden/>
    <w:unhideWhenUsed/>
    <w:qFormat/>
    <w:rsid w:val="00FC693F"/>
    <w:pPr>
      <w:keepNext/>
      <w:keepLines/>
      <w:spacing w:before="200" w:line="276" w:lineRule="auto"/>
      <w:outlineLvl w:val="7"/>
    </w:pPr>
    <w:rPr>
      <w:rFonts w:asciiTheme="majorHAnsi" w:eastAsiaTheme="majorEastAsia" w:hAnsiTheme="majorHAnsi" w:cstheme="majorBidi"/>
      <w:color w:val="4F81BD" w:themeColor="accent1"/>
      <w:sz w:val="20"/>
      <w:szCs w:val="20"/>
      <w:lang w:val="en-US" w:eastAsia="en-US"/>
    </w:rPr>
  </w:style>
  <w:style w:type="paragraph" w:styleId="Heading9">
    <w:name w:val="heading 9"/>
    <w:basedOn w:val="Normal"/>
    <w:next w:val="Normal"/>
    <w:link w:val="Heading9Char"/>
    <w:uiPriority w:val="9"/>
    <w:semiHidden/>
    <w:unhideWhenUsed/>
    <w:qFormat/>
    <w:rsid w:val="00FC693F"/>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rPr>
      <w:rFonts w:eastAsiaTheme="minorEastAsia" w:cstheme="minorBidi"/>
      <w:szCs w:val="22"/>
      <w:lang w:val="en-US" w:eastAsia="en-US"/>
    </w:r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rPr>
      <w:rFonts w:eastAsiaTheme="minorEastAsia" w:cstheme="minorBidi"/>
      <w:szCs w:val="22"/>
      <w:lang w:val="en-US" w:eastAsia="en-US"/>
    </w:r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spacing w:after="200" w:line="276" w:lineRule="auto"/>
    </w:pPr>
    <w:rPr>
      <w:rFonts w:asciiTheme="majorHAnsi" w:eastAsiaTheme="majorEastAsia" w:hAnsiTheme="majorHAnsi" w:cstheme="majorBidi"/>
      <w:i/>
      <w:iCs/>
      <w:color w:val="4F81BD" w:themeColor="accent1"/>
      <w:spacing w:val="15"/>
      <w:lang w:val="en-US" w:eastAsia="en-US"/>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spacing w:after="200" w:line="276" w:lineRule="auto"/>
      <w:ind w:left="720"/>
      <w:contextualSpacing/>
    </w:pPr>
    <w:rPr>
      <w:rFonts w:eastAsiaTheme="minorEastAsia" w:cstheme="minorBidi"/>
      <w:szCs w:val="22"/>
      <w:lang w:val="en-US" w:eastAsia="en-US"/>
    </w:rPr>
  </w:style>
  <w:style w:type="paragraph" w:styleId="BodyText">
    <w:name w:val="Body Text"/>
    <w:basedOn w:val="Normal"/>
    <w:link w:val="BodyTextChar"/>
    <w:uiPriority w:val="99"/>
    <w:unhideWhenUsed/>
    <w:rsid w:val="00AA1D8D"/>
    <w:pPr>
      <w:spacing w:after="120" w:line="276" w:lineRule="auto"/>
    </w:pPr>
    <w:rPr>
      <w:rFonts w:eastAsiaTheme="minorEastAsia" w:cstheme="minorBidi"/>
      <w:szCs w:val="22"/>
      <w:lang w:val="en-US" w:eastAsia="en-US"/>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rPr>
      <w:rFonts w:eastAsiaTheme="minorEastAsia" w:cstheme="minorBidi"/>
      <w:szCs w:val="22"/>
      <w:lang w:val="en-US" w:eastAsia="en-US"/>
    </w:r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line="276" w:lineRule="auto"/>
    </w:pPr>
    <w:rPr>
      <w:rFonts w:eastAsiaTheme="minorEastAsia" w:cstheme="minorBidi"/>
      <w:sz w:val="16"/>
      <w:szCs w:val="16"/>
      <w:lang w:val="en-US" w:eastAsia="en-US"/>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spacing w:after="200" w:line="276" w:lineRule="auto"/>
      <w:ind w:left="360" w:hanging="360"/>
      <w:contextualSpacing/>
    </w:pPr>
    <w:rPr>
      <w:rFonts w:eastAsiaTheme="minorEastAsia" w:cstheme="minorBidi"/>
      <w:szCs w:val="22"/>
      <w:lang w:val="en-US" w:eastAsia="en-US"/>
    </w:rPr>
  </w:style>
  <w:style w:type="paragraph" w:styleId="List2">
    <w:name w:val="List 2"/>
    <w:basedOn w:val="Normal"/>
    <w:uiPriority w:val="99"/>
    <w:unhideWhenUsed/>
    <w:rsid w:val="00326F90"/>
    <w:pPr>
      <w:spacing w:after="200" w:line="276" w:lineRule="auto"/>
      <w:ind w:left="720" w:hanging="360"/>
      <w:contextualSpacing/>
    </w:pPr>
    <w:rPr>
      <w:rFonts w:eastAsiaTheme="minorEastAsia" w:cstheme="minorBidi"/>
      <w:szCs w:val="22"/>
      <w:lang w:val="en-US" w:eastAsia="en-US"/>
    </w:rPr>
  </w:style>
  <w:style w:type="paragraph" w:styleId="List3">
    <w:name w:val="List 3"/>
    <w:basedOn w:val="Normal"/>
    <w:uiPriority w:val="99"/>
    <w:unhideWhenUsed/>
    <w:rsid w:val="00326F90"/>
    <w:pPr>
      <w:spacing w:after="200" w:line="276" w:lineRule="auto"/>
      <w:ind w:left="1080" w:hanging="360"/>
      <w:contextualSpacing/>
    </w:pPr>
    <w:rPr>
      <w:rFonts w:eastAsiaTheme="minorEastAsia" w:cstheme="minorBidi"/>
      <w:szCs w:val="22"/>
      <w:lang w:val="en-US" w:eastAsia="en-US"/>
    </w:rPr>
  </w:style>
  <w:style w:type="paragraph" w:styleId="ListBullet">
    <w:name w:val="List Bullet"/>
    <w:basedOn w:val="Normal"/>
    <w:uiPriority w:val="99"/>
    <w:unhideWhenUsed/>
    <w:rsid w:val="00326F90"/>
    <w:pPr>
      <w:numPr>
        <w:numId w:val="1"/>
      </w:numPr>
      <w:spacing w:after="200" w:line="276" w:lineRule="auto"/>
      <w:contextualSpacing/>
    </w:pPr>
    <w:rPr>
      <w:rFonts w:eastAsiaTheme="minorEastAsia" w:cstheme="minorBidi"/>
      <w:szCs w:val="22"/>
      <w:lang w:val="en-US" w:eastAsia="en-US"/>
    </w:rPr>
  </w:style>
  <w:style w:type="paragraph" w:styleId="ListBullet2">
    <w:name w:val="List Bullet 2"/>
    <w:basedOn w:val="Normal"/>
    <w:uiPriority w:val="99"/>
    <w:unhideWhenUsed/>
    <w:rsid w:val="00326F90"/>
    <w:pPr>
      <w:numPr>
        <w:numId w:val="2"/>
      </w:numPr>
      <w:spacing w:after="200" w:line="276" w:lineRule="auto"/>
      <w:contextualSpacing/>
    </w:pPr>
    <w:rPr>
      <w:rFonts w:eastAsiaTheme="minorEastAsia" w:cstheme="minorBidi"/>
      <w:szCs w:val="22"/>
      <w:lang w:val="en-US" w:eastAsia="en-US"/>
    </w:rPr>
  </w:style>
  <w:style w:type="paragraph" w:styleId="ListBullet3">
    <w:name w:val="List Bullet 3"/>
    <w:basedOn w:val="Normal"/>
    <w:uiPriority w:val="99"/>
    <w:unhideWhenUsed/>
    <w:rsid w:val="00326F90"/>
    <w:pPr>
      <w:numPr>
        <w:numId w:val="3"/>
      </w:numPr>
      <w:spacing w:after="200" w:line="276" w:lineRule="auto"/>
      <w:contextualSpacing/>
    </w:pPr>
    <w:rPr>
      <w:rFonts w:eastAsiaTheme="minorEastAsia" w:cstheme="minorBidi"/>
      <w:szCs w:val="22"/>
      <w:lang w:val="en-US" w:eastAsia="en-US"/>
    </w:rPr>
  </w:style>
  <w:style w:type="paragraph" w:styleId="ListNumber">
    <w:name w:val="List Number"/>
    <w:basedOn w:val="Normal"/>
    <w:uiPriority w:val="99"/>
    <w:unhideWhenUsed/>
    <w:rsid w:val="00326F90"/>
    <w:pPr>
      <w:numPr>
        <w:numId w:val="5"/>
      </w:numPr>
      <w:spacing w:after="200" w:line="276" w:lineRule="auto"/>
      <w:contextualSpacing/>
    </w:pPr>
    <w:rPr>
      <w:rFonts w:eastAsiaTheme="minorEastAsia" w:cstheme="minorBidi"/>
      <w:szCs w:val="22"/>
      <w:lang w:val="en-US" w:eastAsia="en-US"/>
    </w:rPr>
  </w:style>
  <w:style w:type="paragraph" w:styleId="ListNumber2">
    <w:name w:val="List Number 2"/>
    <w:basedOn w:val="Normal"/>
    <w:uiPriority w:val="99"/>
    <w:unhideWhenUsed/>
    <w:rsid w:val="0029639D"/>
    <w:pPr>
      <w:numPr>
        <w:numId w:val="6"/>
      </w:numPr>
      <w:spacing w:after="200" w:line="276" w:lineRule="auto"/>
      <w:contextualSpacing/>
    </w:pPr>
    <w:rPr>
      <w:rFonts w:eastAsiaTheme="minorEastAsia" w:cstheme="minorBidi"/>
      <w:szCs w:val="22"/>
      <w:lang w:val="en-US" w:eastAsia="en-US"/>
    </w:rPr>
  </w:style>
  <w:style w:type="paragraph" w:styleId="ListNumber3">
    <w:name w:val="List Number 3"/>
    <w:basedOn w:val="Normal"/>
    <w:uiPriority w:val="99"/>
    <w:unhideWhenUsed/>
    <w:rsid w:val="0029639D"/>
    <w:pPr>
      <w:numPr>
        <w:numId w:val="7"/>
      </w:numPr>
      <w:spacing w:after="200" w:line="276" w:lineRule="auto"/>
      <w:contextualSpacing/>
    </w:pPr>
    <w:rPr>
      <w:rFonts w:eastAsiaTheme="minorEastAsia" w:cstheme="minorBidi"/>
      <w:szCs w:val="22"/>
      <w:lang w:val="en-US" w:eastAsia="en-US"/>
    </w:rPr>
  </w:style>
  <w:style w:type="paragraph" w:styleId="ListContinue">
    <w:name w:val="List Continue"/>
    <w:basedOn w:val="Normal"/>
    <w:uiPriority w:val="99"/>
    <w:unhideWhenUsed/>
    <w:rsid w:val="0029639D"/>
    <w:pPr>
      <w:spacing w:after="120" w:line="276" w:lineRule="auto"/>
      <w:ind w:left="360"/>
      <w:contextualSpacing/>
    </w:pPr>
    <w:rPr>
      <w:rFonts w:eastAsiaTheme="minorEastAsia" w:cstheme="minorBidi"/>
      <w:szCs w:val="22"/>
      <w:lang w:val="en-US" w:eastAsia="en-US"/>
    </w:rPr>
  </w:style>
  <w:style w:type="paragraph" w:styleId="ListContinue2">
    <w:name w:val="List Continue 2"/>
    <w:basedOn w:val="Normal"/>
    <w:uiPriority w:val="99"/>
    <w:unhideWhenUsed/>
    <w:rsid w:val="0029639D"/>
    <w:pPr>
      <w:spacing w:after="120" w:line="276" w:lineRule="auto"/>
      <w:ind w:left="720"/>
      <w:contextualSpacing/>
    </w:pPr>
    <w:rPr>
      <w:rFonts w:eastAsiaTheme="minorEastAsia" w:cstheme="minorBidi"/>
      <w:szCs w:val="22"/>
      <w:lang w:val="en-US" w:eastAsia="en-US"/>
    </w:rPr>
  </w:style>
  <w:style w:type="paragraph" w:styleId="ListContinue3">
    <w:name w:val="List Continue 3"/>
    <w:basedOn w:val="Normal"/>
    <w:uiPriority w:val="99"/>
    <w:unhideWhenUsed/>
    <w:rsid w:val="0029639D"/>
    <w:pPr>
      <w:spacing w:after="120" w:line="276" w:lineRule="auto"/>
      <w:ind w:left="1080"/>
      <w:contextualSpacing/>
    </w:pPr>
    <w:rPr>
      <w:rFonts w:eastAsiaTheme="minorEastAsia" w:cstheme="minorBidi"/>
      <w:szCs w:val="22"/>
      <w:lang w:val="en-US" w:eastAsia="en-US"/>
    </w:r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after="200" w:line="276" w:lineRule="auto"/>
    </w:pPr>
    <w:rPr>
      <w:rFonts w:eastAsiaTheme="minorEastAsia" w:cstheme="minorBidi"/>
      <w:i/>
      <w:iCs/>
      <w:color w:val="000000" w:themeColor="text1"/>
      <w:szCs w:val="22"/>
      <w:lang w:val="en-US" w:eastAsia="en-US"/>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after="200"/>
    </w:pPr>
    <w:rPr>
      <w:rFonts w:eastAsiaTheme="minorEastAsia" w:cstheme="minorBidi"/>
      <w:b/>
      <w:bCs/>
      <w:color w:val="4F81BD" w:themeColor="accent1"/>
      <w:sz w:val="18"/>
      <w:szCs w:val="18"/>
      <w:lang w:val="en-US" w:eastAsia="en-US"/>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line="276" w:lineRule="auto"/>
      <w:ind w:left="936" w:right="936"/>
    </w:pPr>
    <w:rPr>
      <w:rFonts w:eastAsiaTheme="minorEastAsia" w:cstheme="minorBidi"/>
      <w:b/>
      <w:bCs/>
      <w:i/>
      <w:iCs/>
      <w:color w:val="4F81BD" w:themeColor="accent1"/>
      <w:szCs w:val="22"/>
      <w:lang w:val="en-US" w:eastAsia="en-US"/>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pple-converted-space">
    <w:name w:val="apple-converted-space"/>
    <w:basedOn w:val="DefaultParagraphFont"/>
    <w:rsid w:val="00A56E2A"/>
  </w:style>
  <w:style w:type="character" w:customStyle="1" w:styleId="topicparatopictextcub0d">
    <w:name w:val="topicpara_topictext__cub0d"/>
    <w:basedOn w:val="DefaultParagraphFont"/>
    <w:rsid w:val="000C21D8"/>
  </w:style>
  <w:style w:type="paragraph" w:styleId="NormalWeb">
    <w:name w:val="Normal (Web)"/>
    <w:basedOn w:val="Normal"/>
    <w:uiPriority w:val="99"/>
    <w:unhideWhenUsed/>
    <w:rsid w:val="000C21D8"/>
    <w:pPr>
      <w:spacing w:before="100" w:beforeAutospacing="1" w:after="100" w:afterAutospacing="1"/>
    </w:pPr>
    <w:rPr>
      <w:lang w:val="en-US" w:eastAsia="en-US"/>
    </w:rPr>
  </w:style>
  <w:style w:type="character" w:styleId="Hyperlink">
    <w:name w:val="Hyperlink"/>
    <w:basedOn w:val="DefaultParagraphFont"/>
    <w:uiPriority w:val="99"/>
    <w:unhideWhenUsed/>
    <w:rsid w:val="00F80601"/>
    <w:rPr>
      <w:color w:val="0000FF" w:themeColor="hyperlink"/>
      <w:u w:val="single"/>
    </w:rPr>
  </w:style>
  <w:style w:type="character" w:styleId="FollowedHyperlink">
    <w:name w:val="FollowedHyperlink"/>
    <w:basedOn w:val="DefaultParagraphFont"/>
    <w:uiPriority w:val="99"/>
    <w:semiHidden/>
    <w:unhideWhenUsed/>
    <w:rsid w:val="000F654C"/>
    <w:rPr>
      <w:color w:val="800080" w:themeColor="followedHyperlink"/>
      <w:u w:val="single"/>
    </w:rPr>
  </w:style>
  <w:style w:type="character" w:styleId="UnresolvedMention">
    <w:name w:val="Unresolved Mention"/>
    <w:basedOn w:val="DefaultParagraphFont"/>
    <w:uiPriority w:val="99"/>
    <w:semiHidden/>
    <w:unhideWhenUsed/>
    <w:rsid w:val="00600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5894">
      <w:bodyDiv w:val="1"/>
      <w:marLeft w:val="0"/>
      <w:marRight w:val="0"/>
      <w:marTop w:val="0"/>
      <w:marBottom w:val="0"/>
      <w:divBdr>
        <w:top w:val="none" w:sz="0" w:space="0" w:color="auto"/>
        <w:left w:val="none" w:sz="0" w:space="0" w:color="auto"/>
        <w:bottom w:val="none" w:sz="0" w:space="0" w:color="auto"/>
        <w:right w:val="none" w:sz="0" w:space="0" w:color="auto"/>
      </w:divBdr>
    </w:div>
    <w:div w:id="108205746">
      <w:bodyDiv w:val="1"/>
      <w:marLeft w:val="0"/>
      <w:marRight w:val="0"/>
      <w:marTop w:val="0"/>
      <w:marBottom w:val="0"/>
      <w:divBdr>
        <w:top w:val="none" w:sz="0" w:space="0" w:color="auto"/>
        <w:left w:val="none" w:sz="0" w:space="0" w:color="auto"/>
        <w:bottom w:val="none" w:sz="0" w:space="0" w:color="auto"/>
        <w:right w:val="none" w:sz="0" w:space="0" w:color="auto"/>
      </w:divBdr>
      <w:divsChild>
        <w:div w:id="1417358386">
          <w:marLeft w:val="0"/>
          <w:marRight w:val="0"/>
          <w:marTop w:val="0"/>
          <w:marBottom w:val="0"/>
          <w:divBdr>
            <w:top w:val="none" w:sz="0" w:space="0" w:color="auto"/>
            <w:left w:val="none" w:sz="0" w:space="0" w:color="auto"/>
            <w:bottom w:val="none" w:sz="0" w:space="0" w:color="auto"/>
            <w:right w:val="none" w:sz="0" w:space="0" w:color="auto"/>
          </w:divBdr>
          <w:divsChild>
            <w:div w:id="1549105643">
              <w:marLeft w:val="0"/>
              <w:marRight w:val="0"/>
              <w:marTop w:val="0"/>
              <w:marBottom w:val="0"/>
              <w:divBdr>
                <w:top w:val="none" w:sz="0" w:space="0" w:color="auto"/>
                <w:left w:val="none" w:sz="0" w:space="0" w:color="auto"/>
                <w:bottom w:val="none" w:sz="0" w:space="0" w:color="auto"/>
                <w:right w:val="none" w:sz="0" w:space="0" w:color="auto"/>
              </w:divBdr>
              <w:divsChild>
                <w:div w:id="8450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00652">
      <w:bodyDiv w:val="1"/>
      <w:marLeft w:val="0"/>
      <w:marRight w:val="0"/>
      <w:marTop w:val="0"/>
      <w:marBottom w:val="0"/>
      <w:divBdr>
        <w:top w:val="none" w:sz="0" w:space="0" w:color="auto"/>
        <w:left w:val="none" w:sz="0" w:space="0" w:color="auto"/>
        <w:bottom w:val="none" w:sz="0" w:space="0" w:color="auto"/>
        <w:right w:val="none" w:sz="0" w:space="0" w:color="auto"/>
      </w:divBdr>
      <w:divsChild>
        <w:div w:id="1071391580">
          <w:marLeft w:val="0"/>
          <w:marRight w:val="0"/>
          <w:marTop w:val="0"/>
          <w:marBottom w:val="0"/>
          <w:divBdr>
            <w:top w:val="none" w:sz="0" w:space="0" w:color="auto"/>
            <w:left w:val="none" w:sz="0" w:space="0" w:color="auto"/>
            <w:bottom w:val="none" w:sz="0" w:space="0" w:color="auto"/>
            <w:right w:val="none" w:sz="0" w:space="0" w:color="auto"/>
          </w:divBdr>
          <w:divsChild>
            <w:div w:id="2025278484">
              <w:marLeft w:val="0"/>
              <w:marRight w:val="0"/>
              <w:marTop w:val="0"/>
              <w:marBottom w:val="0"/>
              <w:divBdr>
                <w:top w:val="none" w:sz="0" w:space="0" w:color="auto"/>
                <w:left w:val="none" w:sz="0" w:space="0" w:color="auto"/>
                <w:bottom w:val="none" w:sz="0" w:space="0" w:color="auto"/>
                <w:right w:val="none" w:sz="0" w:space="0" w:color="auto"/>
              </w:divBdr>
              <w:divsChild>
                <w:div w:id="6087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6727">
      <w:bodyDiv w:val="1"/>
      <w:marLeft w:val="0"/>
      <w:marRight w:val="0"/>
      <w:marTop w:val="0"/>
      <w:marBottom w:val="0"/>
      <w:divBdr>
        <w:top w:val="none" w:sz="0" w:space="0" w:color="auto"/>
        <w:left w:val="none" w:sz="0" w:space="0" w:color="auto"/>
        <w:bottom w:val="none" w:sz="0" w:space="0" w:color="auto"/>
        <w:right w:val="none" w:sz="0" w:space="0" w:color="auto"/>
      </w:divBdr>
    </w:div>
    <w:div w:id="387799896">
      <w:bodyDiv w:val="1"/>
      <w:marLeft w:val="0"/>
      <w:marRight w:val="0"/>
      <w:marTop w:val="0"/>
      <w:marBottom w:val="0"/>
      <w:divBdr>
        <w:top w:val="none" w:sz="0" w:space="0" w:color="auto"/>
        <w:left w:val="none" w:sz="0" w:space="0" w:color="auto"/>
        <w:bottom w:val="none" w:sz="0" w:space="0" w:color="auto"/>
        <w:right w:val="none" w:sz="0" w:space="0" w:color="auto"/>
      </w:divBdr>
    </w:div>
    <w:div w:id="412165247">
      <w:bodyDiv w:val="1"/>
      <w:marLeft w:val="0"/>
      <w:marRight w:val="0"/>
      <w:marTop w:val="0"/>
      <w:marBottom w:val="0"/>
      <w:divBdr>
        <w:top w:val="none" w:sz="0" w:space="0" w:color="auto"/>
        <w:left w:val="none" w:sz="0" w:space="0" w:color="auto"/>
        <w:bottom w:val="none" w:sz="0" w:space="0" w:color="auto"/>
        <w:right w:val="none" w:sz="0" w:space="0" w:color="auto"/>
      </w:divBdr>
      <w:divsChild>
        <w:div w:id="506095203">
          <w:marLeft w:val="0"/>
          <w:marRight w:val="0"/>
          <w:marTop w:val="0"/>
          <w:marBottom w:val="0"/>
          <w:divBdr>
            <w:top w:val="none" w:sz="0" w:space="0" w:color="auto"/>
            <w:left w:val="none" w:sz="0" w:space="0" w:color="auto"/>
            <w:bottom w:val="none" w:sz="0" w:space="0" w:color="auto"/>
            <w:right w:val="none" w:sz="0" w:space="0" w:color="auto"/>
          </w:divBdr>
          <w:divsChild>
            <w:div w:id="1144280207">
              <w:marLeft w:val="0"/>
              <w:marRight w:val="0"/>
              <w:marTop w:val="0"/>
              <w:marBottom w:val="0"/>
              <w:divBdr>
                <w:top w:val="none" w:sz="0" w:space="0" w:color="auto"/>
                <w:left w:val="none" w:sz="0" w:space="0" w:color="auto"/>
                <w:bottom w:val="none" w:sz="0" w:space="0" w:color="auto"/>
                <w:right w:val="none" w:sz="0" w:space="0" w:color="auto"/>
              </w:divBdr>
              <w:divsChild>
                <w:div w:id="12296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6692">
      <w:bodyDiv w:val="1"/>
      <w:marLeft w:val="0"/>
      <w:marRight w:val="0"/>
      <w:marTop w:val="0"/>
      <w:marBottom w:val="0"/>
      <w:divBdr>
        <w:top w:val="none" w:sz="0" w:space="0" w:color="auto"/>
        <w:left w:val="none" w:sz="0" w:space="0" w:color="auto"/>
        <w:bottom w:val="none" w:sz="0" w:space="0" w:color="auto"/>
        <w:right w:val="none" w:sz="0" w:space="0" w:color="auto"/>
      </w:divBdr>
    </w:div>
    <w:div w:id="501312483">
      <w:bodyDiv w:val="1"/>
      <w:marLeft w:val="0"/>
      <w:marRight w:val="0"/>
      <w:marTop w:val="0"/>
      <w:marBottom w:val="0"/>
      <w:divBdr>
        <w:top w:val="none" w:sz="0" w:space="0" w:color="auto"/>
        <w:left w:val="none" w:sz="0" w:space="0" w:color="auto"/>
        <w:bottom w:val="none" w:sz="0" w:space="0" w:color="auto"/>
        <w:right w:val="none" w:sz="0" w:space="0" w:color="auto"/>
      </w:divBdr>
      <w:divsChild>
        <w:div w:id="984050119">
          <w:marLeft w:val="0"/>
          <w:marRight w:val="0"/>
          <w:marTop w:val="0"/>
          <w:marBottom w:val="0"/>
          <w:divBdr>
            <w:top w:val="none" w:sz="0" w:space="0" w:color="auto"/>
            <w:left w:val="none" w:sz="0" w:space="0" w:color="auto"/>
            <w:bottom w:val="none" w:sz="0" w:space="0" w:color="auto"/>
            <w:right w:val="none" w:sz="0" w:space="0" w:color="auto"/>
          </w:divBdr>
          <w:divsChild>
            <w:div w:id="1573807546">
              <w:marLeft w:val="0"/>
              <w:marRight w:val="0"/>
              <w:marTop w:val="0"/>
              <w:marBottom w:val="0"/>
              <w:divBdr>
                <w:top w:val="none" w:sz="0" w:space="0" w:color="auto"/>
                <w:left w:val="none" w:sz="0" w:space="0" w:color="auto"/>
                <w:bottom w:val="none" w:sz="0" w:space="0" w:color="auto"/>
                <w:right w:val="none" w:sz="0" w:space="0" w:color="auto"/>
              </w:divBdr>
              <w:divsChild>
                <w:div w:id="19487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5132">
      <w:bodyDiv w:val="1"/>
      <w:marLeft w:val="0"/>
      <w:marRight w:val="0"/>
      <w:marTop w:val="0"/>
      <w:marBottom w:val="0"/>
      <w:divBdr>
        <w:top w:val="none" w:sz="0" w:space="0" w:color="auto"/>
        <w:left w:val="none" w:sz="0" w:space="0" w:color="auto"/>
        <w:bottom w:val="none" w:sz="0" w:space="0" w:color="auto"/>
        <w:right w:val="none" w:sz="0" w:space="0" w:color="auto"/>
      </w:divBdr>
      <w:divsChild>
        <w:div w:id="1052773214">
          <w:marLeft w:val="0"/>
          <w:marRight w:val="0"/>
          <w:marTop w:val="0"/>
          <w:marBottom w:val="0"/>
          <w:divBdr>
            <w:top w:val="none" w:sz="0" w:space="0" w:color="auto"/>
            <w:left w:val="none" w:sz="0" w:space="0" w:color="auto"/>
            <w:bottom w:val="none" w:sz="0" w:space="0" w:color="auto"/>
            <w:right w:val="none" w:sz="0" w:space="0" w:color="auto"/>
          </w:divBdr>
          <w:divsChild>
            <w:div w:id="933824888">
              <w:marLeft w:val="0"/>
              <w:marRight w:val="0"/>
              <w:marTop w:val="0"/>
              <w:marBottom w:val="0"/>
              <w:divBdr>
                <w:top w:val="none" w:sz="0" w:space="0" w:color="auto"/>
                <w:left w:val="none" w:sz="0" w:space="0" w:color="auto"/>
                <w:bottom w:val="none" w:sz="0" w:space="0" w:color="auto"/>
                <w:right w:val="none" w:sz="0" w:space="0" w:color="auto"/>
              </w:divBdr>
              <w:divsChild>
                <w:div w:id="12603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4445">
      <w:bodyDiv w:val="1"/>
      <w:marLeft w:val="0"/>
      <w:marRight w:val="0"/>
      <w:marTop w:val="0"/>
      <w:marBottom w:val="0"/>
      <w:divBdr>
        <w:top w:val="none" w:sz="0" w:space="0" w:color="auto"/>
        <w:left w:val="none" w:sz="0" w:space="0" w:color="auto"/>
        <w:bottom w:val="none" w:sz="0" w:space="0" w:color="auto"/>
        <w:right w:val="none" w:sz="0" w:space="0" w:color="auto"/>
      </w:divBdr>
    </w:div>
    <w:div w:id="1148329141">
      <w:bodyDiv w:val="1"/>
      <w:marLeft w:val="0"/>
      <w:marRight w:val="0"/>
      <w:marTop w:val="0"/>
      <w:marBottom w:val="0"/>
      <w:divBdr>
        <w:top w:val="none" w:sz="0" w:space="0" w:color="auto"/>
        <w:left w:val="none" w:sz="0" w:space="0" w:color="auto"/>
        <w:bottom w:val="none" w:sz="0" w:space="0" w:color="auto"/>
        <w:right w:val="none" w:sz="0" w:space="0" w:color="auto"/>
      </w:divBdr>
    </w:div>
    <w:div w:id="1184980183">
      <w:bodyDiv w:val="1"/>
      <w:marLeft w:val="0"/>
      <w:marRight w:val="0"/>
      <w:marTop w:val="0"/>
      <w:marBottom w:val="0"/>
      <w:divBdr>
        <w:top w:val="none" w:sz="0" w:space="0" w:color="auto"/>
        <w:left w:val="none" w:sz="0" w:space="0" w:color="auto"/>
        <w:bottom w:val="none" w:sz="0" w:space="0" w:color="auto"/>
        <w:right w:val="none" w:sz="0" w:space="0" w:color="auto"/>
      </w:divBdr>
      <w:divsChild>
        <w:div w:id="559445919">
          <w:marLeft w:val="0"/>
          <w:marRight w:val="0"/>
          <w:marTop w:val="0"/>
          <w:marBottom w:val="0"/>
          <w:divBdr>
            <w:top w:val="none" w:sz="0" w:space="0" w:color="auto"/>
            <w:left w:val="none" w:sz="0" w:space="0" w:color="auto"/>
            <w:bottom w:val="none" w:sz="0" w:space="0" w:color="auto"/>
            <w:right w:val="none" w:sz="0" w:space="0" w:color="auto"/>
          </w:divBdr>
          <w:divsChild>
            <w:div w:id="1661420466">
              <w:marLeft w:val="0"/>
              <w:marRight w:val="0"/>
              <w:marTop w:val="0"/>
              <w:marBottom w:val="0"/>
              <w:divBdr>
                <w:top w:val="none" w:sz="0" w:space="0" w:color="auto"/>
                <w:left w:val="none" w:sz="0" w:space="0" w:color="auto"/>
                <w:bottom w:val="none" w:sz="0" w:space="0" w:color="auto"/>
                <w:right w:val="none" w:sz="0" w:space="0" w:color="auto"/>
              </w:divBdr>
              <w:divsChild>
                <w:div w:id="101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4813">
      <w:bodyDiv w:val="1"/>
      <w:marLeft w:val="0"/>
      <w:marRight w:val="0"/>
      <w:marTop w:val="0"/>
      <w:marBottom w:val="0"/>
      <w:divBdr>
        <w:top w:val="none" w:sz="0" w:space="0" w:color="auto"/>
        <w:left w:val="none" w:sz="0" w:space="0" w:color="auto"/>
        <w:bottom w:val="none" w:sz="0" w:space="0" w:color="auto"/>
        <w:right w:val="none" w:sz="0" w:space="0" w:color="auto"/>
      </w:divBdr>
    </w:div>
    <w:div w:id="1377436485">
      <w:bodyDiv w:val="1"/>
      <w:marLeft w:val="0"/>
      <w:marRight w:val="0"/>
      <w:marTop w:val="0"/>
      <w:marBottom w:val="0"/>
      <w:divBdr>
        <w:top w:val="none" w:sz="0" w:space="0" w:color="auto"/>
        <w:left w:val="none" w:sz="0" w:space="0" w:color="auto"/>
        <w:bottom w:val="none" w:sz="0" w:space="0" w:color="auto"/>
        <w:right w:val="none" w:sz="0" w:space="0" w:color="auto"/>
      </w:divBdr>
    </w:div>
    <w:div w:id="1388383406">
      <w:bodyDiv w:val="1"/>
      <w:marLeft w:val="0"/>
      <w:marRight w:val="0"/>
      <w:marTop w:val="0"/>
      <w:marBottom w:val="0"/>
      <w:divBdr>
        <w:top w:val="none" w:sz="0" w:space="0" w:color="auto"/>
        <w:left w:val="none" w:sz="0" w:space="0" w:color="auto"/>
        <w:bottom w:val="none" w:sz="0" w:space="0" w:color="auto"/>
        <w:right w:val="none" w:sz="0" w:space="0" w:color="auto"/>
      </w:divBdr>
    </w:div>
    <w:div w:id="1476022008">
      <w:bodyDiv w:val="1"/>
      <w:marLeft w:val="0"/>
      <w:marRight w:val="0"/>
      <w:marTop w:val="0"/>
      <w:marBottom w:val="0"/>
      <w:divBdr>
        <w:top w:val="none" w:sz="0" w:space="0" w:color="auto"/>
        <w:left w:val="none" w:sz="0" w:space="0" w:color="auto"/>
        <w:bottom w:val="none" w:sz="0" w:space="0" w:color="auto"/>
        <w:right w:val="none" w:sz="0" w:space="0" w:color="auto"/>
      </w:divBdr>
    </w:div>
    <w:div w:id="1533617372">
      <w:bodyDiv w:val="1"/>
      <w:marLeft w:val="0"/>
      <w:marRight w:val="0"/>
      <w:marTop w:val="0"/>
      <w:marBottom w:val="0"/>
      <w:divBdr>
        <w:top w:val="none" w:sz="0" w:space="0" w:color="auto"/>
        <w:left w:val="none" w:sz="0" w:space="0" w:color="auto"/>
        <w:bottom w:val="none" w:sz="0" w:space="0" w:color="auto"/>
        <w:right w:val="none" w:sz="0" w:space="0" w:color="auto"/>
      </w:divBdr>
    </w:div>
    <w:div w:id="1550071926">
      <w:bodyDiv w:val="1"/>
      <w:marLeft w:val="0"/>
      <w:marRight w:val="0"/>
      <w:marTop w:val="0"/>
      <w:marBottom w:val="0"/>
      <w:divBdr>
        <w:top w:val="none" w:sz="0" w:space="0" w:color="auto"/>
        <w:left w:val="none" w:sz="0" w:space="0" w:color="auto"/>
        <w:bottom w:val="none" w:sz="0" w:space="0" w:color="auto"/>
        <w:right w:val="none" w:sz="0" w:space="0" w:color="auto"/>
      </w:divBdr>
    </w:div>
    <w:div w:id="1567184642">
      <w:bodyDiv w:val="1"/>
      <w:marLeft w:val="0"/>
      <w:marRight w:val="0"/>
      <w:marTop w:val="0"/>
      <w:marBottom w:val="0"/>
      <w:divBdr>
        <w:top w:val="none" w:sz="0" w:space="0" w:color="auto"/>
        <w:left w:val="none" w:sz="0" w:space="0" w:color="auto"/>
        <w:bottom w:val="none" w:sz="0" w:space="0" w:color="auto"/>
        <w:right w:val="none" w:sz="0" w:space="0" w:color="auto"/>
      </w:divBdr>
    </w:div>
    <w:div w:id="1630698255">
      <w:bodyDiv w:val="1"/>
      <w:marLeft w:val="0"/>
      <w:marRight w:val="0"/>
      <w:marTop w:val="0"/>
      <w:marBottom w:val="0"/>
      <w:divBdr>
        <w:top w:val="none" w:sz="0" w:space="0" w:color="auto"/>
        <w:left w:val="none" w:sz="0" w:space="0" w:color="auto"/>
        <w:bottom w:val="none" w:sz="0" w:space="0" w:color="auto"/>
        <w:right w:val="none" w:sz="0" w:space="0" w:color="auto"/>
      </w:divBdr>
      <w:divsChild>
        <w:div w:id="1565524037">
          <w:marLeft w:val="0"/>
          <w:marRight w:val="0"/>
          <w:marTop w:val="0"/>
          <w:marBottom w:val="0"/>
          <w:divBdr>
            <w:top w:val="none" w:sz="0" w:space="0" w:color="auto"/>
            <w:left w:val="none" w:sz="0" w:space="0" w:color="auto"/>
            <w:bottom w:val="none" w:sz="0" w:space="0" w:color="auto"/>
            <w:right w:val="none" w:sz="0" w:space="0" w:color="auto"/>
          </w:divBdr>
          <w:divsChild>
            <w:div w:id="1946309613">
              <w:marLeft w:val="0"/>
              <w:marRight w:val="0"/>
              <w:marTop w:val="0"/>
              <w:marBottom w:val="0"/>
              <w:divBdr>
                <w:top w:val="none" w:sz="0" w:space="0" w:color="auto"/>
                <w:left w:val="none" w:sz="0" w:space="0" w:color="auto"/>
                <w:bottom w:val="none" w:sz="0" w:space="0" w:color="auto"/>
                <w:right w:val="none" w:sz="0" w:space="0" w:color="auto"/>
              </w:divBdr>
              <w:divsChild>
                <w:div w:id="12826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539">
      <w:bodyDiv w:val="1"/>
      <w:marLeft w:val="0"/>
      <w:marRight w:val="0"/>
      <w:marTop w:val="0"/>
      <w:marBottom w:val="0"/>
      <w:divBdr>
        <w:top w:val="none" w:sz="0" w:space="0" w:color="auto"/>
        <w:left w:val="none" w:sz="0" w:space="0" w:color="auto"/>
        <w:bottom w:val="none" w:sz="0" w:space="0" w:color="auto"/>
        <w:right w:val="none" w:sz="0" w:space="0" w:color="auto"/>
      </w:divBdr>
      <w:divsChild>
        <w:div w:id="15667661">
          <w:marLeft w:val="0"/>
          <w:marRight w:val="0"/>
          <w:marTop w:val="0"/>
          <w:marBottom w:val="0"/>
          <w:divBdr>
            <w:top w:val="none" w:sz="0" w:space="0" w:color="auto"/>
            <w:left w:val="none" w:sz="0" w:space="0" w:color="auto"/>
            <w:bottom w:val="none" w:sz="0" w:space="0" w:color="auto"/>
            <w:right w:val="none" w:sz="0" w:space="0" w:color="auto"/>
          </w:divBdr>
          <w:divsChild>
            <w:div w:id="617565516">
              <w:marLeft w:val="0"/>
              <w:marRight w:val="0"/>
              <w:marTop w:val="0"/>
              <w:marBottom w:val="0"/>
              <w:divBdr>
                <w:top w:val="none" w:sz="0" w:space="0" w:color="auto"/>
                <w:left w:val="none" w:sz="0" w:space="0" w:color="auto"/>
                <w:bottom w:val="none" w:sz="0" w:space="0" w:color="auto"/>
                <w:right w:val="none" w:sz="0" w:space="0" w:color="auto"/>
              </w:divBdr>
              <w:divsChild>
                <w:div w:id="17449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3806">
      <w:bodyDiv w:val="1"/>
      <w:marLeft w:val="0"/>
      <w:marRight w:val="0"/>
      <w:marTop w:val="0"/>
      <w:marBottom w:val="0"/>
      <w:divBdr>
        <w:top w:val="none" w:sz="0" w:space="0" w:color="auto"/>
        <w:left w:val="none" w:sz="0" w:space="0" w:color="auto"/>
        <w:bottom w:val="none" w:sz="0" w:space="0" w:color="auto"/>
        <w:right w:val="none" w:sz="0" w:space="0" w:color="auto"/>
      </w:divBdr>
      <w:divsChild>
        <w:div w:id="386876987">
          <w:marLeft w:val="0"/>
          <w:marRight w:val="0"/>
          <w:marTop w:val="0"/>
          <w:marBottom w:val="0"/>
          <w:divBdr>
            <w:top w:val="none" w:sz="0" w:space="0" w:color="auto"/>
            <w:left w:val="none" w:sz="0" w:space="0" w:color="auto"/>
            <w:bottom w:val="none" w:sz="0" w:space="0" w:color="auto"/>
            <w:right w:val="none" w:sz="0" w:space="0" w:color="auto"/>
          </w:divBdr>
          <w:divsChild>
            <w:div w:id="136726263">
              <w:marLeft w:val="0"/>
              <w:marRight w:val="0"/>
              <w:marTop w:val="0"/>
              <w:marBottom w:val="0"/>
              <w:divBdr>
                <w:top w:val="none" w:sz="0" w:space="0" w:color="auto"/>
                <w:left w:val="none" w:sz="0" w:space="0" w:color="auto"/>
                <w:bottom w:val="none" w:sz="0" w:space="0" w:color="auto"/>
                <w:right w:val="none" w:sz="0" w:space="0" w:color="auto"/>
              </w:divBdr>
              <w:divsChild>
                <w:div w:id="7592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3092">
      <w:bodyDiv w:val="1"/>
      <w:marLeft w:val="0"/>
      <w:marRight w:val="0"/>
      <w:marTop w:val="0"/>
      <w:marBottom w:val="0"/>
      <w:divBdr>
        <w:top w:val="none" w:sz="0" w:space="0" w:color="auto"/>
        <w:left w:val="none" w:sz="0" w:space="0" w:color="auto"/>
        <w:bottom w:val="none" w:sz="0" w:space="0" w:color="auto"/>
        <w:right w:val="none" w:sz="0" w:space="0" w:color="auto"/>
      </w:divBdr>
    </w:div>
    <w:div w:id="1934392761">
      <w:bodyDiv w:val="1"/>
      <w:marLeft w:val="0"/>
      <w:marRight w:val="0"/>
      <w:marTop w:val="0"/>
      <w:marBottom w:val="0"/>
      <w:divBdr>
        <w:top w:val="none" w:sz="0" w:space="0" w:color="auto"/>
        <w:left w:val="none" w:sz="0" w:space="0" w:color="auto"/>
        <w:bottom w:val="none" w:sz="0" w:space="0" w:color="auto"/>
        <w:right w:val="none" w:sz="0" w:space="0" w:color="auto"/>
      </w:divBdr>
      <w:divsChild>
        <w:div w:id="606156843">
          <w:marLeft w:val="0"/>
          <w:marRight w:val="0"/>
          <w:marTop w:val="0"/>
          <w:marBottom w:val="0"/>
          <w:divBdr>
            <w:top w:val="none" w:sz="0" w:space="0" w:color="auto"/>
            <w:left w:val="none" w:sz="0" w:space="0" w:color="auto"/>
            <w:bottom w:val="none" w:sz="0" w:space="0" w:color="auto"/>
            <w:right w:val="none" w:sz="0" w:space="0" w:color="auto"/>
          </w:divBdr>
          <w:divsChild>
            <w:div w:id="1841775598">
              <w:marLeft w:val="0"/>
              <w:marRight w:val="0"/>
              <w:marTop w:val="0"/>
              <w:marBottom w:val="0"/>
              <w:divBdr>
                <w:top w:val="none" w:sz="0" w:space="0" w:color="auto"/>
                <w:left w:val="none" w:sz="0" w:space="0" w:color="auto"/>
                <w:bottom w:val="none" w:sz="0" w:space="0" w:color="auto"/>
                <w:right w:val="none" w:sz="0" w:space="0" w:color="auto"/>
              </w:divBdr>
              <w:divsChild>
                <w:div w:id="5069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98715">
      <w:bodyDiv w:val="1"/>
      <w:marLeft w:val="0"/>
      <w:marRight w:val="0"/>
      <w:marTop w:val="0"/>
      <w:marBottom w:val="0"/>
      <w:divBdr>
        <w:top w:val="none" w:sz="0" w:space="0" w:color="auto"/>
        <w:left w:val="none" w:sz="0" w:space="0" w:color="auto"/>
        <w:bottom w:val="none" w:sz="0" w:space="0" w:color="auto"/>
        <w:right w:val="none" w:sz="0" w:space="0" w:color="auto"/>
      </w:divBdr>
    </w:div>
    <w:div w:id="2125228767">
      <w:bodyDiv w:val="1"/>
      <w:marLeft w:val="0"/>
      <w:marRight w:val="0"/>
      <w:marTop w:val="0"/>
      <w:marBottom w:val="0"/>
      <w:divBdr>
        <w:top w:val="none" w:sz="0" w:space="0" w:color="auto"/>
        <w:left w:val="none" w:sz="0" w:space="0" w:color="auto"/>
        <w:bottom w:val="none" w:sz="0" w:space="0" w:color="auto"/>
        <w:right w:val="none" w:sz="0" w:space="0" w:color="auto"/>
      </w:divBdr>
      <w:divsChild>
        <w:div w:id="1572151835">
          <w:marLeft w:val="0"/>
          <w:marRight w:val="0"/>
          <w:marTop w:val="0"/>
          <w:marBottom w:val="0"/>
          <w:divBdr>
            <w:top w:val="none" w:sz="0" w:space="0" w:color="auto"/>
            <w:left w:val="none" w:sz="0" w:space="0" w:color="auto"/>
            <w:bottom w:val="none" w:sz="0" w:space="0" w:color="auto"/>
            <w:right w:val="none" w:sz="0" w:space="0" w:color="auto"/>
          </w:divBdr>
          <w:divsChild>
            <w:div w:id="442237504">
              <w:marLeft w:val="0"/>
              <w:marRight w:val="0"/>
              <w:marTop w:val="0"/>
              <w:marBottom w:val="0"/>
              <w:divBdr>
                <w:top w:val="none" w:sz="0" w:space="0" w:color="auto"/>
                <w:left w:val="none" w:sz="0" w:space="0" w:color="auto"/>
                <w:bottom w:val="none" w:sz="0" w:space="0" w:color="auto"/>
                <w:right w:val="none" w:sz="0" w:space="0" w:color="auto"/>
              </w:divBdr>
              <w:divsChild>
                <w:div w:id="3615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image" Target="media/image13.jpe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4.wd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3389/fvets.2020.00304"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doi.org/10.1038/s41598-023-3546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64661-C5D1-4AE2-A276-A2F78721E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1022</cp:lastModifiedBy>
  <cp:revision>3</cp:revision>
  <dcterms:created xsi:type="dcterms:W3CDTF">2026-01-23T09:12:00Z</dcterms:created>
  <dcterms:modified xsi:type="dcterms:W3CDTF">2026-01-23T10:35:00Z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1165105</vt:lpwstr>
  </property>
  <property fmtid="{D5CDD505-2E9C-101B-9397-08002B2CF9AE}" pid="3" name="NXPowerLiteSettings">
    <vt:lpwstr>C7000400038000</vt:lpwstr>
  </property>
  <property fmtid="{D5CDD505-2E9C-101B-9397-08002B2CF9AE}" pid="4" name="NXPowerLiteVersion">
    <vt:lpwstr>S10.9.4</vt:lpwstr>
  </property>
</Properties>
</file>