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452E19" w14:textId="235F7F24" w:rsidR="00761B7A" w:rsidRDefault="00CE25EE" w:rsidP="00BE73B2">
      <w:pPr>
        <w:spacing w:after="0" w:line="360" w:lineRule="auto"/>
        <w:jc w:val="both"/>
        <w:outlineLvl w:val="1"/>
        <w:rPr>
          <w:rFonts w:ascii="Times New Roman" w:eastAsiaTheme="majorEastAsia" w:hAnsi="Times New Roman" w:cs="Times New Roman"/>
          <w:b/>
          <w:bCs/>
          <w:sz w:val="24"/>
          <w:szCs w:val="24"/>
        </w:rPr>
      </w:pPr>
      <w:r w:rsidRPr="00181CB0">
        <w:rPr>
          <w:rFonts w:ascii="Times New Roman" w:hAnsi="Times New Roman" w:cs="Times New Roman"/>
          <w:b/>
          <w:bCs/>
          <w:sz w:val="28"/>
          <w:szCs w:val="28"/>
          <w:highlight w:val="yellow"/>
        </w:rPr>
        <w:t xml:space="preserve">Shoreline Dynamics of the </w:t>
      </w:r>
      <w:proofErr w:type="spellStart"/>
      <w:r w:rsidRPr="00181CB0">
        <w:rPr>
          <w:rFonts w:ascii="Times New Roman" w:hAnsi="Times New Roman" w:cs="Times New Roman"/>
          <w:b/>
          <w:bCs/>
          <w:sz w:val="28"/>
          <w:szCs w:val="28"/>
          <w:highlight w:val="yellow"/>
        </w:rPr>
        <w:t>Forcados</w:t>
      </w:r>
      <w:proofErr w:type="spellEnd"/>
      <w:r w:rsidRPr="00181CB0">
        <w:rPr>
          <w:rFonts w:ascii="Times New Roman" w:hAnsi="Times New Roman" w:cs="Times New Roman"/>
          <w:b/>
          <w:bCs/>
          <w:sz w:val="28"/>
          <w:szCs w:val="28"/>
          <w:highlight w:val="yellow"/>
        </w:rPr>
        <w:t xml:space="preserve"> River Section near Patani Bridge, Nigeria: A DSAS-based Assessment</w:t>
      </w:r>
    </w:p>
    <w:p w14:paraId="02D68B7A" w14:textId="77777777" w:rsidR="009E775B" w:rsidRDefault="009E775B" w:rsidP="00BE73B2">
      <w:pPr>
        <w:spacing w:after="0" w:line="360" w:lineRule="auto"/>
        <w:jc w:val="both"/>
        <w:outlineLvl w:val="1"/>
        <w:rPr>
          <w:rFonts w:ascii="Times New Roman" w:eastAsiaTheme="majorEastAsia" w:hAnsi="Times New Roman" w:cs="Times New Roman"/>
          <w:b/>
          <w:bCs/>
          <w:sz w:val="24"/>
          <w:szCs w:val="24"/>
        </w:rPr>
      </w:pPr>
    </w:p>
    <w:p w14:paraId="4D1B1BF7" w14:textId="1BDB1851" w:rsidR="00BE73B2" w:rsidRPr="00BE73B2" w:rsidRDefault="00BE73B2" w:rsidP="00BE73B2">
      <w:pPr>
        <w:spacing w:after="0" w:line="360" w:lineRule="auto"/>
        <w:jc w:val="both"/>
        <w:outlineLvl w:val="1"/>
        <w:rPr>
          <w:rFonts w:ascii="Times New Roman" w:eastAsiaTheme="majorEastAsia" w:hAnsi="Times New Roman" w:cs="Times New Roman"/>
          <w:b/>
          <w:bCs/>
          <w:sz w:val="24"/>
          <w:szCs w:val="24"/>
        </w:rPr>
      </w:pPr>
      <w:r w:rsidRPr="00BE73B2">
        <w:rPr>
          <w:rFonts w:ascii="Times New Roman" w:eastAsiaTheme="majorEastAsia" w:hAnsi="Times New Roman" w:cs="Times New Roman"/>
          <w:b/>
          <w:bCs/>
          <w:sz w:val="24"/>
          <w:szCs w:val="24"/>
        </w:rPr>
        <w:t>A</w:t>
      </w:r>
      <w:r w:rsidR="003D3A21">
        <w:rPr>
          <w:rFonts w:ascii="Times New Roman" w:eastAsiaTheme="majorEastAsia" w:hAnsi="Times New Roman" w:cs="Times New Roman"/>
          <w:b/>
          <w:bCs/>
          <w:sz w:val="24"/>
          <w:szCs w:val="24"/>
        </w:rPr>
        <w:t>BSTRACT</w:t>
      </w:r>
    </w:p>
    <w:p w14:paraId="240CA4B4" w14:textId="7D5DD749" w:rsidR="00BE73B2" w:rsidRPr="00181CB0" w:rsidRDefault="00FB2FF7" w:rsidP="00CE25EE">
      <w:pPr>
        <w:spacing w:after="0"/>
        <w:jc w:val="both"/>
        <w:rPr>
          <w:rFonts w:ascii="Times New Roman" w:hAnsi="Times New Roman" w:cs="Times New Roman"/>
          <w:sz w:val="24"/>
          <w:szCs w:val="24"/>
        </w:rPr>
      </w:pPr>
      <w:r w:rsidRPr="00181CB0">
        <w:rPr>
          <w:rFonts w:ascii="Times New Roman" w:eastAsiaTheme="majorEastAsia" w:hAnsi="Times New Roman" w:cs="Times New Roman"/>
          <w:sz w:val="24"/>
          <w:szCs w:val="24"/>
          <w:highlight w:val="yellow"/>
        </w:rPr>
        <w:t>Shorelines are highly dynamic boundaries where land meets water, continuously reshaped by natural forces such as waves, tides, currents, and sea-level rise, as well as human activities including sand mining, dredging, and coastal development</w:t>
      </w:r>
      <w:r w:rsidRPr="00181CB0">
        <w:rPr>
          <w:rFonts w:ascii="Times New Roman" w:eastAsiaTheme="majorEastAsia" w:hAnsi="Times New Roman" w:cs="Times New Roman"/>
          <w:sz w:val="24"/>
          <w:szCs w:val="24"/>
          <w:highlight w:val="yellow"/>
        </w:rPr>
        <w:t xml:space="preserve">. </w:t>
      </w:r>
      <w:r w:rsidRPr="00181CB0">
        <w:rPr>
          <w:rFonts w:ascii="Times New Roman" w:eastAsiaTheme="majorEastAsia" w:hAnsi="Times New Roman" w:cs="Times New Roman"/>
          <w:sz w:val="24"/>
          <w:szCs w:val="24"/>
          <w:highlight w:val="yellow"/>
        </w:rPr>
        <w:t xml:space="preserve">The study assessed the shoreline dynamics of a section of the </w:t>
      </w:r>
      <w:proofErr w:type="spellStart"/>
      <w:r w:rsidRPr="00181CB0">
        <w:rPr>
          <w:rFonts w:ascii="Times New Roman" w:eastAsiaTheme="majorEastAsia" w:hAnsi="Times New Roman" w:cs="Times New Roman"/>
          <w:sz w:val="24"/>
          <w:szCs w:val="24"/>
          <w:highlight w:val="yellow"/>
        </w:rPr>
        <w:t>Forcados</w:t>
      </w:r>
      <w:proofErr w:type="spellEnd"/>
      <w:r w:rsidRPr="00181CB0">
        <w:rPr>
          <w:rFonts w:ascii="Times New Roman" w:eastAsiaTheme="majorEastAsia" w:hAnsi="Times New Roman" w:cs="Times New Roman"/>
          <w:sz w:val="24"/>
          <w:szCs w:val="24"/>
          <w:highlight w:val="yellow"/>
        </w:rPr>
        <w:t xml:space="preserve"> River, Nigeria, using the digital shoreline analysis system.</w:t>
      </w:r>
      <w:r w:rsidRPr="00FB2FF7">
        <w:rPr>
          <w:rFonts w:ascii="Times New Roman" w:eastAsiaTheme="majorEastAsia" w:hAnsi="Times New Roman" w:cs="Times New Roman"/>
          <w:sz w:val="24"/>
          <w:szCs w:val="24"/>
        </w:rPr>
        <w:t xml:space="preserve"> </w:t>
      </w:r>
      <w:r w:rsidR="00BE73B2" w:rsidRPr="00C7166C">
        <w:rPr>
          <w:rFonts w:ascii="Times New Roman" w:eastAsiaTheme="majorEastAsia" w:hAnsi="Times New Roman" w:cs="Times New Roman"/>
          <w:sz w:val="24"/>
          <w:szCs w:val="24"/>
        </w:rPr>
        <w:t xml:space="preserve">This study investigates the shoreline dynamics of a section of the Forcados River in the Niger Delta, Nigeria, over a 20-year period (2004–2024). </w:t>
      </w:r>
      <w:r w:rsidR="00C7166C" w:rsidRPr="00C7166C">
        <w:rPr>
          <w:rFonts w:ascii="Times New Roman" w:hAnsi="Times New Roman" w:cs="Times New Roman"/>
          <w:sz w:val="24"/>
          <w:szCs w:val="24"/>
        </w:rPr>
        <w:t>This study assessed the Spatio-temporal variations in the shoreline of a specific segment of the Forcados River, specifically around the Patani Bridge in the Niger Delta region of Nigeria. It focuses on three key time periods</w:t>
      </w:r>
      <w:r>
        <w:rPr>
          <w:rFonts w:ascii="Times New Roman" w:hAnsi="Times New Roman" w:cs="Times New Roman"/>
          <w:sz w:val="24"/>
          <w:szCs w:val="24"/>
        </w:rPr>
        <w:t>:</w:t>
      </w:r>
      <w:r w:rsidR="00C7166C" w:rsidRPr="00C7166C">
        <w:rPr>
          <w:rFonts w:ascii="Times New Roman" w:hAnsi="Times New Roman" w:cs="Times New Roman"/>
          <w:sz w:val="24"/>
          <w:szCs w:val="24"/>
        </w:rPr>
        <w:t xml:space="preserve"> 2004, 2014, and 2024. Employing advanced geospatial techniques and the Digital Shoreline Analysis System (DSAS), the research seeks to quantify and </w:t>
      </w:r>
      <w:proofErr w:type="spellStart"/>
      <w:r w:rsidRPr="00181CB0">
        <w:rPr>
          <w:rFonts w:ascii="Times New Roman" w:hAnsi="Times New Roman" w:cs="Times New Roman"/>
          <w:sz w:val="24"/>
          <w:szCs w:val="24"/>
          <w:highlight w:val="yellow"/>
        </w:rPr>
        <w:t>visualise</w:t>
      </w:r>
      <w:proofErr w:type="spellEnd"/>
      <w:r w:rsidRPr="00181CB0">
        <w:rPr>
          <w:rFonts w:ascii="Times New Roman" w:hAnsi="Times New Roman" w:cs="Times New Roman"/>
          <w:sz w:val="24"/>
          <w:szCs w:val="24"/>
          <w:highlight w:val="yellow"/>
        </w:rPr>
        <w:t xml:space="preserve"> </w:t>
      </w:r>
      <w:r w:rsidR="00C7166C" w:rsidRPr="00C7166C">
        <w:rPr>
          <w:rFonts w:ascii="Times New Roman" w:hAnsi="Times New Roman" w:cs="Times New Roman"/>
          <w:sz w:val="24"/>
          <w:szCs w:val="24"/>
        </w:rPr>
        <w:t>shoreline changes across these epochs. Multi-temporal satellite imagery</w:t>
      </w:r>
      <w:r>
        <w:rPr>
          <w:rFonts w:ascii="Times New Roman" w:hAnsi="Times New Roman" w:cs="Times New Roman"/>
          <w:sz w:val="24"/>
          <w:szCs w:val="24"/>
        </w:rPr>
        <w:t>,</w:t>
      </w:r>
      <w:r w:rsidR="00C7166C" w:rsidRPr="00C7166C">
        <w:rPr>
          <w:rFonts w:ascii="Times New Roman" w:hAnsi="Times New Roman" w:cs="Times New Roman"/>
          <w:sz w:val="24"/>
          <w:szCs w:val="24"/>
        </w:rPr>
        <w:t xml:space="preserve"> Landsat and Sentinel-2</w:t>
      </w:r>
      <w:r>
        <w:rPr>
          <w:rFonts w:ascii="Times New Roman" w:hAnsi="Times New Roman" w:cs="Times New Roman"/>
          <w:sz w:val="24"/>
          <w:szCs w:val="24"/>
        </w:rPr>
        <w:t>,</w:t>
      </w:r>
      <w:r w:rsidR="00C7166C" w:rsidRPr="00C7166C">
        <w:rPr>
          <w:rFonts w:ascii="Times New Roman" w:hAnsi="Times New Roman" w:cs="Times New Roman"/>
          <w:sz w:val="24"/>
          <w:szCs w:val="24"/>
        </w:rPr>
        <w:t xml:space="preserve"> were acquired and processed to delineate shoreline positions for 2004, 2014, and 2024. Pre-processing steps included radiometric and geometric correction to ensure accuracy and consistency across epochs. To enhance shoreline detection, the Sobel edge detection filter was applied in IDRISI TerrSet, after which the shorelines were </w:t>
      </w:r>
      <w:proofErr w:type="spellStart"/>
      <w:r w:rsidRPr="00181CB0">
        <w:rPr>
          <w:rFonts w:ascii="Times New Roman" w:hAnsi="Times New Roman" w:cs="Times New Roman"/>
          <w:sz w:val="24"/>
          <w:szCs w:val="24"/>
          <w:highlight w:val="yellow"/>
        </w:rPr>
        <w:t>digitised</w:t>
      </w:r>
      <w:proofErr w:type="spellEnd"/>
      <w:r w:rsidR="00C7166C" w:rsidRPr="00C7166C">
        <w:rPr>
          <w:rFonts w:ascii="Times New Roman" w:hAnsi="Times New Roman" w:cs="Times New Roman"/>
          <w:sz w:val="24"/>
          <w:szCs w:val="24"/>
        </w:rPr>
        <w:t xml:space="preserve">, exported in </w:t>
      </w:r>
      <w:proofErr w:type="spellStart"/>
      <w:r w:rsidR="00C7166C" w:rsidRPr="00C7166C">
        <w:rPr>
          <w:rFonts w:ascii="Times New Roman" w:hAnsi="Times New Roman" w:cs="Times New Roman"/>
          <w:sz w:val="24"/>
          <w:szCs w:val="24"/>
        </w:rPr>
        <w:t>GeoJSON</w:t>
      </w:r>
      <w:proofErr w:type="spellEnd"/>
      <w:r w:rsidR="00C7166C" w:rsidRPr="00C7166C">
        <w:rPr>
          <w:rFonts w:ascii="Times New Roman" w:hAnsi="Times New Roman" w:cs="Times New Roman"/>
          <w:sz w:val="24"/>
          <w:szCs w:val="24"/>
        </w:rPr>
        <w:t xml:space="preserve"> format, and integrated into DSAS for quantitative analysis. The results revealed significant spatial and temporal variability in shoreline </w:t>
      </w:r>
      <w:proofErr w:type="spellStart"/>
      <w:r w:rsidRPr="00181CB0">
        <w:rPr>
          <w:rFonts w:ascii="Times New Roman" w:hAnsi="Times New Roman" w:cs="Times New Roman"/>
          <w:sz w:val="24"/>
          <w:szCs w:val="24"/>
          <w:highlight w:val="yellow"/>
        </w:rPr>
        <w:t>behaviour</w:t>
      </w:r>
      <w:proofErr w:type="spellEnd"/>
      <w:r w:rsidR="00C7166C" w:rsidRPr="00C7166C">
        <w:rPr>
          <w:rFonts w:ascii="Times New Roman" w:hAnsi="Times New Roman" w:cs="Times New Roman"/>
          <w:sz w:val="24"/>
          <w:szCs w:val="24"/>
        </w:rPr>
        <w:t xml:space="preserve">, </w:t>
      </w:r>
      <w:proofErr w:type="spellStart"/>
      <w:r w:rsidRPr="00181CB0">
        <w:rPr>
          <w:rFonts w:ascii="Times New Roman" w:hAnsi="Times New Roman" w:cs="Times New Roman"/>
          <w:sz w:val="24"/>
          <w:szCs w:val="24"/>
          <w:highlight w:val="yellow"/>
        </w:rPr>
        <w:t>characterised</w:t>
      </w:r>
      <w:proofErr w:type="spellEnd"/>
      <w:r w:rsidRPr="00181CB0">
        <w:rPr>
          <w:rFonts w:ascii="Times New Roman" w:hAnsi="Times New Roman" w:cs="Times New Roman"/>
          <w:sz w:val="24"/>
          <w:szCs w:val="24"/>
          <w:highlight w:val="yellow"/>
        </w:rPr>
        <w:t xml:space="preserve"> </w:t>
      </w:r>
      <w:r w:rsidR="00C7166C" w:rsidRPr="00C7166C">
        <w:rPr>
          <w:rFonts w:ascii="Times New Roman" w:hAnsi="Times New Roman" w:cs="Times New Roman"/>
          <w:sz w:val="24"/>
          <w:szCs w:val="24"/>
        </w:rPr>
        <w:t xml:space="preserve">by alternating zones of erosion and accretion. On the north side of the bridge, erosion was dominant, accounting for approximately 31.53% (409,772.22 m²) of total shoreline change, while accretion covered only 10.43% (135,591.04 m²). Conversely, the south side exhibited strong accretion, with 46.75% (607,489.07 m²) of total change, compared to erosion of 11.29% (146,708.48 m²). </w:t>
      </w:r>
      <w:r w:rsidR="00CE25EE" w:rsidRPr="00181CB0">
        <w:rPr>
          <w:rFonts w:ascii="Times New Roman" w:hAnsi="Times New Roman" w:cs="Times New Roman"/>
          <w:sz w:val="24"/>
          <w:szCs w:val="24"/>
          <w:highlight w:val="yellow"/>
        </w:rPr>
        <w:t>In the northern section, 35.8% (EPR) and 37.66% (LRR) of transects recorded accretion</w:t>
      </w:r>
      <w:r w:rsidR="00CE25EE" w:rsidRPr="00181CB0">
        <w:rPr>
          <w:rFonts w:ascii="Times New Roman" w:hAnsi="Times New Roman" w:cs="Times New Roman"/>
          <w:sz w:val="24"/>
          <w:szCs w:val="24"/>
          <w:highlight w:val="yellow"/>
        </w:rPr>
        <w:t xml:space="preserve">. </w:t>
      </w:r>
      <w:r w:rsidR="00CE25EE" w:rsidRPr="00181CB0">
        <w:rPr>
          <w:rFonts w:ascii="Times New Roman" w:hAnsi="Times New Roman" w:cs="Times New Roman"/>
          <w:sz w:val="24"/>
          <w:szCs w:val="24"/>
          <w:highlight w:val="yellow"/>
        </w:rPr>
        <w:t>Similarly, the southern section showed accretion at 28.36% (EPR) and 28.79% (LRR)</w:t>
      </w:r>
      <w:r w:rsidR="00CE25EE" w:rsidRPr="00181CB0">
        <w:rPr>
          <w:rFonts w:ascii="Times New Roman" w:hAnsi="Times New Roman" w:cs="Times New Roman"/>
          <w:sz w:val="24"/>
          <w:szCs w:val="24"/>
          <w:highlight w:val="yellow"/>
        </w:rPr>
        <w:t>.</w:t>
      </w:r>
      <w:r w:rsidR="00CE25EE">
        <w:rPr>
          <w:rFonts w:ascii="Times New Roman" w:hAnsi="Times New Roman" w:cs="Times New Roman"/>
          <w:sz w:val="24"/>
          <w:szCs w:val="24"/>
        </w:rPr>
        <w:t xml:space="preserve"> </w:t>
      </w:r>
      <w:r w:rsidR="00C7166C" w:rsidRPr="00C7166C">
        <w:rPr>
          <w:rFonts w:ascii="Times New Roman" w:hAnsi="Times New Roman" w:cs="Times New Roman"/>
          <w:sz w:val="24"/>
          <w:szCs w:val="24"/>
        </w:rPr>
        <w:t xml:space="preserve">Transect-based analyses using End Point Rate (EPR) and Linear Regression Rate (LRR) confirmed these trends, with erosion hotspots concentrated along the north bank and major accretional zones dominating the south bank. </w:t>
      </w:r>
      <w:r w:rsidR="00BE73B2" w:rsidRPr="00BE73B2">
        <w:rPr>
          <w:rFonts w:ascii="Times New Roman" w:eastAsiaTheme="majorEastAsia" w:hAnsi="Times New Roman" w:cs="Times New Roman"/>
          <w:sz w:val="24"/>
          <w:szCs w:val="24"/>
        </w:rPr>
        <w:t>The study underscores the relevance of geospatial technologies in shoreline monitoring and provides evidence-based insights to support adaptive management, conservation strategies, and sustainable coastal planning in the Niger Delta.</w:t>
      </w:r>
      <w:r w:rsidR="00DD0EC1">
        <w:rPr>
          <w:rFonts w:ascii="Times New Roman" w:eastAsiaTheme="majorEastAsia" w:hAnsi="Times New Roman" w:cs="Times New Roman"/>
          <w:sz w:val="24"/>
          <w:szCs w:val="24"/>
        </w:rPr>
        <w:t xml:space="preserve"> </w:t>
      </w:r>
      <w:r w:rsidR="00DD0EC1" w:rsidRPr="00181CB0">
        <w:rPr>
          <w:rFonts w:ascii="Times New Roman" w:eastAsiaTheme="majorEastAsia" w:hAnsi="Times New Roman" w:cs="Times New Roman"/>
          <w:sz w:val="24"/>
          <w:szCs w:val="24"/>
          <w:highlight w:val="yellow"/>
        </w:rPr>
        <w:t xml:space="preserve">This study has provided an evidence-based understanding of the shoreline dynamics of the section of </w:t>
      </w:r>
      <w:r w:rsidR="00DD0EC1" w:rsidRPr="00181CB0">
        <w:rPr>
          <w:rFonts w:ascii="Times New Roman" w:eastAsiaTheme="majorEastAsia" w:hAnsi="Times New Roman" w:cs="Times New Roman"/>
          <w:sz w:val="24"/>
          <w:szCs w:val="24"/>
          <w:highlight w:val="yellow"/>
        </w:rPr>
        <w:t xml:space="preserve">the </w:t>
      </w:r>
      <w:proofErr w:type="spellStart"/>
      <w:r w:rsidR="00DD0EC1" w:rsidRPr="00181CB0">
        <w:rPr>
          <w:rFonts w:ascii="Times New Roman" w:eastAsiaTheme="majorEastAsia" w:hAnsi="Times New Roman" w:cs="Times New Roman"/>
          <w:sz w:val="24"/>
          <w:szCs w:val="24"/>
          <w:highlight w:val="yellow"/>
        </w:rPr>
        <w:t>Forcados</w:t>
      </w:r>
      <w:proofErr w:type="spellEnd"/>
      <w:r w:rsidR="00DD0EC1" w:rsidRPr="00181CB0">
        <w:rPr>
          <w:rFonts w:ascii="Times New Roman" w:eastAsiaTheme="majorEastAsia" w:hAnsi="Times New Roman" w:cs="Times New Roman"/>
          <w:sz w:val="24"/>
          <w:szCs w:val="24"/>
          <w:highlight w:val="yellow"/>
        </w:rPr>
        <w:t xml:space="preserve"> </w:t>
      </w:r>
      <w:r w:rsidR="00DD0EC1" w:rsidRPr="00181CB0">
        <w:rPr>
          <w:rFonts w:ascii="Times New Roman" w:eastAsiaTheme="majorEastAsia" w:hAnsi="Times New Roman" w:cs="Times New Roman"/>
          <w:sz w:val="24"/>
          <w:szCs w:val="24"/>
          <w:highlight w:val="yellow"/>
        </w:rPr>
        <w:t>River</w:t>
      </w:r>
      <w:r w:rsidR="00DD0EC1" w:rsidRPr="00181CB0">
        <w:rPr>
          <w:rFonts w:ascii="Times New Roman" w:eastAsiaTheme="majorEastAsia" w:hAnsi="Times New Roman" w:cs="Times New Roman"/>
          <w:sz w:val="24"/>
          <w:szCs w:val="24"/>
          <w:highlight w:val="yellow"/>
        </w:rPr>
        <w:t>, offering insights that can guide future interventions aimed at preserving riverbank stability, protecting infrastructure, and ensuring sustainable use of the river environment.</w:t>
      </w:r>
    </w:p>
    <w:p w14:paraId="14175C4B" w14:textId="77777777" w:rsidR="00BE73B2" w:rsidRPr="00BE73B2" w:rsidRDefault="00BE73B2" w:rsidP="00BE73B2">
      <w:pPr>
        <w:spacing w:after="0" w:line="360" w:lineRule="auto"/>
        <w:jc w:val="both"/>
        <w:outlineLvl w:val="1"/>
        <w:rPr>
          <w:rFonts w:ascii="Times New Roman" w:eastAsiaTheme="majorEastAsia" w:hAnsi="Times New Roman" w:cs="Times New Roman"/>
          <w:b/>
          <w:bCs/>
          <w:sz w:val="24"/>
          <w:szCs w:val="24"/>
        </w:rPr>
      </w:pPr>
    </w:p>
    <w:p w14:paraId="5F3C66FC" w14:textId="099B172F" w:rsidR="00BE73B2" w:rsidRDefault="00BE73B2" w:rsidP="00BE73B2">
      <w:pPr>
        <w:spacing w:after="0" w:line="360" w:lineRule="auto"/>
        <w:jc w:val="both"/>
        <w:outlineLvl w:val="1"/>
        <w:rPr>
          <w:rFonts w:ascii="Times New Roman" w:eastAsiaTheme="majorEastAsia" w:hAnsi="Times New Roman" w:cs="Times New Roman"/>
          <w:sz w:val="24"/>
          <w:szCs w:val="24"/>
        </w:rPr>
      </w:pPr>
      <w:r w:rsidRPr="00BE73B2">
        <w:rPr>
          <w:rFonts w:ascii="Times New Roman" w:eastAsiaTheme="majorEastAsia" w:hAnsi="Times New Roman" w:cs="Times New Roman"/>
          <w:b/>
          <w:bCs/>
          <w:sz w:val="24"/>
          <w:szCs w:val="24"/>
        </w:rPr>
        <w:t xml:space="preserve">Keywords: </w:t>
      </w:r>
      <w:r w:rsidR="00E01F31">
        <w:rPr>
          <w:rFonts w:ascii="Times New Roman" w:eastAsiaTheme="majorEastAsia" w:hAnsi="Times New Roman" w:cs="Times New Roman"/>
          <w:sz w:val="24"/>
          <w:szCs w:val="24"/>
        </w:rPr>
        <w:t>A</w:t>
      </w:r>
      <w:r w:rsidRPr="00BE73B2">
        <w:rPr>
          <w:rFonts w:ascii="Times New Roman" w:eastAsiaTheme="majorEastAsia" w:hAnsi="Times New Roman" w:cs="Times New Roman"/>
          <w:sz w:val="24"/>
          <w:szCs w:val="24"/>
        </w:rPr>
        <w:t>ccretion,</w:t>
      </w:r>
      <w:r w:rsidR="00E01F31" w:rsidRPr="00E01F31">
        <w:rPr>
          <w:rFonts w:ascii="Times New Roman" w:eastAsiaTheme="majorEastAsia" w:hAnsi="Times New Roman" w:cs="Times New Roman"/>
          <w:sz w:val="24"/>
          <w:szCs w:val="24"/>
        </w:rPr>
        <w:t xml:space="preserve"> </w:t>
      </w:r>
      <w:r w:rsidR="00E01F31">
        <w:rPr>
          <w:rFonts w:ascii="Times New Roman" w:eastAsiaTheme="majorEastAsia" w:hAnsi="Times New Roman" w:cs="Times New Roman"/>
          <w:sz w:val="24"/>
          <w:szCs w:val="24"/>
        </w:rPr>
        <w:t>Digital Shoreline Analysis System, E</w:t>
      </w:r>
      <w:r w:rsidR="00E01F31" w:rsidRPr="00BE73B2">
        <w:rPr>
          <w:rFonts w:ascii="Times New Roman" w:eastAsiaTheme="majorEastAsia" w:hAnsi="Times New Roman" w:cs="Times New Roman"/>
          <w:sz w:val="24"/>
          <w:szCs w:val="24"/>
        </w:rPr>
        <w:t>rosion</w:t>
      </w:r>
      <w:r w:rsidR="00E01F31">
        <w:rPr>
          <w:rFonts w:ascii="Times New Roman" w:eastAsiaTheme="majorEastAsia" w:hAnsi="Times New Roman" w:cs="Times New Roman"/>
          <w:sz w:val="24"/>
          <w:szCs w:val="24"/>
        </w:rPr>
        <w:t xml:space="preserve">, </w:t>
      </w:r>
      <w:r w:rsidR="00E01F31" w:rsidRPr="00BE73B2">
        <w:rPr>
          <w:rFonts w:ascii="Times New Roman" w:eastAsiaTheme="majorEastAsia" w:hAnsi="Times New Roman" w:cs="Times New Roman"/>
          <w:sz w:val="24"/>
          <w:szCs w:val="24"/>
        </w:rPr>
        <w:t>Forcados River</w:t>
      </w:r>
      <w:r w:rsidR="00E01F31">
        <w:rPr>
          <w:rFonts w:ascii="Times New Roman" w:eastAsiaTheme="majorEastAsia" w:hAnsi="Times New Roman" w:cs="Times New Roman"/>
          <w:sz w:val="24"/>
          <w:szCs w:val="24"/>
        </w:rPr>
        <w:t>, Geographic Information System, Niger Delta</w:t>
      </w:r>
    </w:p>
    <w:p w14:paraId="7F8E3F11" w14:textId="77777777" w:rsidR="00A67C58" w:rsidRDefault="00A67C58" w:rsidP="00BE73B2">
      <w:pPr>
        <w:spacing w:after="0" w:line="360" w:lineRule="auto"/>
        <w:jc w:val="both"/>
        <w:outlineLvl w:val="1"/>
        <w:rPr>
          <w:rFonts w:ascii="Times New Roman" w:eastAsiaTheme="majorEastAsia" w:hAnsi="Times New Roman" w:cs="Times New Roman"/>
          <w:sz w:val="24"/>
          <w:szCs w:val="24"/>
        </w:rPr>
      </w:pPr>
    </w:p>
    <w:p w14:paraId="6A73D14A" w14:textId="7BB16896" w:rsidR="00A67C58" w:rsidRDefault="00A67C58" w:rsidP="00BE73B2">
      <w:pPr>
        <w:spacing w:after="0" w:line="360" w:lineRule="auto"/>
        <w:jc w:val="both"/>
        <w:outlineLvl w:val="1"/>
        <w:rPr>
          <w:rFonts w:ascii="Times New Roman" w:eastAsiaTheme="majorEastAsia" w:hAnsi="Times New Roman" w:cs="Times New Roman"/>
          <w:sz w:val="24"/>
          <w:szCs w:val="24"/>
        </w:rPr>
      </w:pPr>
    </w:p>
    <w:p w14:paraId="60063535" w14:textId="6934269E" w:rsidR="009E775B" w:rsidRDefault="009E775B" w:rsidP="00BE73B2">
      <w:pPr>
        <w:spacing w:after="0" w:line="360" w:lineRule="auto"/>
        <w:jc w:val="both"/>
        <w:outlineLvl w:val="1"/>
        <w:rPr>
          <w:rFonts w:ascii="Times New Roman" w:eastAsiaTheme="majorEastAsia" w:hAnsi="Times New Roman" w:cs="Times New Roman"/>
          <w:sz w:val="24"/>
          <w:szCs w:val="24"/>
        </w:rPr>
      </w:pPr>
    </w:p>
    <w:p w14:paraId="10BA589D" w14:textId="77777777" w:rsidR="009E775B" w:rsidRDefault="009E775B" w:rsidP="00BE73B2">
      <w:pPr>
        <w:spacing w:after="0" w:line="360" w:lineRule="auto"/>
        <w:jc w:val="both"/>
        <w:outlineLvl w:val="1"/>
        <w:rPr>
          <w:rFonts w:ascii="Times New Roman" w:eastAsiaTheme="majorEastAsia" w:hAnsi="Times New Roman" w:cs="Times New Roman"/>
          <w:sz w:val="24"/>
          <w:szCs w:val="24"/>
        </w:rPr>
      </w:pPr>
    </w:p>
    <w:p w14:paraId="0BAD2F36" w14:textId="77777777" w:rsidR="00A67C58" w:rsidRDefault="00A67C58" w:rsidP="00BE73B2">
      <w:pPr>
        <w:spacing w:after="0" w:line="360" w:lineRule="auto"/>
        <w:jc w:val="both"/>
        <w:outlineLvl w:val="1"/>
        <w:rPr>
          <w:rFonts w:ascii="Times New Roman" w:eastAsiaTheme="majorEastAsia" w:hAnsi="Times New Roman" w:cs="Times New Roman"/>
          <w:sz w:val="24"/>
          <w:szCs w:val="24"/>
        </w:rPr>
      </w:pPr>
    </w:p>
    <w:p w14:paraId="7B639A25" w14:textId="1A277B8D" w:rsidR="00B35E58" w:rsidRPr="00B35E58" w:rsidRDefault="00232B46" w:rsidP="00BE73B2">
      <w:pPr>
        <w:spacing w:after="0" w:line="36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I</w:t>
      </w:r>
      <w:r w:rsidR="003D3A21">
        <w:rPr>
          <w:rFonts w:ascii="Times New Roman" w:eastAsia="Times New Roman" w:hAnsi="Times New Roman" w:cs="Times New Roman"/>
          <w:b/>
          <w:bCs/>
          <w:sz w:val="24"/>
          <w:szCs w:val="24"/>
        </w:rPr>
        <w:t>NTRODUCTION</w:t>
      </w:r>
    </w:p>
    <w:p w14:paraId="371D7EFE" w14:textId="2685487A" w:rsidR="00B35E58" w:rsidRPr="003D3A21" w:rsidRDefault="00056B73" w:rsidP="00A67C58">
      <w:pPr>
        <w:spacing w:after="120" w:line="360" w:lineRule="auto"/>
        <w:jc w:val="both"/>
        <w:rPr>
          <w:rFonts w:ascii="Times New Roman" w:eastAsia="Times New Roman" w:hAnsi="Times New Roman" w:cs="Times New Roman"/>
          <w:color w:val="000000" w:themeColor="text1"/>
          <w:sz w:val="24"/>
          <w:szCs w:val="24"/>
        </w:rPr>
      </w:pPr>
      <w:r w:rsidRPr="00181CB0">
        <w:rPr>
          <w:rFonts w:ascii="Times New Roman" w:eastAsia="Times New Roman" w:hAnsi="Times New Roman" w:cs="Times New Roman"/>
          <w:color w:val="000000" w:themeColor="text1"/>
          <w:sz w:val="24"/>
          <w:szCs w:val="24"/>
          <w:highlight w:val="yellow"/>
        </w:rPr>
        <w:t>Since the shorelines are important geographical boundaries, monitoring shoreline change plays an important role in integrated coastal management</w:t>
      </w:r>
      <w:r w:rsidRPr="00181CB0">
        <w:rPr>
          <w:rFonts w:ascii="Times New Roman" w:eastAsia="Times New Roman" w:hAnsi="Times New Roman" w:cs="Times New Roman"/>
          <w:color w:val="000000" w:themeColor="text1"/>
          <w:sz w:val="24"/>
          <w:szCs w:val="24"/>
          <w:highlight w:val="yellow"/>
        </w:rPr>
        <w:t xml:space="preserve"> </w:t>
      </w:r>
      <w:r w:rsidRPr="00181CB0">
        <w:rPr>
          <w:rFonts w:ascii="Times New Roman" w:eastAsia="Times New Roman" w:hAnsi="Times New Roman" w:cs="Times New Roman"/>
          <w:color w:val="000000" w:themeColor="text1"/>
          <w:sz w:val="24"/>
          <w:szCs w:val="24"/>
          <w:highlight w:val="yellow"/>
        </w:rPr>
        <w:t xml:space="preserve">(Wang </w:t>
      </w:r>
      <w:r w:rsidRPr="00181CB0">
        <w:rPr>
          <w:rFonts w:ascii="Times New Roman" w:eastAsia="Times New Roman" w:hAnsi="Times New Roman" w:cs="Times New Roman"/>
          <w:i/>
          <w:iCs/>
          <w:color w:val="000000" w:themeColor="text1"/>
          <w:sz w:val="24"/>
          <w:szCs w:val="24"/>
          <w:highlight w:val="yellow"/>
        </w:rPr>
        <w:t>et al</w:t>
      </w:r>
      <w:r w:rsidRPr="00181CB0">
        <w:rPr>
          <w:rFonts w:ascii="Times New Roman" w:eastAsia="Times New Roman" w:hAnsi="Times New Roman" w:cs="Times New Roman"/>
          <w:color w:val="000000" w:themeColor="text1"/>
          <w:sz w:val="24"/>
          <w:szCs w:val="24"/>
          <w:highlight w:val="yellow"/>
        </w:rPr>
        <w:t>., 2023</w:t>
      </w:r>
      <w:r w:rsidRPr="00056B73">
        <w:rPr>
          <w:rFonts w:ascii="Times New Roman" w:eastAsia="Times New Roman" w:hAnsi="Times New Roman" w:cs="Times New Roman"/>
          <w:color w:val="000000" w:themeColor="text1"/>
          <w:sz w:val="24"/>
          <w:szCs w:val="24"/>
          <w:highlight w:val="yellow"/>
        </w:rPr>
        <w:t xml:space="preserve">; </w:t>
      </w:r>
      <w:r w:rsidRPr="00181CB0">
        <w:rPr>
          <w:rFonts w:ascii="Times New Roman" w:eastAsia="Times New Roman" w:hAnsi="Times New Roman" w:cs="Times New Roman"/>
          <w:color w:val="000000" w:themeColor="text1"/>
          <w:sz w:val="24"/>
          <w:szCs w:val="24"/>
          <w:highlight w:val="yellow"/>
        </w:rPr>
        <w:t xml:space="preserve">Dang </w:t>
      </w:r>
      <w:r w:rsidRPr="00181CB0">
        <w:rPr>
          <w:rFonts w:ascii="Times New Roman" w:eastAsia="Times New Roman" w:hAnsi="Times New Roman" w:cs="Times New Roman"/>
          <w:i/>
          <w:iCs/>
          <w:color w:val="000000" w:themeColor="text1"/>
          <w:sz w:val="24"/>
          <w:szCs w:val="24"/>
          <w:highlight w:val="yellow"/>
        </w:rPr>
        <w:t>et al</w:t>
      </w:r>
      <w:r w:rsidRPr="00181CB0">
        <w:rPr>
          <w:rFonts w:ascii="Times New Roman" w:eastAsia="Times New Roman" w:hAnsi="Times New Roman" w:cs="Times New Roman"/>
          <w:color w:val="000000" w:themeColor="text1"/>
          <w:sz w:val="24"/>
          <w:szCs w:val="24"/>
          <w:highlight w:val="yellow"/>
        </w:rPr>
        <w:t>., 2022).</w:t>
      </w:r>
      <w:r w:rsidRPr="00056B73">
        <w:rPr>
          <w:rFonts w:ascii="Times New Roman" w:eastAsia="Times New Roman" w:hAnsi="Times New Roman" w:cs="Times New Roman"/>
          <w:color w:val="000000" w:themeColor="text1"/>
          <w:sz w:val="24"/>
          <w:szCs w:val="24"/>
        </w:rPr>
        <w:t xml:space="preserve"> </w:t>
      </w:r>
      <w:r w:rsidR="00B35E58" w:rsidRPr="003D3A21">
        <w:rPr>
          <w:rFonts w:ascii="Times New Roman" w:eastAsia="Times New Roman" w:hAnsi="Times New Roman" w:cs="Times New Roman"/>
          <w:color w:val="000000" w:themeColor="text1"/>
          <w:sz w:val="24"/>
          <w:szCs w:val="24"/>
        </w:rPr>
        <w:t>Shorelines are highly dynamic boundaries where land meets water, continuously reshaped by natural forces such as waves, tides, currents, and sea-level rise, as well as human activities including sand mining, dredging, and coastal development (Boak &amp; Turner, 2005; Di Paola, Rodríguez &amp; Rosskopf, 2023). These changes manifest as erosion</w:t>
      </w:r>
      <w:r>
        <w:rPr>
          <w:rFonts w:ascii="Times New Roman" w:eastAsia="Times New Roman" w:hAnsi="Times New Roman" w:cs="Times New Roman"/>
          <w:color w:val="000000" w:themeColor="text1"/>
          <w:sz w:val="24"/>
          <w:szCs w:val="24"/>
        </w:rPr>
        <w:t>,</w:t>
      </w:r>
      <w:r w:rsidR="00F0172C" w:rsidRPr="003D3A21">
        <w:rPr>
          <w:rFonts w:ascii="Times New Roman" w:eastAsia="Times New Roman" w:hAnsi="Times New Roman" w:cs="Times New Roman"/>
          <w:color w:val="000000" w:themeColor="text1"/>
          <w:sz w:val="24"/>
          <w:szCs w:val="24"/>
        </w:rPr>
        <w:t xml:space="preserve"> </w:t>
      </w:r>
      <w:r w:rsidR="00B35E58" w:rsidRPr="003D3A21">
        <w:rPr>
          <w:rFonts w:ascii="Times New Roman" w:eastAsia="Times New Roman" w:hAnsi="Times New Roman" w:cs="Times New Roman"/>
          <w:color w:val="000000" w:themeColor="text1"/>
          <w:sz w:val="24"/>
          <w:szCs w:val="24"/>
        </w:rPr>
        <w:t>the landward retreat of shorelines</w:t>
      </w:r>
      <w:r w:rsidR="00F0172C" w:rsidRPr="003D3A21">
        <w:rPr>
          <w:rFonts w:ascii="Times New Roman" w:eastAsia="Times New Roman" w:hAnsi="Times New Roman" w:cs="Times New Roman"/>
          <w:color w:val="000000" w:themeColor="text1"/>
          <w:sz w:val="24"/>
          <w:szCs w:val="24"/>
        </w:rPr>
        <w:t xml:space="preserve"> </w:t>
      </w:r>
      <w:r w:rsidR="00B35E58" w:rsidRPr="003D3A21">
        <w:rPr>
          <w:rFonts w:ascii="Times New Roman" w:eastAsia="Times New Roman" w:hAnsi="Times New Roman" w:cs="Times New Roman"/>
          <w:color w:val="000000" w:themeColor="text1"/>
          <w:sz w:val="24"/>
          <w:szCs w:val="24"/>
        </w:rPr>
        <w:t xml:space="preserve">or accretion, the seaward build-up of sediments (Brown &amp; Adekunle, 2015; Nwilo, 2005). </w:t>
      </w:r>
      <w:r w:rsidR="00A77278" w:rsidRPr="00181CB0">
        <w:rPr>
          <w:rFonts w:ascii="Times New Roman" w:eastAsia="Times New Roman" w:hAnsi="Times New Roman" w:cs="Times New Roman"/>
          <w:color w:val="000000" w:themeColor="text1"/>
          <w:sz w:val="24"/>
          <w:szCs w:val="24"/>
          <w:highlight w:val="yellow"/>
        </w:rPr>
        <w:t xml:space="preserve">Shoreline change can be quite complex in </w:t>
      </w:r>
      <w:r w:rsidR="00A77278" w:rsidRPr="00181CB0">
        <w:rPr>
          <w:rFonts w:ascii="Times New Roman" w:eastAsia="Times New Roman" w:hAnsi="Times New Roman" w:cs="Times New Roman"/>
          <w:color w:val="000000" w:themeColor="text1"/>
          <w:sz w:val="24"/>
          <w:szCs w:val="24"/>
          <w:highlight w:val="yellow"/>
        </w:rPr>
        <w:t>terms</w:t>
      </w:r>
      <w:r w:rsidR="00A77278" w:rsidRPr="00181CB0">
        <w:rPr>
          <w:rFonts w:ascii="Times New Roman" w:eastAsia="Times New Roman" w:hAnsi="Times New Roman" w:cs="Times New Roman"/>
          <w:color w:val="000000" w:themeColor="text1"/>
          <w:sz w:val="24"/>
          <w:szCs w:val="24"/>
          <w:highlight w:val="yellow"/>
        </w:rPr>
        <w:t xml:space="preserve"> of driving forces, unsteady in both spatial and temporal domains. The change in the shoreline is an indicator for coasts to be classified according to their susceptibility to short and long-term environmental hazards</w:t>
      </w:r>
      <w:r w:rsidR="00A77278" w:rsidRPr="00181CB0">
        <w:rPr>
          <w:rFonts w:ascii="Times New Roman" w:eastAsia="Times New Roman" w:hAnsi="Times New Roman" w:cs="Times New Roman"/>
          <w:color w:val="000000" w:themeColor="text1"/>
          <w:sz w:val="24"/>
          <w:szCs w:val="24"/>
          <w:highlight w:val="yellow"/>
        </w:rPr>
        <w:t xml:space="preserve"> </w:t>
      </w:r>
      <w:r w:rsidR="00A77278" w:rsidRPr="00181CB0">
        <w:rPr>
          <w:rFonts w:ascii="Times New Roman" w:eastAsia="Times New Roman" w:hAnsi="Times New Roman" w:cs="Times New Roman"/>
          <w:color w:val="000000" w:themeColor="text1"/>
          <w:sz w:val="24"/>
          <w:szCs w:val="24"/>
          <w:highlight w:val="yellow"/>
        </w:rPr>
        <w:t>(</w:t>
      </w:r>
      <w:proofErr w:type="spellStart"/>
      <w:r w:rsidR="00A77278" w:rsidRPr="00181CB0">
        <w:rPr>
          <w:rFonts w:ascii="Times New Roman" w:eastAsia="Times New Roman" w:hAnsi="Times New Roman" w:cs="Times New Roman"/>
          <w:color w:val="000000" w:themeColor="text1"/>
          <w:sz w:val="24"/>
          <w:szCs w:val="24"/>
          <w:highlight w:val="yellow"/>
        </w:rPr>
        <w:t>Görmüş</w:t>
      </w:r>
      <w:proofErr w:type="spellEnd"/>
      <w:r w:rsidR="00A77278" w:rsidRPr="00181CB0">
        <w:rPr>
          <w:rFonts w:ascii="Times New Roman" w:eastAsia="Times New Roman" w:hAnsi="Times New Roman" w:cs="Times New Roman"/>
          <w:color w:val="000000" w:themeColor="text1"/>
          <w:sz w:val="24"/>
          <w:szCs w:val="24"/>
          <w:highlight w:val="yellow"/>
        </w:rPr>
        <w:t xml:space="preserve"> </w:t>
      </w:r>
      <w:r w:rsidR="00A77278" w:rsidRPr="00181CB0">
        <w:rPr>
          <w:rFonts w:ascii="Times New Roman" w:eastAsia="Times New Roman" w:hAnsi="Times New Roman" w:cs="Times New Roman"/>
          <w:i/>
          <w:iCs/>
          <w:color w:val="000000" w:themeColor="text1"/>
          <w:sz w:val="24"/>
          <w:szCs w:val="24"/>
          <w:highlight w:val="yellow"/>
        </w:rPr>
        <w:t>et al</w:t>
      </w:r>
      <w:r w:rsidR="00A77278" w:rsidRPr="00181CB0">
        <w:rPr>
          <w:rFonts w:ascii="Times New Roman" w:eastAsia="Times New Roman" w:hAnsi="Times New Roman" w:cs="Times New Roman"/>
          <w:color w:val="000000" w:themeColor="text1"/>
          <w:sz w:val="24"/>
          <w:szCs w:val="24"/>
          <w:highlight w:val="yellow"/>
        </w:rPr>
        <w:t>., 2021).</w:t>
      </w:r>
      <w:r w:rsidR="00A77278" w:rsidRPr="00A77278">
        <w:rPr>
          <w:rFonts w:ascii="Times New Roman" w:eastAsia="Times New Roman" w:hAnsi="Times New Roman" w:cs="Times New Roman"/>
          <w:color w:val="000000" w:themeColor="text1"/>
          <w:sz w:val="24"/>
          <w:szCs w:val="24"/>
        </w:rPr>
        <w:t xml:space="preserve"> </w:t>
      </w:r>
      <w:r w:rsidR="00B35E58" w:rsidRPr="003D3A21">
        <w:rPr>
          <w:rFonts w:ascii="Times New Roman" w:eastAsia="Times New Roman" w:hAnsi="Times New Roman" w:cs="Times New Roman"/>
          <w:color w:val="000000" w:themeColor="text1"/>
          <w:sz w:val="24"/>
          <w:szCs w:val="24"/>
        </w:rPr>
        <w:t>In deltaic systems such as the Niger Delta, shoreline instability is intensified by climate change, oil exploration, and anthropogenic modifications (Amangabara &amp; Onyewuchi, 2021; Ankrah, Monteiro &amp; Madureira, 2023).</w:t>
      </w:r>
    </w:p>
    <w:p w14:paraId="36B0E0BC" w14:textId="40B49C94" w:rsidR="00A67C58" w:rsidRPr="003D3A21" w:rsidRDefault="00B35E58" w:rsidP="00A67C58">
      <w:pPr>
        <w:spacing w:after="120" w:line="360" w:lineRule="auto"/>
        <w:jc w:val="both"/>
        <w:rPr>
          <w:rFonts w:ascii="Times New Roman" w:eastAsia="Times New Roman" w:hAnsi="Times New Roman" w:cs="Times New Roman"/>
          <w:color w:val="000000" w:themeColor="text1"/>
          <w:sz w:val="24"/>
          <w:szCs w:val="24"/>
        </w:rPr>
      </w:pPr>
      <w:r w:rsidRPr="003D3A21">
        <w:rPr>
          <w:rFonts w:ascii="Times New Roman" w:eastAsia="Times New Roman" w:hAnsi="Times New Roman" w:cs="Times New Roman"/>
          <w:color w:val="000000" w:themeColor="text1"/>
          <w:sz w:val="24"/>
          <w:szCs w:val="24"/>
        </w:rPr>
        <w:t xml:space="preserve">Past studies across the Niger Delta reveal widespread erosion and accretion, with Bayelsa State alone contributing over 66% of recorded erosion between 1991 and 2018 (Abija et al., 2020). Communities in the region remain particularly vulnerable due to their low-lying topography and dependence on fishing and farming (Oyegun, 2007). However, most research has been concentrated </w:t>
      </w:r>
      <w:r w:rsidR="007A2EA6" w:rsidRPr="003D3A21">
        <w:rPr>
          <w:rFonts w:ascii="Times New Roman" w:eastAsia="Times New Roman" w:hAnsi="Times New Roman" w:cs="Times New Roman"/>
          <w:color w:val="000000" w:themeColor="text1"/>
          <w:sz w:val="24"/>
          <w:szCs w:val="24"/>
        </w:rPr>
        <w:t>on</w:t>
      </w:r>
      <w:r w:rsidRPr="003D3A21">
        <w:rPr>
          <w:rFonts w:ascii="Times New Roman" w:eastAsia="Times New Roman" w:hAnsi="Times New Roman" w:cs="Times New Roman"/>
          <w:color w:val="000000" w:themeColor="text1"/>
          <w:sz w:val="24"/>
          <w:szCs w:val="24"/>
        </w:rPr>
        <w:t xml:space="preserve"> Lagos and Bonny, leaving critical knowledge gaps in other areas such as the Forcados River corridor. Given its ecological and socio-economic importance, coupled with its strategic role in oil exploration and navigation, understanding shoreline dynamics along the Forcados River—particularly the Patani Bridge area</w:t>
      </w:r>
      <w:r w:rsidR="00F0172C" w:rsidRPr="003D3A21">
        <w:rPr>
          <w:rFonts w:ascii="Times New Roman" w:eastAsia="Times New Roman" w:hAnsi="Times New Roman" w:cs="Times New Roman"/>
          <w:color w:val="000000" w:themeColor="text1"/>
          <w:sz w:val="24"/>
          <w:szCs w:val="24"/>
        </w:rPr>
        <w:t xml:space="preserve"> </w:t>
      </w:r>
      <w:r w:rsidRPr="003D3A21">
        <w:rPr>
          <w:rFonts w:ascii="Times New Roman" w:eastAsia="Times New Roman" w:hAnsi="Times New Roman" w:cs="Times New Roman"/>
          <w:color w:val="000000" w:themeColor="text1"/>
          <w:sz w:val="24"/>
          <w:szCs w:val="24"/>
        </w:rPr>
        <w:t>is vital for sustainable management, conservation, and climate resilience (Adegoke &amp; Ologunorisa, 2010; Odubo &amp; Amah, 2025).</w:t>
      </w:r>
      <w:r w:rsidR="00BA2EA5" w:rsidRPr="003D3A21">
        <w:rPr>
          <w:rFonts w:ascii="Times New Roman" w:eastAsia="Times New Roman" w:hAnsi="Times New Roman" w:cs="Times New Roman"/>
          <w:color w:val="000000" w:themeColor="text1"/>
          <w:sz w:val="24"/>
          <w:szCs w:val="24"/>
        </w:rPr>
        <w:t xml:space="preserve"> </w:t>
      </w:r>
    </w:p>
    <w:p w14:paraId="688CA55D" w14:textId="12FA2B21" w:rsidR="00B35E58" w:rsidRPr="003D3A21" w:rsidRDefault="00B35E58" w:rsidP="00A67C58">
      <w:pPr>
        <w:spacing w:after="120" w:line="360" w:lineRule="auto"/>
        <w:jc w:val="both"/>
        <w:rPr>
          <w:rFonts w:ascii="Times New Roman" w:eastAsia="Times New Roman" w:hAnsi="Times New Roman" w:cs="Times New Roman"/>
          <w:color w:val="000000" w:themeColor="text1"/>
          <w:sz w:val="24"/>
          <w:szCs w:val="24"/>
        </w:rPr>
      </w:pPr>
      <w:r w:rsidRPr="003D3A21">
        <w:rPr>
          <w:rFonts w:ascii="Times New Roman" w:eastAsia="Times New Roman" w:hAnsi="Times New Roman" w:cs="Times New Roman"/>
          <w:color w:val="000000" w:themeColor="text1"/>
          <w:sz w:val="24"/>
          <w:szCs w:val="24"/>
        </w:rPr>
        <w:t xml:space="preserve">The Forcados River is experiencing accelerated shoreline changes </w:t>
      </w:r>
      <w:proofErr w:type="spellStart"/>
      <w:r w:rsidR="00056B73" w:rsidRPr="00181CB0">
        <w:rPr>
          <w:rFonts w:ascii="Times New Roman" w:eastAsia="Times New Roman" w:hAnsi="Times New Roman" w:cs="Times New Roman"/>
          <w:color w:val="000000" w:themeColor="text1"/>
          <w:sz w:val="24"/>
          <w:szCs w:val="24"/>
          <w:highlight w:val="yellow"/>
        </w:rPr>
        <w:t>characterised</w:t>
      </w:r>
      <w:proofErr w:type="spellEnd"/>
      <w:r w:rsidR="00056B73" w:rsidRPr="003D3A21">
        <w:rPr>
          <w:rFonts w:ascii="Times New Roman" w:eastAsia="Times New Roman" w:hAnsi="Times New Roman" w:cs="Times New Roman"/>
          <w:color w:val="000000" w:themeColor="text1"/>
          <w:sz w:val="24"/>
          <w:szCs w:val="24"/>
        </w:rPr>
        <w:t xml:space="preserve"> </w:t>
      </w:r>
      <w:r w:rsidRPr="003D3A21">
        <w:rPr>
          <w:rFonts w:ascii="Times New Roman" w:eastAsia="Times New Roman" w:hAnsi="Times New Roman" w:cs="Times New Roman"/>
          <w:color w:val="000000" w:themeColor="text1"/>
          <w:sz w:val="24"/>
          <w:szCs w:val="24"/>
        </w:rPr>
        <w:t xml:space="preserve">by erosion, land loss, and ecological degradation. Drivers include sediment starvation, oil exploration, sand mining, and poorly planned development. These factors threaten biodiversity, navigation, infrastructure, and community livelihoods. Yet, existing shoreline assessments in the Niger Delta often </w:t>
      </w:r>
      <w:proofErr w:type="spellStart"/>
      <w:r w:rsidR="00056B73" w:rsidRPr="00181CB0">
        <w:rPr>
          <w:rFonts w:ascii="Times New Roman" w:eastAsia="Times New Roman" w:hAnsi="Times New Roman" w:cs="Times New Roman"/>
          <w:color w:val="000000" w:themeColor="text1"/>
          <w:sz w:val="24"/>
          <w:szCs w:val="24"/>
          <w:highlight w:val="yellow"/>
        </w:rPr>
        <w:t>generalise</w:t>
      </w:r>
      <w:proofErr w:type="spellEnd"/>
      <w:r w:rsidR="00056B73" w:rsidRPr="00181CB0">
        <w:rPr>
          <w:rFonts w:ascii="Times New Roman" w:eastAsia="Times New Roman" w:hAnsi="Times New Roman" w:cs="Times New Roman"/>
          <w:color w:val="000000" w:themeColor="text1"/>
          <w:sz w:val="24"/>
          <w:szCs w:val="24"/>
          <w:highlight w:val="yellow"/>
        </w:rPr>
        <w:t xml:space="preserve"> </w:t>
      </w:r>
      <w:r w:rsidRPr="003D3A21">
        <w:rPr>
          <w:rFonts w:ascii="Times New Roman" w:eastAsia="Times New Roman" w:hAnsi="Times New Roman" w:cs="Times New Roman"/>
          <w:color w:val="000000" w:themeColor="text1"/>
          <w:sz w:val="24"/>
          <w:szCs w:val="24"/>
        </w:rPr>
        <w:t xml:space="preserve">findings without providing high-resolution, location-specific data for the Forcados corridor. This </w:t>
      </w:r>
      <w:r w:rsidRPr="003D3A21">
        <w:rPr>
          <w:rFonts w:ascii="Times New Roman" w:eastAsia="Times New Roman" w:hAnsi="Times New Roman" w:cs="Times New Roman"/>
          <w:color w:val="000000" w:themeColor="text1"/>
          <w:sz w:val="24"/>
          <w:szCs w:val="24"/>
        </w:rPr>
        <w:lastRenderedPageBreak/>
        <w:t>gap limits the identification of erosion hotspots and hampers adaptive management. As a result, vulnerable communities, ecosystems, and critical infrastructure face escalating risks from shoreline instability (Amangabara &amp; Onyewuchi, 2021; Abija et al., 2020).</w:t>
      </w:r>
    </w:p>
    <w:p w14:paraId="19FF6E38" w14:textId="22555E51" w:rsidR="00BA2EA5" w:rsidRPr="0050783F" w:rsidRDefault="00BA2EA5" w:rsidP="00A67C58">
      <w:pPr>
        <w:pStyle w:val="NormalWeb"/>
        <w:spacing w:before="0" w:beforeAutospacing="0" w:after="120" w:afterAutospacing="0" w:line="360" w:lineRule="auto"/>
        <w:jc w:val="both"/>
      </w:pPr>
      <w:r w:rsidRPr="003D3A21">
        <w:rPr>
          <w:color w:val="000000" w:themeColor="text1"/>
        </w:rPr>
        <w:t xml:space="preserve">The Forcados River, a distributary of the Niger River, flows about 200 km through diverse ecosystems in the Niger Delta, including mangrove swamps, freshwater swamps, and coastal barrier islands, before emptying into the Atlantic Ocean at the Bight of Benin. The Patani Bridge area, located at the Delta / Bayelsa boundary within the western Niger Delta, is a strategic corridor historically used for navigation and trade, and now heavily </w:t>
      </w:r>
      <w:proofErr w:type="spellStart"/>
      <w:r w:rsidR="00056B73" w:rsidRPr="00181CB0">
        <w:rPr>
          <w:color w:val="000000" w:themeColor="text1"/>
          <w:highlight w:val="yellow"/>
        </w:rPr>
        <w:t>utilised</w:t>
      </w:r>
      <w:proofErr w:type="spellEnd"/>
      <w:r w:rsidR="00056B73" w:rsidRPr="00181CB0">
        <w:rPr>
          <w:color w:val="000000" w:themeColor="text1"/>
          <w:highlight w:val="yellow"/>
        </w:rPr>
        <w:t xml:space="preserve"> </w:t>
      </w:r>
      <w:r w:rsidRPr="003D3A21">
        <w:rPr>
          <w:color w:val="000000" w:themeColor="text1"/>
        </w:rPr>
        <w:t>for oil exploration and crude oil transport. Its geographical coordinates range between 05°14'26.59"N–05°11'45.73"N and 006°10'33.44"E–006°12'56.51"E. The bridge itself spans 850 meters and has transfor</w:t>
      </w:r>
      <w:r w:rsidRPr="0050783F">
        <w:t>med navigational patterns along the river. However, oil exploration and transportation activities have contributed to water pollution, environmental degradation, and declining aquatic life, thereby threatening the livelihoods of fishing communities that depend on the river.</w:t>
      </w:r>
    </w:p>
    <w:p w14:paraId="77340CEB" w14:textId="4300DD96" w:rsidR="00BA2EA5" w:rsidRDefault="00BD6D17" w:rsidP="00BA2EA5">
      <w:pPr>
        <w:pStyle w:val="NormalWeb"/>
        <w:spacing w:before="0" w:beforeAutospacing="0" w:after="0" w:afterAutospacing="0" w:line="360" w:lineRule="auto"/>
        <w:jc w:val="both"/>
      </w:pPr>
      <w:r>
        <w:rPr>
          <w:noProof/>
        </w:rPr>
        <w:lastRenderedPageBreak/>
        <mc:AlternateContent>
          <mc:Choice Requires="wpg">
            <w:drawing>
              <wp:anchor distT="0" distB="0" distL="114300" distR="114300" simplePos="0" relativeHeight="251708416" behindDoc="1" locked="0" layoutInCell="1" allowOverlap="1" wp14:anchorId="0E0BF8C7" wp14:editId="0A17EDD8">
                <wp:simplePos x="0" y="0"/>
                <wp:positionH relativeFrom="column">
                  <wp:posOffset>29210</wp:posOffset>
                </wp:positionH>
                <wp:positionV relativeFrom="paragraph">
                  <wp:posOffset>1888490</wp:posOffset>
                </wp:positionV>
                <wp:extent cx="5753100" cy="4274820"/>
                <wp:effectExtent l="0" t="0" r="19050" b="11430"/>
                <wp:wrapTight wrapText="bothSides">
                  <wp:wrapPolygon edited="0">
                    <wp:start x="0" y="0"/>
                    <wp:lineTo x="0" y="21561"/>
                    <wp:lineTo x="21600" y="21561"/>
                    <wp:lineTo x="21600" y="0"/>
                    <wp:lineTo x="0" y="0"/>
                  </wp:wrapPolygon>
                </wp:wrapTight>
                <wp:docPr id="1745650400" name="Group 15"/>
                <wp:cNvGraphicFramePr/>
                <a:graphic xmlns:a="http://schemas.openxmlformats.org/drawingml/2006/main">
                  <a:graphicData uri="http://schemas.microsoft.com/office/word/2010/wordprocessingGroup">
                    <wpg:wgp>
                      <wpg:cNvGrpSpPr/>
                      <wpg:grpSpPr>
                        <a:xfrm>
                          <a:off x="0" y="0"/>
                          <a:ext cx="5753100" cy="4274820"/>
                          <a:chOff x="0" y="0"/>
                          <a:chExt cx="5753100" cy="4274820"/>
                        </a:xfrm>
                      </wpg:grpSpPr>
                      <pic:pic xmlns:pic="http://schemas.openxmlformats.org/drawingml/2006/picture">
                        <pic:nvPicPr>
                          <pic:cNvPr id="1010079029" name="Picture 24" descr="Imag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916680"/>
                          </a:xfrm>
                          <a:prstGeom prst="rect">
                            <a:avLst/>
                          </a:prstGeom>
                          <a:noFill/>
                          <a:ln>
                            <a:noFill/>
                          </a:ln>
                        </pic:spPr>
                      </pic:pic>
                      <wps:wsp>
                        <wps:cNvPr id="772632032" name="Text Box 14"/>
                        <wps:cNvSpPr txBox="1"/>
                        <wps:spPr>
                          <a:xfrm>
                            <a:off x="7620" y="3931920"/>
                            <a:ext cx="5737860" cy="342900"/>
                          </a:xfrm>
                          <a:prstGeom prst="rect">
                            <a:avLst/>
                          </a:prstGeom>
                          <a:solidFill>
                            <a:schemeClr val="lt1"/>
                          </a:solidFill>
                          <a:ln w="6350">
                            <a:solidFill>
                              <a:schemeClr val="bg1"/>
                            </a:solidFill>
                          </a:ln>
                        </wps:spPr>
                        <wps:txbx>
                          <w:txbxContent>
                            <w:p w14:paraId="6CFAC494" w14:textId="77777777" w:rsidR="00BD6D17" w:rsidRDefault="00BD6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0BF8C7" id="Group 15" o:spid="_x0000_s1026" style="position:absolute;left:0;text-align:left;margin-left:2.3pt;margin-top:148.7pt;width:453pt;height:336.6pt;z-index:-251608064" coordsize="57531,42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Image" style="position:absolute;width:57531;height:39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">
                  <v:imagedata r:id="rId9" o:title="Image"/>
                </v:shape>
                <v:shapetype id="_x0000_t202" coordsize="21600,21600" o:spt="202" path="m,l,21600r21600,l21600,xe">
                  <v:stroke joinstyle="miter"/>
                  <v:path gradientshapeok="t" o:connecttype="rect"/>
                </v:shapetype>
                <v:shape id="Text Box 14" o:spid="_x0000_s1028" type="#_x0000_t202" style="position:absolute;left:76;top:39319;width:573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" fillcolor="white [3201]" strokecolor="white [3212]" strokeweight=".5pt">
                  <v:textbox>
                    <w:txbxContent>
                      <w:p w14:paraId="6CFAC494" w14:textId="77777777" w:rsidR="00BD6D17" w:rsidRDefault="00BD6D17"/>
                    </w:txbxContent>
                  </v:textbox>
                </v:shape>
                <w10:wrap type="tight"/>
              </v:group>
            </w:pict>
          </mc:Fallback>
        </mc:AlternateContent>
      </w:r>
      <w:r w:rsidR="00BA2EA5" w:rsidRPr="0050783F">
        <w:t xml:space="preserve">Beyond pollution, the riverine environment faces recurrent flooding that destroys property, forces evacuations, and disrupts agricultural activities by compelling farmers to harvest prematurely. The Forcados splits from the Niger River at Toru-Abubou near Agbere in Bayelsa State, sharing the same bifurcation point as the Nun River. Offshore petroleum deposits at </w:t>
      </w:r>
      <w:proofErr w:type="spellStart"/>
      <w:r w:rsidR="00BA2EA5" w:rsidRPr="0050783F">
        <w:t>Burutu</w:t>
      </w:r>
      <w:proofErr w:type="spellEnd"/>
      <w:r w:rsidR="00BA2EA5" w:rsidRPr="0050783F">
        <w:t xml:space="preserve"> further </w:t>
      </w:r>
      <w:proofErr w:type="spellStart"/>
      <w:r w:rsidR="00056B73" w:rsidRPr="00181CB0">
        <w:rPr>
          <w:highlight w:val="yellow"/>
        </w:rPr>
        <w:t>emphasise</w:t>
      </w:r>
      <w:proofErr w:type="spellEnd"/>
      <w:r w:rsidR="00056B73" w:rsidRPr="0050783F">
        <w:t xml:space="preserve"> </w:t>
      </w:r>
      <w:r w:rsidR="00BA2EA5" w:rsidRPr="0050783F">
        <w:t xml:space="preserve">its economic significance while amplifying ecological risks. The study area, covering approximately 5,000,000 m², has been experiencing notable shoreline changes driven by erosion, accretion, and anthropogenic pressures. </w:t>
      </w:r>
      <w:r w:rsidR="004A36E2">
        <w:t>Figure 1 is the study area map.</w:t>
      </w:r>
    </w:p>
    <w:p w14:paraId="576F1CF5" w14:textId="13419FE2" w:rsidR="00CF1839" w:rsidRPr="00CF1839" w:rsidRDefault="00CF1839" w:rsidP="00CF1839">
      <w:pPr>
        <w:spacing w:after="0" w:line="360" w:lineRule="auto"/>
        <w:jc w:val="both"/>
        <w:outlineLvl w:val="1"/>
        <w:rPr>
          <w:rFonts w:ascii="Times New Roman" w:eastAsia="Times New Roman" w:hAnsi="Times New Roman" w:cs="Times New Roman"/>
          <w:sz w:val="24"/>
          <w:szCs w:val="24"/>
        </w:rPr>
      </w:pPr>
      <w:r w:rsidRPr="00CF1839">
        <w:rPr>
          <w:rFonts w:ascii="Times New Roman" w:eastAsia="Times New Roman" w:hAnsi="Times New Roman" w:cs="Times New Roman"/>
          <w:sz w:val="24"/>
          <w:szCs w:val="24"/>
        </w:rPr>
        <w:t xml:space="preserve">Figure 1: Area of Study Along the </w:t>
      </w:r>
      <w:proofErr w:type="spellStart"/>
      <w:r w:rsidRPr="00CF1839">
        <w:rPr>
          <w:rFonts w:ascii="Times New Roman" w:eastAsia="Times New Roman" w:hAnsi="Times New Roman" w:cs="Times New Roman"/>
          <w:sz w:val="24"/>
          <w:szCs w:val="24"/>
        </w:rPr>
        <w:t>Forcados</w:t>
      </w:r>
      <w:proofErr w:type="spellEnd"/>
      <w:r w:rsidRPr="00CF1839">
        <w:rPr>
          <w:rFonts w:ascii="Times New Roman" w:eastAsia="Times New Roman" w:hAnsi="Times New Roman" w:cs="Times New Roman"/>
          <w:sz w:val="24"/>
          <w:szCs w:val="24"/>
        </w:rPr>
        <w:t xml:space="preserve"> River (Source: </w:t>
      </w:r>
      <w:r w:rsidR="00056B73" w:rsidRPr="00181CB0">
        <w:rPr>
          <w:rFonts w:ascii="Times New Roman" w:eastAsia="Times New Roman" w:hAnsi="Times New Roman" w:cs="Times New Roman"/>
          <w:sz w:val="24"/>
          <w:szCs w:val="24"/>
          <w:highlight w:val="yellow"/>
        </w:rPr>
        <w:t>Author's</w:t>
      </w:r>
      <w:r w:rsidR="00056B73" w:rsidRPr="00CF1839">
        <w:rPr>
          <w:rFonts w:ascii="Times New Roman" w:eastAsia="Times New Roman" w:hAnsi="Times New Roman" w:cs="Times New Roman"/>
          <w:sz w:val="24"/>
          <w:szCs w:val="24"/>
        </w:rPr>
        <w:t xml:space="preserve"> </w:t>
      </w:r>
      <w:r w:rsidRPr="00CF1839">
        <w:rPr>
          <w:rFonts w:ascii="Times New Roman" w:eastAsia="Times New Roman" w:hAnsi="Times New Roman" w:cs="Times New Roman"/>
          <w:sz w:val="24"/>
          <w:szCs w:val="24"/>
        </w:rPr>
        <w:t>Desktop work, 2025)</w:t>
      </w:r>
    </w:p>
    <w:p w14:paraId="5CB6CFF3" w14:textId="77777777" w:rsidR="00CF1839" w:rsidRPr="00CF1839" w:rsidRDefault="00CF1839" w:rsidP="00CF1839">
      <w:pPr>
        <w:spacing w:after="0" w:line="360" w:lineRule="auto"/>
        <w:jc w:val="both"/>
        <w:outlineLvl w:val="1"/>
        <w:rPr>
          <w:rFonts w:ascii="Times New Roman" w:eastAsia="Times New Roman" w:hAnsi="Times New Roman" w:cs="Times New Roman"/>
          <w:sz w:val="24"/>
          <w:szCs w:val="24"/>
        </w:rPr>
      </w:pPr>
    </w:p>
    <w:p w14:paraId="12788B14" w14:textId="77777777" w:rsidR="00BD6D17" w:rsidRDefault="00BD6D17" w:rsidP="004A36E2">
      <w:pPr>
        <w:spacing w:after="0" w:line="360" w:lineRule="auto"/>
        <w:jc w:val="both"/>
        <w:outlineLvl w:val="1"/>
        <w:rPr>
          <w:rFonts w:ascii="Times New Roman" w:eastAsia="Times New Roman" w:hAnsi="Times New Roman" w:cs="Times New Roman"/>
          <w:sz w:val="24"/>
          <w:szCs w:val="24"/>
        </w:rPr>
      </w:pPr>
    </w:p>
    <w:p w14:paraId="769F3A8D" w14:textId="1F988230" w:rsidR="00B35E58" w:rsidRPr="00B35E58" w:rsidRDefault="004A36E2" w:rsidP="004A36E2">
      <w:pPr>
        <w:spacing w:after="0" w:line="360" w:lineRule="auto"/>
        <w:jc w:val="both"/>
        <w:outlineLvl w:val="1"/>
        <w:rPr>
          <w:rFonts w:ascii="Times New Roman" w:eastAsia="Times New Roman" w:hAnsi="Times New Roman" w:cs="Times New Roman"/>
          <w:sz w:val="24"/>
          <w:szCs w:val="24"/>
        </w:rPr>
      </w:pPr>
      <w:r w:rsidRPr="004A36E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study assessed the </w:t>
      </w:r>
      <w:r w:rsidR="00B35E58" w:rsidRPr="00B35E58">
        <w:rPr>
          <w:rFonts w:ascii="Times New Roman" w:eastAsia="Times New Roman" w:hAnsi="Times New Roman" w:cs="Times New Roman"/>
          <w:sz w:val="24"/>
          <w:szCs w:val="24"/>
        </w:rPr>
        <w:t xml:space="preserve">shoreline dynamics of a section of the </w:t>
      </w:r>
      <w:proofErr w:type="spellStart"/>
      <w:r w:rsidR="00B35E58" w:rsidRPr="00B35E58">
        <w:rPr>
          <w:rFonts w:ascii="Times New Roman" w:eastAsia="Times New Roman" w:hAnsi="Times New Roman" w:cs="Times New Roman"/>
          <w:sz w:val="24"/>
          <w:szCs w:val="24"/>
        </w:rPr>
        <w:t>Forcados</w:t>
      </w:r>
      <w:proofErr w:type="spellEnd"/>
      <w:r w:rsidR="00B35E58" w:rsidRPr="00B35E58">
        <w:rPr>
          <w:rFonts w:ascii="Times New Roman" w:eastAsia="Times New Roman" w:hAnsi="Times New Roman" w:cs="Times New Roman"/>
          <w:sz w:val="24"/>
          <w:szCs w:val="24"/>
        </w:rPr>
        <w:t xml:space="preserve"> River, Nigeria</w:t>
      </w:r>
      <w:r w:rsidR="00056B7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using the digital shoreline analysis system</w:t>
      </w:r>
      <w:r w:rsidR="00B35E58" w:rsidRPr="00B35E5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objectives are:</w:t>
      </w:r>
    </w:p>
    <w:p w14:paraId="7DEF31F6" w14:textId="2A65A2F0" w:rsidR="00B35E58" w:rsidRPr="00B35E58" w:rsidRDefault="00B35E58" w:rsidP="0050783F">
      <w:pPr>
        <w:numPr>
          <w:ilvl w:val="0"/>
          <w:numId w:val="10"/>
        </w:numPr>
        <w:spacing w:after="0" w:line="360" w:lineRule="auto"/>
        <w:jc w:val="both"/>
        <w:rPr>
          <w:rFonts w:ascii="Times New Roman" w:eastAsia="Times New Roman" w:hAnsi="Times New Roman" w:cs="Times New Roman"/>
          <w:sz w:val="24"/>
          <w:szCs w:val="24"/>
        </w:rPr>
      </w:pPr>
      <w:r w:rsidRPr="00B35E58">
        <w:rPr>
          <w:rFonts w:ascii="Times New Roman" w:eastAsia="Times New Roman" w:hAnsi="Times New Roman" w:cs="Times New Roman"/>
          <w:sz w:val="24"/>
          <w:szCs w:val="24"/>
        </w:rPr>
        <w:t>Accurately delineate multi-temporal shoreline dynamics of the study area over 20 years (2004–2024)</w:t>
      </w:r>
      <w:r w:rsidR="004A36E2">
        <w:rPr>
          <w:rFonts w:ascii="Times New Roman" w:eastAsia="Times New Roman" w:hAnsi="Times New Roman" w:cs="Times New Roman"/>
          <w:sz w:val="24"/>
          <w:szCs w:val="24"/>
        </w:rPr>
        <w:t>,</w:t>
      </w:r>
    </w:p>
    <w:p w14:paraId="5C5CB163" w14:textId="69BA8E49" w:rsidR="00B35E58" w:rsidRPr="00B35E58" w:rsidRDefault="00B35E58" w:rsidP="0050783F">
      <w:pPr>
        <w:numPr>
          <w:ilvl w:val="0"/>
          <w:numId w:val="10"/>
        </w:numPr>
        <w:spacing w:after="0" w:line="360" w:lineRule="auto"/>
        <w:jc w:val="both"/>
        <w:rPr>
          <w:rFonts w:ascii="Times New Roman" w:eastAsia="Times New Roman" w:hAnsi="Times New Roman" w:cs="Times New Roman"/>
          <w:sz w:val="24"/>
          <w:szCs w:val="24"/>
        </w:rPr>
      </w:pPr>
      <w:r w:rsidRPr="00B35E58">
        <w:rPr>
          <w:rFonts w:ascii="Times New Roman" w:eastAsia="Times New Roman" w:hAnsi="Times New Roman" w:cs="Times New Roman"/>
          <w:sz w:val="24"/>
          <w:szCs w:val="24"/>
        </w:rPr>
        <w:t>Apply the Digital Shoreline Analysis System (DSAS) to evaluate shoreline change rates</w:t>
      </w:r>
      <w:r w:rsidR="004A36E2">
        <w:rPr>
          <w:rFonts w:ascii="Times New Roman" w:eastAsia="Times New Roman" w:hAnsi="Times New Roman" w:cs="Times New Roman"/>
          <w:sz w:val="24"/>
          <w:szCs w:val="24"/>
        </w:rPr>
        <w:t>,</w:t>
      </w:r>
    </w:p>
    <w:p w14:paraId="6B0E0917" w14:textId="579F5327" w:rsidR="00B35E58" w:rsidRPr="00B35E58" w:rsidRDefault="00B35E58" w:rsidP="0050783F">
      <w:pPr>
        <w:numPr>
          <w:ilvl w:val="0"/>
          <w:numId w:val="10"/>
        </w:numPr>
        <w:spacing w:after="0" w:line="360" w:lineRule="auto"/>
        <w:jc w:val="both"/>
        <w:rPr>
          <w:rFonts w:ascii="Times New Roman" w:eastAsia="Times New Roman" w:hAnsi="Times New Roman" w:cs="Times New Roman"/>
          <w:sz w:val="24"/>
          <w:szCs w:val="24"/>
        </w:rPr>
      </w:pPr>
      <w:r w:rsidRPr="00B35E58">
        <w:rPr>
          <w:rFonts w:ascii="Times New Roman" w:eastAsia="Times New Roman" w:hAnsi="Times New Roman" w:cs="Times New Roman"/>
          <w:sz w:val="24"/>
          <w:szCs w:val="24"/>
        </w:rPr>
        <w:lastRenderedPageBreak/>
        <w:t xml:space="preserve">Map and </w:t>
      </w:r>
      <w:proofErr w:type="spellStart"/>
      <w:r w:rsidR="00056B73" w:rsidRPr="00181CB0">
        <w:rPr>
          <w:rFonts w:ascii="Times New Roman" w:eastAsia="Times New Roman" w:hAnsi="Times New Roman" w:cs="Times New Roman"/>
          <w:sz w:val="24"/>
          <w:szCs w:val="24"/>
          <w:highlight w:val="yellow"/>
        </w:rPr>
        <w:t>analyse</w:t>
      </w:r>
      <w:proofErr w:type="spellEnd"/>
      <w:r w:rsidR="00056B73" w:rsidRPr="00B35E58">
        <w:rPr>
          <w:rFonts w:ascii="Times New Roman" w:eastAsia="Times New Roman" w:hAnsi="Times New Roman" w:cs="Times New Roman"/>
          <w:sz w:val="24"/>
          <w:szCs w:val="24"/>
        </w:rPr>
        <w:t xml:space="preserve"> </w:t>
      </w:r>
      <w:r w:rsidRPr="00B35E58">
        <w:rPr>
          <w:rFonts w:ascii="Times New Roman" w:eastAsia="Times New Roman" w:hAnsi="Times New Roman" w:cs="Times New Roman"/>
          <w:sz w:val="24"/>
          <w:szCs w:val="24"/>
        </w:rPr>
        <w:t>the spatial variability of erosion and accretion along the river section</w:t>
      </w:r>
      <w:r w:rsidR="004A36E2">
        <w:rPr>
          <w:rFonts w:ascii="Times New Roman" w:eastAsia="Times New Roman" w:hAnsi="Times New Roman" w:cs="Times New Roman"/>
          <w:sz w:val="24"/>
          <w:szCs w:val="24"/>
        </w:rPr>
        <w:t>,</w:t>
      </w:r>
    </w:p>
    <w:p w14:paraId="147FA74D" w14:textId="6AE57378" w:rsidR="00B35E58" w:rsidRPr="00B35E58" w:rsidRDefault="00B35E58" w:rsidP="0050783F">
      <w:pPr>
        <w:numPr>
          <w:ilvl w:val="0"/>
          <w:numId w:val="10"/>
        </w:numPr>
        <w:spacing w:after="0" w:line="360" w:lineRule="auto"/>
        <w:jc w:val="both"/>
        <w:rPr>
          <w:rFonts w:ascii="Times New Roman" w:eastAsia="Times New Roman" w:hAnsi="Times New Roman" w:cs="Times New Roman"/>
          <w:sz w:val="24"/>
          <w:szCs w:val="24"/>
        </w:rPr>
      </w:pPr>
      <w:r w:rsidRPr="00B35E58">
        <w:rPr>
          <w:rFonts w:ascii="Times New Roman" w:eastAsia="Times New Roman" w:hAnsi="Times New Roman" w:cs="Times New Roman"/>
          <w:sz w:val="24"/>
          <w:szCs w:val="24"/>
        </w:rPr>
        <w:t xml:space="preserve">Assess shoreline movements on both sides of the Forcados River </w:t>
      </w:r>
      <w:r w:rsidR="004A36E2">
        <w:rPr>
          <w:rFonts w:ascii="Times New Roman" w:eastAsia="Times New Roman" w:hAnsi="Times New Roman" w:cs="Times New Roman"/>
          <w:sz w:val="24"/>
          <w:szCs w:val="24"/>
        </w:rPr>
        <w:t xml:space="preserve">along the study </w:t>
      </w:r>
      <w:r w:rsidRPr="00B35E58">
        <w:rPr>
          <w:rFonts w:ascii="Times New Roman" w:eastAsia="Times New Roman" w:hAnsi="Times New Roman" w:cs="Times New Roman"/>
          <w:sz w:val="24"/>
          <w:szCs w:val="24"/>
        </w:rPr>
        <w:t>section.</w:t>
      </w:r>
    </w:p>
    <w:p w14:paraId="102F93D4" w14:textId="77777777" w:rsidR="0050783F" w:rsidRDefault="0050783F" w:rsidP="0050783F">
      <w:pPr>
        <w:spacing w:after="0" w:line="360" w:lineRule="auto"/>
        <w:jc w:val="both"/>
        <w:rPr>
          <w:rFonts w:ascii="Times New Roman" w:hAnsi="Times New Roman" w:cs="Times New Roman"/>
          <w:sz w:val="24"/>
          <w:szCs w:val="24"/>
        </w:rPr>
      </w:pPr>
    </w:p>
    <w:p w14:paraId="0C46F12E" w14:textId="40036695" w:rsidR="00B35E58" w:rsidRPr="00B35E58" w:rsidRDefault="004A36E2" w:rsidP="0050783F">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 M</w:t>
      </w:r>
      <w:r w:rsidR="003D3A21">
        <w:rPr>
          <w:rFonts w:ascii="Times New Roman" w:eastAsia="Times New Roman" w:hAnsi="Times New Roman" w:cs="Times New Roman"/>
          <w:b/>
          <w:bCs/>
          <w:sz w:val="24"/>
          <w:szCs w:val="24"/>
        </w:rPr>
        <w:t>ATERIALS</w:t>
      </w:r>
      <w:r>
        <w:rPr>
          <w:rFonts w:ascii="Times New Roman" w:eastAsia="Times New Roman" w:hAnsi="Times New Roman" w:cs="Times New Roman"/>
          <w:b/>
          <w:bCs/>
          <w:sz w:val="24"/>
          <w:szCs w:val="24"/>
        </w:rPr>
        <w:t xml:space="preserve"> and </w:t>
      </w:r>
      <w:r w:rsidR="00B35E58" w:rsidRPr="00B35E58">
        <w:rPr>
          <w:rFonts w:ascii="Times New Roman" w:eastAsia="Times New Roman" w:hAnsi="Times New Roman" w:cs="Times New Roman"/>
          <w:b/>
          <w:bCs/>
          <w:sz w:val="24"/>
          <w:szCs w:val="24"/>
        </w:rPr>
        <w:t>M</w:t>
      </w:r>
      <w:r w:rsidR="003D3A21">
        <w:rPr>
          <w:rFonts w:ascii="Times New Roman" w:eastAsia="Times New Roman" w:hAnsi="Times New Roman" w:cs="Times New Roman"/>
          <w:b/>
          <w:bCs/>
          <w:sz w:val="24"/>
          <w:szCs w:val="24"/>
        </w:rPr>
        <w:t>ETHODS</w:t>
      </w:r>
    </w:p>
    <w:p w14:paraId="3AE55540" w14:textId="2A7BE5B1" w:rsidR="00C7166C" w:rsidRPr="00C7166C" w:rsidRDefault="00C7166C" w:rsidP="00A67C58">
      <w:pPr>
        <w:spacing w:after="120" w:line="240" w:lineRule="auto"/>
        <w:jc w:val="both"/>
        <w:rPr>
          <w:rFonts w:ascii="Times New Roman" w:hAnsi="Times New Roman" w:cs="Times New Roman"/>
          <w:b/>
          <w:bCs/>
          <w:sz w:val="24"/>
          <w:szCs w:val="24"/>
        </w:rPr>
      </w:pPr>
      <w:r w:rsidRPr="00C7166C">
        <w:rPr>
          <w:rFonts w:ascii="Times New Roman" w:hAnsi="Times New Roman" w:cs="Times New Roman"/>
          <w:b/>
          <w:bCs/>
          <w:sz w:val="24"/>
          <w:szCs w:val="24"/>
        </w:rPr>
        <w:t>2.1</w:t>
      </w:r>
      <w:r w:rsidRPr="00C7166C">
        <w:rPr>
          <w:rFonts w:ascii="Times New Roman" w:hAnsi="Times New Roman" w:cs="Times New Roman"/>
          <w:b/>
          <w:bCs/>
          <w:sz w:val="24"/>
          <w:szCs w:val="24"/>
        </w:rPr>
        <w:tab/>
        <w:t xml:space="preserve">Data Acquisition </w:t>
      </w:r>
    </w:p>
    <w:p w14:paraId="0B0449ED" w14:textId="6D7447C4" w:rsidR="00C7166C" w:rsidRDefault="00C7166C" w:rsidP="00A67C58">
      <w:pPr>
        <w:spacing w:after="0" w:line="360" w:lineRule="auto"/>
        <w:jc w:val="both"/>
        <w:rPr>
          <w:rFonts w:ascii="Times New Roman" w:hAnsi="Times New Roman" w:cs="Times New Roman"/>
          <w:sz w:val="24"/>
          <w:szCs w:val="24"/>
        </w:rPr>
      </w:pPr>
      <w:r w:rsidRPr="00C7166C">
        <w:rPr>
          <w:rFonts w:ascii="Times New Roman" w:hAnsi="Times New Roman" w:cs="Times New Roman"/>
          <w:sz w:val="24"/>
          <w:szCs w:val="24"/>
        </w:rPr>
        <w:t xml:space="preserve">Satellite imagery for the years 2004, 2014, and 2024 was sourced from the Earth Resources Observation and Science (EROS 2020) </w:t>
      </w:r>
      <w:r w:rsidR="00056B73" w:rsidRPr="00181CB0">
        <w:rPr>
          <w:rFonts w:ascii="Times New Roman" w:hAnsi="Times New Roman" w:cs="Times New Roman"/>
          <w:sz w:val="24"/>
          <w:szCs w:val="24"/>
          <w:highlight w:val="yellow"/>
        </w:rPr>
        <w:t>Centre</w:t>
      </w:r>
      <w:r w:rsidR="00056B73">
        <w:rPr>
          <w:rFonts w:ascii="Times New Roman" w:hAnsi="Times New Roman" w:cs="Times New Roman"/>
          <w:sz w:val="24"/>
          <w:szCs w:val="24"/>
        </w:rPr>
        <w:t>,</w:t>
      </w:r>
      <w:r w:rsidRPr="00C7166C">
        <w:rPr>
          <w:rFonts w:ascii="Times New Roman" w:hAnsi="Times New Roman" w:cs="Times New Roman"/>
          <w:sz w:val="24"/>
          <w:szCs w:val="24"/>
        </w:rPr>
        <w:t xml:space="preserve"> provided by (USGS</w:t>
      </w:r>
      <w:r w:rsidR="00056B73">
        <w:rPr>
          <w:rFonts w:ascii="Times New Roman" w:hAnsi="Times New Roman" w:cs="Times New Roman"/>
          <w:sz w:val="24"/>
          <w:szCs w:val="24"/>
        </w:rPr>
        <w:t>,</w:t>
      </w:r>
      <w:r w:rsidR="00056B73" w:rsidRPr="00C7166C">
        <w:rPr>
          <w:rFonts w:ascii="Times New Roman" w:hAnsi="Times New Roman" w:cs="Times New Roman"/>
          <w:sz w:val="24"/>
          <w:szCs w:val="24"/>
        </w:rPr>
        <w:t xml:space="preserve"> </w:t>
      </w:r>
      <w:r w:rsidRPr="00C7166C">
        <w:rPr>
          <w:rFonts w:ascii="Times New Roman" w:hAnsi="Times New Roman" w:cs="Times New Roman"/>
          <w:sz w:val="24"/>
          <w:szCs w:val="24"/>
        </w:rPr>
        <w:t>and Copernicus Open Access Hub (CEMS, 2025)</w:t>
      </w:r>
      <w:r w:rsidR="00056B73">
        <w:rPr>
          <w:rFonts w:ascii="Times New Roman" w:hAnsi="Times New Roman" w:cs="Times New Roman"/>
          <w:sz w:val="24"/>
          <w:szCs w:val="24"/>
        </w:rPr>
        <w:t>,</w:t>
      </w:r>
      <w:r w:rsidRPr="00C7166C">
        <w:rPr>
          <w:rFonts w:ascii="Times New Roman" w:hAnsi="Times New Roman" w:cs="Times New Roman"/>
          <w:sz w:val="24"/>
          <w:szCs w:val="24"/>
        </w:rPr>
        <w:t xml:space="preserve"> provided by the European Space Agency (ESA)</w:t>
      </w:r>
      <w:r w:rsidR="00056B73">
        <w:rPr>
          <w:rFonts w:ascii="Times New Roman" w:hAnsi="Times New Roman" w:cs="Times New Roman"/>
          <w:sz w:val="24"/>
          <w:szCs w:val="24"/>
        </w:rPr>
        <w:t>,</w:t>
      </w:r>
      <w:r w:rsidR="00435302">
        <w:rPr>
          <w:rFonts w:ascii="Times New Roman" w:hAnsi="Times New Roman" w:cs="Times New Roman"/>
          <w:sz w:val="24"/>
          <w:szCs w:val="24"/>
        </w:rPr>
        <w:t xml:space="preserve"> as shown in </w:t>
      </w:r>
      <w:r w:rsidR="00056B73" w:rsidRPr="00181CB0">
        <w:rPr>
          <w:rFonts w:ascii="Times New Roman" w:hAnsi="Times New Roman" w:cs="Times New Roman"/>
          <w:sz w:val="24"/>
          <w:szCs w:val="24"/>
          <w:highlight w:val="yellow"/>
        </w:rPr>
        <w:t>Figure</w:t>
      </w:r>
      <w:r w:rsidR="00056B73">
        <w:rPr>
          <w:rFonts w:ascii="Times New Roman" w:hAnsi="Times New Roman" w:cs="Times New Roman"/>
          <w:sz w:val="24"/>
          <w:szCs w:val="24"/>
        </w:rPr>
        <w:t xml:space="preserve"> </w:t>
      </w:r>
      <w:r w:rsidR="00435302">
        <w:rPr>
          <w:rFonts w:ascii="Times New Roman" w:hAnsi="Times New Roman" w:cs="Times New Roman"/>
          <w:sz w:val="24"/>
          <w:szCs w:val="24"/>
        </w:rPr>
        <w:t>2</w:t>
      </w:r>
      <w:r w:rsidRPr="00C7166C">
        <w:rPr>
          <w:rFonts w:ascii="Times New Roman" w:hAnsi="Times New Roman" w:cs="Times New Roman"/>
          <w:sz w:val="24"/>
          <w:szCs w:val="24"/>
        </w:rPr>
        <w:t>. The imager</w:t>
      </w:r>
      <w:r w:rsidR="00DE4FF2">
        <w:rPr>
          <w:rFonts w:ascii="Times New Roman" w:hAnsi="Times New Roman" w:cs="Times New Roman"/>
          <w:sz w:val="24"/>
          <w:szCs w:val="24"/>
        </w:rPr>
        <w:t>ies</w:t>
      </w:r>
      <w:r w:rsidRPr="00C7166C">
        <w:rPr>
          <w:rFonts w:ascii="Times New Roman" w:hAnsi="Times New Roman" w:cs="Times New Roman"/>
          <w:sz w:val="24"/>
          <w:szCs w:val="24"/>
        </w:rPr>
        <w:t xml:space="preserve"> were selected from the </w:t>
      </w:r>
      <w:r w:rsidR="00A67C58" w:rsidRPr="00C7166C">
        <w:rPr>
          <w:rFonts w:ascii="Times New Roman" w:hAnsi="Times New Roman" w:cs="Times New Roman"/>
          <w:sz w:val="24"/>
          <w:szCs w:val="24"/>
        </w:rPr>
        <w:t>Lands</w:t>
      </w:r>
      <w:r w:rsidR="00A67C58">
        <w:rPr>
          <w:rFonts w:ascii="Times New Roman" w:hAnsi="Times New Roman" w:cs="Times New Roman"/>
          <w:sz w:val="24"/>
          <w:szCs w:val="24"/>
        </w:rPr>
        <w:t>at</w:t>
      </w:r>
      <w:r w:rsidRPr="00C7166C">
        <w:rPr>
          <w:rFonts w:ascii="Times New Roman" w:hAnsi="Times New Roman" w:cs="Times New Roman"/>
          <w:sz w:val="24"/>
          <w:szCs w:val="24"/>
        </w:rPr>
        <w:t xml:space="preserve"> 7 </w:t>
      </w:r>
      <w:r w:rsidR="00056B73">
        <w:rPr>
          <w:rFonts w:ascii="Times New Roman" w:hAnsi="Times New Roman" w:cs="Times New Roman"/>
          <w:sz w:val="24"/>
          <w:szCs w:val="24"/>
        </w:rPr>
        <w:t>ETM</w:t>
      </w:r>
      <w:r w:rsidR="00056B73" w:rsidRPr="00C7166C">
        <w:rPr>
          <w:rFonts w:ascii="Times New Roman" w:hAnsi="Times New Roman" w:cs="Times New Roman"/>
          <w:sz w:val="24"/>
          <w:szCs w:val="24"/>
        </w:rPr>
        <w:t xml:space="preserve"> </w:t>
      </w:r>
      <w:r w:rsidRPr="00C7166C">
        <w:rPr>
          <w:rFonts w:ascii="Times New Roman" w:hAnsi="Times New Roman" w:cs="Times New Roman"/>
          <w:sz w:val="24"/>
          <w:szCs w:val="24"/>
        </w:rPr>
        <w:t xml:space="preserve">+ and </w:t>
      </w:r>
      <w:r w:rsidR="00056B73" w:rsidRPr="00181CB0">
        <w:rPr>
          <w:rFonts w:ascii="Times New Roman" w:hAnsi="Times New Roman" w:cs="Times New Roman"/>
          <w:sz w:val="24"/>
          <w:szCs w:val="24"/>
          <w:highlight w:val="yellow"/>
        </w:rPr>
        <w:t>Sentinel-2</w:t>
      </w:r>
      <w:r w:rsidRPr="00C7166C">
        <w:rPr>
          <w:rFonts w:ascii="Times New Roman" w:hAnsi="Times New Roman" w:cs="Times New Roman"/>
          <w:sz w:val="24"/>
          <w:szCs w:val="24"/>
        </w:rPr>
        <w:t xml:space="preserve"> mission, which offers high-resolution multispectral data suitable for shoreline analysis. Priority was given to images with minimal cloud cover and clear visibility of land-water boundaries to ensure optimal shoreline delineation. Each image was carefully checked for metadata such as acquisition date, cloud percentage, and sensor mode before selection.</w:t>
      </w:r>
    </w:p>
    <w:p w14:paraId="122FC58A" w14:textId="547FDF00" w:rsidR="00A67C58" w:rsidRPr="00C7166C" w:rsidRDefault="00435302" w:rsidP="00C7166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489AE0BC" wp14:editId="1E4B8E6D">
                <wp:simplePos x="0" y="0"/>
                <wp:positionH relativeFrom="margin">
                  <wp:align>left</wp:align>
                </wp:positionH>
                <wp:positionV relativeFrom="paragraph">
                  <wp:posOffset>26035</wp:posOffset>
                </wp:positionV>
                <wp:extent cx="5875020" cy="3512820"/>
                <wp:effectExtent l="0" t="0" r="0" b="11430"/>
                <wp:wrapNone/>
                <wp:docPr id="536529436" name="Group 3"/>
                <wp:cNvGraphicFramePr/>
                <a:graphic xmlns:a="http://schemas.openxmlformats.org/drawingml/2006/main">
                  <a:graphicData uri="http://schemas.microsoft.com/office/word/2010/wordprocessingGroup">
                    <wpg:wgp>
                      <wpg:cNvGrpSpPr/>
                      <wpg:grpSpPr>
                        <a:xfrm>
                          <a:off x="0" y="0"/>
                          <a:ext cx="5875020" cy="3512820"/>
                          <a:chOff x="0" y="0"/>
                          <a:chExt cx="5730875" cy="3206261"/>
                        </a:xfrm>
                      </wpg:grpSpPr>
                      <pic:pic xmlns:pic="http://schemas.openxmlformats.org/drawingml/2006/picture">
                        <pic:nvPicPr>
                          <pic:cNvPr id="2055473454" name="Image 27" descr="A screenshot of a map&#10;&#10;AI-generated content may be incorrect."/>
                          <pic:cNvPicPr>
                            <a:picLocks/>
                          </pic:cNvPicPr>
                        </pic:nvPicPr>
                        <pic:blipFill>
                          <a:blip r:embed="rId10" cstate="print"/>
                          <a:stretch>
                            <a:fillRect/>
                          </a:stretch>
                        </pic:blipFill>
                        <pic:spPr>
                          <a:xfrm>
                            <a:off x="0" y="0"/>
                            <a:ext cx="5730875" cy="2948940"/>
                          </a:xfrm>
                          <a:prstGeom prst="rect">
                            <a:avLst/>
                          </a:prstGeom>
                        </pic:spPr>
                      </pic:pic>
                      <wps:wsp>
                        <wps:cNvPr id="2139111121" name="Text Box 2"/>
                        <wps:cNvSpPr txBox="1"/>
                        <wps:spPr>
                          <a:xfrm>
                            <a:off x="0" y="2948354"/>
                            <a:ext cx="5632938" cy="257907"/>
                          </a:xfrm>
                          <a:prstGeom prst="rect">
                            <a:avLst/>
                          </a:prstGeom>
                          <a:solidFill>
                            <a:schemeClr val="bg1"/>
                          </a:solidFill>
                          <a:ln w="6350">
                            <a:solidFill>
                              <a:schemeClr val="bg1"/>
                            </a:solidFill>
                          </a:ln>
                        </wps:spPr>
                        <wps:txbx>
                          <w:txbxContent>
                            <w:p w14:paraId="770C8FCA" w14:textId="77777777" w:rsidR="00435302" w:rsidRDefault="004353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9AE0BC" id="Group 3" o:spid="_x0000_s1029" style="position:absolute;left:0;text-align:left;margin-left:0;margin-top:2.05pt;width:462.6pt;height:276.6pt;z-index:251663360;mso-position-horizontal:left;mso-position-horizontal-relative:margin;mso-width-relative:margin;mso-height-relative:margin" coordsize="57308,320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">
                <v:shape id="Image 27" o:spid="_x0000_s1030" type="#_x0000_t75" alt="A screenshot of a map&#10;&#10;AI-generated content may be incorrect." style="position:absolute;width:57308;height:29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">
                  <v:imagedata r:id="rId11" o:title="A screenshot of a map&#10;&#10;AI-generated content may be incorrect"/>
                  <o:lock v:ext="edit" aspectratio="f"/>
                </v:shape>
                <v:shape id="Text Box 2" o:spid="_x0000_s1031" type="#_x0000_t202" style="position:absolute;top:29483;width:56329;height: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" fillcolor="white [3212]" strokecolor="white [3212]" strokeweight=".5pt">
                  <v:textbox>
                    <w:txbxContent>
                      <w:p w14:paraId="770C8FCA" w14:textId="77777777" w:rsidR="00435302" w:rsidRDefault="00435302"/>
                    </w:txbxContent>
                  </v:textbox>
                </v:shape>
                <w10:wrap anchorx="margin"/>
              </v:group>
            </w:pict>
          </mc:Fallback>
        </mc:AlternateContent>
      </w:r>
    </w:p>
    <w:p w14:paraId="3E94BC20" w14:textId="4D96DAB1" w:rsidR="00C7166C" w:rsidRPr="00C7166C" w:rsidRDefault="00C7166C" w:rsidP="00C7166C">
      <w:pPr>
        <w:spacing w:after="0" w:line="480" w:lineRule="auto"/>
        <w:jc w:val="both"/>
        <w:rPr>
          <w:rFonts w:ascii="Times New Roman" w:hAnsi="Times New Roman" w:cs="Times New Roman"/>
          <w:sz w:val="24"/>
          <w:szCs w:val="24"/>
        </w:rPr>
      </w:pPr>
    </w:p>
    <w:p w14:paraId="6B01E5D9" w14:textId="77777777" w:rsidR="00C7166C" w:rsidRPr="00C7166C" w:rsidRDefault="00C7166C" w:rsidP="00C7166C">
      <w:pPr>
        <w:spacing w:after="0" w:line="480" w:lineRule="auto"/>
        <w:jc w:val="both"/>
        <w:rPr>
          <w:rFonts w:ascii="Times New Roman" w:hAnsi="Times New Roman" w:cs="Times New Roman"/>
          <w:sz w:val="24"/>
          <w:szCs w:val="24"/>
        </w:rPr>
      </w:pPr>
    </w:p>
    <w:p w14:paraId="42DBA7F3" w14:textId="77777777" w:rsidR="00C7166C" w:rsidRPr="00C7166C" w:rsidRDefault="00C7166C" w:rsidP="00C7166C">
      <w:pPr>
        <w:spacing w:after="0" w:line="480" w:lineRule="auto"/>
        <w:jc w:val="both"/>
        <w:rPr>
          <w:rFonts w:ascii="Times New Roman" w:hAnsi="Times New Roman" w:cs="Times New Roman"/>
          <w:sz w:val="24"/>
          <w:szCs w:val="24"/>
        </w:rPr>
      </w:pPr>
    </w:p>
    <w:p w14:paraId="7FC6E153" w14:textId="77777777" w:rsidR="00C7166C" w:rsidRPr="00C7166C" w:rsidRDefault="00C7166C" w:rsidP="00C7166C">
      <w:pPr>
        <w:spacing w:after="0" w:line="480" w:lineRule="auto"/>
        <w:jc w:val="both"/>
        <w:rPr>
          <w:rFonts w:ascii="Times New Roman" w:hAnsi="Times New Roman" w:cs="Times New Roman"/>
          <w:sz w:val="24"/>
          <w:szCs w:val="24"/>
        </w:rPr>
      </w:pPr>
    </w:p>
    <w:p w14:paraId="0BBF3B5F" w14:textId="77777777" w:rsidR="00C7166C" w:rsidRPr="00C7166C" w:rsidRDefault="00C7166C" w:rsidP="00C7166C">
      <w:pPr>
        <w:spacing w:after="0" w:line="480" w:lineRule="auto"/>
        <w:jc w:val="both"/>
        <w:rPr>
          <w:rFonts w:ascii="Times New Roman" w:hAnsi="Times New Roman" w:cs="Times New Roman"/>
          <w:sz w:val="24"/>
          <w:szCs w:val="24"/>
        </w:rPr>
      </w:pPr>
    </w:p>
    <w:p w14:paraId="425555B2" w14:textId="77777777" w:rsidR="00C7166C" w:rsidRPr="00C7166C" w:rsidRDefault="00C7166C" w:rsidP="00C7166C">
      <w:pPr>
        <w:spacing w:after="0" w:line="480" w:lineRule="auto"/>
        <w:jc w:val="both"/>
        <w:rPr>
          <w:rFonts w:ascii="Times New Roman" w:hAnsi="Times New Roman" w:cs="Times New Roman"/>
          <w:sz w:val="24"/>
          <w:szCs w:val="24"/>
        </w:rPr>
      </w:pPr>
    </w:p>
    <w:p w14:paraId="5EC5719E" w14:textId="77777777" w:rsidR="00C7166C" w:rsidRPr="00C7166C" w:rsidRDefault="00C7166C" w:rsidP="00C7166C">
      <w:pPr>
        <w:spacing w:after="0" w:line="480" w:lineRule="auto"/>
        <w:jc w:val="both"/>
        <w:rPr>
          <w:rFonts w:ascii="Times New Roman" w:hAnsi="Times New Roman" w:cs="Times New Roman"/>
          <w:sz w:val="24"/>
          <w:szCs w:val="24"/>
        </w:rPr>
      </w:pPr>
    </w:p>
    <w:p w14:paraId="57A4A013" w14:textId="41D43E2E" w:rsidR="00C7166C" w:rsidRPr="0075271D" w:rsidRDefault="00C7166C" w:rsidP="00C7166C">
      <w:pPr>
        <w:spacing w:after="0" w:line="480" w:lineRule="auto"/>
        <w:jc w:val="both"/>
        <w:rPr>
          <w:rFonts w:ascii="Times New Roman" w:hAnsi="Times New Roman" w:cs="Times New Roman"/>
        </w:rPr>
      </w:pPr>
    </w:p>
    <w:p w14:paraId="5C8F1CA5" w14:textId="77777777" w:rsidR="00432238" w:rsidRDefault="00432238" w:rsidP="00435302">
      <w:pPr>
        <w:spacing w:after="0" w:line="240" w:lineRule="auto"/>
        <w:jc w:val="both"/>
        <w:rPr>
          <w:rFonts w:ascii="Times New Roman" w:hAnsi="Times New Roman" w:cs="Times New Roman"/>
          <w:b/>
          <w:bCs/>
          <w:sz w:val="24"/>
          <w:szCs w:val="24"/>
        </w:rPr>
      </w:pPr>
    </w:p>
    <w:p w14:paraId="4724655E" w14:textId="77777777" w:rsidR="00432238" w:rsidRDefault="00432238" w:rsidP="00435302">
      <w:pPr>
        <w:spacing w:after="0" w:line="240" w:lineRule="auto"/>
        <w:jc w:val="both"/>
        <w:rPr>
          <w:rFonts w:ascii="Times New Roman" w:hAnsi="Times New Roman" w:cs="Times New Roman"/>
          <w:b/>
          <w:bCs/>
          <w:sz w:val="24"/>
          <w:szCs w:val="24"/>
        </w:rPr>
      </w:pPr>
    </w:p>
    <w:p w14:paraId="562ACB69" w14:textId="215E39C5" w:rsidR="006067AA" w:rsidRDefault="006067AA" w:rsidP="00435302">
      <w:pPr>
        <w:spacing w:after="0" w:line="240" w:lineRule="auto"/>
        <w:jc w:val="both"/>
        <w:rPr>
          <w:rFonts w:ascii="Times New Roman" w:hAnsi="Times New Roman" w:cs="Times New Roman"/>
          <w:b/>
          <w:bCs/>
          <w:sz w:val="24"/>
          <w:szCs w:val="24"/>
        </w:rPr>
      </w:pPr>
      <w:r w:rsidRPr="006067AA">
        <w:rPr>
          <w:rFonts w:ascii="Times New Roman" w:hAnsi="Times New Roman" w:cs="Times New Roman"/>
          <w:b/>
          <w:bCs/>
          <w:sz w:val="24"/>
          <w:szCs w:val="24"/>
        </w:rPr>
        <w:t>Figure 2: Process of Sentinel II Imagery Data Acquisition (Source: Author, 2025)</w:t>
      </w:r>
    </w:p>
    <w:p w14:paraId="0BD340AB" w14:textId="77777777" w:rsidR="006067AA" w:rsidRDefault="006067AA" w:rsidP="00435302">
      <w:pPr>
        <w:spacing w:after="0" w:line="240" w:lineRule="auto"/>
        <w:jc w:val="both"/>
        <w:rPr>
          <w:rFonts w:ascii="Times New Roman" w:hAnsi="Times New Roman" w:cs="Times New Roman"/>
          <w:b/>
          <w:bCs/>
          <w:sz w:val="24"/>
          <w:szCs w:val="24"/>
        </w:rPr>
      </w:pPr>
    </w:p>
    <w:p w14:paraId="253A8061" w14:textId="77777777" w:rsidR="006067AA" w:rsidRDefault="006067AA" w:rsidP="00435302">
      <w:pPr>
        <w:spacing w:after="0" w:line="240" w:lineRule="auto"/>
        <w:jc w:val="both"/>
        <w:rPr>
          <w:rFonts w:ascii="Times New Roman" w:hAnsi="Times New Roman" w:cs="Times New Roman"/>
          <w:b/>
          <w:bCs/>
          <w:sz w:val="24"/>
          <w:szCs w:val="24"/>
        </w:rPr>
      </w:pPr>
    </w:p>
    <w:p w14:paraId="6E575CA1" w14:textId="77777777" w:rsidR="006067AA" w:rsidRDefault="006067AA" w:rsidP="00435302">
      <w:pPr>
        <w:spacing w:after="0" w:line="240" w:lineRule="auto"/>
        <w:jc w:val="both"/>
        <w:rPr>
          <w:rFonts w:ascii="Times New Roman" w:hAnsi="Times New Roman" w:cs="Times New Roman"/>
          <w:b/>
          <w:bCs/>
          <w:sz w:val="24"/>
          <w:szCs w:val="24"/>
        </w:rPr>
      </w:pPr>
    </w:p>
    <w:p w14:paraId="194FCEDE" w14:textId="794AD6EE" w:rsidR="00C7166C" w:rsidRPr="00390E42" w:rsidRDefault="00A67C58" w:rsidP="00435302">
      <w:pPr>
        <w:spacing w:after="0" w:line="240" w:lineRule="auto"/>
        <w:jc w:val="both"/>
        <w:rPr>
          <w:rFonts w:ascii="Times New Roman" w:hAnsi="Times New Roman" w:cs="Times New Roman"/>
          <w:b/>
          <w:bCs/>
          <w:sz w:val="24"/>
          <w:szCs w:val="24"/>
        </w:rPr>
      </w:pP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w:t>
      </w: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ab/>
        <w:t>Data Pre-Processing</w:t>
      </w:r>
    </w:p>
    <w:p w14:paraId="25BFDAF0" w14:textId="54770075" w:rsidR="00C7166C" w:rsidRPr="00390E42" w:rsidRDefault="00A67C58" w:rsidP="00390E42">
      <w:pPr>
        <w:spacing w:after="120" w:line="240" w:lineRule="auto"/>
        <w:jc w:val="both"/>
        <w:rPr>
          <w:rFonts w:ascii="Times New Roman" w:hAnsi="Times New Roman" w:cs="Times New Roman"/>
          <w:b/>
          <w:bCs/>
          <w:sz w:val="24"/>
          <w:szCs w:val="24"/>
        </w:rPr>
      </w:pP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w:t>
      </w: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.1</w:t>
      </w:r>
      <w:r w:rsidR="00C7166C" w:rsidRPr="00390E42">
        <w:rPr>
          <w:rFonts w:ascii="Times New Roman" w:hAnsi="Times New Roman" w:cs="Times New Roman"/>
          <w:b/>
          <w:bCs/>
          <w:sz w:val="24"/>
          <w:szCs w:val="24"/>
        </w:rPr>
        <w:tab/>
        <w:t>Radiometric and Atmospheric Correction</w:t>
      </w:r>
    </w:p>
    <w:p w14:paraId="4C3EFD2F" w14:textId="20F20B03" w:rsidR="00C7166C" w:rsidRPr="00390E42" w:rsidRDefault="00C7166C" w:rsidP="00A67C58">
      <w:pPr>
        <w:spacing w:after="0" w:line="360" w:lineRule="auto"/>
        <w:jc w:val="both"/>
        <w:rPr>
          <w:rFonts w:ascii="Times New Roman" w:hAnsi="Times New Roman" w:cs="Times New Roman"/>
          <w:sz w:val="24"/>
          <w:szCs w:val="24"/>
        </w:rPr>
      </w:pPr>
      <w:r w:rsidRPr="00390E42">
        <w:rPr>
          <w:rFonts w:ascii="Times New Roman" w:hAnsi="Times New Roman" w:cs="Times New Roman"/>
          <w:sz w:val="24"/>
          <w:szCs w:val="24"/>
        </w:rPr>
        <w:lastRenderedPageBreak/>
        <w:t xml:space="preserve">To improve spectral fidelity, images were downloaded in Level-1C (Top-of-Atmosphere reflectance) format and </w:t>
      </w:r>
      <w:r w:rsidR="00390E42" w:rsidRPr="00390E42">
        <w:rPr>
          <w:rFonts w:ascii="Times New Roman" w:hAnsi="Times New Roman" w:cs="Times New Roman"/>
          <w:sz w:val="24"/>
          <w:szCs w:val="24"/>
        </w:rPr>
        <w:t>were</w:t>
      </w:r>
      <w:r w:rsidRPr="00390E42">
        <w:rPr>
          <w:rFonts w:ascii="Times New Roman" w:hAnsi="Times New Roman" w:cs="Times New Roman"/>
          <w:sz w:val="24"/>
          <w:szCs w:val="24"/>
        </w:rPr>
        <w:t xml:space="preserve"> processed to Level-2A (Bottom-of-Atmosphere reflectance) using Sen2Cor in SNAP or an equivalent atmospheric correction tool. This correction </w:t>
      </w:r>
      <w:proofErr w:type="spellStart"/>
      <w:r w:rsidR="00056B73" w:rsidRPr="00181CB0">
        <w:rPr>
          <w:rFonts w:ascii="Times New Roman" w:hAnsi="Times New Roman" w:cs="Times New Roman"/>
          <w:sz w:val="24"/>
          <w:szCs w:val="24"/>
          <w:highlight w:val="yellow"/>
        </w:rPr>
        <w:t>minimised</w:t>
      </w:r>
      <w:proofErr w:type="spellEnd"/>
      <w:r w:rsidR="00056B73" w:rsidRPr="00390E42">
        <w:rPr>
          <w:rFonts w:ascii="Times New Roman" w:hAnsi="Times New Roman" w:cs="Times New Roman"/>
          <w:sz w:val="24"/>
          <w:szCs w:val="24"/>
        </w:rPr>
        <w:t xml:space="preserve"> </w:t>
      </w:r>
      <w:r w:rsidRPr="00390E42">
        <w:rPr>
          <w:rFonts w:ascii="Times New Roman" w:hAnsi="Times New Roman" w:cs="Times New Roman"/>
          <w:sz w:val="24"/>
          <w:szCs w:val="24"/>
        </w:rPr>
        <w:t xml:space="preserve">the effects of atmospheric scattering and absorption. Also, Dark Object Subtraction (DOS) or FLAASH (Fast Line-of-sight Atmospheric Analysis of Spectral Hypercubes) techniques </w:t>
      </w:r>
      <w:r w:rsidR="00390E42" w:rsidRPr="00390E42">
        <w:rPr>
          <w:rFonts w:ascii="Times New Roman" w:hAnsi="Times New Roman" w:cs="Times New Roman"/>
          <w:sz w:val="24"/>
          <w:szCs w:val="24"/>
        </w:rPr>
        <w:t>were</w:t>
      </w:r>
      <w:r w:rsidRPr="00390E42">
        <w:rPr>
          <w:rFonts w:ascii="Times New Roman" w:hAnsi="Times New Roman" w:cs="Times New Roman"/>
          <w:sz w:val="24"/>
          <w:szCs w:val="24"/>
        </w:rPr>
        <w:t xml:space="preserve"> considered to enhance image quality.</w:t>
      </w:r>
    </w:p>
    <w:p w14:paraId="2783BF4E" w14:textId="77777777" w:rsidR="00C7166C" w:rsidRPr="00390E42" w:rsidRDefault="00C7166C" w:rsidP="00C7166C">
      <w:pPr>
        <w:spacing w:after="0" w:line="240" w:lineRule="auto"/>
        <w:jc w:val="both"/>
        <w:rPr>
          <w:rFonts w:ascii="Times New Roman" w:hAnsi="Times New Roman" w:cs="Times New Roman"/>
          <w:sz w:val="24"/>
          <w:szCs w:val="24"/>
        </w:rPr>
      </w:pPr>
    </w:p>
    <w:p w14:paraId="044ED4E7" w14:textId="720F4740" w:rsidR="00C7166C" w:rsidRPr="00390E42" w:rsidRDefault="00A67C58" w:rsidP="00A67C58">
      <w:pPr>
        <w:spacing w:after="0" w:line="360" w:lineRule="auto"/>
        <w:jc w:val="both"/>
        <w:rPr>
          <w:rFonts w:ascii="Times New Roman" w:hAnsi="Times New Roman" w:cs="Times New Roman"/>
          <w:b/>
          <w:bCs/>
          <w:sz w:val="24"/>
          <w:szCs w:val="24"/>
        </w:rPr>
      </w:pP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w:t>
      </w: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ab/>
        <w:t xml:space="preserve"> Geometric Correction and Georeferencing</w:t>
      </w:r>
    </w:p>
    <w:p w14:paraId="5F4A52EB" w14:textId="77777777" w:rsidR="00C7166C" w:rsidRPr="00390E42" w:rsidRDefault="00C7166C" w:rsidP="00A67C58">
      <w:pPr>
        <w:spacing w:after="0" w:line="360" w:lineRule="auto"/>
        <w:jc w:val="both"/>
        <w:rPr>
          <w:rFonts w:ascii="Times New Roman" w:hAnsi="Times New Roman" w:cs="Times New Roman"/>
          <w:sz w:val="24"/>
          <w:szCs w:val="24"/>
        </w:rPr>
      </w:pPr>
      <w:r w:rsidRPr="00390E42">
        <w:rPr>
          <w:rFonts w:ascii="Times New Roman" w:hAnsi="Times New Roman" w:cs="Times New Roman"/>
          <w:sz w:val="24"/>
          <w:szCs w:val="24"/>
        </w:rPr>
        <w:t>Although Sentinel-2 imagery is orthorectified by default, the accuracy of geolocation was verified. All images were projected into a common coordinate reference system: WGS 1984, UTM Zone 32N, which is appropriate for southern Nigeria. The Root Mean Square Error (RMSE) of image alignment was assessed and kept below 0.5 pixels to ensure spatial accuracy across time steps.</w:t>
      </w:r>
    </w:p>
    <w:p w14:paraId="415BF9A2" w14:textId="77777777" w:rsidR="00C7166C" w:rsidRPr="00390E42" w:rsidRDefault="00C7166C" w:rsidP="00A67C58">
      <w:pPr>
        <w:spacing w:after="0" w:line="360" w:lineRule="auto"/>
        <w:jc w:val="both"/>
        <w:rPr>
          <w:rFonts w:ascii="Times New Roman" w:hAnsi="Times New Roman" w:cs="Times New Roman"/>
          <w:sz w:val="24"/>
          <w:szCs w:val="24"/>
        </w:rPr>
      </w:pPr>
    </w:p>
    <w:p w14:paraId="008483C9" w14:textId="38CCD894" w:rsidR="00C7166C" w:rsidRPr="00390E42" w:rsidRDefault="00A67C58" w:rsidP="00A67C58">
      <w:pPr>
        <w:spacing w:after="0" w:line="360" w:lineRule="auto"/>
        <w:jc w:val="both"/>
        <w:rPr>
          <w:rFonts w:ascii="Times New Roman" w:hAnsi="Times New Roman" w:cs="Times New Roman"/>
          <w:b/>
          <w:bCs/>
          <w:sz w:val="24"/>
          <w:szCs w:val="24"/>
        </w:rPr>
      </w:pP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w:t>
      </w: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.3</w:t>
      </w:r>
      <w:r w:rsidR="00C7166C" w:rsidRPr="00390E42">
        <w:rPr>
          <w:rFonts w:ascii="Times New Roman" w:hAnsi="Times New Roman" w:cs="Times New Roman"/>
          <w:b/>
          <w:bCs/>
          <w:sz w:val="24"/>
          <w:szCs w:val="24"/>
        </w:rPr>
        <w:tab/>
        <w:t xml:space="preserve"> Image Enhancement</w:t>
      </w:r>
    </w:p>
    <w:p w14:paraId="76C077E1" w14:textId="2B9F5058" w:rsidR="00C7166C" w:rsidRPr="00390E42" w:rsidRDefault="00C7166C" w:rsidP="00A67C58">
      <w:pPr>
        <w:spacing w:after="0" w:line="360" w:lineRule="auto"/>
        <w:jc w:val="both"/>
        <w:rPr>
          <w:rFonts w:ascii="Times New Roman" w:hAnsi="Times New Roman" w:cs="Times New Roman"/>
          <w:sz w:val="24"/>
          <w:szCs w:val="24"/>
        </w:rPr>
      </w:pPr>
      <w:r w:rsidRPr="00390E42">
        <w:rPr>
          <w:rFonts w:ascii="Times New Roman" w:hAnsi="Times New Roman" w:cs="Times New Roman"/>
          <w:sz w:val="24"/>
          <w:szCs w:val="24"/>
        </w:rPr>
        <w:t xml:space="preserve">To facilitate better edge detection and visual contrast between land and water, the images </w:t>
      </w:r>
      <w:r w:rsidR="00DE4FF2" w:rsidRPr="00390E42">
        <w:rPr>
          <w:rFonts w:ascii="Times New Roman" w:hAnsi="Times New Roman" w:cs="Times New Roman"/>
          <w:sz w:val="24"/>
          <w:szCs w:val="24"/>
        </w:rPr>
        <w:t>were</w:t>
      </w:r>
      <w:r w:rsidRPr="00390E42">
        <w:rPr>
          <w:rFonts w:ascii="Times New Roman" w:hAnsi="Times New Roman" w:cs="Times New Roman"/>
          <w:sz w:val="24"/>
          <w:szCs w:val="24"/>
        </w:rPr>
        <w:t xml:space="preserve"> converted to grayscale (</w:t>
      </w:r>
      <w:r w:rsidR="00390E42" w:rsidRPr="00390E42">
        <w:rPr>
          <w:rFonts w:ascii="Times New Roman" w:hAnsi="Times New Roman" w:cs="Times New Roman"/>
          <w:sz w:val="24"/>
          <w:szCs w:val="24"/>
        </w:rPr>
        <w:t>single band</w:t>
      </w:r>
      <w:r w:rsidRPr="00390E42">
        <w:rPr>
          <w:rFonts w:ascii="Times New Roman" w:hAnsi="Times New Roman" w:cs="Times New Roman"/>
          <w:sz w:val="24"/>
          <w:szCs w:val="24"/>
        </w:rPr>
        <w:t xml:space="preserve">) using band 8 (Near Infrared) or band 4 (Red), depending on contrast quality. Histogram </w:t>
      </w:r>
      <w:proofErr w:type="spellStart"/>
      <w:r w:rsidR="00056B73" w:rsidRPr="00181CB0">
        <w:rPr>
          <w:rFonts w:ascii="Times New Roman" w:hAnsi="Times New Roman" w:cs="Times New Roman"/>
          <w:sz w:val="24"/>
          <w:szCs w:val="24"/>
          <w:highlight w:val="yellow"/>
        </w:rPr>
        <w:t>equalisation</w:t>
      </w:r>
      <w:proofErr w:type="spellEnd"/>
      <w:r w:rsidR="00056B73" w:rsidRPr="00181CB0">
        <w:rPr>
          <w:rFonts w:ascii="Times New Roman" w:hAnsi="Times New Roman" w:cs="Times New Roman"/>
          <w:sz w:val="24"/>
          <w:szCs w:val="24"/>
          <w:highlight w:val="yellow"/>
        </w:rPr>
        <w:t xml:space="preserve"> </w:t>
      </w:r>
      <w:r w:rsidRPr="00390E42">
        <w:rPr>
          <w:rFonts w:ascii="Times New Roman" w:hAnsi="Times New Roman" w:cs="Times New Roman"/>
          <w:sz w:val="24"/>
          <w:szCs w:val="24"/>
        </w:rPr>
        <w:t xml:space="preserve">and contrast stretching </w:t>
      </w:r>
      <w:r w:rsidR="00056B73" w:rsidRPr="00181CB0">
        <w:rPr>
          <w:rFonts w:ascii="Times New Roman" w:hAnsi="Times New Roman" w:cs="Times New Roman"/>
          <w:sz w:val="24"/>
          <w:szCs w:val="24"/>
          <w:highlight w:val="yellow"/>
        </w:rPr>
        <w:t>were</w:t>
      </w:r>
      <w:r w:rsidR="00056B73" w:rsidRPr="00181CB0">
        <w:rPr>
          <w:rFonts w:ascii="Times New Roman" w:hAnsi="Times New Roman" w:cs="Times New Roman"/>
          <w:sz w:val="24"/>
          <w:szCs w:val="24"/>
          <w:highlight w:val="yellow"/>
        </w:rPr>
        <w:t xml:space="preserve"> </w:t>
      </w:r>
      <w:r w:rsidRPr="00390E42">
        <w:rPr>
          <w:rFonts w:ascii="Times New Roman" w:hAnsi="Times New Roman" w:cs="Times New Roman"/>
          <w:sz w:val="24"/>
          <w:szCs w:val="24"/>
        </w:rPr>
        <w:t>applied to enhance the shoreline features prior to delineation.</w:t>
      </w:r>
    </w:p>
    <w:p w14:paraId="50C3E5FA" w14:textId="77777777" w:rsidR="00C7166C" w:rsidRPr="00390E42" w:rsidRDefault="00C7166C" w:rsidP="00C7166C">
      <w:pPr>
        <w:spacing w:after="0" w:line="240" w:lineRule="auto"/>
        <w:jc w:val="both"/>
        <w:rPr>
          <w:rFonts w:ascii="Times New Roman" w:hAnsi="Times New Roman" w:cs="Times New Roman"/>
          <w:sz w:val="24"/>
          <w:szCs w:val="24"/>
        </w:rPr>
      </w:pPr>
    </w:p>
    <w:p w14:paraId="065A9B24" w14:textId="73DB50C2" w:rsidR="00C7166C" w:rsidRPr="00390E42" w:rsidRDefault="00A67C58" w:rsidP="00C7166C">
      <w:pPr>
        <w:spacing w:after="0" w:line="480" w:lineRule="auto"/>
        <w:jc w:val="both"/>
        <w:rPr>
          <w:rFonts w:ascii="Times New Roman" w:hAnsi="Times New Roman" w:cs="Times New Roman"/>
          <w:b/>
          <w:bCs/>
          <w:sz w:val="24"/>
          <w:szCs w:val="24"/>
        </w:rPr>
      </w:pP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w:t>
      </w:r>
      <w:r w:rsidRPr="00390E42">
        <w:rPr>
          <w:rFonts w:ascii="Times New Roman" w:hAnsi="Times New Roman" w:cs="Times New Roman"/>
          <w:b/>
          <w:bCs/>
          <w:sz w:val="24"/>
          <w:szCs w:val="24"/>
        </w:rPr>
        <w:t>3</w:t>
      </w:r>
      <w:r w:rsidR="00C7166C" w:rsidRPr="00390E42">
        <w:rPr>
          <w:rFonts w:ascii="Times New Roman" w:hAnsi="Times New Roman" w:cs="Times New Roman"/>
          <w:b/>
          <w:bCs/>
          <w:sz w:val="24"/>
          <w:szCs w:val="24"/>
        </w:rPr>
        <w:tab/>
        <w:t xml:space="preserve">   Data Processing </w:t>
      </w:r>
    </w:p>
    <w:p w14:paraId="5CFE5618" w14:textId="5D87836F" w:rsidR="00C7166C" w:rsidRPr="00390E42" w:rsidRDefault="00A67C58" w:rsidP="00C7166C">
      <w:pPr>
        <w:spacing w:after="0" w:line="480" w:lineRule="auto"/>
        <w:jc w:val="both"/>
        <w:rPr>
          <w:rFonts w:ascii="Times New Roman" w:hAnsi="Times New Roman" w:cs="Times New Roman"/>
          <w:sz w:val="24"/>
          <w:szCs w:val="24"/>
        </w:rPr>
      </w:pPr>
      <w:r w:rsidRPr="00390E42">
        <w:rPr>
          <w:rFonts w:ascii="Times New Roman" w:hAnsi="Times New Roman" w:cs="Times New Roman"/>
          <w:b/>
          <w:bCs/>
          <w:sz w:val="24"/>
          <w:szCs w:val="24"/>
        </w:rPr>
        <w:t>2</w:t>
      </w:r>
      <w:r w:rsidR="00C7166C" w:rsidRPr="00390E42">
        <w:rPr>
          <w:rFonts w:ascii="Times New Roman" w:hAnsi="Times New Roman" w:cs="Times New Roman"/>
          <w:b/>
          <w:bCs/>
          <w:sz w:val="24"/>
          <w:szCs w:val="24"/>
        </w:rPr>
        <w:t>.</w:t>
      </w:r>
      <w:r w:rsidRPr="00390E42">
        <w:rPr>
          <w:rFonts w:ascii="Times New Roman" w:hAnsi="Times New Roman" w:cs="Times New Roman"/>
          <w:b/>
          <w:bCs/>
          <w:sz w:val="24"/>
          <w:szCs w:val="24"/>
        </w:rPr>
        <w:t>3</w:t>
      </w:r>
      <w:r w:rsidR="00C7166C" w:rsidRPr="00390E42">
        <w:rPr>
          <w:rFonts w:ascii="Times New Roman" w:hAnsi="Times New Roman" w:cs="Times New Roman"/>
          <w:b/>
          <w:bCs/>
          <w:sz w:val="24"/>
          <w:szCs w:val="24"/>
        </w:rPr>
        <w:t>.1</w:t>
      </w:r>
      <w:r w:rsidR="00C7166C" w:rsidRPr="00390E42">
        <w:rPr>
          <w:rFonts w:ascii="Times New Roman" w:hAnsi="Times New Roman" w:cs="Times New Roman"/>
          <w:b/>
          <w:bCs/>
          <w:sz w:val="24"/>
          <w:szCs w:val="24"/>
        </w:rPr>
        <w:tab/>
      </w:r>
      <w:r w:rsidR="00C7166C" w:rsidRPr="00390E42">
        <w:rPr>
          <w:rFonts w:ascii="Times New Roman" w:hAnsi="Times New Roman" w:cs="Times New Roman"/>
          <w:sz w:val="24"/>
          <w:szCs w:val="24"/>
        </w:rPr>
        <w:t xml:space="preserve">   </w:t>
      </w:r>
      <w:r w:rsidR="00C7166C" w:rsidRPr="00390E42">
        <w:rPr>
          <w:rFonts w:ascii="Times New Roman" w:hAnsi="Times New Roman" w:cs="Times New Roman"/>
          <w:b/>
          <w:bCs/>
          <w:sz w:val="24"/>
          <w:szCs w:val="24"/>
        </w:rPr>
        <w:t>Shoreline Delineation</w:t>
      </w:r>
    </w:p>
    <w:p w14:paraId="76490BF5" w14:textId="71BB51A2" w:rsidR="00432238" w:rsidRDefault="00C7166C" w:rsidP="00A67C58">
      <w:pPr>
        <w:spacing w:after="0" w:line="360" w:lineRule="auto"/>
        <w:jc w:val="both"/>
        <w:rPr>
          <w:rFonts w:ascii="Times New Roman" w:hAnsi="Times New Roman" w:cs="Times New Roman"/>
          <w:sz w:val="24"/>
          <w:szCs w:val="24"/>
        </w:rPr>
      </w:pPr>
      <w:r w:rsidRPr="00390E42">
        <w:rPr>
          <w:rFonts w:ascii="Times New Roman" w:hAnsi="Times New Roman" w:cs="Times New Roman"/>
          <w:sz w:val="24"/>
          <w:szCs w:val="24"/>
        </w:rPr>
        <w:t>The shoreline was delineated using the visually defined land-water boundary as indicated by the Mean High-Water Line (MHWL). This is justified because Sentinel-2 imagery reflects water absorption features clearly in the NIR band, making the MHWL detectable in cloud-free scenes. Shoreline extraction was conducted using a semi-automated edge detection technique, specifically the Sobel Edge Detection Algorithm in IDRISI TerrSet, as s</w:t>
      </w:r>
      <w:r w:rsidR="000971CE">
        <w:rPr>
          <w:rFonts w:ascii="Times New Roman" w:hAnsi="Times New Roman" w:cs="Times New Roman"/>
          <w:sz w:val="24"/>
          <w:szCs w:val="24"/>
        </w:rPr>
        <w:t>hown</w:t>
      </w:r>
      <w:r w:rsidRPr="00390E42">
        <w:rPr>
          <w:rFonts w:ascii="Times New Roman" w:hAnsi="Times New Roman" w:cs="Times New Roman"/>
          <w:sz w:val="24"/>
          <w:szCs w:val="24"/>
        </w:rPr>
        <w:t xml:space="preserve"> in </w:t>
      </w:r>
      <w:r w:rsidR="00056B73" w:rsidRPr="00181CB0">
        <w:rPr>
          <w:rFonts w:ascii="Times New Roman" w:hAnsi="Times New Roman" w:cs="Times New Roman"/>
          <w:sz w:val="24"/>
          <w:szCs w:val="24"/>
          <w:highlight w:val="yellow"/>
        </w:rPr>
        <w:t>Figures</w:t>
      </w:r>
      <w:r w:rsidR="00056B73" w:rsidRPr="00181CB0">
        <w:rPr>
          <w:rFonts w:ascii="Times New Roman" w:hAnsi="Times New Roman" w:cs="Times New Roman"/>
          <w:sz w:val="24"/>
          <w:szCs w:val="24"/>
          <w:highlight w:val="yellow"/>
        </w:rPr>
        <w:t xml:space="preserve"> </w:t>
      </w:r>
      <w:r w:rsidRPr="00435302">
        <w:rPr>
          <w:rFonts w:ascii="Times New Roman" w:hAnsi="Times New Roman" w:cs="Times New Roman"/>
          <w:sz w:val="24"/>
          <w:szCs w:val="24"/>
        </w:rPr>
        <w:t>3</w:t>
      </w:r>
      <w:r w:rsidR="00435302">
        <w:rPr>
          <w:rFonts w:ascii="Times New Roman" w:hAnsi="Times New Roman" w:cs="Times New Roman"/>
          <w:sz w:val="24"/>
          <w:szCs w:val="24"/>
        </w:rPr>
        <w:t xml:space="preserve"> and 4.</w:t>
      </w:r>
      <w:r w:rsidRPr="00435302">
        <w:rPr>
          <w:rFonts w:ascii="Times New Roman" w:hAnsi="Times New Roman" w:cs="Times New Roman"/>
          <w:sz w:val="24"/>
          <w:szCs w:val="24"/>
        </w:rPr>
        <w:t xml:space="preserve"> </w:t>
      </w:r>
      <w:r w:rsidR="00390E42" w:rsidRPr="00435302">
        <w:rPr>
          <w:rFonts w:ascii="Times New Roman" w:hAnsi="Times New Roman" w:cs="Times New Roman"/>
          <w:sz w:val="24"/>
          <w:szCs w:val="24"/>
        </w:rPr>
        <w:t xml:space="preserve">This was </w:t>
      </w:r>
      <w:r w:rsidRPr="00390E42">
        <w:rPr>
          <w:rFonts w:ascii="Times New Roman" w:hAnsi="Times New Roman" w:cs="Times New Roman"/>
          <w:sz w:val="24"/>
          <w:szCs w:val="24"/>
        </w:rPr>
        <w:t xml:space="preserve">followed by manual refinement in QGIS. The Sobel operator highlights pixel intensity gradients </w:t>
      </w:r>
    </w:p>
    <w:p w14:paraId="2439C265" w14:textId="047F4039" w:rsidR="00C7166C" w:rsidRPr="00390E42" w:rsidRDefault="00C7166C" w:rsidP="00A67C58">
      <w:pPr>
        <w:spacing w:after="0" w:line="360" w:lineRule="auto"/>
        <w:jc w:val="both"/>
        <w:rPr>
          <w:rFonts w:ascii="Times New Roman" w:hAnsi="Times New Roman" w:cs="Times New Roman"/>
          <w:sz w:val="24"/>
          <w:szCs w:val="24"/>
        </w:rPr>
      </w:pPr>
      <w:r w:rsidRPr="00390E42">
        <w:rPr>
          <w:rFonts w:ascii="Times New Roman" w:hAnsi="Times New Roman" w:cs="Times New Roman"/>
          <w:sz w:val="24"/>
          <w:szCs w:val="24"/>
        </w:rPr>
        <w:t xml:space="preserve">that </w:t>
      </w:r>
      <w:r w:rsidR="00056B73" w:rsidRPr="00181CB0">
        <w:rPr>
          <w:rFonts w:ascii="Times New Roman" w:hAnsi="Times New Roman" w:cs="Times New Roman"/>
          <w:sz w:val="24"/>
          <w:szCs w:val="24"/>
          <w:highlight w:val="yellow"/>
        </w:rPr>
        <w:t>correspond</w:t>
      </w:r>
      <w:r w:rsidR="00056B73" w:rsidRPr="00181CB0">
        <w:rPr>
          <w:rFonts w:ascii="Times New Roman" w:hAnsi="Times New Roman" w:cs="Times New Roman"/>
          <w:sz w:val="24"/>
          <w:szCs w:val="24"/>
          <w:highlight w:val="yellow"/>
        </w:rPr>
        <w:t xml:space="preserve"> </w:t>
      </w:r>
      <w:r w:rsidRPr="00390E42">
        <w:rPr>
          <w:rFonts w:ascii="Times New Roman" w:hAnsi="Times New Roman" w:cs="Times New Roman"/>
          <w:sz w:val="24"/>
          <w:szCs w:val="24"/>
        </w:rPr>
        <w:t xml:space="preserve">to the shoreline boundary. </w:t>
      </w:r>
      <w:r w:rsidR="00F47F56">
        <w:rPr>
          <w:rFonts w:ascii="Times New Roman" w:hAnsi="Times New Roman" w:cs="Times New Roman"/>
          <w:sz w:val="24"/>
          <w:szCs w:val="24"/>
        </w:rPr>
        <w:t>The o</w:t>
      </w:r>
      <w:r w:rsidRPr="00390E42">
        <w:rPr>
          <w:rFonts w:ascii="Times New Roman" w:hAnsi="Times New Roman" w:cs="Times New Roman"/>
          <w:sz w:val="24"/>
          <w:szCs w:val="24"/>
        </w:rPr>
        <w:t>utput lines were converted into vector polyline shapefiles for further analysis.</w:t>
      </w:r>
    </w:p>
    <w:p w14:paraId="6002E2B4" w14:textId="58826CB4" w:rsidR="00390E42" w:rsidRDefault="00390E42" w:rsidP="00C7166C">
      <w:pPr>
        <w:spacing w:after="0"/>
        <w:jc w:val="both"/>
        <w:rPr>
          <w:rFonts w:ascii="Times New Roman" w:hAnsi="Times New Roman" w:cs="Times New Roman"/>
          <w:b/>
          <w:bCs/>
        </w:rPr>
      </w:pPr>
    </w:p>
    <w:p w14:paraId="6155F8BC" w14:textId="2837BB43" w:rsidR="00BC4817" w:rsidRDefault="00BC4817" w:rsidP="00C7166C">
      <w:pPr>
        <w:spacing w:after="0"/>
        <w:jc w:val="both"/>
        <w:rPr>
          <w:rFonts w:ascii="Times New Roman" w:hAnsi="Times New Roman" w:cs="Times New Roman"/>
          <w:b/>
          <w:bCs/>
        </w:rPr>
      </w:pPr>
      <w:r>
        <w:rPr>
          <w:rFonts w:ascii="Times New Roman" w:hAnsi="Times New Roman" w:cs="Times New Roman"/>
          <w:noProof/>
        </w:rPr>
        <w:lastRenderedPageBreak/>
        <mc:AlternateContent>
          <mc:Choice Requires="wpg">
            <w:drawing>
              <wp:anchor distT="0" distB="0" distL="114300" distR="114300" simplePos="0" relativeHeight="251669504" behindDoc="0" locked="0" layoutInCell="1" allowOverlap="1" wp14:anchorId="2CB50853" wp14:editId="53A3B7F3">
                <wp:simplePos x="0" y="0"/>
                <wp:positionH relativeFrom="margin">
                  <wp:posOffset>146050</wp:posOffset>
                </wp:positionH>
                <wp:positionV relativeFrom="paragraph">
                  <wp:posOffset>0</wp:posOffset>
                </wp:positionV>
                <wp:extent cx="5474335" cy="3844925"/>
                <wp:effectExtent l="0" t="0" r="12065" b="22225"/>
                <wp:wrapThrough wrapText="bothSides">
                  <wp:wrapPolygon edited="0">
                    <wp:start x="0" y="0"/>
                    <wp:lineTo x="0" y="21618"/>
                    <wp:lineTo x="21572" y="21618"/>
                    <wp:lineTo x="21572" y="0"/>
                    <wp:lineTo x="0" y="0"/>
                  </wp:wrapPolygon>
                </wp:wrapThrough>
                <wp:docPr id="2120449301" name="Group 5"/>
                <wp:cNvGraphicFramePr/>
                <a:graphic xmlns:a="http://schemas.openxmlformats.org/drawingml/2006/main">
                  <a:graphicData uri="http://schemas.microsoft.com/office/word/2010/wordprocessingGroup">
                    <wpg:wgp>
                      <wpg:cNvGrpSpPr/>
                      <wpg:grpSpPr>
                        <a:xfrm>
                          <a:off x="0" y="0"/>
                          <a:ext cx="5474335" cy="3844925"/>
                          <a:chOff x="0" y="0"/>
                          <a:chExt cx="5974080" cy="3845169"/>
                        </a:xfrm>
                      </wpg:grpSpPr>
                      <wpg:grpSp>
                        <wpg:cNvPr id="1892750406" name="Group 1"/>
                        <wpg:cNvGrpSpPr/>
                        <wpg:grpSpPr>
                          <a:xfrm>
                            <a:off x="0" y="0"/>
                            <a:ext cx="5974080" cy="3535680"/>
                            <a:chOff x="0" y="0"/>
                            <a:chExt cx="5532120" cy="3535680"/>
                          </a:xfrm>
                        </wpg:grpSpPr>
                        <pic:pic xmlns:pic="http://schemas.openxmlformats.org/drawingml/2006/picture">
                          <pic:nvPicPr>
                            <pic:cNvPr id="1081498079" name="Picture 1"/>
                            <pic:cNvPicPr>
                              <a:picLocks noChangeAspect="1"/>
                            </pic:cNvPicPr>
                          </pic:nvPicPr>
                          <pic:blipFill>
                            <a:blip r:embed="rId12"/>
                            <a:stretch>
                              <a:fillRect/>
                            </a:stretch>
                          </pic:blipFill>
                          <pic:spPr>
                            <a:xfrm>
                              <a:off x="0" y="0"/>
                              <a:ext cx="2804160" cy="3512820"/>
                            </a:xfrm>
                            <a:prstGeom prst="rect">
                              <a:avLst/>
                            </a:prstGeom>
                          </pic:spPr>
                        </pic:pic>
                        <pic:pic xmlns:pic="http://schemas.openxmlformats.org/drawingml/2006/picture">
                          <pic:nvPicPr>
                            <pic:cNvPr id="876308352" name="Picture 1"/>
                            <pic:cNvPicPr>
                              <a:picLocks noChangeAspect="1"/>
                            </pic:cNvPicPr>
                          </pic:nvPicPr>
                          <pic:blipFill>
                            <a:blip r:embed="rId13"/>
                            <a:stretch>
                              <a:fillRect/>
                            </a:stretch>
                          </pic:blipFill>
                          <pic:spPr>
                            <a:xfrm>
                              <a:off x="2895600" y="0"/>
                              <a:ext cx="2636520" cy="3535680"/>
                            </a:xfrm>
                            <a:prstGeom prst="rect">
                              <a:avLst/>
                            </a:prstGeom>
                          </pic:spPr>
                        </pic:pic>
                      </wpg:grpSp>
                      <wps:wsp>
                        <wps:cNvPr id="2115283786" name="Text Box 4"/>
                        <wps:cNvSpPr txBox="1"/>
                        <wps:spPr>
                          <a:xfrm>
                            <a:off x="23446" y="3575538"/>
                            <a:ext cx="5947703" cy="269631"/>
                          </a:xfrm>
                          <a:prstGeom prst="rect">
                            <a:avLst/>
                          </a:prstGeom>
                          <a:solidFill>
                            <a:schemeClr val="lt1"/>
                          </a:solidFill>
                          <a:ln w="6350">
                            <a:solidFill>
                              <a:schemeClr val="bg1"/>
                            </a:solidFill>
                          </a:ln>
                        </wps:spPr>
                        <wps:txbx>
                          <w:txbxContent>
                            <w:p w14:paraId="41241806" w14:textId="77777777" w:rsidR="00BC4817" w:rsidRDefault="00BC4817" w:rsidP="00BC4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CB50853" id="Group 5" o:spid="_x0000_s1032" style="position:absolute;left:0;text-align:left;margin-left:11.5pt;margin-top:0;width:431.05pt;height:302.75pt;z-index:251669504;mso-position-horizontal-relative:margin;mso-width-relative:margin" coordsize="59740,3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">
                <v:group id="Group 1" o:spid="_x0000_s1033" style="position:absolute;width:59740;height:35356" coordsize="55321,3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">
                  <v:shape id="Picture 1" o:spid="_x0000_s1034" type="#_x0000_t75" style="position:absolute;width:28041;height:35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">
                    <v:imagedata r:id="rId14" o:title=""/>
                  </v:shape>
                  <v:shape id="Picture 1" o:spid="_x0000_s1035" type="#_x0000_t75" style="position:absolute;left:28956;width:26365;height:3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">
                    <v:imagedata r:id="rId15" o:title=""/>
                  </v:shape>
                </v:group>
                <v:shape id="Text Box 4" o:spid="_x0000_s1036" type="#_x0000_t202" style="position:absolute;left:234;top:35755;width:59477;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" fillcolor="white [3201]" strokecolor="white [3212]" strokeweight=".5pt">
                  <v:textbox>
                    <w:txbxContent>
                      <w:p w14:paraId="41241806" w14:textId="77777777" w:rsidR="00BC4817" w:rsidRDefault="00BC4817" w:rsidP="00BC4817"/>
                    </w:txbxContent>
                  </v:textbox>
                </v:shape>
                <w10:wrap type="through" anchorx="margin"/>
              </v:group>
            </w:pict>
          </mc:Fallback>
        </mc:AlternateContent>
      </w:r>
    </w:p>
    <w:p w14:paraId="7CC572C3" w14:textId="77777777" w:rsidR="00BC4817" w:rsidRDefault="00BC4817" w:rsidP="00C7166C">
      <w:pPr>
        <w:spacing w:after="0"/>
        <w:jc w:val="both"/>
        <w:rPr>
          <w:rFonts w:ascii="Times New Roman" w:hAnsi="Times New Roman" w:cs="Times New Roman"/>
          <w:b/>
          <w:bCs/>
        </w:rPr>
      </w:pPr>
    </w:p>
    <w:p w14:paraId="76751DC2" w14:textId="7386C6FB" w:rsidR="00BC4817" w:rsidRDefault="00BC4817" w:rsidP="00C7166C">
      <w:pPr>
        <w:spacing w:after="0"/>
        <w:jc w:val="both"/>
        <w:rPr>
          <w:rFonts w:ascii="Times New Roman" w:hAnsi="Times New Roman" w:cs="Times New Roman"/>
          <w:b/>
          <w:bCs/>
        </w:rPr>
      </w:pPr>
    </w:p>
    <w:p w14:paraId="54BFE537" w14:textId="77777777" w:rsidR="00BC4817" w:rsidRDefault="00BC4817" w:rsidP="00C7166C">
      <w:pPr>
        <w:spacing w:after="0"/>
        <w:jc w:val="both"/>
        <w:rPr>
          <w:rFonts w:ascii="Times New Roman" w:hAnsi="Times New Roman" w:cs="Times New Roman"/>
          <w:b/>
          <w:bCs/>
        </w:rPr>
      </w:pPr>
    </w:p>
    <w:p w14:paraId="248B5702" w14:textId="77777777" w:rsidR="00BC4817" w:rsidRDefault="00BC4817" w:rsidP="00C7166C">
      <w:pPr>
        <w:spacing w:after="0"/>
        <w:jc w:val="both"/>
        <w:rPr>
          <w:rFonts w:ascii="Times New Roman" w:hAnsi="Times New Roman" w:cs="Times New Roman"/>
          <w:b/>
          <w:bCs/>
        </w:rPr>
      </w:pPr>
    </w:p>
    <w:p w14:paraId="57757FCB" w14:textId="54746E59" w:rsidR="00BC4817" w:rsidRDefault="00BC4817" w:rsidP="00C7166C">
      <w:pPr>
        <w:spacing w:after="0"/>
        <w:jc w:val="both"/>
        <w:rPr>
          <w:rFonts w:ascii="Times New Roman" w:hAnsi="Times New Roman" w:cs="Times New Roman"/>
          <w:b/>
          <w:bCs/>
        </w:rPr>
      </w:pPr>
    </w:p>
    <w:p w14:paraId="12566612" w14:textId="77777777" w:rsidR="00BC4817" w:rsidRDefault="00BC4817" w:rsidP="00C7166C">
      <w:pPr>
        <w:spacing w:after="0"/>
        <w:jc w:val="both"/>
        <w:rPr>
          <w:rFonts w:ascii="Times New Roman" w:hAnsi="Times New Roman" w:cs="Times New Roman"/>
          <w:b/>
          <w:bCs/>
        </w:rPr>
      </w:pPr>
    </w:p>
    <w:p w14:paraId="6E78B277" w14:textId="25DE1902" w:rsidR="00BC4817" w:rsidRDefault="00BC4817" w:rsidP="00C7166C">
      <w:pPr>
        <w:spacing w:after="0"/>
        <w:jc w:val="both"/>
        <w:rPr>
          <w:rFonts w:ascii="Times New Roman" w:hAnsi="Times New Roman" w:cs="Times New Roman"/>
          <w:b/>
          <w:bCs/>
        </w:rPr>
      </w:pPr>
    </w:p>
    <w:p w14:paraId="2B273D9F" w14:textId="026FD375" w:rsidR="00BC4817" w:rsidRDefault="00BC4817" w:rsidP="00C7166C">
      <w:pPr>
        <w:spacing w:after="0"/>
        <w:jc w:val="both"/>
        <w:rPr>
          <w:rFonts w:ascii="Times New Roman" w:hAnsi="Times New Roman" w:cs="Times New Roman"/>
          <w:b/>
          <w:bCs/>
        </w:rPr>
      </w:pPr>
    </w:p>
    <w:p w14:paraId="414839CE" w14:textId="77777777" w:rsidR="00BC4817" w:rsidRDefault="00BC4817" w:rsidP="00C7166C">
      <w:pPr>
        <w:spacing w:after="0"/>
        <w:jc w:val="both"/>
        <w:rPr>
          <w:rFonts w:ascii="Times New Roman" w:hAnsi="Times New Roman" w:cs="Times New Roman"/>
          <w:b/>
          <w:bCs/>
        </w:rPr>
      </w:pPr>
    </w:p>
    <w:p w14:paraId="121F77A7" w14:textId="77777777" w:rsidR="00BC4817" w:rsidRDefault="00BC4817" w:rsidP="00C7166C">
      <w:pPr>
        <w:spacing w:after="0"/>
        <w:jc w:val="both"/>
        <w:rPr>
          <w:rFonts w:ascii="Times New Roman" w:hAnsi="Times New Roman" w:cs="Times New Roman"/>
          <w:b/>
          <w:bCs/>
        </w:rPr>
      </w:pPr>
    </w:p>
    <w:p w14:paraId="507F37C7" w14:textId="5D13C55A" w:rsidR="00BC4817" w:rsidRDefault="00BC4817" w:rsidP="00C7166C">
      <w:pPr>
        <w:spacing w:after="0"/>
        <w:jc w:val="both"/>
        <w:rPr>
          <w:rFonts w:ascii="Times New Roman" w:hAnsi="Times New Roman" w:cs="Times New Roman"/>
          <w:b/>
          <w:bCs/>
        </w:rPr>
      </w:pPr>
    </w:p>
    <w:p w14:paraId="76024741" w14:textId="4A918F83" w:rsidR="00BC4817" w:rsidRDefault="00BC4817" w:rsidP="00C7166C">
      <w:pPr>
        <w:spacing w:after="0"/>
        <w:jc w:val="both"/>
        <w:rPr>
          <w:rFonts w:ascii="Times New Roman" w:hAnsi="Times New Roman" w:cs="Times New Roman"/>
          <w:b/>
          <w:bCs/>
        </w:rPr>
      </w:pPr>
    </w:p>
    <w:p w14:paraId="2277E2AD" w14:textId="77777777" w:rsidR="00BC4817" w:rsidRDefault="00BC4817" w:rsidP="00C7166C">
      <w:pPr>
        <w:spacing w:after="0"/>
        <w:jc w:val="both"/>
        <w:rPr>
          <w:rFonts w:ascii="Times New Roman" w:hAnsi="Times New Roman" w:cs="Times New Roman"/>
          <w:b/>
          <w:bCs/>
        </w:rPr>
      </w:pPr>
    </w:p>
    <w:p w14:paraId="672BCDAC" w14:textId="728760D3" w:rsidR="00BC4817" w:rsidRDefault="00BC4817" w:rsidP="00C7166C">
      <w:pPr>
        <w:spacing w:after="0"/>
        <w:jc w:val="both"/>
        <w:rPr>
          <w:rFonts w:ascii="Times New Roman" w:hAnsi="Times New Roman" w:cs="Times New Roman"/>
          <w:b/>
          <w:bCs/>
        </w:rPr>
      </w:pPr>
    </w:p>
    <w:p w14:paraId="005902EA" w14:textId="5F06E38C" w:rsidR="00BC4817" w:rsidRDefault="00BC4817" w:rsidP="00C7166C">
      <w:pPr>
        <w:spacing w:after="0"/>
        <w:jc w:val="both"/>
        <w:rPr>
          <w:rFonts w:ascii="Times New Roman" w:hAnsi="Times New Roman" w:cs="Times New Roman"/>
          <w:b/>
          <w:bCs/>
        </w:rPr>
      </w:pPr>
    </w:p>
    <w:p w14:paraId="09BDD174" w14:textId="4A442E41" w:rsidR="00BC4817" w:rsidRDefault="00BC4817" w:rsidP="00C7166C">
      <w:pPr>
        <w:spacing w:after="0"/>
        <w:jc w:val="both"/>
        <w:rPr>
          <w:rFonts w:ascii="Times New Roman" w:hAnsi="Times New Roman" w:cs="Times New Roman"/>
          <w:b/>
          <w:bCs/>
        </w:rPr>
      </w:pPr>
    </w:p>
    <w:p w14:paraId="23C8819C" w14:textId="622A96C7" w:rsidR="00BC4817" w:rsidRDefault="00BC4817" w:rsidP="00C7166C">
      <w:pPr>
        <w:spacing w:after="0"/>
        <w:jc w:val="both"/>
        <w:rPr>
          <w:rFonts w:ascii="Times New Roman" w:hAnsi="Times New Roman" w:cs="Times New Roman"/>
          <w:b/>
          <w:bCs/>
        </w:rPr>
      </w:pPr>
    </w:p>
    <w:p w14:paraId="31430B4E" w14:textId="5D55FA7A" w:rsidR="00BC4817" w:rsidRDefault="00BC4817" w:rsidP="00C7166C">
      <w:pPr>
        <w:spacing w:after="0"/>
        <w:jc w:val="both"/>
        <w:rPr>
          <w:rFonts w:ascii="Times New Roman" w:hAnsi="Times New Roman" w:cs="Times New Roman"/>
          <w:b/>
          <w:bCs/>
        </w:rPr>
      </w:pPr>
    </w:p>
    <w:p w14:paraId="77762973" w14:textId="57707C79" w:rsidR="00BC4817" w:rsidRDefault="00BC4817" w:rsidP="00C7166C">
      <w:pPr>
        <w:spacing w:after="0"/>
        <w:jc w:val="both"/>
        <w:rPr>
          <w:rFonts w:ascii="Times New Roman" w:hAnsi="Times New Roman" w:cs="Times New Roman"/>
          <w:b/>
          <w:bCs/>
        </w:rPr>
      </w:pPr>
    </w:p>
    <w:p w14:paraId="10C19185" w14:textId="08F0E953" w:rsidR="00BC4817" w:rsidRDefault="00BC4817" w:rsidP="00C7166C">
      <w:pPr>
        <w:spacing w:after="0"/>
        <w:jc w:val="both"/>
        <w:rPr>
          <w:rFonts w:ascii="Times New Roman" w:hAnsi="Times New Roman" w:cs="Times New Roman"/>
          <w:b/>
          <w:bCs/>
        </w:rPr>
      </w:pPr>
    </w:p>
    <w:p w14:paraId="0EC81E57" w14:textId="7DDDE216" w:rsidR="00BC4817" w:rsidRDefault="00BC4817" w:rsidP="00C7166C">
      <w:pPr>
        <w:spacing w:after="0"/>
        <w:jc w:val="both"/>
        <w:rPr>
          <w:rFonts w:ascii="Times New Roman" w:hAnsi="Times New Roman" w:cs="Times New Roman"/>
          <w:b/>
          <w:bCs/>
        </w:rPr>
      </w:pPr>
    </w:p>
    <w:p w14:paraId="5BB202DB" w14:textId="77777777" w:rsidR="006067AA" w:rsidRDefault="006067AA" w:rsidP="00C7166C">
      <w:pPr>
        <w:spacing w:after="0"/>
        <w:jc w:val="both"/>
        <w:rPr>
          <w:rFonts w:ascii="Times New Roman" w:hAnsi="Times New Roman" w:cs="Times New Roman"/>
          <w:b/>
          <w:bCs/>
        </w:rPr>
      </w:pPr>
    </w:p>
    <w:p w14:paraId="2D04ACB1" w14:textId="3F5D0C72" w:rsidR="006067AA" w:rsidRDefault="006067AA" w:rsidP="00C7166C">
      <w:pPr>
        <w:spacing w:after="0"/>
        <w:jc w:val="both"/>
        <w:rPr>
          <w:rFonts w:ascii="Times New Roman" w:hAnsi="Times New Roman" w:cs="Times New Roman"/>
          <w:b/>
          <w:bCs/>
        </w:rPr>
      </w:pPr>
      <w:r w:rsidRPr="006067AA">
        <w:rPr>
          <w:rFonts w:ascii="Times New Roman" w:hAnsi="Times New Roman" w:cs="Times New Roman"/>
          <w:b/>
          <w:bCs/>
        </w:rPr>
        <w:t>Figure 3: Digitization of Shoreline and Baseline using Edge Detection (Author, 2025)</w:t>
      </w:r>
    </w:p>
    <w:p w14:paraId="03804E7E" w14:textId="0E7FC747" w:rsidR="00BC4817" w:rsidRDefault="00BC4817" w:rsidP="00C7166C">
      <w:pPr>
        <w:spacing w:after="0"/>
        <w:jc w:val="both"/>
        <w:rPr>
          <w:rFonts w:ascii="Times New Roman" w:hAnsi="Times New Roman" w:cs="Times New Roman"/>
          <w:b/>
          <w:bCs/>
        </w:rPr>
      </w:pPr>
    </w:p>
    <w:p w14:paraId="4E7CE4E4" w14:textId="4437575C" w:rsidR="00BC4817" w:rsidRDefault="00432238" w:rsidP="00C7166C">
      <w:pPr>
        <w:spacing w:after="0"/>
        <w:jc w:val="both"/>
        <w:rPr>
          <w:rFonts w:ascii="Times New Roman" w:hAnsi="Times New Roman" w:cs="Times New Roman"/>
          <w:b/>
          <w:bCs/>
        </w:rPr>
      </w:pPr>
      <w:r>
        <w:rPr>
          <w:rFonts w:ascii="Times New Roman" w:eastAsia="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7DAD6CAC" wp14:editId="4AD4C2A3">
                <wp:simplePos x="0" y="0"/>
                <wp:positionH relativeFrom="margin">
                  <wp:posOffset>194945</wp:posOffset>
                </wp:positionH>
                <wp:positionV relativeFrom="paragraph">
                  <wp:posOffset>9525</wp:posOffset>
                </wp:positionV>
                <wp:extent cx="5497195" cy="4257675"/>
                <wp:effectExtent l="0" t="0" r="27305" b="28575"/>
                <wp:wrapNone/>
                <wp:docPr id="1997320646" name="Group 7"/>
                <wp:cNvGraphicFramePr/>
                <a:graphic xmlns:a="http://schemas.openxmlformats.org/drawingml/2006/main">
                  <a:graphicData uri="http://schemas.microsoft.com/office/word/2010/wordprocessingGroup">
                    <wpg:wgp>
                      <wpg:cNvGrpSpPr/>
                      <wpg:grpSpPr>
                        <a:xfrm>
                          <a:off x="0" y="0"/>
                          <a:ext cx="5497195" cy="4257675"/>
                          <a:chOff x="0" y="1"/>
                          <a:chExt cx="5996354" cy="4474125"/>
                        </a:xfrm>
                      </wpg:grpSpPr>
                      <pic:pic xmlns:pic="http://schemas.openxmlformats.org/drawingml/2006/picture">
                        <pic:nvPicPr>
                          <pic:cNvPr id="500594227" name="Picture 1"/>
                          <pic:cNvPicPr>
                            <a:picLocks noChangeAspect="1"/>
                          </pic:cNvPicPr>
                        </pic:nvPicPr>
                        <pic:blipFill>
                          <a:blip r:embed="rId16"/>
                          <a:stretch>
                            <a:fillRect/>
                          </a:stretch>
                        </pic:blipFill>
                        <pic:spPr>
                          <a:xfrm>
                            <a:off x="169985" y="1"/>
                            <a:ext cx="5783580" cy="3867565"/>
                          </a:xfrm>
                          <a:prstGeom prst="rect">
                            <a:avLst/>
                          </a:prstGeom>
                        </pic:spPr>
                      </pic:pic>
                      <wps:wsp>
                        <wps:cNvPr id="194050319" name="Text Box 6"/>
                        <wps:cNvSpPr txBox="1"/>
                        <wps:spPr>
                          <a:xfrm flipV="1">
                            <a:off x="0" y="4155165"/>
                            <a:ext cx="5996354" cy="318961"/>
                          </a:xfrm>
                          <a:prstGeom prst="rect">
                            <a:avLst/>
                          </a:prstGeom>
                          <a:solidFill>
                            <a:schemeClr val="lt1"/>
                          </a:solidFill>
                          <a:ln w="6350">
                            <a:solidFill>
                              <a:schemeClr val="bg1"/>
                            </a:solidFill>
                          </a:ln>
                        </wps:spPr>
                        <wps:txbx>
                          <w:txbxContent>
                            <w:p w14:paraId="03889CA3" w14:textId="77777777" w:rsidR="00BC4817" w:rsidRDefault="00BC4817" w:rsidP="00BC48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D6CAC" id="Group 7" o:spid="_x0000_s1037" style="position:absolute;left:0;text-align:left;margin-left:15.35pt;margin-top:.75pt;width:432.85pt;height:335.25pt;z-index:251671552;mso-position-horizontal-relative:margin;mso-width-relative:margin;mso-height-relative:margin" coordorigin="" coordsize="59963,44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">
                <v:shape id="Picture 1" o:spid="_x0000_s1038" type="#_x0000_t75" style="position:absolute;left:1699;width:57836;height:38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">
                  <v:imagedata r:id="rId17" o:title=""/>
                </v:shape>
                <v:shape id="Text Box 6" o:spid="_x0000_s1039" type="#_x0000_t202" style="position:absolute;top:41551;width:59963;height:31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" fillcolor="white [3201]" strokecolor="white [3212]" strokeweight=".5pt">
                  <v:textbox>
                    <w:txbxContent>
                      <w:p w14:paraId="03889CA3" w14:textId="77777777" w:rsidR="00BC4817" w:rsidRDefault="00BC4817" w:rsidP="00BC4817"/>
                    </w:txbxContent>
                  </v:textbox>
                </v:shape>
                <w10:wrap anchorx="margin"/>
              </v:group>
            </w:pict>
          </mc:Fallback>
        </mc:AlternateContent>
      </w:r>
    </w:p>
    <w:p w14:paraId="5791AB01" w14:textId="77777777" w:rsidR="00432238" w:rsidRDefault="00432238" w:rsidP="00C7166C">
      <w:pPr>
        <w:spacing w:after="0"/>
        <w:jc w:val="both"/>
        <w:rPr>
          <w:rFonts w:ascii="Times New Roman" w:hAnsi="Times New Roman" w:cs="Times New Roman"/>
          <w:b/>
          <w:bCs/>
        </w:rPr>
      </w:pPr>
    </w:p>
    <w:p w14:paraId="3DD3866B" w14:textId="77777777" w:rsidR="00432238" w:rsidRDefault="00432238" w:rsidP="00C7166C">
      <w:pPr>
        <w:spacing w:after="0"/>
        <w:jc w:val="both"/>
        <w:rPr>
          <w:rFonts w:ascii="Times New Roman" w:hAnsi="Times New Roman" w:cs="Times New Roman"/>
          <w:b/>
          <w:bCs/>
        </w:rPr>
      </w:pPr>
    </w:p>
    <w:p w14:paraId="6B5FDCDE" w14:textId="77777777" w:rsidR="00432238" w:rsidRDefault="00432238" w:rsidP="00C7166C">
      <w:pPr>
        <w:spacing w:after="0"/>
        <w:jc w:val="both"/>
        <w:rPr>
          <w:rFonts w:ascii="Times New Roman" w:hAnsi="Times New Roman" w:cs="Times New Roman"/>
          <w:b/>
          <w:bCs/>
        </w:rPr>
      </w:pPr>
    </w:p>
    <w:p w14:paraId="0DE40E0E" w14:textId="77777777" w:rsidR="00432238" w:rsidRDefault="00432238" w:rsidP="00C7166C">
      <w:pPr>
        <w:spacing w:after="0"/>
        <w:jc w:val="both"/>
        <w:rPr>
          <w:rFonts w:ascii="Times New Roman" w:hAnsi="Times New Roman" w:cs="Times New Roman"/>
          <w:b/>
          <w:bCs/>
        </w:rPr>
      </w:pPr>
    </w:p>
    <w:p w14:paraId="5849B5D7" w14:textId="77777777" w:rsidR="00432238" w:rsidRDefault="00432238" w:rsidP="00C7166C">
      <w:pPr>
        <w:spacing w:after="0"/>
        <w:jc w:val="both"/>
        <w:rPr>
          <w:rFonts w:ascii="Times New Roman" w:hAnsi="Times New Roman" w:cs="Times New Roman"/>
          <w:b/>
          <w:bCs/>
        </w:rPr>
      </w:pPr>
    </w:p>
    <w:p w14:paraId="7368419B" w14:textId="77777777" w:rsidR="00432238" w:rsidRDefault="00432238" w:rsidP="00C7166C">
      <w:pPr>
        <w:spacing w:after="0"/>
        <w:jc w:val="both"/>
        <w:rPr>
          <w:rFonts w:ascii="Times New Roman" w:hAnsi="Times New Roman" w:cs="Times New Roman"/>
          <w:b/>
          <w:bCs/>
        </w:rPr>
      </w:pPr>
    </w:p>
    <w:p w14:paraId="6B619279" w14:textId="77777777" w:rsidR="00432238" w:rsidRDefault="00432238" w:rsidP="00C7166C">
      <w:pPr>
        <w:spacing w:after="0"/>
        <w:jc w:val="both"/>
        <w:rPr>
          <w:rFonts w:ascii="Times New Roman" w:hAnsi="Times New Roman" w:cs="Times New Roman"/>
          <w:b/>
          <w:bCs/>
        </w:rPr>
      </w:pPr>
    </w:p>
    <w:p w14:paraId="57475D1B" w14:textId="77777777" w:rsidR="00432238" w:rsidRDefault="00432238" w:rsidP="00C7166C">
      <w:pPr>
        <w:spacing w:after="0"/>
        <w:jc w:val="both"/>
        <w:rPr>
          <w:rFonts w:ascii="Times New Roman" w:hAnsi="Times New Roman" w:cs="Times New Roman"/>
          <w:b/>
          <w:bCs/>
        </w:rPr>
      </w:pPr>
    </w:p>
    <w:p w14:paraId="0CF7BC78" w14:textId="77777777" w:rsidR="00432238" w:rsidRDefault="00432238" w:rsidP="00C7166C">
      <w:pPr>
        <w:spacing w:after="0"/>
        <w:jc w:val="both"/>
        <w:rPr>
          <w:rFonts w:ascii="Times New Roman" w:hAnsi="Times New Roman" w:cs="Times New Roman"/>
          <w:b/>
          <w:bCs/>
        </w:rPr>
      </w:pPr>
    </w:p>
    <w:p w14:paraId="5DF336E3" w14:textId="77777777" w:rsidR="00432238" w:rsidRDefault="00432238" w:rsidP="00C7166C">
      <w:pPr>
        <w:spacing w:after="0"/>
        <w:jc w:val="both"/>
        <w:rPr>
          <w:rFonts w:ascii="Times New Roman" w:hAnsi="Times New Roman" w:cs="Times New Roman"/>
          <w:b/>
          <w:bCs/>
        </w:rPr>
      </w:pPr>
    </w:p>
    <w:p w14:paraId="0F8FCF5C" w14:textId="77777777" w:rsidR="00432238" w:rsidRDefault="00432238" w:rsidP="00C7166C">
      <w:pPr>
        <w:spacing w:after="0"/>
        <w:jc w:val="both"/>
        <w:rPr>
          <w:rFonts w:ascii="Times New Roman" w:hAnsi="Times New Roman" w:cs="Times New Roman"/>
          <w:b/>
          <w:bCs/>
        </w:rPr>
      </w:pPr>
    </w:p>
    <w:p w14:paraId="39FDD92E" w14:textId="77777777" w:rsidR="00432238" w:rsidRDefault="00432238" w:rsidP="00C7166C">
      <w:pPr>
        <w:spacing w:after="0"/>
        <w:jc w:val="both"/>
        <w:rPr>
          <w:rFonts w:ascii="Times New Roman" w:hAnsi="Times New Roman" w:cs="Times New Roman"/>
          <w:b/>
          <w:bCs/>
        </w:rPr>
      </w:pPr>
    </w:p>
    <w:p w14:paraId="3751420B" w14:textId="77777777" w:rsidR="00432238" w:rsidRDefault="00432238" w:rsidP="00C7166C">
      <w:pPr>
        <w:spacing w:after="0"/>
        <w:jc w:val="both"/>
        <w:rPr>
          <w:rFonts w:ascii="Times New Roman" w:hAnsi="Times New Roman" w:cs="Times New Roman"/>
          <w:b/>
          <w:bCs/>
        </w:rPr>
      </w:pPr>
    </w:p>
    <w:p w14:paraId="3F6A8895" w14:textId="77777777" w:rsidR="00432238" w:rsidRDefault="00432238" w:rsidP="00C7166C">
      <w:pPr>
        <w:spacing w:after="0"/>
        <w:jc w:val="both"/>
        <w:rPr>
          <w:rFonts w:ascii="Times New Roman" w:hAnsi="Times New Roman" w:cs="Times New Roman"/>
          <w:b/>
          <w:bCs/>
        </w:rPr>
      </w:pPr>
    </w:p>
    <w:p w14:paraId="4091B2A1" w14:textId="12176C58" w:rsidR="006067AA" w:rsidRDefault="006067AA" w:rsidP="00C7166C">
      <w:pPr>
        <w:spacing w:after="0"/>
        <w:jc w:val="both"/>
        <w:rPr>
          <w:rFonts w:ascii="Times New Roman" w:hAnsi="Times New Roman" w:cs="Times New Roman"/>
          <w:b/>
          <w:bCs/>
        </w:rPr>
      </w:pPr>
      <w:r w:rsidRPr="006067AA">
        <w:rPr>
          <w:rFonts w:ascii="Times New Roman" w:hAnsi="Times New Roman" w:cs="Times New Roman"/>
          <w:b/>
          <w:bCs/>
        </w:rPr>
        <w:t>Figure 4: Shoreline and Transects Digitization in DSAS (Source: Author, 2025)</w:t>
      </w:r>
    </w:p>
    <w:p w14:paraId="1558A370" w14:textId="77777777" w:rsidR="00432238" w:rsidRDefault="00432238" w:rsidP="00C7166C">
      <w:pPr>
        <w:spacing w:after="0"/>
        <w:jc w:val="both"/>
        <w:rPr>
          <w:rFonts w:ascii="Times New Roman" w:hAnsi="Times New Roman" w:cs="Times New Roman"/>
          <w:b/>
          <w:bCs/>
        </w:rPr>
      </w:pPr>
    </w:p>
    <w:p w14:paraId="25C11CB0" w14:textId="77777777" w:rsidR="00432238" w:rsidRDefault="00432238" w:rsidP="00C7166C">
      <w:pPr>
        <w:spacing w:after="0"/>
        <w:jc w:val="both"/>
        <w:rPr>
          <w:rFonts w:ascii="Times New Roman" w:hAnsi="Times New Roman" w:cs="Times New Roman"/>
          <w:b/>
          <w:bCs/>
        </w:rPr>
      </w:pPr>
    </w:p>
    <w:p w14:paraId="650316C6" w14:textId="77777777" w:rsidR="00432238" w:rsidRDefault="00432238" w:rsidP="00C7166C">
      <w:pPr>
        <w:spacing w:after="0"/>
        <w:jc w:val="both"/>
        <w:rPr>
          <w:rFonts w:ascii="Times New Roman" w:hAnsi="Times New Roman" w:cs="Times New Roman"/>
          <w:b/>
          <w:bCs/>
        </w:rPr>
      </w:pPr>
    </w:p>
    <w:p w14:paraId="4CD94DA6" w14:textId="77777777" w:rsidR="00432238" w:rsidRDefault="00432238" w:rsidP="00C7166C">
      <w:pPr>
        <w:spacing w:after="0"/>
        <w:jc w:val="both"/>
        <w:rPr>
          <w:rFonts w:ascii="Times New Roman" w:hAnsi="Times New Roman" w:cs="Times New Roman"/>
          <w:b/>
          <w:bCs/>
        </w:rPr>
      </w:pPr>
    </w:p>
    <w:p w14:paraId="4860A98B" w14:textId="77777777" w:rsidR="00432238" w:rsidRDefault="00432238" w:rsidP="00C7166C">
      <w:pPr>
        <w:spacing w:after="0"/>
        <w:jc w:val="both"/>
        <w:rPr>
          <w:rFonts w:ascii="Times New Roman" w:hAnsi="Times New Roman" w:cs="Times New Roman"/>
          <w:b/>
          <w:bCs/>
        </w:rPr>
      </w:pPr>
    </w:p>
    <w:p w14:paraId="40B37ACF" w14:textId="77777777" w:rsidR="00432238" w:rsidRDefault="00432238" w:rsidP="00C7166C">
      <w:pPr>
        <w:spacing w:after="0"/>
        <w:jc w:val="both"/>
        <w:rPr>
          <w:rFonts w:ascii="Times New Roman" w:hAnsi="Times New Roman" w:cs="Times New Roman"/>
          <w:b/>
          <w:bCs/>
        </w:rPr>
      </w:pPr>
    </w:p>
    <w:p w14:paraId="5BF60692" w14:textId="207F16F1" w:rsidR="00C7166C" w:rsidRPr="0075271D" w:rsidRDefault="00A67C58" w:rsidP="00C7166C">
      <w:pPr>
        <w:spacing w:after="0"/>
        <w:jc w:val="both"/>
        <w:rPr>
          <w:rFonts w:ascii="Times New Roman" w:hAnsi="Times New Roman" w:cs="Times New Roman"/>
          <w:b/>
          <w:bCs/>
        </w:rPr>
      </w:pPr>
      <w:r>
        <w:rPr>
          <w:rFonts w:ascii="Times New Roman" w:hAnsi="Times New Roman" w:cs="Times New Roman"/>
          <w:b/>
          <w:bCs/>
        </w:rPr>
        <w:t>2.4 M</w:t>
      </w:r>
      <w:r w:rsidR="003D3A21">
        <w:rPr>
          <w:rFonts w:ascii="Times New Roman" w:hAnsi="Times New Roman" w:cs="Times New Roman"/>
          <w:b/>
          <w:bCs/>
        </w:rPr>
        <w:t>ETHODS</w:t>
      </w:r>
    </w:p>
    <w:p w14:paraId="189F17ED" w14:textId="6CBEA598" w:rsidR="00B35E58" w:rsidRPr="00B35E58" w:rsidRDefault="00B35E58" w:rsidP="0050783F">
      <w:pPr>
        <w:spacing w:after="0" w:line="360" w:lineRule="auto"/>
        <w:jc w:val="both"/>
        <w:rPr>
          <w:rFonts w:ascii="Times New Roman" w:eastAsia="Times New Roman" w:hAnsi="Times New Roman" w:cs="Times New Roman"/>
          <w:sz w:val="24"/>
          <w:szCs w:val="24"/>
        </w:rPr>
      </w:pPr>
      <w:r w:rsidRPr="00B35E58">
        <w:rPr>
          <w:rFonts w:ascii="Times New Roman" w:eastAsia="Times New Roman" w:hAnsi="Times New Roman" w:cs="Times New Roman"/>
          <w:sz w:val="24"/>
          <w:szCs w:val="24"/>
        </w:rPr>
        <w:t xml:space="preserve">This study adopted a multi-method research design that combined remote sensing, Geographic Information System (GIS)-based spatial analysis, and statistical </w:t>
      </w:r>
      <w:r w:rsidR="00056B73" w:rsidRPr="00181CB0">
        <w:rPr>
          <w:rFonts w:ascii="Times New Roman" w:eastAsia="Times New Roman" w:hAnsi="Times New Roman" w:cs="Times New Roman"/>
          <w:sz w:val="24"/>
          <w:szCs w:val="24"/>
          <w:highlight w:val="yellow"/>
        </w:rPr>
        <w:t>modelling</w:t>
      </w:r>
      <w:r w:rsidR="00056B73" w:rsidRPr="00181CB0">
        <w:rPr>
          <w:rFonts w:ascii="Times New Roman" w:eastAsia="Times New Roman" w:hAnsi="Times New Roman" w:cs="Times New Roman"/>
          <w:sz w:val="24"/>
          <w:szCs w:val="24"/>
          <w:highlight w:val="yellow"/>
        </w:rPr>
        <w:t xml:space="preserve"> </w:t>
      </w:r>
      <w:r w:rsidRPr="00B35E58">
        <w:rPr>
          <w:rFonts w:ascii="Times New Roman" w:eastAsia="Times New Roman" w:hAnsi="Times New Roman" w:cs="Times New Roman"/>
          <w:sz w:val="24"/>
          <w:szCs w:val="24"/>
        </w:rPr>
        <w:t xml:space="preserve">to examine shoreline dynamics of the Forcados River around the Patani Bridge area over a 20-year period (2004–2024). Landsat ETM+ and Sentinel-II satellite imageries were sourced from the United States Geological Survey (USGS) Earth Explorer and the Copernicus Open Access Hub, ensuring minimal cloud cover and clear shoreline visibility. These datasets were pre-processed through radiometric and atmospheric correction using Sen2Cor in SNAP to </w:t>
      </w:r>
      <w:proofErr w:type="spellStart"/>
      <w:r w:rsidR="00056B73" w:rsidRPr="00181CB0">
        <w:rPr>
          <w:rFonts w:ascii="Times New Roman" w:eastAsia="Times New Roman" w:hAnsi="Times New Roman" w:cs="Times New Roman"/>
          <w:sz w:val="24"/>
          <w:szCs w:val="24"/>
          <w:highlight w:val="yellow"/>
        </w:rPr>
        <w:t>minimise</w:t>
      </w:r>
      <w:proofErr w:type="spellEnd"/>
      <w:r w:rsidR="00056B73" w:rsidRPr="00181CB0">
        <w:rPr>
          <w:rFonts w:ascii="Times New Roman" w:eastAsia="Times New Roman" w:hAnsi="Times New Roman" w:cs="Times New Roman"/>
          <w:sz w:val="24"/>
          <w:szCs w:val="24"/>
          <w:highlight w:val="yellow"/>
        </w:rPr>
        <w:t xml:space="preserve"> </w:t>
      </w:r>
      <w:r w:rsidRPr="00B35E58">
        <w:rPr>
          <w:rFonts w:ascii="Times New Roman" w:eastAsia="Times New Roman" w:hAnsi="Times New Roman" w:cs="Times New Roman"/>
          <w:sz w:val="24"/>
          <w:szCs w:val="24"/>
        </w:rPr>
        <w:t xml:space="preserve">distortions, and georeferenced to the WGS 1984 UTM Zone 32N coordinate system with sub-pixel accuracy. Image enhancement and band combinations were applied to improve shoreline detection. The shoreline positions were subsequently </w:t>
      </w:r>
      <w:proofErr w:type="spellStart"/>
      <w:r w:rsidR="00056B73" w:rsidRPr="00181CB0">
        <w:rPr>
          <w:rFonts w:ascii="Times New Roman" w:eastAsia="Times New Roman" w:hAnsi="Times New Roman" w:cs="Times New Roman"/>
          <w:sz w:val="24"/>
          <w:szCs w:val="24"/>
          <w:highlight w:val="yellow"/>
        </w:rPr>
        <w:t>digitised</w:t>
      </w:r>
      <w:proofErr w:type="spellEnd"/>
      <w:r w:rsidR="00056B73" w:rsidRPr="00181CB0">
        <w:rPr>
          <w:rFonts w:ascii="Times New Roman" w:eastAsia="Times New Roman" w:hAnsi="Times New Roman" w:cs="Times New Roman"/>
          <w:sz w:val="24"/>
          <w:szCs w:val="24"/>
          <w:highlight w:val="yellow"/>
        </w:rPr>
        <w:t xml:space="preserve"> </w:t>
      </w:r>
      <w:r w:rsidRPr="00B35E58">
        <w:rPr>
          <w:rFonts w:ascii="Times New Roman" w:eastAsia="Times New Roman" w:hAnsi="Times New Roman" w:cs="Times New Roman"/>
          <w:sz w:val="24"/>
          <w:szCs w:val="24"/>
        </w:rPr>
        <w:t xml:space="preserve">and </w:t>
      </w:r>
      <w:proofErr w:type="spellStart"/>
      <w:r w:rsidR="00056B73" w:rsidRPr="00181CB0">
        <w:rPr>
          <w:rFonts w:ascii="Times New Roman" w:eastAsia="Times New Roman" w:hAnsi="Times New Roman" w:cs="Times New Roman"/>
          <w:sz w:val="24"/>
          <w:szCs w:val="24"/>
          <w:highlight w:val="yellow"/>
        </w:rPr>
        <w:t>analysed</w:t>
      </w:r>
      <w:proofErr w:type="spellEnd"/>
      <w:r w:rsidR="00056B73" w:rsidRPr="00181CB0">
        <w:rPr>
          <w:rFonts w:ascii="Times New Roman" w:eastAsia="Times New Roman" w:hAnsi="Times New Roman" w:cs="Times New Roman"/>
          <w:sz w:val="24"/>
          <w:szCs w:val="24"/>
          <w:highlight w:val="yellow"/>
        </w:rPr>
        <w:t xml:space="preserve"> </w:t>
      </w:r>
      <w:r w:rsidRPr="00B35E58">
        <w:rPr>
          <w:rFonts w:ascii="Times New Roman" w:eastAsia="Times New Roman" w:hAnsi="Times New Roman" w:cs="Times New Roman"/>
          <w:sz w:val="24"/>
          <w:szCs w:val="24"/>
        </w:rPr>
        <w:t>using the Digital Shoreline Analysis System (DSAS) in ArcGIS and QGIS environments, which enabled the quantification of shoreline change through established statistical techniques.</w:t>
      </w:r>
    </w:p>
    <w:p w14:paraId="2A65AB00" w14:textId="00D0F3E3" w:rsidR="00B35E58" w:rsidRDefault="00B35E58" w:rsidP="0050783F">
      <w:pPr>
        <w:spacing w:after="0" w:line="360" w:lineRule="auto"/>
        <w:jc w:val="both"/>
        <w:rPr>
          <w:rFonts w:ascii="Times New Roman" w:eastAsia="Times New Roman" w:hAnsi="Times New Roman" w:cs="Times New Roman"/>
          <w:sz w:val="24"/>
          <w:szCs w:val="24"/>
        </w:rPr>
      </w:pPr>
      <w:r w:rsidRPr="00B35E58">
        <w:rPr>
          <w:rFonts w:ascii="Times New Roman" w:eastAsia="Times New Roman" w:hAnsi="Times New Roman" w:cs="Times New Roman"/>
          <w:sz w:val="24"/>
          <w:szCs w:val="24"/>
        </w:rPr>
        <w:t>To assess shoreline variability and long-term change, t</w:t>
      </w:r>
      <w:r w:rsidR="00DF4BF4">
        <w:rPr>
          <w:rFonts w:ascii="Times New Roman" w:eastAsia="Times New Roman" w:hAnsi="Times New Roman" w:cs="Times New Roman"/>
          <w:sz w:val="24"/>
          <w:szCs w:val="24"/>
        </w:rPr>
        <w:t>wo</w:t>
      </w:r>
      <w:r w:rsidRPr="00B35E58">
        <w:rPr>
          <w:rFonts w:ascii="Times New Roman" w:eastAsia="Times New Roman" w:hAnsi="Times New Roman" w:cs="Times New Roman"/>
          <w:sz w:val="24"/>
          <w:szCs w:val="24"/>
        </w:rPr>
        <w:t xml:space="preserve"> metrics were computed: End Point Rate (EPR)</w:t>
      </w:r>
      <w:r w:rsidR="00DF4BF4">
        <w:rPr>
          <w:rFonts w:ascii="Times New Roman" w:eastAsia="Times New Roman" w:hAnsi="Times New Roman" w:cs="Times New Roman"/>
          <w:sz w:val="24"/>
          <w:szCs w:val="24"/>
        </w:rPr>
        <w:t xml:space="preserve"> and</w:t>
      </w:r>
      <w:r w:rsidRPr="00B35E58">
        <w:rPr>
          <w:rFonts w:ascii="Times New Roman" w:eastAsia="Times New Roman" w:hAnsi="Times New Roman" w:cs="Times New Roman"/>
          <w:sz w:val="24"/>
          <w:szCs w:val="24"/>
        </w:rPr>
        <w:t xml:space="preserve"> Linear Regression Rate (LRR), to capture maximum positional variation. Transects were generated at 100-meter intervals along the shoreline, providing consistent coverage and spatial resolution across the study area. Uncertainty was quantified with an estimated ±10 m margin, accounting for sensor resolution, tidal variability, and </w:t>
      </w:r>
      <w:proofErr w:type="spellStart"/>
      <w:r w:rsidR="00056B73" w:rsidRPr="00181CB0">
        <w:rPr>
          <w:rFonts w:ascii="Times New Roman" w:eastAsia="Times New Roman" w:hAnsi="Times New Roman" w:cs="Times New Roman"/>
          <w:sz w:val="24"/>
          <w:szCs w:val="24"/>
          <w:highlight w:val="yellow"/>
        </w:rPr>
        <w:t>digitisation</w:t>
      </w:r>
      <w:proofErr w:type="spellEnd"/>
      <w:r w:rsidR="00056B73" w:rsidRPr="00181CB0">
        <w:rPr>
          <w:rFonts w:ascii="Times New Roman" w:eastAsia="Times New Roman" w:hAnsi="Times New Roman" w:cs="Times New Roman"/>
          <w:sz w:val="24"/>
          <w:szCs w:val="24"/>
          <w:highlight w:val="yellow"/>
        </w:rPr>
        <w:t xml:space="preserve"> </w:t>
      </w:r>
      <w:r w:rsidRPr="00B35E58">
        <w:rPr>
          <w:rFonts w:ascii="Times New Roman" w:eastAsia="Times New Roman" w:hAnsi="Times New Roman" w:cs="Times New Roman"/>
          <w:sz w:val="24"/>
          <w:szCs w:val="24"/>
        </w:rPr>
        <w:t xml:space="preserve">error. The results were mapped using GIS-based </w:t>
      </w:r>
      <w:proofErr w:type="spellStart"/>
      <w:r w:rsidR="00056B73" w:rsidRPr="00181CB0">
        <w:rPr>
          <w:rFonts w:ascii="Times New Roman" w:eastAsia="Times New Roman" w:hAnsi="Times New Roman" w:cs="Times New Roman"/>
          <w:sz w:val="24"/>
          <w:szCs w:val="24"/>
          <w:highlight w:val="yellow"/>
        </w:rPr>
        <w:t>visualisation</w:t>
      </w:r>
      <w:proofErr w:type="spellEnd"/>
      <w:r w:rsidR="00056B73" w:rsidRPr="00181CB0">
        <w:rPr>
          <w:rFonts w:ascii="Times New Roman" w:eastAsia="Times New Roman" w:hAnsi="Times New Roman" w:cs="Times New Roman"/>
          <w:sz w:val="24"/>
          <w:szCs w:val="24"/>
          <w:highlight w:val="yellow"/>
        </w:rPr>
        <w:t xml:space="preserve"> </w:t>
      </w:r>
      <w:r w:rsidRPr="00B35E58">
        <w:rPr>
          <w:rFonts w:ascii="Times New Roman" w:eastAsia="Times New Roman" w:hAnsi="Times New Roman" w:cs="Times New Roman"/>
          <w:sz w:val="24"/>
          <w:szCs w:val="24"/>
        </w:rPr>
        <w:t>techniques, highlighting spatial zones of erosion, accretion, and stability across decades. By integrating spatial, temporal, and hydrological analyses, this methodology provided a holistic assessment of shoreline change, linking observed dynamics to both natural processes (tides, sediment transport, flooding) and anthropogenic drivers (sand mining, dredging, oil exploration, and infrastructure development).</w:t>
      </w:r>
    </w:p>
    <w:p w14:paraId="77CD4A58" w14:textId="29CBA191" w:rsidR="008D520C" w:rsidRDefault="008D520C" w:rsidP="0050783F">
      <w:pPr>
        <w:spacing w:after="0" w:line="360" w:lineRule="auto"/>
        <w:jc w:val="both"/>
        <w:rPr>
          <w:rFonts w:ascii="Times New Roman" w:eastAsia="Times New Roman" w:hAnsi="Times New Roman" w:cs="Times New Roman"/>
          <w:sz w:val="24"/>
          <w:szCs w:val="24"/>
        </w:rPr>
      </w:pPr>
    </w:p>
    <w:p w14:paraId="195DF8EB" w14:textId="53C00E1B" w:rsidR="001220FF" w:rsidRPr="0050783F" w:rsidRDefault="00520085" w:rsidP="0050783F">
      <w:pPr>
        <w:pStyle w:val="Heading1"/>
        <w:spacing w:before="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3.0 </w:t>
      </w:r>
      <w:r w:rsidRPr="0050783F">
        <w:rPr>
          <w:rFonts w:ascii="Times New Roman" w:hAnsi="Times New Roman" w:cs="Times New Roman"/>
          <w:color w:val="auto"/>
          <w:sz w:val="24"/>
          <w:szCs w:val="24"/>
        </w:rPr>
        <w:t>R</w:t>
      </w:r>
      <w:r w:rsidR="003D3A21">
        <w:rPr>
          <w:rFonts w:ascii="Times New Roman" w:hAnsi="Times New Roman" w:cs="Times New Roman"/>
          <w:color w:val="auto"/>
          <w:sz w:val="24"/>
          <w:szCs w:val="24"/>
        </w:rPr>
        <w:t>ESULTS</w:t>
      </w:r>
      <w:r w:rsidRPr="0050783F">
        <w:rPr>
          <w:rFonts w:ascii="Times New Roman" w:hAnsi="Times New Roman" w:cs="Times New Roman"/>
          <w:color w:val="auto"/>
          <w:sz w:val="24"/>
          <w:szCs w:val="24"/>
        </w:rPr>
        <w:t xml:space="preserve"> and </w:t>
      </w:r>
      <w:r>
        <w:rPr>
          <w:rFonts w:ascii="Times New Roman" w:hAnsi="Times New Roman" w:cs="Times New Roman"/>
          <w:color w:val="auto"/>
          <w:sz w:val="24"/>
          <w:szCs w:val="24"/>
        </w:rPr>
        <w:t>D</w:t>
      </w:r>
      <w:r w:rsidR="003D3A21">
        <w:rPr>
          <w:rFonts w:ascii="Times New Roman" w:hAnsi="Times New Roman" w:cs="Times New Roman"/>
          <w:color w:val="auto"/>
          <w:sz w:val="24"/>
          <w:szCs w:val="24"/>
        </w:rPr>
        <w:t>ISCUSSION</w:t>
      </w:r>
    </w:p>
    <w:p w14:paraId="452301A6" w14:textId="658EB1EF" w:rsidR="0050783F" w:rsidRDefault="0050783F" w:rsidP="00520085">
      <w:pPr>
        <w:pStyle w:val="NormalWeb"/>
        <w:spacing w:before="0" w:beforeAutospacing="0" w:after="0" w:afterAutospacing="0" w:line="360" w:lineRule="auto"/>
        <w:jc w:val="both"/>
      </w:pPr>
      <w:r w:rsidRPr="0050783F">
        <w:t xml:space="preserve">The first objective, which sought to accurately delineate multi-temporal shoreline dynamics over a 20-year period (2004–2024), revealed clear evidence of spatial adjustments within the Forcados River corridor. The analysis of shoreline positions for 2004, 2014, and 2024 indicated a consistent decrease in </w:t>
      </w:r>
      <w:r w:rsidR="00056B73" w:rsidRPr="00181CB0">
        <w:rPr>
          <w:highlight w:val="yellow"/>
        </w:rPr>
        <w:t>the</w:t>
      </w:r>
      <w:r w:rsidR="00056B73">
        <w:t xml:space="preserve"> </w:t>
      </w:r>
      <w:r w:rsidRPr="0050783F">
        <w:t>water body. Similarly, shoreline length fluctuated across the three epochs</w:t>
      </w:r>
      <w:r w:rsidR="00E01F31">
        <w:t>.</w:t>
      </w:r>
      <w:r w:rsidRPr="0050783F">
        <w:t xml:space="preserve"> These </w:t>
      </w:r>
      <w:r w:rsidRPr="0050783F">
        <w:lastRenderedPageBreak/>
        <w:t xml:space="preserve">variations confirm the dynamic and unstable nature of the shoreline, characterized by alternating processes of erosion </w:t>
      </w:r>
      <w:r w:rsidR="00CE25EE" w:rsidRPr="00181CB0">
        <w:rPr>
          <w:highlight w:val="yellow"/>
        </w:rPr>
        <w:t>and accretion that collectively reshape the riverbanks over time, as shown in Table 1 and Figure 5.</w:t>
      </w:r>
    </w:p>
    <w:p w14:paraId="2EF6B63A" w14:textId="3D794C36" w:rsidR="00170AA1" w:rsidRPr="0075271D" w:rsidRDefault="00170AA1" w:rsidP="00170AA1">
      <w:pPr>
        <w:spacing w:after="0"/>
        <w:rPr>
          <w:rFonts w:ascii="Times New Roman" w:hAnsi="Times New Roman" w:cs="Times New Roman"/>
          <w:b/>
          <w:bCs/>
        </w:rPr>
      </w:pPr>
      <w:r w:rsidRPr="0075271D">
        <w:rPr>
          <w:rFonts w:ascii="Times New Roman" w:hAnsi="Times New Roman" w:cs="Times New Roman"/>
          <w:b/>
          <w:bCs/>
        </w:rPr>
        <w:t>Table 1</w:t>
      </w:r>
      <w:r w:rsidR="00DE4FF2">
        <w:rPr>
          <w:rFonts w:ascii="Times New Roman" w:hAnsi="Times New Roman" w:cs="Times New Roman"/>
          <w:b/>
          <w:bCs/>
        </w:rPr>
        <w:t>:</w:t>
      </w:r>
      <w:r w:rsidRPr="0075271D">
        <w:rPr>
          <w:rFonts w:ascii="Times New Roman" w:hAnsi="Times New Roman" w:cs="Times New Roman"/>
          <w:b/>
          <w:bCs/>
        </w:rPr>
        <w:t xml:space="preserve"> Evaluation of Multi-Temporal Shorelines Dynamic</w:t>
      </w:r>
      <w:r w:rsidR="00C119B1">
        <w:rPr>
          <w:rFonts w:ascii="Times New Roman" w:hAnsi="Times New Roman" w:cs="Times New Roman"/>
          <w:b/>
          <w:bCs/>
        </w:rPr>
        <w:t>s</w:t>
      </w:r>
      <w:r w:rsidRPr="0075271D">
        <w:rPr>
          <w:rFonts w:ascii="Times New Roman" w:hAnsi="Times New Roman" w:cs="Times New Roman"/>
          <w:b/>
          <w:bCs/>
        </w:rPr>
        <w:t xml:space="preserve"> 2004 </w:t>
      </w:r>
      <w:r w:rsidR="00C119B1">
        <w:rPr>
          <w:rFonts w:ascii="Times New Roman" w:hAnsi="Times New Roman" w:cs="Times New Roman"/>
          <w:b/>
          <w:bCs/>
        </w:rPr>
        <w:t>t</w:t>
      </w:r>
      <w:r w:rsidRPr="0075271D">
        <w:rPr>
          <w:rFonts w:ascii="Times New Roman" w:hAnsi="Times New Roman" w:cs="Times New Roman"/>
          <w:b/>
          <w:bCs/>
        </w:rPr>
        <w:t>o 2024</w:t>
      </w:r>
    </w:p>
    <w:tbl>
      <w:tblPr>
        <w:tblStyle w:val="ListTable6Colorful"/>
        <w:tblW w:w="8909" w:type="dxa"/>
        <w:shd w:val="clear" w:color="auto" w:fill="FFFFFF" w:themeFill="background1"/>
        <w:tblLook w:val="04A0" w:firstRow="1" w:lastRow="0" w:firstColumn="1" w:lastColumn="0" w:noHBand="0" w:noVBand="1"/>
      </w:tblPr>
      <w:tblGrid>
        <w:gridCol w:w="1888"/>
        <w:gridCol w:w="3029"/>
        <w:gridCol w:w="3992"/>
      </w:tblGrid>
      <w:tr w:rsidR="00170AA1" w:rsidRPr="0075271D" w14:paraId="4C8EB57F" w14:textId="77777777" w:rsidTr="004A36E2">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88" w:type="dxa"/>
            <w:shd w:val="clear" w:color="auto" w:fill="FFFFFF" w:themeFill="background1"/>
            <w:noWrap/>
            <w:hideMark/>
          </w:tcPr>
          <w:p w14:paraId="49B9AADB" w14:textId="77777777" w:rsidR="00170AA1" w:rsidRPr="0075271D" w:rsidRDefault="00170AA1" w:rsidP="004A36E2">
            <w:pPr>
              <w:rPr>
                <w:rFonts w:ascii="Times New Roman" w:eastAsia="Times New Roman" w:hAnsi="Times New Roman" w:cs="Times New Roman"/>
                <w:b w:val="0"/>
                <w:bCs w:val="0"/>
                <w:color w:val="auto"/>
              </w:rPr>
            </w:pPr>
            <w:r w:rsidRPr="0075271D">
              <w:rPr>
                <w:rFonts w:ascii="Times New Roman" w:eastAsia="Times New Roman" w:hAnsi="Times New Roman" w:cs="Times New Roman"/>
                <w:color w:val="auto"/>
              </w:rPr>
              <w:t>Year</w:t>
            </w:r>
          </w:p>
        </w:tc>
        <w:tc>
          <w:tcPr>
            <w:tcW w:w="3029" w:type="dxa"/>
            <w:shd w:val="clear" w:color="auto" w:fill="FFFFFF" w:themeFill="background1"/>
            <w:hideMark/>
          </w:tcPr>
          <w:p w14:paraId="72DC80F3" w14:textId="1798E323" w:rsidR="00170AA1" w:rsidRPr="0075271D" w:rsidRDefault="00C119B1" w:rsidP="004A36E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rPr>
            </w:pPr>
            <w:r>
              <w:rPr>
                <w:rFonts w:ascii="Times New Roman" w:eastAsia="Times New Roman" w:hAnsi="Times New Roman" w:cs="Times New Roman"/>
                <w:color w:val="auto"/>
              </w:rPr>
              <w:t xml:space="preserve">  </w:t>
            </w:r>
            <w:r w:rsidR="00170AA1" w:rsidRPr="0075271D">
              <w:rPr>
                <w:rFonts w:ascii="Times New Roman" w:eastAsia="Times New Roman" w:hAnsi="Times New Roman" w:cs="Times New Roman"/>
                <w:color w:val="auto"/>
              </w:rPr>
              <w:t>Area of Water Body (m</w:t>
            </w:r>
            <w:r w:rsidR="00170AA1" w:rsidRPr="00C119B1">
              <w:rPr>
                <w:rFonts w:ascii="Times New Roman" w:eastAsia="Times New Roman" w:hAnsi="Times New Roman" w:cs="Times New Roman"/>
                <w:color w:val="auto"/>
                <w:vertAlign w:val="superscript"/>
              </w:rPr>
              <w:t>2</w:t>
            </w:r>
            <w:r w:rsidR="00170AA1" w:rsidRPr="0075271D">
              <w:rPr>
                <w:rFonts w:ascii="Times New Roman" w:eastAsia="Times New Roman" w:hAnsi="Times New Roman" w:cs="Times New Roman"/>
                <w:color w:val="auto"/>
              </w:rPr>
              <w:t>)</w:t>
            </w:r>
          </w:p>
        </w:tc>
        <w:tc>
          <w:tcPr>
            <w:tcW w:w="3992" w:type="dxa"/>
            <w:shd w:val="clear" w:color="auto" w:fill="FFFFFF" w:themeFill="background1"/>
            <w:hideMark/>
          </w:tcPr>
          <w:p w14:paraId="104BF1FA" w14:textId="60E33A9E" w:rsidR="00170AA1" w:rsidRPr="0075271D" w:rsidRDefault="00C119B1" w:rsidP="004A36E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rPr>
            </w:pPr>
            <w:r>
              <w:rPr>
                <w:rFonts w:ascii="Times New Roman" w:eastAsia="Times New Roman" w:hAnsi="Times New Roman" w:cs="Times New Roman"/>
                <w:color w:val="auto"/>
              </w:rPr>
              <w:t xml:space="preserve">                         </w:t>
            </w:r>
            <w:r w:rsidR="00170AA1" w:rsidRPr="0075271D">
              <w:rPr>
                <w:rFonts w:ascii="Times New Roman" w:eastAsia="Times New Roman" w:hAnsi="Times New Roman" w:cs="Times New Roman"/>
                <w:color w:val="auto"/>
              </w:rPr>
              <w:t>Shoreline Length (m)</w:t>
            </w:r>
          </w:p>
        </w:tc>
      </w:tr>
      <w:tr w:rsidR="00170AA1" w:rsidRPr="0075271D" w14:paraId="1D0356E4" w14:textId="77777777" w:rsidTr="004A36E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888" w:type="dxa"/>
            <w:shd w:val="clear" w:color="auto" w:fill="FFFFFF" w:themeFill="background1"/>
            <w:noWrap/>
            <w:hideMark/>
          </w:tcPr>
          <w:p w14:paraId="19D5B363" w14:textId="77777777" w:rsidR="00170AA1" w:rsidRPr="0075271D" w:rsidRDefault="00170AA1" w:rsidP="004A36E2">
            <w:pPr>
              <w:jc w:val="right"/>
              <w:rPr>
                <w:rFonts w:ascii="Times New Roman" w:eastAsia="Times New Roman" w:hAnsi="Times New Roman" w:cs="Times New Roman"/>
                <w:b w:val="0"/>
                <w:bCs w:val="0"/>
                <w:color w:val="auto"/>
              </w:rPr>
            </w:pPr>
            <w:r w:rsidRPr="0075271D">
              <w:rPr>
                <w:rFonts w:ascii="Times New Roman" w:eastAsia="Times New Roman" w:hAnsi="Times New Roman" w:cs="Times New Roman"/>
                <w:b w:val="0"/>
                <w:bCs w:val="0"/>
                <w:color w:val="auto"/>
              </w:rPr>
              <w:t>2004</w:t>
            </w:r>
          </w:p>
        </w:tc>
        <w:tc>
          <w:tcPr>
            <w:tcW w:w="3029" w:type="dxa"/>
            <w:shd w:val="clear" w:color="auto" w:fill="FFFFFF" w:themeFill="background1"/>
            <w:noWrap/>
            <w:hideMark/>
          </w:tcPr>
          <w:p w14:paraId="364FA62C" w14:textId="2012E573" w:rsidR="00170AA1" w:rsidRPr="0075271D" w:rsidRDefault="00170AA1" w:rsidP="004A36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5271D">
              <w:rPr>
                <w:rFonts w:ascii="Times New Roman" w:eastAsia="Times New Roman" w:hAnsi="Times New Roman" w:cs="Times New Roman"/>
                <w:color w:val="auto"/>
              </w:rPr>
              <w:t>4</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602</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409.133</w:t>
            </w:r>
          </w:p>
        </w:tc>
        <w:tc>
          <w:tcPr>
            <w:tcW w:w="3992" w:type="dxa"/>
            <w:shd w:val="clear" w:color="auto" w:fill="FFFFFF" w:themeFill="background1"/>
            <w:noWrap/>
            <w:hideMark/>
          </w:tcPr>
          <w:p w14:paraId="28A6AB38" w14:textId="77777777" w:rsidR="00170AA1" w:rsidRPr="0075271D" w:rsidRDefault="00170AA1" w:rsidP="004A36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5271D">
              <w:rPr>
                <w:rFonts w:ascii="Times New Roman" w:eastAsia="Times New Roman" w:hAnsi="Times New Roman" w:cs="Times New Roman"/>
                <w:color w:val="auto"/>
              </w:rPr>
              <w:t>16</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065.45976</w:t>
            </w:r>
          </w:p>
        </w:tc>
      </w:tr>
      <w:tr w:rsidR="00170AA1" w:rsidRPr="0075271D" w14:paraId="232AA013" w14:textId="77777777" w:rsidTr="004A36E2">
        <w:trPr>
          <w:trHeight w:val="193"/>
        </w:trPr>
        <w:tc>
          <w:tcPr>
            <w:cnfStyle w:val="001000000000" w:firstRow="0" w:lastRow="0" w:firstColumn="1" w:lastColumn="0" w:oddVBand="0" w:evenVBand="0" w:oddHBand="0" w:evenHBand="0" w:firstRowFirstColumn="0" w:firstRowLastColumn="0" w:lastRowFirstColumn="0" w:lastRowLastColumn="0"/>
            <w:tcW w:w="1888" w:type="dxa"/>
            <w:shd w:val="clear" w:color="auto" w:fill="FFFFFF" w:themeFill="background1"/>
            <w:noWrap/>
            <w:hideMark/>
          </w:tcPr>
          <w:p w14:paraId="2429309D" w14:textId="77777777" w:rsidR="00170AA1" w:rsidRPr="0075271D" w:rsidRDefault="00170AA1" w:rsidP="004A36E2">
            <w:pPr>
              <w:jc w:val="right"/>
              <w:rPr>
                <w:rFonts w:ascii="Times New Roman" w:eastAsia="Times New Roman" w:hAnsi="Times New Roman" w:cs="Times New Roman"/>
                <w:b w:val="0"/>
                <w:bCs w:val="0"/>
                <w:color w:val="auto"/>
              </w:rPr>
            </w:pPr>
            <w:r w:rsidRPr="0075271D">
              <w:rPr>
                <w:rFonts w:ascii="Times New Roman" w:eastAsia="Times New Roman" w:hAnsi="Times New Roman" w:cs="Times New Roman"/>
                <w:b w:val="0"/>
                <w:bCs w:val="0"/>
                <w:color w:val="auto"/>
              </w:rPr>
              <w:t>2014</w:t>
            </w:r>
          </w:p>
        </w:tc>
        <w:tc>
          <w:tcPr>
            <w:tcW w:w="3029" w:type="dxa"/>
            <w:shd w:val="clear" w:color="auto" w:fill="FFFFFF" w:themeFill="background1"/>
            <w:noWrap/>
            <w:hideMark/>
          </w:tcPr>
          <w:p w14:paraId="5B3AAAF6" w14:textId="77777777" w:rsidR="00170AA1" w:rsidRPr="0075271D" w:rsidRDefault="00170AA1" w:rsidP="004A36E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75271D">
              <w:rPr>
                <w:rFonts w:ascii="Times New Roman" w:eastAsia="Times New Roman" w:hAnsi="Times New Roman" w:cs="Times New Roman"/>
                <w:color w:val="auto"/>
              </w:rPr>
              <w:t>4</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593</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093.929</w:t>
            </w:r>
          </w:p>
        </w:tc>
        <w:tc>
          <w:tcPr>
            <w:tcW w:w="3992" w:type="dxa"/>
            <w:shd w:val="clear" w:color="auto" w:fill="FFFFFF" w:themeFill="background1"/>
            <w:noWrap/>
            <w:hideMark/>
          </w:tcPr>
          <w:p w14:paraId="74BD747C" w14:textId="77777777" w:rsidR="00170AA1" w:rsidRPr="0075271D" w:rsidRDefault="00170AA1" w:rsidP="004A36E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75271D">
              <w:rPr>
                <w:rFonts w:ascii="Times New Roman" w:eastAsia="Times New Roman" w:hAnsi="Times New Roman" w:cs="Times New Roman"/>
                <w:color w:val="auto"/>
              </w:rPr>
              <w:t>16</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504.61563</w:t>
            </w:r>
          </w:p>
        </w:tc>
      </w:tr>
      <w:tr w:rsidR="00170AA1" w:rsidRPr="0075271D" w14:paraId="1EEFF02C" w14:textId="77777777" w:rsidTr="004A36E2">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1888" w:type="dxa"/>
            <w:shd w:val="clear" w:color="auto" w:fill="FFFFFF" w:themeFill="background1"/>
            <w:noWrap/>
            <w:hideMark/>
          </w:tcPr>
          <w:p w14:paraId="354BC974" w14:textId="77777777" w:rsidR="00170AA1" w:rsidRPr="0075271D" w:rsidRDefault="00170AA1" w:rsidP="004A36E2">
            <w:pPr>
              <w:jc w:val="right"/>
              <w:rPr>
                <w:rFonts w:ascii="Times New Roman" w:eastAsia="Times New Roman" w:hAnsi="Times New Roman" w:cs="Times New Roman"/>
                <w:b w:val="0"/>
                <w:bCs w:val="0"/>
                <w:color w:val="auto"/>
              </w:rPr>
            </w:pPr>
            <w:r w:rsidRPr="0075271D">
              <w:rPr>
                <w:rFonts w:ascii="Times New Roman" w:eastAsia="Times New Roman" w:hAnsi="Times New Roman" w:cs="Times New Roman"/>
                <w:b w:val="0"/>
                <w:bCs w:val="0"/>
                <w:color w:val="auto"/>
              </w:rPr>
              <w:t>2024</w:t>
            </w:r>
          </w:p>
        </w:tc>
        <w:tc>
          <w:tcPr>
            <w:tcW w:w="3029" w:type="dxa"/>
            <w:shd w:val="clear" w:color="auto" w:fill="FFFFFF" w:themeFill="background1"/>
            <w:noWrap/>
            <w:hideMark/>
          </w:tcPr>
          <w:p w14:paraId="377C24BC" w14:textId="77777777" w:rsidR="00170AA1" w:rsidRPr="0075271D" w:rsidRDefault="00170AA1" w:rsidP="004A36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5271D">
              <w:rPr>
                <w:rFonts w:ascii="Times New Roman" w:eastAsia="Times New Roman" w:hAnsi="Times New Roman" w:cs="Times New Roman"/>
                <w:color w:val="auto"/>
              </w:rPr>
              <w:t>4</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355</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368.259</w:t>
            </w:r>
          </w:p>
        </w:tc>
        <w:tc>
          <w:tcPr>
            <w:tcW w:w="3992" w:type="dxa"/>
            <w:shd w:val="clear" w:color="auto" w:fill="FFFFFF" w:themeFill="background1"/>
            <w:noWrap/>
            <w:hideMark/>
          </w:tcPr>
          <w:p w14:paraId="3099FF9D" w14:textId="77777777" w:rsidR="00170AA1" w:rsidRPr="0075271D" w:rsidRDefault="00170AA1" w:rsidP="004A36E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75271D">
              <w:rPr>
                <w:rFonts w:ascii="Times New Roman" w:eastAsia="Times New Roman" w:hAnsi="Times New Roman" w:cs="Times New Roman"/>
                <w:color w:val="auto"/>
              </w:rPr>
              <w:t>15</w:t>
            </w:r>
            <w:r>
              <w:rPr>
                <w:rFonts w:ascii="Times New Roman" w:eastAsia="Times New Roman" w:hAnsi="Times New Roman" w:cs="Times New Roman"/>
                <w:color w:val="auto"/>
              </w:rPr>
              <w:t>,</w:t>
            </w:r>
            <w:r w:rsidRPr="0075271D">
              <w:rPr>
                <w:rFonts w:ascii="Times New Roman" w:eastAsia="Times New Roman" w:hAnsi="Times New Roman" w:cs="Times New Roman"/>
                <w:color w:val="auto"/>
              </w:rPr>
              <w:t>824.96608</w:t>
            </w:r>
          </w:p>
        </w:tc>
      </w:tr>
    </w:tbl>
    <w:p w14:paraId="75DD7C0E" w14:textId="28339E8A" w:rsidR="00170AA1" w:rsidRDefault="00170AA1" w:rsidP="00170AA1">
      <w:pPr>
        <w:spacing w:after="0"/>
        <w:rPr>
          <w:rFonts w:ascii="Times New Roman" w:hAnsi="Times New Roman" w:cs="Times New Roman"/>
          <w:b/>
          <w:bCs/>
          <w:sz w:val="24"/>
          <w:szCs w:val="24"/>
        </w:rPr>
      </w:pPr>
      <w:r w:rsidRPr="007341D1">
        <w:rPr>
          <w:rFonts w:ascii="Times New Roman" w:hAnsi="Times New Roman" w:cs="Times New Roman"/>
          <w:b/>
          <w:bCs/>
          <w:sz w:val="24"/>
          <w:szCs w:val="24"/>
        </w:rPr>
        <w:t>Source: Author, 2025</w:t>
      </w:r>
    </w:p>
    <w:p w14:paraId="63F18967" w14:textId="77777777" w:rsidR="00617F38" w:rsidRPr="007341D1" w:rsidRDefault="00617F38" w:rsidP="00170AA1">
      <w:pPr>
        <w:spacing w:after="0"/>
        <w:rPr>
          <w:rFonts w:ascii="Times New Roman" w:hAnsi="Times New Roman" w:cs="Times New Roman"/>
          <w:b/>
          <w:bCs/>
          <w:sz w:val="24"/>
          <w:szCs w:val="24"/>
        </w:rPr>
      </w:pPr>
    </w:p>
    <w:p w14:paraId="4754E0E1" w14:textId="0617B52A" w:rsidR="00170AA1" w:rsidRDefault="00A34740" w:rsidP="0050783F">
      <w:pPr>
        <w:pStyle w:val="NormalWeb"/>
        <w:spacing w:before="0" w:beforeAutospacing="0" w:after="0" w:afterAutospacing="0" w:line="360" w:lineRule="auto"/>
        <w:jc w:val="both"/>
      </w:pPr>
      <w:r w:rsidRPr="00A34740">
        <w:lastRenderedPageBreak/>
        <w:t>Figure 5: Multi-Temporal Shorelines Dynamics between 2004 to 2024</w:t>
      </w:r>
      <w:r w:rsidR="000E3ED2">
        <w:rPr>
          <w:noProof/>
        </w:rPr>
        <mc:AlternateContent>
          <mc:Choice Requires="wpg">
            <w:drawing>
              <wp:anchor distT="0" distB="0" distL="114300" distR="114300" simplePos="0" relativeHeight="251691008" behindDoc="1" locked="0" layoutInCell="1" allowOverlap="1" wp14:anchorId="0C731A1E" wp14:editId="5F3BCD7E">
                <wp:simplePos x="0" y="0"/>
                <wp:positionH relativeFrom="margin">
                  <wp:align>left</wp:align>
                </wp:positionH>
                <wp:positionV relativeFrom="paragraph">
                  <wp:posOffset>36830</wp:posOffset>
                </wp:positionV>
                <wp:extent cx="5720715" cy="6302375"/>
                <wp:effectExtent l="0" t="0" r="0" b="22225"/>
                <wp:wrapTight wrapText="bothSides">
                  <wp:wrapPolygon edited="0">
                    <wp:start x="0" y="0"/>
                    <wp:lineTo x="0" y="20436"/>
                    <wp:lineTo x="216" y="21611"/>
                    <wp:lineTo x="21506" y="21611"/>
                    <wp:lineTo x="21506" y="0"/>
                    <wp:lineTo x="0" y="0"/>
                  </wp:wrapPolygon>
                </wp:wrapTight>
                <wp:docPr id="564708838" name="Group 7"/>
                <wp:cNvGraphicFramePr/>
                <a:graphic xmlns:a="http://schemas.openxmlformats.org/drawingml/2006/main">
                  <a:graphicData uri="http://schemas.microsoft.com/office/word/2010/wordprocessingGroup">
                    <wpg:wgp>
                      <wpg:cNvGrpSpPr/>
                      <wpg:grpSpPr>
                        <a:xfrm>
                          <a:off x="0" y="0"/>
                          <a:ext cx="5720715" cy="6302746"/>
                          <a:chOff x="0" y="0"/>
                          <a:chExt cx="5720860" cy="6183923"/>
                        </a:xfrm>
                      </wpg:grpSpPr>
                      <wpg:grpSp>
                        <wpg:cNvPr id="554331920" name="Group 11"/>
                        <wpg:cNvGrpSpPr/>
                        <wpg:grpSpPr>
                          <a:xfrm>
                            <a:off x="0" y="0"/>
                            <a:ext cx="5709509" cy="2889738"/>
                            <a:chOff x="0" y="0"/>
                            <a:chExt cx="5709509" cy="2928166"/>
                          </a:xfrm>
                        </wpg:grpSpPr>
                        <wpg:grpSp>
                          <wpg:cNvPr id="2062713567" name="Group 8"/>
                          <wpg:cNvGrpSpPr/>
                          <wpg:grpSpPr>
                            <a:xfrm>
                              <a:off x="0" y="0"/>
                              <a:ext cx="5709509" cy="2705100"/>
                              <a:chOff x="0" y="-2"/>
                              <a:chExt cx="6049554" cy="2969209"/>
                            </a:xfrm>
                          </wpg:grpSpPr>
                          <pic:pic xmlns:pic="http://schemas.openxmlformats.org/drawingml/2006/picture">
                            <pic:nvPicPr>
                              <pic:cNvPr id="1574304137"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0845" cy="2969023"/>
                              </a:xfrm>
                              <a:prstGeom prst="rect">
                                <a:avLst/>
                              </a:prstGeom>
                              <a:noFill/>
                            </pic:spPr>
                          </pic:pic>
                          <pic:pic xmlns:pic="http://schemas.openxmlformats.org/drawingml/2006/picture">
                            <pic:nvPicPr>
                              <pic:cNvPr id="1125134464" name="Picture 4"/>
                              <pic:cNvPicPr>
                                <a:picLocks noChangeAspect="1"/>
                              </pic:cNvPicPr>
                            </pic:nvPicPr>
                            <pic:blipFill>
                              <a:blip r:embed="rId19"/>
                              <a:stretch>
                                <a:fillRect/>
                              </a:stretch>
                            </pic:blipFill>
                            <pic:spPr>
                              <a:xfrm>
                                <a:off x="3047274" y="-2"/>
                                <a:ext cx="3002280" cy="2969209"/>
                              </a:xfrm>
                              <a:prstGeom prst="rect">
                                <a:avLst/>
                              </a:prstGeom>
                            </pic:spPr>
                          </pic:pic>
                        </wpg:grpSp>
                        <wps:wsp>
                          <wps:cNvPr id="1472924947" name="Text Box 1"/>
                          <wps:cNvSpPr txBox="1"/>
                          <wps:spPr>
                            <a:xfrm>
                              <a:off x="0" y="2688771"/>
                              <a:ext cx="5692775" cy="239395"/>
                            </a:xfrm>
                            <a:prstGeom prst="rect">
                              <a:avLst/>
                            </a:prstGeom>
                            <a:noFill/>
                            <a:ln w="6350">
                              <a:solidFill>
                                <a:schemeClr val="bg1"/>
                              </a:solidFill>
                            </a:ln>
                          </wps:spPr>
                          <wps:txbx>
                            <w:txbxContent>
                              <w:p w14:paraId="1F0B4F38" w14:textId="44FF1D4B" w:rsidR="007341D1" w:rsidRPr="00642467" w:rsidRDefault="00C119B1" w:rsidP="00642467">
                                <w:pPr>
                                  <w:pStyle w:val="NormalWeb"/>
                                  <w:spacing w:after="0" w:line="360" w:lineRule="auto"/>
                                  <w:jc w:val="both"/>
                                  <w:rPr>
                                    <w:noProof/>
                                  </w:rPr>
                                </w:pPr>
                                <w:r>
                                  <w:rPr>
                                    <w:b/>
                                    <w:bCs/>
                                  </w:rPr>
                                  <w:t>5</w:t>
                                </w:r>
                                <w:r w:rsidR="007341D1">
                                  <w:rPr>
                                    <w:b/>
                                    <w:bCs/>
                                  </w:rPr>
                                  <w:t>a</w:t>
                                </w:r>
                                <w:r w:rsidR="007341D1" w:rsidRPr="007341D1">
                                  <w:rPr>
                                    <w:b/>
                                    <w:bCs/>
                                  </w:rPr>
                                  <w:t>)</w:t>
                                </w:r>
                                <w:r w:rsidR="007341D1">
                                  <w:rPr>
                                    <w:b/>
                                    <w:bCs/>
                                  </w:rPr>
                                  <w:t xml:space="preserve"> </w:t>
                                </w:r>
                                <w:r>
                                  <w:rPr>
                                    <w:b/>
                                    <w:bCs/>
                                  </w:rPr>
                                  <w:t>S</w:t>
                                </w:r>
                                <w:r w:rsidR="007341D1">
                                  <w:rPr>
                                    <w:b/>
                                    <w:bCs/>
                                  </w:rPr>
                                  <w:t>horeline</w:t>
                                </w:r>
                                <w:r>
                                  <w:t xml:space="preserve"> </w:t>
                                </w:r>
                                <w:r w:rsidRPr="00C119B1">
                                  <w:rPr>
                                    <w:b/>
                                    <w:bCs/>
                                  </w:rPr>
                                  <w:t>Dynamics 2004</w:t>
                                </w:r>
                                <w:r w:rsidR="007341D1">
                                  <w:t xml:space="preserve">                            </w:t>
                                </w:r>
                                <w:r>
                                  <w:t>5</w:t>
                                </w:r>
                                <w:r w:rsidR="007341D1" w:rsidRPr="007341D1">
                                  <w:rPr>
                                    <w:b/>
                                    <w:bCs/>
                                  </w:rPr>
                                  <w:t>b)</w:t>
                                </w:r>
                                <w:r w:rsidR="007341D1">
                                  <w:rPr>
                                    <w:b/>
                                    <w:bCs/>
                                  </w:rPr>
                                  <w:t xml:space="preserve"> shoreline</w:t>
                                </w:r>
                                <w:r w:rsidR="000971CE">
                                  <w:rPr>
                                    <w:b/>
                                    <w:bCs/>
                                  </w:rPr>
                                  <w:t xml:space="preserve"> Dynamics 2004-2024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92706733" name="Group 13"/>
                        <wpg:cNvGrpSpPr/>
                        <wpg:grpSpPr>
                          <a:xfrm>
                            <a:off x="0" y="2995103"/>
                            <a:ext cx="5720860" cy="2831266"/>
                            <a:chOff x="0" y="-157"/>
                            <a:chExt cx="5720860" cy="3113472"/>
                          </a:xfrm>
                        </wpg:grpSpPr>
                        <wpg:grpSp>
                          <wpg:cNvPr id="1958611843" name="Group 9"/>
                          <wpg:cNvGrpSpPr/>
                          <wpg:grpSpPr>
                            <a:xfrm>
                              <a:off x="0" y="-157"/>
                              <a:ext cx="5720860" cy="2801620"/>
                              <a:chOff x="0" y="-169"/>
                              <a:chExt cx="6025335" cy="3023870"/>
                            </a:xfrm>
                          </wpg:grpSpPr>
                          <pic:pic xmlns:pic="http://schemas.openxmlformats.org/drawingml/2006/picture">
                            <pic:nvPicPr>
                              <pic:cNvPr id="784667425" name="Picture 2"/>
                              <pic:cNvPicPr>
                                <a:picLocks noChangeAspect="1"/>
                              </pic:cNvPicPr>
                            </pic:nvPicPr>
                            <pic:blipFill>
                              <a:blip r:embed="rId20"/>
                              <a:stretch>
                                <a:fillRect/>
                              </a:stretch>
                            </pic:blipFill>
                            <pic:spPr>
                              <a:xfrm>
                                <a:off x="0" y="0"/>
                                <a:ext cx="2948305" cy="3006725"/>
                              </a:xfrm>
                              <a:prstGeom prst="rect">
                                <a:avLst/>
                              </a:prstGeom>
                            </pic:spPr>
                          </pic:pic>
                          <pic:pic xmlns:pic="http://schemas.openxmlformats.org/drawingml/2006/picture">
                            <pic:nvPicPr>
                              <pic:cNvPr id="160783708" name="Picture 3" descr="A map of a river&#10;&#10;AI-generated content may be incorrect."/>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018573" y="-169"/>
                                <a:ext cx="3006762" cy="3023870"/>
                              </a:xfrm>
                              <a:prstGeom prst="rect">
                                <a:avLst/>
                              </a:prstGeom>
                              <a:noFill/>
                            </pic:spPr>
                          </pic:pic>
                        </wpg:grpSp>
                        <wps:wsp>
                          <wps:cNvPr id="787781085" name="Text Box 12"/>
                          <wps:cNvSpPr txBox="1"/>
                          <wps:spPr>
                            <a:xfrm>
                              <a:off x="5443" y="2808515"/>
                              <a:ext cx="5617029" cy="304800"/>
                            </a:xfrm>
                            <a:prstGeom prst="rect">
                              <a:avLst/>
                            </a:prstGeom>
                            <a:solidFill>
                              <a:schemeClr val="lt1"/>
                            </a:solidFill>
                            <a:ln w="6350">
                              <a:solidFill>
                                <a:schemeClr val="bg1"/>
                              </a:solidFill>
                            </a:ln>
                          </wps:spPr>
                          <wps:txbx>
                            <w:txbxContent>
                              <w:p w14:paraId="6FAFC466" w14:textId="5BD5EB05" w:rsidR="007341D1" w:rsidRPr="00642467" w:rsidRDefault="00C119B1" w:rsidP="007341D1">
                                <w:pPr>
                                  <w:pStyle w:val="NormalWeb"/>
                                  <w:spacing w:after="0" w:line="360" w:lineRule="auto"/>
                                  <w:jc w:val="both"/>
                                  <w:rPr>
                                    <w:noProof/>
                                  </w:rPr>
                                </w:pPr>
                                <w:r>
                                  <w:rPr>
                                    <w:b/>
                                    <w:bCs/>
                                  </w:rPr>
                                  <w:t>5</w:t>
                                </w:r>
                                <w:r w:rsidR="007341D1">
                                  <w:rPr>
                                    <w:b/>
                                    <w:bCs/>
                                  </w:rPr>
                                  <w:t>c</w:t>
                                </w:r>
                                <w:r w:rsidR="007341D1" w:rsidRPr="007341D1">
                                  <w:rPr>
                                    <w:b/>
                                    <w:bCs/>
                                  </w:rPr>
                                  <w:t>)</w:t>
                                </w:r>
                                <w:r w:rsidR="007341D1">
                                  <w:rPr>
                                    <w:b/>
                                    <w:bCs/>
                                  </w:rPr>
                                  <w:t xml:space="preserve"> shoreline</w:t>
                                </w:r>
                                <w:r w:rsidR="007341D1">
                                  <w:t xml:space="preserve"> </w:t>
                                </w:r>
                                <w:r w:rsidRPr="00C119B1">
                                  <w:rPr>
                                    <w:b/>
                                    <w:bCs/>
                                  </w:rPr>
                                  <w:t>Dynamics 20</w:t>
                                </w:r>
                                <w:r>
                                  <w:rPr>
                                    <w:b/>
                                    <w:bCs/>
                                  </w:rPr>
                                  <w:t>14</w:t>
                                </w:r>
                                <w:r w:rsidR="007341D1">
                                  <w:t xml:space="preserve">                              </w:t>
                                </w:r>
                                <w:r>
                                  <w:t>5</w:t>
                                </w:r>
                                <w:r w:rsidR="007341D1">
                                  <w:rPr>
                                    <w:b/>
                                    <w:bCs/>
                                  </w:rPr>
                                  <w:t>d</w:t>
                                </w:r>
                                <w:r w:rsidR="007341D1" w:rsidRPr="007341D1">
                                  <w:rPr>
                                    <w:b/>
                                    <w:bCs/>
                                  </w:rPr>
                                  <w:t>)</w:t>
                                </w:r>
                                <w:r w:rsidR="007341D1">
                                  <w:rPr>
                                    <w:b/>
                                    <w:bCs/>
                                  </w:rPr>
                                  <w:t xml:space="preserve"> shoreline</w:t>
                                </w:r>
                                <w:r>
                                  <w:rPr>
                                    <w:b/>
                                    <w:bCs/>
                                  </w:rPr>
                                  <w:t xml:space="preserve"> </w:t>
                                </w:r>
                                <w:r w:rsidRPr="00C119B1">
                                  <w:rPr>
                                    <w:b/>
                                    <w:bCs/>
                                  </w:rPr>
                                  <w:t>Dynamics 2004</w:t>
                                </w:r>
                              </w:p>
                              <w:p w14:paraId="56E4994E" w14:textId="77777777" w:rsidR="007341D1" w:rsidRDefault="007341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2131275" name="Text Box 6"/>
                        <wps:cNvSpPr txBox="1"/>
                        <wps:spPr>
                          <a:xfrm>
                            <a:off x="87923" y="5843954"/>
                            <a:ext cx="5606855" cy="339969"/>
                          </a:xfrm>
                          <a:prstGeom prst="rect">
                            <a:avLst/>
                          </a:prstGeom>
                          <a:solidFill>
                            <a:schemeClr val="lt1"/>
                          </a:solidFill>
                          <a:ln w="6350">
                            <a:solidFill>
                              <a:schemeClr val="bg1"/>
                            </a:solidFill>
                          </a:ln>
                        </wps:spPr>
                        <wps:txbx>
                          <w:txbxContent>
                            <w:p w14:paraId="41B6E8CE" w14:textId="435A3A48" w:rsidR="00C119B1" w:rsidRPr="00C119B1" w:rsidRDefault="00C119B1">
                              <w:pPr>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31A1E" id="_x0000_s1040" style="position:absolute;left:0;text-align:left;margin-left:0;margin-top:2.9pt;width:450.45pt;height:496.25pt;z-index:-251625472;mso-position-horizontal:left;mso-position-horizontal-relative:margin;mso-width-relative:margin;mso-height-relative:margin" coordsize="57208,61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">
                <v:group id="Group 11" o:spid="_x0000_s1041" style="position:absolute;width:57095;height:28897" coordsize="57095,2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">
                  <v:group id="Group 8" o:spid="_x0000_s1042" style="position:absolute;width:57095;height:27051" coordorigin="" coordsize="60495,2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">
                    <v:shape id="Picture 2" o:spid="_x0000_s1043" type="#_x0000_t75" style="position:absolute;width:29508;height:2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">
                      <v:imagedata r:id="rId22" o:title=""/>
                    </v:shape>
                    <v:shape id="Picture 4" o:spid="_x0000_s1044" type="#_x0000_t75" style="position:absolute;left:30472;width:30023;height:2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">
                      <v:imagedata r:id="rId23" o:title=""/>
                    </v:shape>
                  </v:group>
                  <v:shape id="Text Box 1" o:spid="_x0000_s1045" type="#_x0000_t202" style="position:absolute;top:26887;width:56927;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" filled="f" strokecolor="white [3212]" strokeweight=".5pt">
                    <v:textbox>
                      <w:txbxContent>
                        <w:p w14:paraId="1F0B4F38" w14:textId="44FF1D4B" w:rsidR="007341D1" w:rsidRPr="00642467" w:rsidRDefault="00C119B1" w:rsidP="00642467">
                          <w:pPr>
                            <w:pStyle w:val="NormalWeb"/>
                            <w:spacing w:after="0" w:line="360" w:lineRule="auto"/>
                            <w:jc w:val="both"/>
                            <w:rPr>
                              <w:noProof/>
                            </w:rPr>
                          </w:pPr>
                          <w:r>
                            <w:rPr>
                              <w:b/>
                              <w:bCs/>
                            </w:rPr>
                            <w:t>5</w:t>
                          </w:r>
                          <w:r w:rsidR="007341D1">
                            <w:rPr>
                              <w:b/>
                              <w:bCs/>
                            </w:rPr>
                            <w:t>a</w:t>
                          </w:r>
                          <w:r w:rsidR="007341D1" w:rsidRPr="007341D1">
                            <w:rPr>
                              <w:b/>
                              <w:bCs/>
                            </w:rPr>
                            <w:t>)</w:t>
                          </w:r>
                          <w:r w:rsidR="007341D1">
                            <w:rPr>
                              <w:b/>
                              <w:bCs/>
                            </w:rPr>
                            <w:t xml:space="preserve"> </w:t>
                          </w:r>
                          <w:r>
                            <w:rPr>
                              <w:b/>
                              <w:bCs/>
                            </w:rPr>
                            <w:t>S</w:t>
                          </w:r>
                          <w:r w:rsidR="007341D1">
                            <w:rPr>
                              <w:b/>
                              <w:bCs/>
                            </w:rPr>
                            <w:t>horeline</w:t>
                          </w:r>
                          <w:r>
                            <w:t xml:space="preserve"> </w:t>
                          </w:r>
                          <w:r w:rsidRPr="00C119B1">
                            <w:rPr>
                              <w:b/>
                              <w:bCs/>
                            </w:rPr>
                            <w:t>Dynamics 2004</w:t>
                          </w:r>
                          <w:r w:rsidR="007341D1">
                            <w:t xml:space="preserve">                            </w:t>
                          </w:r>
                          <w:r>
                            <w:t>5</w:t>
                          </w:r>
                          <w:r w:rsidR="007341D1" w:rsidRPr="007341D1">
                            <w:rPr>
                              <w:b/>
                              <w:bCs/>
                            </w:rPr>
                            <w:t>b)</w:t>
                          </w:r>
                          <w:r w:rsidR="007341D1">
                            <w:rPr>
                              <w:b/>
                              <w:bCs/>
                            </w:rPr>
                            <w:t xml:space="preserve"> shoreline</w:t>
                          </w:r>
                          <w:r w:rsidR="000971CE">
                            <w:rPr>
                              <w:b/>
                              <w:bCs/>
                            </w:rPr>
                            <w:t xml:space="preserve"> Dynamics 2004-2024</w:t>
                          </w:r>
                        </w:p>
                      </w:txbxContent>
                    </v:textbox>
                  </v:shape>
                </v:group>
                <v:group id="_x0000_s1046" style="position:absolute;top:29951;width:57208;height:28312" coordorigin=",-1" coordsize="57208,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">
                  <v:group id="Group 9" o:spid="_x0000_s1047" style="position:absolute;top:-1;width:57208;height:28015" coordorigin=",-1" coordsize="60253,3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">
                    <v:shape id="Picture 2" o:spid="_x0000_s1048" type="#_x0000_t75" style="position:absolute;width:29483;height:30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">
                      <v:imagedata r:id="rId24" o:title=""/>
                    </v:shape>
                    <v:shape id="Picture 3" o:spid="_x0000_s1049" type="#_x0000_t75" alt="A map of a river&#10;&#10;AI-generated content may be incorrect." style="position:absolute;left:30185;top:-1;width:30068;height:30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">
                      <v:imagedata r:id="rId25" o:title="A map of a river&#10;&#10;AI-generated content may be incorrect"/>
                    </v:shape>
                  </v:group>
                  <v:shape id="Text Box 12" o:spid="_x0000_s1050" type="#_x0000_t202" style="position:absolute;left:54;top:28085;width:5617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" fillcolor="white [3201]" strokecolor="white [3212]" strokeweight=".5pt">
                    <v:textbox>
                      <w:txbxContent>
                        <w:p w14:paraId="6FAFC466" w14:textId="5BD5EB05" w:rsidR="007341D1" w:rsidRPr="00642467" w:rsidRDefault="00C119B1" w:rsidP="007341D1">
                          <w:pPr>
                            <w:pStyle w:val="NormalWeb"/>
                            <w:spacing w:after="0" w:line="360" w:lineRule="auto"/>
                            <w:jc w:val="both"/>
                            <w:rPr>
                              <w:noProof/>
                            </w:rPr>
                          </w:pPr>
                          <w:r>
                            <w:rPr>
                              <w:b/>
                              <w:bCs/>
                            </w:rPr>
                            <w:t>5</w:t>
                          </w:r>
                          <w:r w:rsidR="007341D1">
                            <w:rPr>
                              <w:b/>
                              <w:bCs/>
                            </w:rPr>
                            <w:t>c</w:t>
                          </w:r>
                          <w:r w:rsidR="007341D1" w:rsidRPr="007341D1">
                            <w:rPr>
                              <w:b/>
                              <w:bCs/>
                            </w:rPr>
                            <w:t>)</w:t>
                          </w:r>
                          <w:r w:rsidR="007341D1">
                            <w:rPr>
                              <w:b/>
                              <w:bCs/>
                            </w:rPr>
                            <w:t xml:space="preserve"> shoreline</w:t>
                          </w:r>
                          <w:r w:rsidR="007341D1">
                            <w:t xml:space="preserve"> </w:t>
                          </w:r>
                          <w:r w:rsidRPr="00C119B1">
                            <w:rPr>
                              <w:b/>
                              <w:bCs/>
                            </w:rPr>
                            <w:t>Dynamics 20</w:t>
                          </w:r>
                          <w:r>
                            <w:rPr>
                              <w:b/>
                              <w:bCs/>
                            </w:rPr>
                            <w:t>14</w:t>
                          </w:r>
                          <w:r w:rsidR="007341D1">
                            <w:t xml:space="preserve">                              </w:t>
                          </w:r>
                          <w:r>
                            <w:t>5</w:t>
                          </w:r>
                          <w:r w:rsidR="007341D1">
                            <w:rPr>
                              <w:b/>
                              <w:bCs/>
                            </w:rPr>
                            <w:t>d</w:t>
                          </w:r>
                          <w:r w:rsidR="007341D1" w:rsidRPr="007341D1">
                            <w:rPr>
                              <w:b/>
                              <w:bCs/>
                            </w:rPr>
                            <w:t>)</w:t>
                          </w:r>
                          <w:r w:rsidR="007341D1">
                            <w:rPr>
                              <w:b/>
                              <w:bCs/>
                            </w:rPr>
                            <w:t xml:space="preserve"> shoreline</w:t>
                          </w:r>
                          <w:r>
                            <w:rPr>
                              <w:b/>
                              <w:bCs/>
                            </w:rPr>
                            <w:t xml:space="preserve"> </w:t>
                          </w:r>
                          <w:r w:rsidRPr="00C119B1">
                            <w:rPr>
                              <w:b/>
                              <w:bCs/>
                            </w:rPr>
                            <w:t>Dynamics 2004</w:t>
                          </w:r>
                        </w:p>
                        <w:p w14:paraId="56E4994E" w14:textId="77777777" w:rsidR="007341D1" w:rsidRDefault="007341D1"/>
                      </w:txbxContent>
                    </v:textbox>
                  </v:shape>
                </v:group>
                <v:shape id="Text Box 6" o:spid="_x0000_s1051" type="#_x0000_t202" style="position:absolute;left:879;top:58439;width:56068;height: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" fillcolor="white [3201]" strokecolor="white [3212]" strokeweight=".5pt">
                  <v:textbox>
                    <w:txbxContent>
                      <w:p w14:paraId="41B6E8CE" w14:textId="435A3A48" w:rsidR="00C119B1" w:rsidRPr="00C119B1" w:rsidRDefault="00C119B1">
                        <w:pPr>
                          <w:rPr>
                            <w:rFonts w:ascii="Times New Roman" w:hAnsi="Times New Roman" w:cs="Times New Roman"/>
                            <w:b/>
                            <w:bCs/>
                            <w:sz w:val="24"/>
                            <w:szCs w:val="24"/>
                          </w:rPr>
                        </w:pPr>
                      </w:p>
                    </w:txbxContent>
                  </v:textbox>
                </v:shape>
                <w10:wrap type="tight" anchorx="margin"/>
              </v:group>
            </w:pict>
          </mc:Fallback>
        </mc:AlternateContent>
      </w:r>
    </w:p>
    <w:p w14:paraId="56120333" w14:textId="77777777" w:rsidR="00CF1839" w:rsidRDefault="00CF1839" w:rsidP="0050783F">
      <w:pPr>
        <w:pStyle w:val="NormalWeb"/>
        <w:spacing w:before="0" w:beforeAutospacing="0" w:after="0" w:afterAutospacing="0" w:line="360" w:lineRule="auto"/>
        <w:jc w:val="both"/>
      </w:pPr>
    </w:p>
    <w:p w14:paraId="6B031292" w14:textId="2E4D07C6" w:rsidR="0050783F" w:rsidRDefault="0050783F" w:rsidP="0050783F">
      <w:pPr>
        <w:pStyle w:val="NormalWeb"/>
        <w:spacing w:before="0" w:beforeAutospacing="0" w:after="0" w:afterAutospacing="0" w:line="360" w:lineRule="auto"/>
        <w:jc w:val="both"/>
      </w:pPr>
      <w:r w:rsidRPr="0050783F">
        <w:t xml:space="preserve">The second objective applied the Digital Shoreline Analysis System (DSAS) to compute shoreline change rates using End Point Rate (EPR) and Linear Regression Rate (LRR). </w:t>
      </w:r>
      <w:r w:rsidR="00617F38">
        <w:t>These</w:t>
      </w:r>
      <w:r w:rsidR="000E3ED2">
        <w:t xml:space="preserve"> are shown on tables 2 and 3 and </w:t>
      </w:r>
      <w:r w:rsidR="00056B73" w:rsidRPr="00181CB0">
        <w:rPr>
          <w:highlight w:val="yellow"/>
        </w:rPr>
        <w:t>Figure</w:t>
      </w:r>
      <w:r w:rsidR="00056B73">
        <w:t xml:space="preserve"> </w:t>
      </w:r>
      <w:r w:rsidR="000E3ED2">
        <w:t>6</w:t>
      </w:r>
      <w:r w:rsidRPr="0050783F">
        <w:t>.</w:t>
      </w:r>
    </w:p>
    <w:p w14:paraId="4502E5A9" w14:textId="77777777" w:rsidR="00617F38" w:rsidRDefault="00617F38" w:rsidP="0050783F">
      <w:pPr>
        <w:pStyle w:val="NormalWeb"/>
        <w:spacing w:before="0" w:beforeAutospacing="0" w:after="0" w:afterAutospacing="0" w:line="360" w:lineRule="auto"/>
        <w:jc w:val="both"/>
      </w:pPr>
    </w:p>
    <w:p w14:paraId="444470A9" w14:textId="5AB5CDFF" w:rsidR="00EE4E76" w:rsidRPr="00321158" w:rsidRDefault="00EE4E76" w:rsidP="00EF75FE">
      <w:pPr>
        <w:spacing w:after="0" w:line="240" w:lineRule="auto"/>
        <w:jc w:val="both"/>
        <w:rPr>
          <w:rFonts w:ascii="Times New Roman" w:hAnsi="Times New Roman" w:cs="Times New Roman"/>
          <w:b/>
          <w:bCs/>
          <w:sz w:val="24"/>
          <w:szCs w:val="24"/>
        </w:rPr>
      </w:pPr>
      <w:r w:rsidRPr="00321158">
        <w:rPr>
          <w:rFonts w:ascii="Times New Roman" w:hAnsi="Times New Roman" w:cs="Times New Roman"/>
          <w:b/>
          <w:bCs/>
          <w:sz w:val="24"/>
          <w:szCs w:val="24"/>
        </w:rPr>
        <w:t xml:space="preserve">Table </w:t>
      </w:r>
      <w:r w:rsidR="00815C56" w:rsidRPr="00321158">
        <w:rPr>
          <w:rFonts w:ascii="Times New Roman" w:hAnsi="Times New Roman" w:cs="Times New Roman"/>
          <w:b/>
          <w:bCs/>
          <w:sz w:val="24"/>
          <w:szCs w:val="24"/>
        </w:rPr>
        <w:t>2</w:t>
      </w:r>
      <w:r w:rsidRPr="00321158">
        <w:rPr>
          <w:rFonts w:ascii="Times New Roman" w:hAnsi="Times New Roman" w:cs="Times New Roman"/>
          <w:b/>
          <w:bCs/>
          <w:sz w:val="24"/>
          <w:szCs w:val="24"/>
        </w:rPr>
        <w:t>: Shoreline Change Rates in the North Direction of the Study Area</w:t>
      </w:r>
    </w:p>
    <w:tbl>
      <w:tblPr>
        <w:tblW w:w="9498" w:type="dxa"/>
        <w:tblLook w:val="04A0" w:firstRow="1" w:lastRow="0" w:firstColumn="1" w:lastColumn="0" w:noHBand="0" w:noVBand="1"/>
      </w:tblPr>
      <w:tblGrid>
        <w:gridCol w:w="3402"/>
        <w:gridCol w:w="2552"/>
        <w:gridCol w:w="3544"/>
      </w:tblGrid>
      <w:tr w:rsidR="00EE4E76" w:rsidRPr="00321158" w14:paraId="48C3A19B" w14:textId="77777777" w:rsidTr="00EF75FE">
        <w:trPr>
          <w:trHeight w:val="290"/>
        </w:trPr>
        <w:tc>
          <w:tcPr>
            <w:tcW w:w="3402" w:type="dxa"/>
            <w:tcBorders>
              <w:top w:val="single" w:sz="4" w:space="0" w:color="auto"/>
              <w:left w:val="nil"/>
              <w:bottom w:val="single" w:sz="4" w:space="0" w:color="auto"/>
              <w:right w:val="nil"/>
            </w:tcBorders>
            <w:noWrap/>
            <w:hideMark/>
          </w:tcPr>
          <w:p w14:paraId="10A2D8BE" w14:textId="77777777" w:rsidR="00EE4E76" w:rsidRPr="00321158" w:rsidRDefault="00EE4E76" w:rsidP="00EF75FE">
            <w:pPr>
              <w:spacing w:after="0" w:line="240" w:lineRule="auto"/>
              <w:jc w:val="center"/>
              <w:rPr>
                <w:rFonts w:ascii="Times New Roman" w:eastAsia="Times New Roman" w:hAnsi="Times New Roman" w:cs="Times New Roman"/>
                <w:b/>
                <w:bCs/>
                <w:sz w:val="24"/>
                <w:szCs w:val="24"/>
              </w:rPr>
            </w:pPr>
            <w:r w:rsidRPr="00321158">
              <w:rPr>
                <w:rFonts w:ascii="Times New Roman" w:eastAsia="Times New Roman" w:hAnsi="Times New Roman" w:cs="Times New Roman"/>
                <w:b/>
                <w:bCs/>
                <w:sz w:val="24"/>
                <w:szCs w:val="24"/>
              </w:rPr>
              <w:lastRenderedPageBreak/>
              <w:t>Rate Type</w:t>
            </w:r>
          </w:p>
        </w:tc>
        <w:tc>
          <w:tcPr>
            <w:tcW w:w="2552" w:type="dxa"/>
            <w:tcBorders>
              <w:top w:val="single" w:sz="4" w:space="0" w:color="auto"/>
              <w:left w:val="nil"/>
              <w:bottom w:val="single" w:sz="4" w:space="0" w:color="auto"/>
              <w:right w:val="nil"/>
            </w:tcBorders>
            <w:noWrap/>
            <w:vAlign w:val="bottom"/>
            <w:hideMark/>
          </w:tcPr>
          <w:p w14:paraId="5261A03A" w14:textId="77777777" w:rsidR="00EE4E76" w:rsidRPr="00321158" w:rsidRDefault="00EE4E76" w:rsidP="00EF75FE">
            <w:pPr>
              <w:spacing w:after="0" w:line="240" w:lineRule="auto"/>
              <w:rPr>
                <w:rFonts w:ascii="Times New Roman" w:eastAsia="Times New Roman" w:hAnsi="Times New Roman" w:cs="Times New Roman"/>
                <w:b/>
                <w:bCs/>
                <w:sz w:val="24"/>
                <w:szCs w:val="24"/>
              </w:rPr>
            </w:pPr>
            <w:r w:rsidRPr="00321158">
              <w:rPr>
                <w:rFonts w:ascii="Times New Roman" w:eastAsia="Times New Roman" w:hAnsi="Times New Roman" w:cs="Times New Roman"/>
                <w:b/>
                <w:bCs/>
                <w:sz w:val="24"/>
                <w:szCs w:val="24"/>
              </w:rPr>
              <w:t>EPR (End Point Rate)</w:t>
            </w:r>
          </w:p>
        </w:tc>
        <w:tc>
          <w:tcPr>
            <w:tcW w:w="3544" w:type="dxa"/>
            <w:tcBorders>
              <w:top w:val="single" w:sz="4" w:space="0" w:color="auto"/>
              <w:left w:val="nil"/>
              <w:bottom w:val="single" w:sz="4" w:space="0" w:color="auto"/>
              <w:right w:val="nil"/>
            </w:tcBorders>
            <w:noWrap/>
            <w:vAlign w:val="bottom"/>
            <w:hideMark/>
          </w:tcPr>
          <w:p w14:paraId="064CBB8C" w14:textId="77777777" w:rsidR="00EE4E76" w:rsidRPr="00321158" w:rsidRDefault="00EE4E76" w:rsidP="00EF75FE">
            <w:pPr>
              <w:spacing w:after="0" w:line="240" w:lineRule="auto"/>
              <w:rPr>
                <w:rFonts w:ascii="Times New Roman" w:eastAsia="Times New Roman" w:hAnsi="Times New Roman" w:cs="Times New Roman"/>
                <w:b/>
                <w:bCs/>
                <w:sz w:val="24"/>
                <w:szCs w:val="24"/>
              </w:rPr>
            </w:pPr>
            <w:r w:rsidRPr="00321158">
              <w:rPr>
                <w:rFonts w:ascii="Times New Roman" w:eastAsia="Times New Roman" w:hAnsi="Times New Roman" w:cs="Times New Roman"/>
                <w:b/>
                <w:bCs/>
                <w:sz w:val="24"/>
                <w:szCs w:val="24"/>
              </w:rPr>
              <w:t>LRR (Linear Regression Rate)</w:t>
            </w:r>
          </w:p>
        </w:tc>
      </w:tr>
      <w:tr w:rsidR="00EE4E76" w:rsidRPr="00321158" w14:paraId="1BE54FF2" w14:textId="77777777" w:rsidTr="00EF75FE">
        <w:trPr>
          <w:trHeight w:val="290"/>
        </w:trPr>
        <w:tc>
          <w:tcPr>
            <w:tcW w:w="3402" w:type="dxa"/>
            <w:tcBorders>
              <w:top w:val="nil"/>
              <w:left w:val="nil"/>
              <w:bottom w:val="nil"/>
              <w:right w:val="nil"/>
            </w:tcBorders>
            <w:noWrap/>
            <w:hideMark/>
          </w:tcPr>
          <w:p w14:paraId="141B968C"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Total Transects</w:t>
            </w:r>
          </w:p>
        </w:tc>
        <w:tc>
          <w:tcPr>
            <w:tcW w:w="2552" w:type="dxa"/>
            <w:tcBorders>
              <w:top w:val="nil"/>
              <w:left w:val="nil"/>
              <w:bottom w:val="nil"/>
              <w:right w:val="nil"/>
            </w:tcBorders>
            <w:noWrap/>
            <w:vAlign w:val="bottom"/>
            <w:hideMark/>
          </w:tcPr>
          <w:p w14:paraId="016B272B"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81</w:t>
            </w:r>
          </w:p>
        </w:tc>
        <w:tc>
          <w:tcPr>
            <w:tcW w:w="3544" w:type="dxa"/>
            <w:tcBorders>
              <w:top w:val="nil"/>
              <w:left w:val="nil"/>
              <w:bottom w:val="nil"/>
              <w:right w:val="nil"/>
            </w:tcBorders>
            <w:noWrap/>
            <w:vAlign w:val="bottom"/>
            <w:hideMark/>
          </w:tcPr>
          <w:p w14:paraId="06CA59D7"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77</w:t>
            </w:r>
          </w:p>
        </w:tc>
      </w:tr>
      <w:tr w:rsidR="00EE4E76" w:rsidRPr="00321158" w14:paraId="01A7192E" w14:textId="77777777" w:rsidTr="00EF75FE">
        <w:trPr>
          <w:trHeight w:val="290"/>
        </w:trPr>
        <w:tc>
          <w:tcPr>
            <w:tcW w:w="3402" w:type="dxa"/>
            <w:tcBorders>
              <w:top w:val="nil"/>
              <w:left w:val="nil"/>
              <w:bottom w:val="nil"/>
              <w:right w:val="nil"/>
            </w:tcBorders>
            <w:noWrap/>
            <w:hideMark/>
          </w:tcPr>
          <w:p w14:paraId="4738B6CA"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Average Rate (m/yr)</w:t>
            </w:r>
          </w:p>
        </w:tc>
        <w:tc>
          <w:tcPr>
            <w:tcW w:w="2552" w:type="dxa"/>
            <w:tcBorders>
              <w:top w:val="nil"/>
              <w:left w:val="nil"/>
              <w:bottom w:val="nil"/>
              <w:right w:val="nil"/>
            </w:tcBorders>
            <w:noWrap/>
            <w:vAlign w:val="bottom"/>
            <w:hideMark/>
          </w:tcPr>
          <w:p w14:paraId="65C94A98"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-1.42</w:t>
            </w:r>
          </w:p>
        </w:tc>
        <w:tc>
          <w:tcPr>
            <w:tcW w:w="3544" w:type="dxa"/>
            <w:tcBorders>
              <w:top w:val="nil"/>
              <w:left w:val="nil"/>
              <w:bottom w:val="nil"/>
              <w:right w:val="nil"/>
            </w:tcBorders>
            <w:noWrap/>
            <w:vAlign w:val="bottom"/>
            <w:hideMark/>
          </w:tcPr>
          <w:p w14:paraId="763F9E41"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-0.85</w:t>
            </w:r>
          </w:p>
        </w:tc>
      </w:tr>
      <w:tr w:rsidR="00EE4E76" w:rsidRPr="00321158" w14:paraId="0B9FA248" w14:textId="77777777" w:rsidTr="00EF75FE">
        <w:trPr>
          <w:trHeight w:val="290"/>
        </w:trPr>
        <w:tc>
          <w:tcPr>
            <w:tcW w:w="3402" w:type="dxa"/>
            <w:tcBorders>
              <w:top w:val="nil"/>
              <w:left w:val="nil"/>
              <w:bottom w:val="nil"/>
              <w:right w:val="nil"/>
            </w:tcBorders>
            <w:noWrap/>
            <w:hideMark/>
          </w:tcPr>
          <w:p w14:paraId="027DAD0A"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Number of Erosional Transects</w:t>
            </w:r>
          </w:p>
        </w:tc>
        <w:tc>
          <w:tcPr>
            <w:tcW w:w="2552" w:type="dxa"/>
            <w:tcBorders>
              <w:top w:val="nil"/>
              <w:left w:val="nil"/>
              <w:bottom w:val="nil"/>
              <w:right w:val="nil"/>
            </w:tcBorders>
            <w:noWrap/>
            <w:vAlign w:val="bottom"/>
            <w:hideMark/>
          </w:tcPr>
          <w:p w14:paraId="2A641C5F"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52</w:t>
            </w:r>
          </w:p>
        </w:tc>
        <w:tc>
          <w:tcPr>
            <w:tcW w:w="3544" w:type="dxa"/>
            <w:tcBorders>
              <w:top w:val="nil"/>
              <w:left w:val="nil"/>
              <w:bottom w:val="nil"/>
              <w:right w:val="nil"/>
            </w:tcBorders>
            <w:noWrap/>
            <w:vAlign w:val="bottom"/>
            <w:hideMark/>
          </w:tcPr>
          <w:p w14:paraId="5DA12F47"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48</w:t>
            </w:r>
          </w:p>
        </w:tc>
      </w:tr>
      <w:tr w:rsidR="00EE4E76" w:rsidRPr="00321158" w14:paraId="40A6D875" w14:textId="77777777" w:rsidTr="00EF75FE">
        <w:trPr>
          <w:trHeight w:val="290"/>
        </w:trPr>
        <w:tc>
          <w:tcPr>
            <w:tcW w:w="3402" w:type="dxa"/>
            <w:tcBorders>
              <w:top w:val="nil"/>
              <w:left w:val="nil"/>
              <w:bottom w:val="nil"/>
              <w:right w:val="nil"/>
            </w:tcBorders>
            <w:noWrap/>
            <w:hideMark/>
          </w:tcPr>
          <w:p w14:paraId="06215A1C" w14:textId="5C300AA0" w:rsidR="00EE4E76" w:rsidRPr="00321158" w:rsidRDefault="00056B73" w:rsidP="00EF75FE">
            <w:pPr>
              <w:spacing w:after="0" w:line="240" w:lineRule="auto"/>
              <w:jc w:val="both"/>
              <w:rPr>
                <w:rFonts w:ascii="Times New Roman" w:eastAsia="Times New Roman" w:hAnsi="Times New Roman" w:cs="Times New Roman"/>
                <w:sz w:val="24"/>
                <w:szCs w:val="24"/>
              </w:rPr>
            </w:pPr>
            <w:r w:rsidRPr="00181CB0">
              <w:rPr>
                <w:rFonts w:ascii="Times New Roman" w:eastAsia="Times New Roman" w:hAnsi="Times New Roman" w:cs="Times New Roman"/>
                <w:sz w:val="24"/>
                <w:szCs w:val="24"/>
                <w:highlight w:val="yellow"/>
              </w:rPr>
              <w:t>Per cent</w:t>
            </w:r>
            <w:r w:rsidRPr="00181CB0">
              <w:rPr>
                <w:rFonts w:ascii="Times New Roman" w:eastAsia="Times New Roman" w:hAnsi="Times New Roman" w:cs="Times New Roman"/>
                <w:sz w:val="24"/>
                <w:szCs w:val="24"/>
                <w:highlight w:val="yellow"/>
              </w:rPr>
              <w:t xml:space="preserve"> </w:t>
            </w:r>
            <w:r w:rsidR="00EE4E76" w:rsidRPr="00321158">
              <w:rPr>
                <w:rFonts w:ascii="Times New Roman" w:eastAsia="Times New Roman" w:hAnsi="Times New Roman" w:cs="Times New Roman"/>
                <w:sz w:val="24"/>
                <w:szCs w:val="24"/>
              </w:rPr>
              <w:t>Erosional (%)</w:t>
            </w:r>
          </w:p>
        </w:tc>
        <w:tc>
          <w:tcPr>
            <w:tcW w:w="2552" w:type="dxa"/>
            <w:tcBorders>
              <w:top w:val="nil"/>
              <w:left w:val="nil"/>
              <w:bottom w:val="nil"/>
              <w:right w:val="nil"/>
            </w:tcBorders>
            <w:noWrap/>
            <w:vAlign w:val="bottom"/>
            <w:hideMark/>
          </w:tcPr>
          <w:p w14:paraId="488A8F41"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64.2</w:t>
            </w:r>
          </w:p>
        </w:tc>
        <w:tc>
          <w:tcPr>
            <w:tcW w:w="3544" w:type="dxa"/>
            <w:tcBorders>
              <w:top w:val="nil"/>
              <w:left w:val="nil"/>
              <w:bottom w:val="nil"/>
              <w:right w:val="nil"/>
            </w:tcBorders>
            <w:noWrap/>
            <w:vAlign w:val="bottom"/>
            <w:hideMark/>
          </w:tcPr>
          <w:p w14:paraId="06A69B77"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62.34</w:t>
            </w:r>
          </w:p>
        </w:tc>
      </w:tr>
      <w:tr w:rsidR="00EE4E76" w:rsidRPr="00321158" w14:paraId="14BCA629" w14:textId="77777777" w:rsidTr="00EF75FE">
        <w:trPr>
          <w:trHeight w:val="290"/>
        </w:trPr>
        <w:tc>
          <w:tcPr>
            <w:tcW w:w="3402" w:type="dxa"/>
            <w:tcBorders>
              <w:top w:val="nil"/>
              <w:left w:val="nil"/>
              <w:bottom w:val="nil"/>
              <w:right w:val="nil"/>
            </w:tcBorders>
            <w:noWrap/>
            <w:hideMark/>
          </w:tcPr>
          <w:p w14:paraId="5BCACB22"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Erosion (m/yr)</w:t>
            </w:r>
          </w:p>
        </w:tc>
        <w:tc>
          <w:tcPr>
            <w:tcW w:w="2552" w:type="dxa"/>
            <w:tcBorders>
              <w:top w:val="nil"/>
              <w:left w:val="nil"/>
              <w:bottom w:val="nil"/>
              <w:right w:val="nil"/>
            </w:tcBorders>
            <w:noWrap/>
            <w:vAlign w:val="bottom"/>
            <w:hideMark/>
          </w:tcPr>
          <w:p w14:paraId="0DDFADE6"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-12.95</w:t>
            </w:r>
          </w:p>
        </w:tc>
        <w:tc>
          <w:tcPr>
            <w:tcW w:w="3544" w:type="dxa"/>
            <w:tcBorders>
              <w:top w:val="nil"/>
              <w:left w:val="nil"/>
              <w:bottom w:val="nil"/>
              <w:right w:val="nil"/>
            </w:tcBorders>
            <w:noWrap/>
            <w:vAlign w:val="bottom"/>
            <w:hideMark/>
          </w:tcPr>
          <w:p w14:paraId="591EFC29"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-9.6</w:t>
            </w:r>
          </w:p>
        </w:tc>
      </w:tr>
      <w:tr w:rsidR="00EE4E76" w:rsidRPr="00321158" w14:paraId="39871F3C" w14:textId="77777777" w:rsidTr="00EF75FE">
        <w:trPr>
          <w:trHeight w:val="290"/>
        </w:trPr>
        <w:tc>
          <w:tcPr>
            <w:tcW w:w="3402" w:type="dxa"/>
            <w:tcBorders>
              <w:top w:val="nil"/>
              <w:left w:val="nil"/>
              <w:bottom w:val="nil"/>
              <w:right w:val="nil"/>
            </w:tcBorders>
            <w:noWrap/>
            <w:hideMark/>
          </w:tcPr>
          <w:p w14:paraId="243F30A3"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Erosion Transect ID</w:t>
            </w:r>
          </w:p>
        </w:tc>
        <w:tc>
          <w:tcPr>
            <w:tcW w:w="2552" w:type="dxa"/>
            <w:tcBorders>
              <w:top w:val="nil"/>
              <w:left w:val="nil"/>
              <w:bottom w:val="nil"/>
              <w:right w:val="nil"/>
            </w:tcBorders>
            <w:noWrap/>
            <w:vAlign w:val="bottom"/>
            <w:hideMark/>
          </w:tcPr>
          <w:p w14:paraId="2739AA78"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73</w:t>
            </w:r>
          </w:p>
        </w:tc>
        <w:tc>
          <w:tcPr>
            <w:tcW w:w="3544" w:type="dxa"/>
            <w:tcBorders>
              <w:top w:val="nil"/>
              <w:left w:val="nil"/>
              <w:bottom w:val="nil"/>
              <w:right w:val="nil"/>
            </w:tcBorders>
            <w:noWrap/>
            <w:vAlign w:val="bottom"/>
            <w:hideMark/>
          </w:tcPr>
          <w:p w14:paraId="6A4D7B7B"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70</w:t>
            </w:r>
          </w:p>
        </w:tc>
      </w:tr>
      <w:tr w:rsidR="00EE4E76" w:rsidRPr="00321158" w14:paraId="61D92EAA" w14:textId="77777777" w:rsidTr="00EF75FE">
        <w:trPr>
          <w:trHeight w:val="290"/>
        </w:trPr>
        <w:tc>
          <w:tcPr>
            <w:tcW w:w="3402" w:type="dxa"/>
            <w:tcBorders>
              <w:top w:val="nil"/>
              <w:left w:val="nil"/>
              <w:bottom w:val="nil"/>
              <w:right w:val="nil"/>
            </w:tcBorders>
            <w:noWrap/>
            <w:hideMark/>
          </w:tcPr>
          <w:p w14:paraId="0FC61CD0"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Average Erosional Rate (m/yr)</w:t>
            </w:r>
          </w:p>
        </w:tc>
        <w:tc>
          <w:tcPr>
            <w:tcW w:w="2552" w:type="dxa"/>
            <w:tcBorders>
              <w:top w:val="nil"/>
              <w:left w:val="nil"/>
              <w:bottom w:val="nil"/>
              <w:right w:val="nil"/>
            </w:tcBorders>
            <w:noWrap/>
            <w:vAlign w:val="bottom"/>
            <w:hideMark/>
          </w:tcPr>
          <w:p w14:paraId="3E4C0D23"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-3.51</w:t>
            </w:r>
          </w:p>
        </w:tc>
        <w:tc>
          <w:tcPr>
            <w:tcW w:w="3544" w:type="dxa"/>
            <w:tcBorders>
              <w:top w:val="nil"/>
              <w:left w:val="nil"/>
              <w:bottom w:val="nil"/>
              <w:right w:val="nil"/>
            </w:tcBorders>
            <w:noWrap/>
            <w:vAlign w:val="bottom"/>
            <w:hideMark/>
          </w:tcPr>
          <w:p w14:paraId="06A0CCB0"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-2.77</w:t>
            </w:r>
          </w:p>
        </w:tc>
      </w:tr>
      <w:tr w:rsidR="00EE4E76" w:rsidRPr="00321158" w14:paraId="34AF408C" w14:textId="77777777" w:rsidTr="00EF75FE">
        <w:trPr>
          <w:trHeight w:val="290"/>
        </w:trPr>
        <w:tc>
          <w:tcPr>
            <w:tcW w:w="3402" w:type="dxa"/>
            <w:tcBorders>
              <w:top w:val="nil"/>
              <w:left w:val="nil"/>
              <w:bottom w:val="nil"/>
              <w:right w:val="nil"/>
            </w:tcBorders>
            <w:noWrap/>
            <w:hideMark/>
          </w:tcPr>
          <w:p w14:paraId="63E00879"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Number of Accretional Transects</w:t>
            </w:r>
          </w:p>
        </w:tc>
        <w:tc>
          <w:tcPr>
            <w:tcW w:w="2552" w:type="dxa"/>
            <w:tcBorders>
              <w:top w:val="nil"/>
              <w:left w:val="nil"/>
              <w:bottom w:val="nil"/>
              <w:right w:val="nil"/>
            </w:tcBorders>
            <w:noWrap/>
            <w:vAlign w:val="bottom"/>
            <w:hideMark/>
          </w:tcPr>
          <w:p w14:paraId="24B1E632"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29</w:t>
            </w:r>
          </w:p>
        </w:tc>
        <w:tc>
          <w:tcPr>
            <w:tcW w:w="3544" w:type="dxa"/>
            <w:tcBorders>
              <w:top w:val="nil"/>
              <w:left w:val="nil"/>
              <w:bottom w:val="nil"/>
              <w:right w:val="nil"/>
            </w:tcBorders>
            <w:noWrap/>
            <w:vAlign w:val="bottom"/>
            <w:hideMark/>
          </w:tcPr>
          <w:p w14:paraId="57D8D6A4"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29</w:t>
            </w:r>
          </w:p>
        </w:tc>
      </w:tr>
      <w:tr w:rsidR="00EE4E76" w:rsidRPr="00321158" w14:paraId="15DC0C43" w14:textId="77777777" w:rsidTr="00EF75FE">
        <w:trPr>
          <w:trHeight w:val="290"/>
        </w:trPr>
        <w:tc>
          <w:tcPr>
            <w:tcW w:w="3402" w:type="dxa"/>
            <w:tcBorders>
              <w:top w:val="nil"/>
              <w:left w:val="nil"/>
              <w:bottom w:val="nil"/>
              <w:right w:val="nil"/>
            </w:tcBorders>
            <w:noWrap/>
            <w:hideMark/>
          </w:tcPr>
          <w:p w14:paraId="424C1513" w14:textId="3A1471D8" w:rsidR="00EE4E76" w:rsidRPr="00321158" w:rsidRDefault="00056B73" w:rsidP="00EF75FE">
            <w:pPr>
              <w:spacing w:after="0" w:line="240" w:lineRule="auto"/>
              <w:jc w:val="both"/>
              <w:rPr>
                <w:rFonts w:ascii="Times New Roman" w:eastAsia="Times New Roman" w:hAnsi="Times New Roman" w:cs="Times New Roman"/>
                <w:sz w:val="24"/>
                <w:szCs w:val="24"/>
              </w:rPr>
            </w:pPr>
            <w:r w:rsidRPr="00181CB0">
              <w:rPr>
                <w:rFonts w:ascii="Times New Roman" w:eastAsia="Times New Roman" w:hAnsi="Times New Roman" w:cs="Times New Roman"/>
                <w:sz w:val="24"/>
                <w:szCs w:val="24"/>
                <w:highlight w:val="yellow"/>
              </w:rPr>
              <w:t>Per cent</w:t>
            </w:r>
            <w:r w:rsidRPr="00181CB0">
              <w:rPr>
                <w:rFonts w:ascii="Times New Roman" w:eastAsia="Times New Roman" w:hAnsi="Times New Roman" w:cs="Times New Roman"/>
                <w:sz w:val="24"/>
                <w:szCs w:val="24"/>
                <w:highlight w:val="yellow"/>
              </w:rPr>
              <w:t xml:space="preserve"> </w:t>
            </w:r>
            <w:r w:rsidR="00EE4E76" w:rsidRPr="00321158">
              <w:rPr>
                <w:rFonts w:ascii="Times New Roman" w:eastAsia="Times New Roman" w:hAnsi="Times New Roman" w:cs="Times New Roman"/>
                <w:sz w:val="24"/>
                <w:szCs w:val="24"/>
              </w:rPr>
              <w:t>Accretional (%)</w:t>
            </w:r>
          </w:p>
        </w:tc>
        <w:tc>
          <w:tcPr>
            <w:tcW w:w="2552" w:type="dxa"/>
            <w:tcBorders>
              <w:top w:val="nil"/>
              <w:left w:val="nil"/>
              <w:bottom w:val="nil"/>
              <w:right w:val="nil"/>
            </w:tcBorders>
            <w:noWrap/>
            <w:vAlign w:val="bottom"/>
            <w:hideMark/>
          </w:tcPr>
          <w:p w14:paraId="7BD1480D"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35.8</w:t>
            </w:r>
          </w:p>
        </w:tc>
        <w:tc>
          <w:tcPr>
            <w:tcW w:w="3544" w:type="dxa"/>
            <w:tcBorders>
              <w:top w:val="nil"/>
              <w:left w:val="nil"/>
              <w:bottom w:val="nil"/>
              <w:right w:val="nil"/>
            </w:tcBorders>
            <w:noWrap/>
            <w:vAlign w:val="bottom"/>
            <w:hideMark/>
          </w:tcPr>
          <w:p w14:paraId="26C605DF"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37.66</w:t>
            </w:r>
          </w:p>
        </w:tc>
      </w:tr>
      <w:tr w:rsidR="00EE4E76" w:rsidRPr="00321158" w14:paraId="4DA12C71" w14:textId="77777777" w:rsidTr="00EF75FE">
        <w:trPr>
          <w:trHeight w:val="290"/>
        </w:trPr>
        <w:tc>
          <w:tcPr>
            <w:tcW w:w="3402" w:type="dxa"/>
            <w:tcBorders>
              <w:top w:val="nil"/>
              <w:left w:val="nil"/>
              <w:bottom w:val="nil"/>
              <w:right w:val="nil"/>
            </w:tcBorders>
            <w:noWrap/>
            <w:hideMark/>
          </w:tcPr>
          <w:p w14:paraId="35CF2E6C"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Accretion (m/yr)</w:t>
            </w:r>
          </w:p>
        </w:tc>
        <w:tc>
          <w:tcPr>
            <w:tcW w:w="2552" w:type="dxa"/>
            <w:tcBorders>
              <w:top w:val="nil"/>
              <w:left w:val="nil"/>
              <w:bottom w:val="nil"/>
              <w:right w:val="nil"/>
            </w:tcBorders>
            <w:noWrap/>
            <w:vAlign w:val="bottom"/>
            <w:hideMark/>
          </w:tcPr>
          <w:p w14:paraId="6834B508"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6.79</w:t>
            </w:r>
          </w:p>
        </w:tc>
        <w:tc>
          <w:tcPr>
            <w:tcW w:w="3544" w:type="dxa"/>
            <w:tcBorders>
              <w:top w:val="nil"/>
              <w:left w:val="nil"/>
              <w:bottom w:val="nil"/>
              <w:right w:val="nil"/>
            </w:tcBorders>
            <w:noWrap/>
            <w:vAlign w:val="bottom"/>
            <w:hideMark/>
          </w:tcPr>
          <w:p w14:paraId="4911DEE7"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6.79</w:t>
            </w:r>
          </w:p>
        </w:tc>
      </w:tr>
      <w:tr w:rsidR="00EE4E76" w:rsidRPr="00321158" w14:paraId="303B8C68" w14:textId="77777777" w:rsidTr="00EF75FE">
        <w:trPr>
          <w:trHeight w:val="290"/>
        </w:trPr>
        <w:tc>
          <w:tcPr>
            <w:tcW w:w="3402" w:type="dxa"/>
            <w:tcBorders>
              <w:top w:val="nil"/>
              <w:left w:val="nil"/>
              <w:bottom w:val="nil"/>
              <w:right w:val="nil"/>
            </w:tcBorders>
            <w:noWrap/>
            <w:hideMark/>
          </w:tcPr>
          <w:p w14:paraId="3B32D3CD"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Accretion Transect ID</w:t>
            </w:r>
          </w:p>
        </w:tc>
        <w:tc>
          <w:tcPr>
            <w:tcW w:w="2552" w:type="dxa"/>
            <w:tcBorders>
              <w:top w:val="nil"/>
              <w:left w:val="nil"/>
              <w:bottom w:val="nil"/>
              <w:right w:val="nil"/>
            </w:tcBorders>
            <w:noWrap/>
            <w:vAlign w:val="bottom"/>
            <w:hideMark/>
          </w:tcPr>
          <w:p w14:paraId="27F436C4"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34</w:t>
            </w:r>
          </w:p>
        </w:tc>
        <w:tc>
          <w:tcPr>
            <w:tcW w:w="3544" w:type="dxa"/>
            <w:tcBorders>
              <w:top w:val="nil"/>
              <w:left w:val="nil"/>
              <w:bottom w:val="nil"/>
              <w:right w:val="nil"/>
            </w:tcBorders>
            <w:noWrap/>
            <w:vAlign w:val="bottom"/>
            <w:hideMark/>
          </w:tcPr>
          <w:p w14:paraId="5EE5C821"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34</w:t>
            </w:r>
          </w:p>
        </w:tc>
      </w:tr>
      <w:tr w:rsidR="00EE4E76" w:rsidRPr="00321158" w14:paraId="2F0EFBC1" w14:textId="77777777" w:rsidTr="000E3ED2">
        <w:trPr>
          <w:trHeight w:val="57"/>
        </w:trPr>
        <w:tc>
          <w:tcPr>
            <w:tcW w:w="3402" w:type="dxa"/>
            <w:tcBorders>
              <w:top w:val="nil"/>
              <w:left w:val="nil"/>
              <w:bottom w:val="single" w:sz="4" w:space="0" w:color="auto"/>
              <w:right w:val="nil"/>
            </w:tcBorders>
            <w:noWrap/>
            <w:hideMark/>
          </w:tcPr>
          <w:p w14:paraId="77863344"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Average Accretional Rate (m/yr)</w:t>
            </w:r>
          </w:p>
        </w:tc>
        <w:tc>
          <w:tcPr>
            <w:tcW w:w="2552" w:type="dxa"/>
            <w:tcBorders>
              <w:top w:val="nil"/>
              <w:left w:val="nil"/>
              <w:bottom w:val="single" w:sz="4" w:space="0" w:color="auto"/>
              <w:right w:val="nil"/>
            </w:tcBorders>
            <w:noWrap/>
            <w:vAlign w:val="bottom"/>
            <w:hideMark/>
          </w:tcPr>
          <w:p w14:paraId="7269AE76"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2.32</w:t>
            </w:r>
          </w:p>
        </w:tc>
        <w:tc>
          <w:tcPr>
            <w:tcW w:w="3544" w:type="dxa"/>
            <w:tcBorders>
              <w:top w:val="nil"/>
              <w:left w:val="nil"/>
              <w:bottom w:val="single" w:sz="4" w:space="0" w:color="auto"/>
              <w:right w:val="nil"/>
            </w:tcBorders>
            <w:noWrap/>
            <w:vAlign w:val="bottom"/>
            <w:hideMark/>
          </w:tcPr>
          <w:p w14:paraId="5B56E152" w14:textId="77777777" w:rsidR="00EE4E76" w:rsidRPr="00321158" w:rsidRDefault="00EE4E76"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2.32</w:t>
            </w:r>
          </w:p>
        </w:tc>
      </w:tr>
    </w:tbl>
    <w:p w14:paraId="6CDCE357" w14:textId="77777777" w:rsidR="00EE4E76" w:rsidRPr="00321158" w:rsidRDefault="00EE4E76" w:rsidP="00EE4E76">
      <w:pPr>
        <w:spacing w:after="0" w:line="480" w:lineRule="auto"/>
        <w:jc w:val="both"/>
        <w:rPr>
          <w:rFonts w:ascii="Times New Roman" w:hAnsi="Times New Roman" w:cs="Times New Roman"/>
          <w:sz w:val="24"/>
          <w:szCs w:val="24"/>
        </w:rPr>
      </w:pPr>
      <w:r w:rsidRPr="00321158">
        <w:rPr>
          <w:rFonts w:ascii="Times New Roman" w:hAnsi="Times New Roman" w:cs="Times New Roman"/>
          <w:sz w:val="24"/>
          <w:szCs w:val="24"/>
        </w:rPr>
        <w:t>Source: Author, 2025</w:t>
      </w:r>
    </w:p>
    <w:p w14:paraId="72BD1810" w14:textId="79644DF9" w:rsidR="00EF75FE" w:rsidRPr="00321158" w:rsidRDefault="00EF75FE" w:rsidP="00EF75FE">
      <w:pPr>
        <w:spacing w:after="0" w:line="240" w:lineRule="auto"/>
        <w:jc w:val="both"/>
        <w:rPr>
          <w:rFonts w:ascii="Times New Roman" w:hAnsi="Times New Roman" w:cs="Times New Roman"/>
          <w:b/>
          <w:bCs/>
          <w:sz w:val="24"/>
          <w:szCs w:val="24"/>
        </w:rPr>
      </w:pPr>
      <w:r w:rsidRPr="00321158">
        <w:rPr>
          <w:rFonts w:ascii="Times New Roman" w:hAnsi="Times New Roman" w:cs="Times New Roman"/>
          <w:b/>
          <w:bCs/>
          <w:sz w:val="24"/>
          <w:szCs w:val="24"/>
        </w:rPr>
        <w:t xml:space="preserve">Table </w:t>
      </w:r>
      <w:r w:rsidR="00520085" w:rsidRPr="00321158">
        <w:rPr>
          <w:rFonts w:ascii="Times New Roman" w:hAnsi="Times New Roman" w:cs="Times New Roman"/>
          <w:b/>
          <w:bCs/>
          <w:sz w:val="24"/>
          <w:szCs w:val="24"/>
        </w:rPr>
        <w:t>3</w:t>
      </w:r>
      <w:r w:rsidRPr="00321158">
        <w:rPr>
          <w:rFonts w:ascii="Times New Roman" w:hAnsi="Times New Roman" w:cs="Times New Roman"/>
          <w:b/>
          <w:bCs/>
          <w:sz w:val="24"/>
          <w:szCs w:val="24"/>
        </w:rPr>
        <w:t>: Shoreline Change Rates in the South Direction of the Study Area</w:t>
      </w:r>
    </w:p>
    <w:tbl>
      <w:tblPr>
        <w:tblW w:w="9413" w:type="dxa"/>
        <w:tblLook w:val="04A0" w:firstRow="1" w:lastRow="0" w:firstColumn="1" w:lastColumn="0" w:noHBand="0" w:noVBand="1"/>
      </w:tblPr>
      <w:tblGrid>
        <w:gridCol w:w="3261"/>
        <w:gridCol w:w="2551"/>
        <w:gridCol w:w="3601"/>
      </w:tblGrid>
      <w:tr w:rsidR="00EF75FE" w:rsidRPr="00321158" w14:paraId="5881BC9C" w14:textId="77777777" w:rsidTr="000E3ED2">
        <w:trPr>
          <w:trHeight w:val="153"/>
        </w:trPr>
        <w:tc>
          <w:tcPr>
            <w:tcW w:w="3261" w:type="dxa"/>
            <w:tcBorders>
              <w:top w:val="single" w:sz="4" w:space="0" w:color="auto"/>
              <w:left w:val="nil"/>
              <w:bottom w:val="single" w:sz="4" w:space="0" w:color="auto"/>
              <w:right w:val="nil"/>
            </w:tcBorders>
            <w:noWrap/>
            <w:hideMark/>
          </w:tcPr>
          <w:p w14:paraId="1253FB2C" w14:textId="77777777" w:rsidR="00EF75FE" w:rsidRPr="00321158" w:rsidRDefault="00EF75FE" w:rsidP="00EF75FE">
            <w:pPr>
              <w:spacing w:after="0" w:line="240" w:lineRule="auto"/>
              <w:jc w:val="center"/>
              <w:rPr>
                <w:rFonts w:ascii="Times New Roman" w:eastAsia="Times New Roman" w:hAnsi="Times New Roman" w:cs="Times New Roman"/>
                <w:b/>
                <w:bCs/>
                <w:sz w:val="24"/>
                <w:szCs w:val="24"/>
              </w:rPr>
            </w:pPr>
            <w:r w:rsidRPr="00321158">
              <w:rPr>
                <w:rFonts w:ascii="Times New Roman" w:eastAsia="Times New Roman" w:hAnsi="Times New Roman" w:cs="Times New Roman"/>
                <w:b/>
                <w:bCs/>
                <w:sz w:val="24"/>
                <w:szCs w:val="24"/>
              </w:rPr>
              <w:t>Rate Type</w:t>
            </w:r>
          </w:p>
        </w:tc>
        <w:tc>
          <w:tcPr>
            <w:tcW w:w="2551" w:type="dxa"/>
            <w:tcBorders>
              <w:top w:val="single" w:sz="4" w:space="0" w:color="auto"/>
              <w:left w:val="nil"/>
              <w:bottom w:val="single" w:sz="4" w:space="0" w:color="auto"/>
              <w:right w:val="nil"/>
            </w:tcBorders>
            <w:noWrap/>
            <w:vAlign w:val="bottom"/>
            <w:hideMark/>
          </w:tcPr>
          <w:p w14:paraId="3AD7701F" w14:textId="77777777" w:rsidR="00EF75FE" w:rsidRPr="00321158" w:rsidRDefault="00EF75FE" w:rsidP="00EF75FE">
            <w:pPr>
              <w:spacing w:after="0" w:line="240" w:lineRule="auto"/>
              <w:rPr>
                <w:rFonts w:ascii="Times New Roman" w:eastAsia="Times New Roman" w:hAnsi="Times New Roman" w:cs="Times New Roman"/>
                <w:b/>
                <w:bCs/>
                <w:sz w:val="24"/>
                <w:szCs w:val="24"/>
              </w:rPr>
            </w:pPr>
            <w:r w:rsidRPr="00321158">
              <w:rPr>
                <w:rFonts w:ascii="Times New Roman" w:eastAsia="Times New Roman" w:hAnsi="Times New Roman" w:cs="Times New Roman"/>
                <w:b/>
                <w:bCs/>
                <w:sz w:val="24"/>
                <w:szCs w:val="24"/>
              </w:rPr>
              <w:t>EPR (End Point Rate)</w:t>
            </w:r>
          </w:p>
        </w:tc>
        <w:tc>
          <w:tcPr>
            <w:tcW w:w="3601" w:type="dxa"/>
            <w:tcBorders>
              <w:top w:val="single" w:sz="4" w:space="0" w:color="auto"/>
              <w:left w:val="nil"/>
              <w:bottom w:val="single" w:sz="4" w:space="0" w:color="auto"/>
              <w:right w:val="nil"/>
            </w:tcBorders>
            <w:noWrap/>
            <w:vAlign w:val="bottom"/>
            <w:hideMark/>
          </w:tcPr>
          <w:p w14:paraId="75F52462" w14:textId="77777777" w:rsidR="00EF75FE" w:rsidRPr="00321158" w:rsidRDefault="00EF75FE" w:rsidP="00EF75FE">
            <w:pPr>
              <w:spacing w:after="0" w:line="240" w:lineRule="auto"/>
              <w:rPr>
                <w:rFonts w:ascii="Times New Roman" w:eastAsia="Times New Roman" w:hAnsi="Times New Roman" w:cs="Times New Roman"/>
                <w:b/>
                <w:bCs/>
                <w:sz w:val="24"/>
                <w:szCs w:val="24"/>
              </w:rPr>
            </w:pPr>
            <w:r w:rsidRPr="00321158">
              <w:rPr>
                <w:rFonts w:ascii="Times New Roman" w:eastAsia="Times New Roman" w:hAnsi="Times New Roman" w:cs="Times New Roman"/>
                <w:b/>
                <w:bCs/>
                <w:sz w:val="24"/>
                <w:szCs w:val="24"/>
              </w:rPr>
              <w:t>LRR (Linear Regression Rate)</w:t>
            </w:r>
          </w:p>
        </w:tc>
      </w:tr>
      <w:tr w:rsidR="00EF75FE" w:rsidRPr="00321158" w14:paraId="4FC898A8" w14:textId="77777777" w:rsidTr="000E3ED2">
        <w:trPr>
          <w:trHeight w:val="171"/>
        </w:trPr>
        <w:tc>
          <w:tcPr>
            <w:tcW w:w="3261" w:type="dxa"/>
            <w:tcBorders>
              <w:top w:val="nil"/>
              <w:left w:val="nil"/>
              <w:bottom w:val="nil"/>
              <w:right w:val="nil"/>
            </w:tcBorders>
            <w:noWrap/>
            <w:hideMark/>
          </w:tcPr>
          <w:p w14:paraId="042D9401"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Total Transects</w:t>
            </w:r>
          </w:p>
        </w:tc>
        <w:tc>
          <w:tcPr>
            <w:tcW w:w="2551" w:type="dxa"/>
            <w:tcBorders>
              <w:top w:val="nil"/>
              <w:left w:val="nil"/>
              <w:bottom w:val="nil"/>
              <w:right w:val="nil"/>
            </w:tcBorders>
            <w:noWrap/>
            <w:vAlign w:val="bottom"/>
            <w:hideMark/>
          </w:tcPr>
          <w:p w14:paraId="639389FB"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67</w:t>
            </w:r>
          </w:p>
        </w:tc>
        <w:tc>
          <w:tcPr>
            <w:tcW w:w="3601" w:type="dxa"/>
            <w:tcBorders>
              <w:top w:val="nil"/>
              <w:left w:val="nil"/>
              <w:bottom w:val="nil"/>
              <w:right w:val="nil"/>
            </w:tcBorders>
            <w:noWrap/>
            <w:vAlign w:val="bottom"/>
            <w:hideMark/>
          </w:tcPr>
          <w:p w14:paraId="2E21550D"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66</w:t>
            </w:r>
          </w:p>
        </w:tc>
      </w:tr>
      <w:tr w:rsidR="00EF75FE" w:rsidRPr="00321158" w14:paraId="41B43950" w14:textId="77777777" w:rsidTr="00EF75FE">
        <w:trPr>
          <w:trHeight w:val="321"/>
        </w:trPr>
        <w:tc>
          <w:tcPr>
            <w:tcW w:w="3261" w:type="dxa"/>
            <w:tcBorders>
              <w:top w:val="nil"/>
              <w:left w:val="nil"/>
              <w:bottom w:val="nil"/>
              <w:right w:val="nil"/>
            </w:tcBorders>
            <w:noWrap/>
            <w:hideMark/>
          </w:tcPr>
          <w:p w14:paraId="5D954311"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Average Rate (m/yr)</w:t>
            </w:r>
          </w:p>
        </w:tc>
        <w:tc>
          <w:tcPr>
            <w:tcW w:w="2551" w:type="dxa"/>
            <w:tcBorders>
              <w:top w:val="nil"/>
              <w:left w:val="nil"/>
              <w:bottom w:val="nil"/>
              <w:right w:val="nil"/>
            </w:tcBorders>
            <w:noWrap/>
            <w:vAlign w:val="bottom"/>
            <w:hideMark/>
          </w:tcPr>
          <w:p w14:paraId="423ABB71"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-3</w:t>
            </w:r>
          </w:p>
        </w:tc>
        <w:tc>
          <w:tcPr>
            <w:tcW w:w="3601" w:type="dxa"/>
            <w:tcBorders>
              <w:top w:val="nil"/>
              <w:left w:val="nil"/>
              <w:bottom w:val="nil"/>
              <w:right w:val="nil"/>
            </w:tcBorders>
            <w:noWrap/>
            <w:vAlign w:val="bottom"/>
            <w:hideMark/>
          </w:tcPr>
          <w:p w14:paraId="6235B6D7"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-3.04</w:t>
            </w:r>
          </w:p>
        </w:tc>
      </w:tr>
      <w:tr w:rsidR="00EF75FE" w:rsidRPr="00321158" w14:paraId="2782FA65" w14:textId="77777777" w:rsidTr="00EF75FE">
        <w:trPr>
          <w:trHeight w:val="321"/>
        </w:trPr>
        <w:tc>
          <w:tcPr>
            <w:tcW w:w="3261" w:type="dxa"/>
            <w:tcBorders>
              <w:top w:val="nil"/>
              <w:left w:val="nil"/>
              <w:bottom w:val="nil"/>
              <w:right w:val="nil"/>
            </w:tcBorders>
            <w:noWrap/>
            <w:hideMark/>
          </w:tcPr>
          <w:p w14:paraId="3A07786C"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Number of Erosional Transects</w:t>
            </w:r>
          </w:p>
        </w:tc>
        <w:tc>
          <w:tcPr>
            <w:tcW w:w="2551" w:type="dxa"/>
            <w:tcBorders>
              <w:top w:val="nil"/>
              <w:left w:val="nil"/>
              <w:bottom w:val="nil"/>
              <w:right w:val="nil"/>
            </w:tcBorders>
            <w:noWrap/>
            <w:vAlign w:val="bottom"/>
            <w:hideMark/>
          </w:tcPr>
          <w:p w14:paraId="4BA39037"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48</w:t>
            </w:r>
          </w:p>
        </w:tc>
        <w:tc>
          <w:tcPr>
            <w:tcW w:w="3601" w:type="dxa"/>
            <w:tcBorders>
              <w:top w:val="nil"/>
              <w:left w:val="nil"/>
              <w:bottom w:val="nil"/>
              <w:right w:val="nil"/>
            </w:tcBorders>
            <w:noWrap/>
            <w:vAlign w:val="bottom"/>
            <w:hideMark/>
          </w:tcPr>
          <w:p w14:paraId="5CE064AC"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47</w:t>
            </w:r>
          </w:p>
        </w:tc>
      </w:tr>
      <w:tr w:rsidR="00EF75FE" w:rsidRPr="00321158" w14:paraId="274F505A" w14:textId="77777777" w:rsidTr="00EF75FE">
        <w:trPr>
          <w:trHeight w:val="321"/>
        </w:trPr>
        <w:tc>
          <w:tcPr>
            <w:tcW w:w="3261" w:type="dxa"/>
            <w:tcBorders>
              <w:top w:val="nil"/>
              <w:left w:val="nil"/>
              <w:bottom w:val="nil"/>
              <w:right w:val="nil"/>
            </w:tcBorders>
            <w:noWrap/>
            <w:hideMark/>
          </w:tcPr>
          <w:p w14:paraId="66CCBB59" w14:textId="3D603D84" w:rsidR="00EF75FE" w:rsidRPr="00321158" w:rsidRDefault="00056B73" w:rsidP="00EF75FE">
            <w:pPr>
              <w:spacing w:after="0" w:line="240" w:lineRule="auto"/>
              <w:jc w:val="both"/>
              <w:rPr>
                <w:rFonts w:ascii="Times New Roman" w:eastAsia="Times New Roman" w:hAnsi="Times New Roman" w:cs="Times New Roman"/>
                <w:sz w:val="24"/>
                <w:szCs w:val="24"/>
              </w:rPr>
            </w:pPr>
            <w:r w:rsidRPr="00181CB0">
              <w:rPr>
                <w:rFonts w:ascii="Times New Roman" w:eastAsia="Times New Roman" w:hAnsi="Times New Roman" w:cs="Times New Roman"/>
                <w:sz w:val="24"/>
                <w:szCs w:val="24"/>
                <w:highlight w:val="yellow"/>
              </w:rPr>
              <w:t>Per cent</w:t>
            </w:r>
            <w:r w:rsidRPr="00181CB0">
              <w:rPr>
                <w:rFonts w:ascii="Times New Roman" w:eastAsia="Times New Roman" w:hAnsi="Times New Roman" w:cs="Times New Roman"/>
                <w:sz w:val="24"/>
                <w:szCs w:val="24"/>
                <w:highlight w:val="yellow"/>
              </w:rPr>
              <w:t xml:space="preserve"> </w:t>
            </w:r>
            <w:r w:rsidR="00EF75FE" w:rsidRPr="00321158">
              <w:rPr>
                <w:rFonts w:ascii="Times New Roman" w:eastAsia="Times New Roman" w:hAnsi="Times New Roman" w:cs="Times New Roman"/>
                <w:sz w:val="24"/>
                <w:szCs w:val="24"/>
              </w:rPr>
              <w:t>Erosional (%)</w:t>
            </w:r>
          </w:p>
        </w:tc>
        <w:tc>
          <w:tcPr>
            <w:tcW w:w="2551" w:type="dxa"/>
            <w:tcBorders>
              <w:top w:val="nil"/>
              <w:left w:val="nil"/>
              <w:bottom w:val="nil"/>
              <w:right w:val="nil"/>
            </w:tcBorders>
            <w:noWrap/>
            <w:vAlign w:val="bottom"/>
            <w:hideMark/>
          </w:tcPr>
          <w:p w14:paraId="573C2A2F"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71.64</w:t>
            </w:r>
          </w:p>
        </w:tc>
        <w:tc>
          <w:tcPr>
            <w:tcW w:w="3601" w:type="dxa"/>
            <w:tcBorders>
              <w:top w:val="nil"/>
              <w:left w:val="nil"/>
              <w:bottom w:val="nil"/>
              <w:right w:val="nil"/>
            </w:tcBorders>
            <w:noWrap/>
            <w:vAlign w:val="bottom"/>
            <w:hideMark/>
          </w:tcPr>
          <w:p w14:paraId="3A2B39A5"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71.21</w:t>
            </w:r>
          </w:p>
        </w:tc>
      </w:tr>
      <w:tr w:rsidR="00EF75FE" w:rsidRPr="00321158" w14:paraId="78CC2A52" w14:textId="77777777" w:rsidTr="00EF75FE">
        <w:trPr>
          <w:trHeight w:val="321"/>
        </w:trPr>
        <w:tc>
          <w:tcPr>
            <w:tcW w:w="3261" w:type="dxa"/>
            <w:tcBorders>
              <w:top w:val="nil"/>
              <w:left w:val="nil"/>
              <w:bottom w:val="nil"/>
              <w:right w:val="nil"/>
            </w:tcBorders>
            <w:noWrap/>
            <w:hideMark/>
          </w:tcPr>
          <w:p w14:paraId="28CA4545"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Erosion (m/yr)</w:t>
            </w:r>
          </w:p>
        </w:tc>
        <w:tc>
          <w:tcPr>
            <w:tcW w:w="2551" w:type="dxa"/>
            <w:tcBorders>
              <w:top w:val="nil"/>
              <w:left w:val="nil"/>
              <w:bottom w:val="nil"/>
              <w:right w:val="nil"/>
            </w:tcBorders>
            <w:noWrap/>
            <w:vAlign w:val="bottom"/>
            <w:hideMark/>
          </w:tcPr>
          <w:p w14:paraId="72D020DC"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-21.43</w:t>
            </w:r>
          </w:p>
        </w:tc>
        <w:tc>
          <w:tcPr>
            <w:tcW w:w="3601" w:type="dxa"/>
            <w:tcBorders>
              <w:top w:val="nil"/>
              <w:left w:val="nil"/>
              <w:bottom w:val="nil"/>
              <w:right w:val="nil"/>
            </w:tcBorders>
            <w:noWrap/>
            <w:vAlign w:val="bottom"/>
            <w:hideMark/>
          </w:tcPr>
          <w:p w14:paraId="35898BFD"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-21.43</w:t>
            </w:r>
          </w:p>
        </w:tc>
      </w:tr>
      <w:tr w:rsidR="00EF75FE" w:rsidRPr="00321158" w14:paraId="351FCB28" w14:textId="77777777" w:rsidTr="00EF75FE">
        <w:trPr>
          <w:trHeight w:val="321"/>
        </w:trPr>
        <w:tc>
          <w:tcPr>
            <w:tcW w:w="3261" w:type="dxa"/>
            <w:tcBorders>
              <w:top w:val="nil"/>
              <w:left w:val="nil"/>
              <w:bottom w:val="nil"/>
              <w:right w:val="nil"/>
            </w:tcBorders>
            <w:noWrap/>
            <w:hideMark/>
          </w:tcPr>
          <w:p w14:paraId="4B807B95"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Erosion Transect ID</w:t>
            </w:r>
          </w:p>
        </w:tc>
        <w:tc>
          <w:tcPr>
            <w:tcW w:w="2551" w:type="dxa"/>
            <w:tcBorders>
              <w:top w:val="nil"/>
              <w:left w:val="nil"/>
              <w:bottom w:val="nil"/>
              <w:right w:val="nil"/>
            </w:tcBorders>
            <w:noWrap/>
            <w:vAlign w:val="bottom"/>
            <w:hideMark/>
          </w:tcPr>
          <w:p w14:paraId="1B11DD45"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14</w:t>
            </w:r>
          </w:p>
        </w:tc>
        <w:tc>
          <w:tcPr>
            <w:tcW w:w="3601" w:type="dxa"/>
            <w:tcBorders>
              <w:top w:val="nil"/>
              <w:left w:val="nil"/>
              <w:bottom w:val="nil"/>
              <w:right w:val="nil"/>
            </w:tcBorders>
            <w:noWrap/>
            <w:vAlign w:val="bottom"/>
            <w:hideMark/>
          </w:tcPr>
          <w:p w14:paraId="17626740"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14</w:t>
            </w:r>
          </w:p>
        </w:tc>
      </w:tr>
      <w:tr w:rsidR="00EF75FE" w:rsidRPr="00321158" w14:paraId="2D461D15" w14:textId="77777777" w:rsidTr="00EF75FE">
        <w:trPr>
          <w:trHeight w:val="321"/>
        </w:trPr>
        <w:tc>
          <w:tcPr>
            <w:tcW w:w="3261" w:type="dxa"/>
            <w:tcBorders>
              <w:top w:val="nil"/>
              <w:left w:val="nil"/>
              <w:bottom w:val="nil"/>
              <w:right w:val="nil"/>
            </w:tcBorders>
            <w:noWrap/>
            <w:hideMark/>
          </w:tcPr>
          <w:p w14:paraId="1FC18D42"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Average Erosional Rate (m/yr)</w:t>
            </w:r>
          </w:p>
        </w:tc>
        <w:tc>
          <w:tcPr>
            <w:tcW w:w="2551" w:type="dxa"/>
            <w:tcBorders>
              <w:top w:val="nil"/>
              <w:left w:val="nil"/>
              <w:bottom w:val="nil"/>
              <w:right w:val="nil"/>
            </w:tcBorders>
            <w:noWrap/>
            <w:vAlign w:val="bottom"/>
            <w:hideMark/>
          </w:tcPr>
          <w:p w14:paraId="5F54DAA4"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-5.16</w:t>
            </w:r>
          </w:p>
        </w:tc>
        <w:tc>
          <w:tcPr>
            <w:tcW w:w="3601" w:type="dxa"/>
            <w:tcBorders>
              <w:top w:val="nil"/>
              <w:left w:val="nil"/>
              <w:bottom w:val="nil"/>
              <w:right w:val="nil"/>
            </w:tcBorders>
            <w:noWrap/>
            <w:vAlign w:val="bottom"/>
            <w:hideMark/>
          </w:tcPr>
          <w:p w14:paraId="5554B239"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-5.27</w:t>
            </w:r>
          </w:p>
        </w:tc>
      </w:tr>
      <w:tr w:rsidR="00EF75FE" w:rsidRPr="00321158" w14:paraId="03C69874" w14:textId="77777777" w:rsidTr="00EF75FE">
        <w:trPr>
          <w:trHeight w:val="321"/>
        </w:trPr>
        <w:tc>
          <w:tcPr>
            <w:tcW w:w="3261" w:type="dxa"/>
            <w:tcBorders>
              <w:top w:val="nil"/>
              <w:left w:val="nil"/>
              <w:bottom w:val="nil"/>
              <w:right w:val="nil"/>
            </w:tcBorders>
            <w:noWrap/>
            <w:hideMark/>
          </w:tcPr>
          <w:p w14:paraId="75D68970" w14:textId="0AC336F6"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Number of Accretional Transects</w:t>
            </w:r>
          </w:p>
        </w:tc>
        <w:tc>
          <w:tcPr>
            <w:tcW w:w="2551" w:type="dxa"/>
            <w:tcBorders>
              <w:top w:val="nil"/>
              <w:left w:val="nil"/>
              <w:bottom w:val="nil"/>
              <w:right w:val="nil"/>
            </w:tcBorders>
            <w:noWrap/>
            <w:vAlign w:val="bottom"/>
            <w:hideMark/>
          </w:tcPr>
          <w:p w14:paraId="42639396"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19</w:t>
            </w:r>
          </w:p>
        </w:tc>
        <w:tc>
          <w:tcPr>
            <w:tcW w:w="3601" w:type="dxa"/>
            <w:tcBorders>
              <w:top w:val="nil"/>
              <w:left w:val="nil"/>
              <w:bottom w:val="nil"/>
              <w:right w:val="nil"/>
            </w:tcBorders>
            <w:noWrap/>
            <w:vAlign w:val="bottom"/>
            <w:hideMark/>
          </w:tcPr>
          <w:p w14:paraId="0121ABC0"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19</w:t>
            </w:r>
          </w:p>
        </w:tc>
      </w:tr>
      <w:tr w:rsidR="00EF75FE" w:rsidRPr="00321158" w14:paraId="5D2D6FCA" w14:textId="77777777" w:rsidTr="00EF75FE">
        <w:trPr>
          <w:trHeight w:val="321"/>
        </w:trPr>
        <w:tc>
          <w:tcPr>
            <w:tcW w:w="3261" w:type="dxa"/>
            <w:tcBorders>
              <w:top w:val="nil"/>
              <w:left w:val="nil"/>
              <w:bottom w:val="nil"/>
              <w:right w:val="nil"/>
            </w:tcBorders>
            <w:noWrap/>
            <w:hideMark/>
          </w:tcPr>
          <w:p w14:paraId="74D35A5A" w14:textId="3024C6D2" w:rsidR="00EF75FE" w:rsidRPr="00321158" w:rsidRDefault="00056B73" w:rsidP="00EF75FE">
            <w:pPr>
              <w:spacing w:after="0" w:line="240" w:lineRule="auto"/>
              <w:jc w:val="both"/>
              <w:rPr>
                <w:rFonts w:ascii="Times New Roman" w:eastAsia="Times New Roman" w:hAnsi="Times New Roman" w:cs="Times New Roman"/>
                <w:sz w:val="24"/>
                <w:szCs w:val="24"/>
              </w:rPr>
            </w:pPr>
            <w:r w:rsidRPr="00181CB0">
              <w:rPr>
                <w:rFonts w:ascii="Times New Roman" w:eastAsia="Times New Roman" w:hAnsi="Times New Roman" w:cs="Times New Roman"/>
                <w:sz w:val="24"/>
                <w:szCs w:val="24"/>
                <w:highlight w:val="yellow"/>
              </w:rPr>
              <w:t>Per cent</w:t>
            </w:r>
            <w:r w:rsidRPr="00321158">
              <w:rPr>
                <w:rFonts w:ascii="Times New Roman" w:eastAsia="Times New Roman" w:hAnsi="Times New Roman" w:cs="Times New Roman"/>
                <w:sz w:val="24"/>
                <w:szCs w:val="24"/>
              </w:rPr>
              <w:t xml:space="preserve"> </w:t>
            </w:r>
            <w:r w:rsidR="00EF75FE" w:rsidRPr="00321158">
              <w:rPr>
                <w:rFonts w:ascii="Times New Roman" w:eastAsia="Times New Roman" w:hAnsi="Times New Roman" w:cs="Times New Roman"/>
                <w:sz w:val="24"/>
                <w:szCs w:val="24"/>
              </w:rPr>
              <w:t>Accretional (%)</w:t>
            </w:r>
          </w:p>
        </w:tc>
        <w:tc>
          <w:tcPr>
            <w:tcW w:w="2551" w:type="dxa"/>
            <w:tcBorders>
              <w:top w:val="nil"/>
              <w:left w:val="nil"/>
              <w:bottom w:val="nil"/>
              <w:right w:val="nil"/>
            </w:tcBorders>
            <w:noWrap/>
            <w:vAlign w:val="bottom"/>
            <w:hideMark/>
          </w:tcPr>
          <w:p w14:paraId="6B3E2D94"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28.36</w:t>
            </w:r>
          </w:p>
        </w:tc>
        <w:tc>
          <w:tcPr>
            <w:tcW w:w="3601" w:type="dxa"/>
            <w:tcBorders>
              <w:top w:val="nil"/>
              <w:left w:val="nil"/>
              <w:bottom w:val="nil"/>
              <w:right w:val="nil"/>
            </w:tcBorders>
            <w:noWrap/>
            <w:vAlign w:val="bottom"/>
            <w:hideMark/>
          </w:tcPr>
          <w:p w14:paraId="4B678385"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28.79</w:t>
            </w:r>
          </w:p>
        </w:tc>
      </w:tr>
      <w:tr w:rsidR="00EF75FE" w:rsidRPr="00321158" w14:paraId="6C22DA45" w14:textId="77777777" w:rsidTr="00EF75FE">
        <w:trPr>
          <w:trHeight w:val="321"/>
        </w:trPr>
        <w:tc>
          <w:tcPr>
            <w:tcW w:w="3261" w:type="dxa"/>
            <w:tcBorders>
              <w:top w:val="nil"/>
              <w:left w:val="nil"/>
              <w:right w:val="nil"/>
            </w:tcBorders>
            <w:noWrap/>
            <w:hideMark/>
          </w:tcPr>
          <w:p w14:paraId="3326767E"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Accretion (m/yr)</w:t>
            </w:r>
          </w:p>
        </w:tc>
        <w:tc>
          <w:tcPr>
            <w:tcW w:w="2551" w:type="dxa"/>
            <w:tcBorders>
              <w:top w:val="nil"/>
              <w:left w:val="nil"/>
              <w:right w:val="nil"/>
            </w:tcBorders>
            <w:noWrap/>
            <w:vAlign w:val="bottom"/>
            <w:hideMark/>
          </w:tcPr>
          <w:p w14:paraId="659C9F01"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4.71</w:t>
            </w:r>
          </w:p>
        </w:tc>
        <w:tc>
          <w:tcPr>
            <w:tcW w:w="3601" w:type="dxa"/>
            <w:tcBorders>
              <w:top w:val="nil"/>
              <w:left w:val="nil"/>
              <w:right w:val="nil"/>
            </w:tcBorders>
            <w:noWrap/>
            <w:vAlign w:val="bottom"/>
            <w:hideMark/>
          </w:tcPr>
          <w:p w14:paraId="448CE465"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4.71</w:t>
            </w:r>
          </w:p>
        </w:tc>
      </w:tr>
      <w:tr w:rsidR="00EF75FE" w:rsidRPr="00321158" w14:paraId="5D54A3B2" w14:textId="77777777" w:rsidTr="00EF75FE">
        <w:trPr>
          <w:trHeight w:val="321"/>
        </w:trPr>
        <w:tc>
          <w:tcPr>
            <w:tcW w:w="3261" w:type="dxa"/>
            <w:tcBorders>
              <w:top w:val="nil"/>
              <w:left w:val="nil"/>
              <w:bottom w:val="single" w:sz="4" w:space="0" w:color="auto"/>
              <w:right w:val="nil"/>
            </w:tcBorders>
            <w:noWrap/>
            <w:hideMark/>
          </w:tcPr>
          <w:p w14:paraId="101C7245"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Max Accretion Transect ID</w:t>
            </w:r>
          </w:p>
        </w:tc>
        <w:tc>
          <w:tcPr>
            <w:tcW w:w="2551" w:type="dxa"/>
            <w:tcBorders>
              <w:top w:val="nil"/>
              <w:left w:val="nil"/>
              <w:bottom w:val="single" w:sz="4" w:space="0" w:color="auto"/>
              <w:right w:val="nil"/>
            </w:tcBorders>
            <w:noWrap/>
            <w:vAlign w:val="bottom"/>
            <w:hideMark/>
          </w:tcPr>
          <w:p w14:paraId="2E587571"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w:t>
            </w:r>
          </w:p>
        </w:tc>
        <w:tc>
          <w:tcPr>
            <w:tcW w:w="3601" w:type="dxa"/>
            <w:tcBorders>
              <w:top w:val="nil"/>
              <w:left w:val="nil"/>
              <w:bottom w:val="single" w:sz="4" w:space="0" w:color="auto"/>
              <w:right w:val="nil"/>
            </w:tcBorders>
            <w:noWrap/>
            <w:vAlign w:val="bottom"/>
            <w:hideMark/>
          </w:tcPr>
          <w:p w14:paraId="129E489E"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w:t>
            </w:r>
          </w:p>
        </w:tc>
      </w:tr>
      <w:tr w:rsidR="00EF75FE" w:rsidRPr="00321158" w14:paraId="26575BAD" w14:textId="77777777" w:rsidTr="00EF75FE">
        <w:trPr>
          <w:trHeight w:val="321"/>
        </w:trPr>
        <w:tc>
          <w:tcPr>
            <w:tcW w:w="3261" w:type="dxa"/>
            <w:tcBorders>
              <w:top w:val="single" w:sz="4" w:space="0" w:color="auto"/>
              <w:left w:val="nil"/>
              <w:bottom w:val="single" w:sz="4" w:space="0" w:color="auto"/>
              <w:right w:val="nil"/>
            </w:tcBorders>
            <w:noWrap/>
            <w:hideMark/>
          </w:tcPr>
          <w:p w14:paraId="1318DCC0"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Average Accretional Rate (m/yr)</w:t>
            </w:r>
          </w:p>
        </w:tc>
        <w:tc>
          <w:tcPr>
            <w:tcW w:w="2551" w:type="dxa"/>
            <w:tcBorders>
              <w:top w:val="single" w:sz="4" w:space="0" w:color="auto"/>
              <w:left w:val="nil"/>
              <w:bottom w:val="single" w:sz="4" w:space="0" w:color="auto"/>
              <w:right w:val="nil"/>
            </w:tcBorders>
            <w:noWrap/>
            <w:vAlign w:val="bottom"/>
            <w:hideMark/>
          </w:tcPr>
          <w:p w14:paraId="3BD9799B"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2.46</w:t>
            </w:r>
          </w:p>
        </w:tc>
        <w:tc>
          <w:tcPr>
            <w:tcW w:w="3601" w:type="dxa"/>
            <w:tcBorders>
              <w:top w:val="single" w:sz="4" w:space="0" w:color="auto"/>
              <w:left w:val="nil"/>
              <w:bottom w:val="single" w:sz="4" w:space="0" w:color="auto"/>
              <w:right w:val="nil"/>
            </w:tcBorders>
            <w:noWrap/>
            <w:vAlign w:val="bottom"/>
            <w:hideMark/>
          </w:tcPr>
          <w:p w14:paraId="211B1091" w14:textId="77777777" w:rsidR="00EF75FE" w:rsidRPr="00321158" w:rsidRDefault="00EF75FE" w:rsidP="00EF75FE">
            <w:pPr>
              <w:spacing w:after="0" w:line="240" w:lineRule="auto"/>
              <w:jc w:val="both"/>
              <w:rPr>
                <w:rFonts w:ascii="Times New Roman" w:eastAsia="Times New Roman" w:hAnsi="Times New Roman" w:cs="Times New Roman"/>
                <w:sz w:val="24"/>
                <w:szCs w:val="24"/>
              </w:rPr>
            </w:pPr>
            <w:r w:rsidRPr="00321158">
              <w:rPr>
                <w:rFonts w:ascii="Times New Roman" w:eastAsia="Times New Roman" w:hAnsi="Times New Roman" w:cs="Times New Roman"/>
                <w:sz w:val="24"/>
                <w:szCs w:val="24"/>
              </w:rPr>
              <w:t>2.46</w:t>
            </w:r>
          </w:p>
        </w:tc>
      </w:tr>
    </w:tbl>
    <w:p w14:paraId="00ADD995" w14:textId="53450100" w:rsidR="00A840A5" w:rsidRDefault="00A840A5" w:rsidP="00A840A5">
      <w:pPr>
        <w:spacing w:after="0" w:line="360" w:lineRule="auto"/>
        <w:ind w:left="720" w:hanging="720"/>
        <w:jc w:val="both"/>
        <w:rPr>
          <w:rFonts w:ascii="Times New Roman" w:hAnsi="Times New Roman" w:cs="Times New Roman"/>
          <w:b/>
          <w:bCs/>
        </w:rPr>
      </w:pPr>
    </w:p>
    <w:p w14:paraId="73AFEB90" w14:textId="1F3F309C" w:rsidR="00A840A5" w:rsidRDefault="00CF1839" w:rsidP="00A840A5">
      <w:pPr>
        <w:spacing w:after="0" w:line="360" w:lineRule="auto"/>
        <w:ind w:left="720" w:hanging="720"/>
        <w:jc w:val="both"/>
        <w:rPr>
          <w:rFonts w:ascii="Times New Roman" w:hAnsi="Times New Roman" w:cs="Times New Roman"/>
          <w:b/>
          <w:bCs/>
        </w:rPr>
      </w:pPr>
      <w:r>
        <w:rPr>
          <w:noProof/>
        </w:rPr>
        <w:drawing>
          <wp:anchor distT="0" distB="0" distL="114300" distR="114300" simplePos="0" relativeHeight="251712512" behindDoc="0" locked="0" layoutInCell="1" allowOverlap="1" wp14:anchorId="0C108205" wp14:editId="7161D831">
            <wp:simplePos x="0" y="0"/>
            <wp:positionH relativeFrom="margin">
              <wp:posOffset>3204845</wp:posOffset>
            </wp:positionH>
            <wp:positionV relativeFrom="paragraph">
              <wp:posOffset>158115</wp:posOffset>
            </wp:positionV>
            <wp:extent cx="2705100" cy="2895600"/>
            <wp:effectExtent l="0" t="0" r="0" b="0"/>
            <wp:wrapNone/>
            <wp:docPr id="7675209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20990" name="Picture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705100" cy="2895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4F761482" wp14:editId="689A60C2">
            <wp:simplePos x="0" y="0"/>
            <wp:positionH relativeFrom="margin">
              <wp:align>left</wp:align>
            </wp:positionH>
            <wp:positionV relativeFrom="paragraph">
              <wp:posOffset>116840</wp:posOffset>
            </wp:positionV>
            <wp:extent cx="2914650" cy="2923771"/>
            <wp:effectExtent l="0" t="0" r="0" b="0"/>
            <wp:wrapNone/>
            <wp:docPr id="29325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5250" name="Picture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914650" cy="2923771"/>
                    </a:xfrm>
                    <a:prstGeom prst="rect">
                      <a:avLst/>
                    </a:prstGeom>
                  </pic:spPr>
                </pic:pic>
              </a:graphicData>
            </a:graphic>
            <wp14:sizeRelV relativeFrom="margin">
              <wp14:pctHeight>0</wp14:pctHeight>
            </wp14:sizeRelV>
          </wp:anchor>
        </w:drawing>
      </w:r>
    </w:p>
    <w:p w14:paraId="4DBFCC36" w14:textId="309E7AF7" w:rsidR="00DE4FF2" w:rsidRDefault="00DE4FF2" w:rsidP="00A840A5">
      <w:pPr>
        <w:spacing w:after="0" w:line="360" w:lineRule="auto"/>
        <w:ind w:left="720" w:hanging="720"/>
        <w:jc w:val="both"/>
        <w:rPr>
          <w:rFonts w:ascii="Times New Roman" w:hAnsi="Times New Roman" w:cs="Times New Roman"/>
          <w:b/>
          <w:bCs/>
        </w:rPr>
      </w:pPr>
    </w:p>
    <w:p w14:paraId="655742D2" w14:textId="42419F63" w:rsidR="00DE4FF2" w:rsidRDefault="00CF1839" w:rsidP="00CF1839">
      <w:pPr>
        <w:tabs>
          <w:tab w:val="left" w:pos="6435"/>
        </w:tabs>
        <w:spacing w:after="0" w:line="360" w:lineRule="auto"/>
        <w:ind w:left="720" w:hanging="720"/>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p>
    <w:p w14:paraId="2322F25B" w14:textId="358E210E" w:rsidR="00A840A5" w:rsidRDefault="00A840A5" w:rsidP="00A840A5">
      <w:pPr>
        <w:spacing w:after="0" w:line="360" w:lineRule="auto"/>
        <w:ind w:left="720" w:hanging="720"/>
        <w:jc w:val="both"/>
        <w:rPr>
          <w:rFonts w:ascii="Times New Roman" w:hAnsi="Times New Roman" w:cs="Times New Roman"/>
          <w:b/>
          <w:bCs/>
        </w:rPr>
      </w:pPr>
    </w:p>
    <w:p w14:paraId="283FB1FC" w14:textId="6441118E" w:rsidR="00321158" w:rsidRDefault="00321158" w:rsidP="00A840A5">
      <w:pPr>
        <w:spacing w:after="0" w:line="360" w:lineRule="auto"/>
        <w:ind w:left="720" w:hanging="720"/>
        <w:jc w:val="both"/>
        <w:rPr>
          <w:rFonts w:ascii="Times New Roman" w:hAnsi="Times New Roman" w:cs="Times New Roman"/>
          <w:b/>
          <w:bCs/>
        </w:rPr>
      </w:pPr>
    </w:p>
    <w:p w14:paraId="299941E5" w14:textId="510B01D9" w:rsidR="00321158" w:rsidRDefault="00321158" w:rsidP="00A840A5">
      <w:pPr>
        <w:spacing w:after="0" w:line="360" w:lineRule="auto"/>
        <w:ind w:left="720" w:hanging="720"/>
        <w:jc w:val="both"/>
        <w:rPr>
          <w:rFonts w:ascii="Times New Roman" w:hAnsi="Times New Roman" w:cs="Times New Roman"/>
          <w:b/>
          <w:bCs/>
        </w:rPr>
      </w:pPr>
    </w:p>
    <w:p w14:paraId="22CD1223" w14:textId="34A3CD03" w:rsidR="00617F38" w:rsidRDefault="00617F38" w:rsidP="00A840A5">
      <w:pPr>
        <w:spacing w:after="0" w:line="360" w:lineRule="auto"/>
        <w:ind w:left="720" w:hanging="720"/>
        <w:jc w:val="both"/>
        <w:rPr>
          <w:rFonts w:ascii="Times New Roman" w:hAnsi="Times New Roman" w:cs="Times New Roman"/>
          <w:b/>
          <w:bCs/>
        </w:rPr>
      </w:pPr>
    </w:p>
    <w:p w14:paraId="474176E1" w14:textId="32174FA9" w:rsidR="00617F38" w:rsidRDefault="00617F38" w:rsidP="00A840A5">
      <w:pPr>
        <w:spacing w:after="0" w:line="360" w:lineRule="auto"/>
        <w:ind w:left="720" w:hanging="720"/>
        <w:jc w:val="both"/>
        <w:rPr>
          <w:rFonts w:ascii="Times New Roman" w:hAnsi="Times New Roman" w:cs="Times New Roman"/>
          <w:b/>
          <w:bCs/>
        </w:rPr>
      </w:pPr>
    </w:p>
    <w:p w14:paraId="7A075755" w14:textId="77777777" w:rsidR="00321158" w:rsidRDefault="00321158" w:rsidP="00A840A5">
      <w:pPr>
        <w:spacing w:after="0" w:line="360" w:lineRule="auto"/>
        <w:jc w:val="both"/>
        <w:rPr>
          <w:rFonts w:ascii="Times New Roman" w:eastAsia="Times New Roman" w:hAnsi="Times New Roman" w:cs="Times New Roman"/>
          <w:sz w:val="24"/>
          <w:szCs w:val="24"/>
        </w:rPr>
      </w:pPr>
    </w:p>
    <w:p w14:paraId="6A534557" w14:textId="56071222" w:rsidR="00321158" w:rsidRDefault="00CF1839" w:rsidP="00A840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98176" behindDoc="0" locked="0" layoutInCell="1" allowOverlap="1" wp14:anchorId="5A7DDF27" wp14:editId="21475970">
                <wp:simplePos x="0" y="0"/>
                <wp:positionH relativeFrom="column">
                  <wp:posOffset>137795</wp:posOffset>
                </wp:positionH>
                <wp:positionV relativeFrom="paragraph">
                  <wp:posOffset>2447863</wp:posOffset>
                </wp:positionV>
                <wp:extent cx="5811348" cy="563946"/>
                <wp:effectExtent l="0" t="0" r="18415" b="26670"/>
                <wp:wrapNone/>
                <wp:docPr id="39959254" name="Text Box 8"/>
                <wp:cNvGraphicFramePr/>
                <a:graphic xmlns:a="http://schemas.openxmlformats.org/drawingml/2006/main">
                  <a:graphicData uri="http://schemas.microsoft.com/office/word/2010/wordprocessingShape">
                    <wps:wsp>
                      <wps:cNvSpPr txBox="1"/>
                      <wps:spPr>
                        <a:xfrm>
                          <a:off x="0" y="0"/>
                          <a:ext cx="5811348" cy="563946"/>
                        </a:xfrm>
                        <a:prstGeom prst="rect">
                          <a:avLst/>
                        </a:prstGeom>
                        <a:solidFill>
                          <a:schemeClr val="lt1"/>
                        </a:solidFill>
                        <a:ln w="6350">
                          <a:solidFill>
                            <a:schemeClr val="bg1"/>
                          </a:solidFill>
                        </a:ln>
                      </wps:spPr>
                      <wps:txbx>
                        <w:txbxContent>
                          <w:p w14:paraId="2D93E2E2" w14:textId="77777777" w:rsidR="00617F38" w:rsidRDefault="00617F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7DDF27" id="Text Box 8" o:spid="_x0000_s1052" type="#_x0000_t202" style="position:absolute;left:0;text-align:left;margin-left:10.85pt;margin-top:192.75pt;width:457.6pt;height:44.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" fillcolor="white [3201]" strokecolor="white [3212]" strokeweight=".5pt">
                <v:textbox>
                  <w:txbxContent>
                    <w:p w14:paraId="2D93E2E2" w14:textId="77777777" w:rsidR="00617F38" w:rsidRDefault="00617F38"/>
                  </w:txbxContent>
                </v:textbox>
              </v:shape>
            </w:pict>
          </mc:Fallback>
        </mc:AlternateContent>
      </w:r>
      <w:r w:rsidR="00A01858" w:rsidRPr="00A01858">
        <w:t xml:space="preserve"> </w:t>
      </w:r>
      <w:r w:rsidR="00A01858" w:rsidRPr="00A01858">
        <w:rPr>
          <w:rFonts w:ascii="Times New Roman" w:eastAsia="Times New Roman" w:hAnsi="Times New Roman" w:cs="Times New Roman"/>
          <w:sz w:val="24"/>
          <w:szCs w:val="24"/>
        </w:rPr>
        <w:t xml:space="preserve">Figure 6.: Spatial variability of Erosion, Accretion, along the river section in the South and North Side of </w:t>
      </w:r>
      <w:r w:rsidR="00056B73" w:rsidRPr="00181CB0">
        <w:rPr>
          <w:rFonts w:ascii="Times New Roman" w:eastAsia="Times New Roman" w:hAnsi="Times New Roman" w:cs="Times New Roman"/>
          <w:sz w:val="24"/>
          <w:szCs w:val="24"/>
          <w:highlight w:val="yellow"/>
        </w:rPr>
        <w:t>the</w:t>
      </w:r>
      <w:r w:rsidR="00056B73">
        <w:rPr>
          <w:rFonts w:ascii="Times New Roman" w:eastAsia="Times New Roman" w:hAnsi="Times New Roman" w:cs="Times New Roman"/>
          <w:sz w:val="24"/>
          <w:szCs w:val="24"/>
        </w:rPr>
        <w:t xml:space="preserve"> </w:t>
      </w:r>
      <w:r w:rsidR="00A01858" w:rsidRPr="00A01858">
        <w:rPr>
          <w:rFonts w:ascii="Times New Roman" w:eastAsia="Times New Roman" w:hAnsi="Times New Roman" w:cs="Times New Roman"/>
          <w:sz w:val="24"/>
          <w:szCs w:val="24"/>
        </w:rPr>
        <w:t>Bridge.</w:t>
      </w:r>
    </w:p>
    <w:p w14:paraId="3FA87BA0" w14:textId="15CD3855" w:rsidR="00321158" w:rsidRDefault="00321158" w:rsidP="00A840A5">
      <w:pPr>
        <w:spacing w:after="0" w:line="360" w:lineRule="auto"/>
        <w:jc w:val="both"/>
        <w:rPr>
          <w:rFonts w:ascii="Times New Roman" w:eastAsia="Times New Roman" w:hAnsi="Times New Roman" w:cs="Times New Roman"/>
          <w:sz w:val="24"/>
          <w:szCs w:val="24"/>
        </w:rPr>
      </w:pPr>
    </w:p>
    <w:p w14:paraId="0F7B0C3F" w14:textId="77777777" w:rsidR="00321158" w:rsidRDefault="00321158" w:rsidP="00A840A5">
      <w:pPr>
        <w:spacing w:after="0" w:line="360" w:lineRule="auto"/>
        <w:jc w:val="both"/>
        <w:rPr>
          <w:rFonts w:ascii="Times New Roman" w:eastAsia="Times New Roman" w:hAnsi="Times New Roman" w:cs="Times New Roman"/>
          <w:sz w:val="24"/>
          <w:szCs w:val="24"/>
        </w:rPr>
      </w:pPr>
    </w:p>
    <w:p w14:paraId="2EA2E535" w14:textId="77777777" w:rsidR="00321158" w:rsidRDefault="00321158" w:rsidP="00A840A5">
      <w:pPr>
        <w:spacing w:after="0" w:line="360" w:lineRule="auto"/>
        <w:jc w:val="both"/>
        <w:rPr>
          <w:rFonts w:ascii="Times New Roman" w:eastAsia="Times New Roman" w:hAnsi="Times New Roman" w:cs="Times New Roman"/>
          <w:sz w:val="24"/>
          <w:szCs w:val="24"/>
        </w:rPr>
      </w:pPr>
    </w:p>
    <w:p w14:paraId="44522F68" w14:textId="0F0F2F97" w:rsidR="00321158" w:rsidRDefault="00321158" w:rsidP="00A840A5">
      <w:pPr>
        <w:spacing w:after="0" w:line="360" w:lineRule="auto"/>
        <w:jc w:val="both"/>
        <w:rPr>
          <w:rFonts w:ascii="Times New Roman" w:eastAsia="Times New Roman" w:hAnsi="Times New Roman" w:cs="Times New Roman"/>
          <w:sz w:val="24"/>
          <w:szCs w:val="24"/>
        </w:rPr>
      </w:pPr>
    </w:p>
    <w:p w14:paraId="1040D306" w14:textId="77777777" w:rsidR="00321158" w:rsidRDefault="00321158" w:rsidP="00A840A5">
      <w:pPr>
        <w:spacing w:after="0" w:line="360" w:lineRule="auto"/>
        <w:jc w:val="both"/>
        <w:rPr>
          <w:rFonts w:ascii="Times New Roman" w:eastAsia="Times New Roman" w:hAnsi="Times New Roman" w:cs="Times New Roman"/>
          <w:sz w:val="24"/>
          <w:szCs w:val="24"/>
        </w:rPr>
      </w:pPr>
    </w:p>
    <w:p w14:paraId="7D9C142B" w14:textId="17735D89" w:rsidR="00321158" w:rsidRDefault="00321158" w:rsidP="00A840A5">
      <w:pPr>
        <w:spacing w:after="0" w:line="360" w:lineRule="auto"/>
        <w:jc w:val="both"/>
        <w:rPr>
          <w:rFonts w:ascii="Times New Roman" w:eastAsia="Times New Roman" w:hAnsi="Times New Roman" w:cs="Times New Roman"/>
          <w:sz w:val="24"/>
          <w:szCs w:val="24"/>
        </w:rPr>
      </w:pPr>
    </w:p>
    <w:p w14:paraId="1949BD4D" w14:textId="628B1AF7" w:rsidR="00321158" w:rsidRDefault="00321158" w:rsidP="00A840A5">
      <w:pPr>
        <w:spacing w:after="0" w:line="360" w:lineRule="auto"/>
        <w:jc w:val="both"/>
        <w:rPr>
          <w:rFonts w:ascii="Times New Roman" w:eastAsia="Times New Roman" w:hAnsi="Times New Roman" w:cs="Times New Roman"/>
          <w:sz w:val="24"/>
          <w:szCs w:val="24"/>
        </w:rPr>
      </w:pPr>
    </w:p>
    <w:p w14:paraId="6758C33B" w14:textId="6A85C4FD" w:rsidR="00321158" w:rsidRDefault="00321158" w:rsidP="00A840A5">
      <w:pPr>
        <w:spacing w:after="0" w:line="360" w:lineRule="auto"/>
        <w:jc w:val="both"/>
        <w:rPr>
          <w:rFonts w:ascii="Times New Roman" w:eastAsia="Times New Roman" w:hAnsi="Times New Roman" w:cs="Times New Roman"/>
          <w:sz w:val="24"/>
          <w:szCs w:val="24"/>
        </w:rPr>
      </w:pPr>
    </w:p>
    <w:p w14:paraId="6A428317" w14:textId="77777777" w:rsidR="00920033" w:rsidRDefault="00920033" w:rsidP="00A840A5">
      <w:pPr>
        <w:spacing w:after="0" w:line="360" w:lineRule="auto"/>
        <w:jc w:val="both"/>
        <w:rPr>
          <w:rFonts w:ascii="Times New Roman" w:eastAsia="Times New Roman" w:hAnsi="Times New Roman" w:cs="Times New Roman"/>
          <w:sz w:val="24"/>
          <w:szCs w:val="24"/>
        </w:rPr>
      </w:pPr>
    </w:p>
    <w:p w14:paraId="663B685B" w14:textId="77777777" w:rsidR="00920033" w:rsidRDefault="00920033" w:rsidP="00A840A5">
      <w:pPr>
        <w:spacing w:after="0" w:line="360" w:lineRule="auto"/>
        <w:jc w:val="both"/>
        <w:rPr>
          <w:rFonts w:ascii="Times New Roman" w:eastAsia="Times New Roman" w:hAnsi="Times New Roman" w:cs="Times New Roman"/>
          <w:sz w:val="24"/>
          <w:szCs w:val="24"/>
        </w:rPr>
      </w:pPr>
    </w:p>
    <w:p w14:paraId="1CED62D9" w14:textId="77777777" w:rsidR="00920033" w:rsidRDefault="00920033" w:rsidP="00A840A5">
      <w:pPr>
        <w:spacing w:after="0" w:line="360" w:lineRule="auto"/>
        <w:jc w:val="both"/>
        <w:rPr>
          <w:rFonts w:ascii="Times New Roman" w:eastAsia="Times New Roman" w:hAnsi="Times New Roman" w:cs="Times New Roman"/>
          <w:sz w:val="24"/>
          <w:szCs w:val="24"/>
        </w:rPr>
      </w:pPr>
    </w:p>
    <w:p w14:paraId="46FF2D75" w14:textId="77777777" w:rsidR="00920033" w:rsidRDefault="00920033" w:rsidP="00A840A5">
      <w:pPr>
        <w:spacing w:after="0" w:line="360" w:lineRule="auto"/>
        <w:jc w:val="both"/>
        <w:rPr>
          <w:rFonts w:ascii="Times New Roman" w:eastAsia="Times New Roman" w:hAnsi="Times New Roman" w:cs="Times New Roman"/>
          <w:sz w:val="24"/>
          <w:szCs w:val="24"/>
        </w:rPr>
      </w:pPr>
    </w:p>
    <w:p w14:paraId="2CB8F6DA" w14:textId="77777777" w:rsidR="00920033" w:rsidRDefault="00920033" w:rsidP="00A840A5">
      <w:pPr>
        <w:spacing w:after="0" w:line="360" w:lineRule="auto"/>
        <w:jc w:val="both"/>
        <w:rPr>
          <w:rFonts w:ascii="Times New Roman" w:eastAsia="Times New Roman" w:hAnsi="Times New Roman" w:cs="Times New Roman"/>
          <w:sz w:val="24"/>
          <w:szCs w:val="24"/>
        </w:rPr>
      </w:pPr>
    </w:p>
    <w:p w14:paraId="6C419A95" w14:textId="77777777" w:rsidR="00920033" w:rsidRDefault="00920033" w:rsidP="00A840A5">
      <w:pPr>
        <w:spacing w:after="0" w:line="360" w:lineRule="auto"/>
        <w:jc w:val="both"/>
        <w:rPr>
          <w:rFonts w:ascii="Times New Roman" w:eastAsia="Times New Roman" w:hAnsi="Times New Roman" w:cs="Times New Roman"/>
          <w:sz w:val="24"/>
          <w:szCs w:val="24"/>
        </w:rPr>
      </w:pPr>
    </w:p>
    <w:p w14:paraId="7C8EF0F4" w14:textId="0DEC4647" w:rsidR="00A840A5" w:rsidRPr="00A840A5" w:rsidRDefault="00CD1D98" w:rsidP="00A840A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objective 3 were satisfied as shown in </w:t>
      </w:r>
      <w:r w:rsidR="00056B73" w:rsidRPr="00181CB0">
        <w:rPr>
          <w:rFonts w:ascii="Times New Roman" w:eastAsia="Times New Roman" w:hAnsi="Times New Roman" w:cs="Times New Roman"/>
          <w:sz w:val="24"/>
          <w:szCs w:val="24"/>
          <w:highlight w:val="yellow"/>
        </w:rPr>
        <w:t>Figure</w:t>
      </w:r>
      <w:r w:rsidR="00056B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6 and </w:t>
      </w:r>
      <w:r w:rsidR="00A840A5" w:rsidRPr="00A840A5">
        <w:rPr>
          <w:rFonts w:ascii="Times New Roman" w:eastAsia="Times New Roman" w:hAnsi="Times New Roman" w:cs="Times New Roman"/>
          <w:sz w:val="24"/>
          <w:szCs w:val="24"/>
        </w:rPr>
        <w:t>Table</w:t>
      </w:r>
      <w:r>
        <w:rPr>
          <w:rFonts w:ascii="Times New Roman" w:eastAsia="Times New Roman" w:hAnsi="Times New Roman" w:cs="Times New Roman"/>
          <w:sz w:val="24"/>
          <w:szCs w:val="24"/>
        </w:rPr>
        <w:t>s</w:t>
      </w:r>
      <w:r w:rsidR="00A840A5" w:rsidRPr="00A840A5">
        <w:rPr>
          <w:rFonts w:ascii="Times New Roman" w:eastAsia="Times New Roman" w:hAnsi="Times New Roman" w:cs="Times New Roman"/>
          <w:sz w:val="24"/>
          <w:szCs w:val="24"/>
        </w:rPr>
        <w:t xml:space="preserve"> 4</w:t>
      </w:r>
      <w:r>
        <w:rPr>
          <w:rFonts w:ascii="Times New Roman" w:eastAsia="Times New Roman" w:hAnsi="Times New Roman" w:cs="Times New Roman"/>
          <w:sz w:val="24"/>
          <w:szCs w:val="24"/>
        </w:rPr>
        <w:t xml:space="preserve"> and 5,</w:t>
      </w:r>
      <w:r w:rsidR="00A840A5" w:rsidRPr="00A840A5">
        <w:rPr>
          <w:rFonts w:ascii="Times New Roman" w:eastAsia="Times New Roman" w:hAnsi="Times New Roman" w:cs="Times New Roman"/>
          <w:sz w:val="24"/>
          <w:szCs w:val="24"/>
        </w:rPr>
        <w:t xml:space="preserve"> the spatial distribution of erosion and accretion patterns along the river section at the </w:t>
      </w:r>
      <w:r>
        <w:rPr>
          <w:rFonts w:ascii="Times New Roman" w:eastAsia="Times New Roman" w:hAnsi="Times New Roman" w:cs="Times New Roman"/>
          <w:sz w:val="24"/>
          <w:szCs w:val="24"/>
        </w:rPr>
        <w:t>N</w:t>
      </w:r>
      <w:r w:rsidR="00A840A5" w:rsidRPr="00A840A5">
        <w:rPr>
          <w:rFonts w:ascii="Times New Roman" w:eastAsia="Times New Roman" w:hAnsi="Times New Roman" w:cs="Times New Roman"/>
          <w:sz w:val="24"/>
          <w:szCs w:val="24"/>
        </w:rPr>
        <w:t>orth side</w:t>
      </w:r>
      <w:r>
        <w:rPr>
          <w:rFonts w:ascii="Times New Roman" w:eastAsia="Times New Roman" w:hAnsi="Times New Roman" w:cs="Times New Roman"/>
          <w:sz w:val="24"/>
          <w:szCs w:val="24"/>
        </w:rPr>
        <w:t xml:space="preserve"> and South side</w:t>
      </w:r>
      <w:r w:rsidR="00A840A5" w:rsidRPr="00A840A5">
        <w:rPr>
          <w:rFonts w:ascii="Times New Roman" w:eastAsia="Times New Roman" w:hAnsi="Times New Roman" w:cs="Times New Roman"/>
          <w:sz w:val="24"/>
          <w:szCs w:val="24"/>
        </w:rPr>
        <w:t xml:space="preserve"> of the </w:t>
      </w:r>
      <w:r>
        <w:rPr>
          <w:rFonts w:ascii="Times New Roman" w:eastAsia="Times New Roman" w:hAnsi="Times New Roman" w:cs="Times New Roman"/>
          <w:sz w:val="24"/>
          <w:szCs w:val="24"/>
        </w:rPr>
        <w:t>study area.</w:t>
      </w:r>
      <w:r w:rsidR="00A840A5" w:rsidRPr="00A840A5">
        <w:rPr>
          <w:rFonts w:ascii="Times New Roman" w:eastAsia="Times New Roman" w:hAnsi="Times New Roman" w:cs="Times New Roman"/>
          <w:sz w:val="24"/>
          <w:szCs w:val="24"/>
        </w:rPr>
        <w:t xml:space="preserve"> The results indicate significant variability in the dynamics of the shoreline, with alternating sections of erosion and accretion.</w:t>
      </w:r>
    </w:p>
    <w:p w14:paraId="3A51E247" w14:textId="3C50B90E" w:rsidR="00A840A5" w:rsidRPr="00A840A5" w:rsidRDefault="00A840A5" w:rsidP="0027143C">
      <w:pPr>
        <w:spacing w:after="0" w:line="240" w:lineRule="auto"/>
        <w:jc w:val="both"/>
        <w:rPr>
          <w:rFonts w:ascii="Times New Roman" w:hAnsi="Times New Roman" w:cs="Times New Roman"/>
          <w:b/>
          <w:bCs/>
          <w:sz w:val="24"/>
          <w:szCs w:val="24"/>
        </w:rPr>
      </w:pPr>
      <w:bookmarkStart w:id="0" w:name="_Hlk207642543"/>
      <w:r w:rsidRPr="00A840A5">
        <w:rPr>
          <w:rFonts w:ascii="Times New Roman" w:hAnsi="Times New Roman" w:cs="Times New Roman"/>
          <w:b/>
          <w:bCs/>
          <w:sz w:val="24"/>
          <w:szCs w:val="24"/>
        </w:rPr>
        <w:t xml:space="preserve">Table 4: Evaluation of Erosion, Accretion, along the River Section </w:t>
      </w:r>
      <w:r w:rsidR="00056B73" w:rsidRPr="00181CB0">
        <w:rPr>
          <w:rFonts w:ascii="Times New Roman" w:hAnsi="Times New Roman" w:cs="Times New Roman"/>
          <w:b/>
          <w:bCs/>
          <w:sz w:val="24"/>
          <w:szCs w:val="24"/>
          <w:highlight w:val="yellow"/>
        </w:rPr>
        <w:t>on</w:t>
      </w:r>
      <w:r w:rsidR="00056B73" w:rsidRPr="00181CB0">
        <w:rPr>
          <w:rFonts w:ascii="Times New Roman" w:hAnsi="Times New Roman" w:cs="Times New Roman"/>
          <w:b/>
          <w:bCs/>
          <w:sz w:val="24"/>
          <w:szCs w:val="24"/>
          <w:highlight w:val="yellow"/>
        </w:rPr>
        <w:t xml:space="preserve"> </w:t>
      </w:r>
      <w:r w:rsidRPr="00A840A5">
        <w:rPr>
          <w:rFonts w:ascii="Times New Roman" w:hAnsi="Times New Roman" w:cs="Times New Roman"/>
          <w:b/>
          <w:bCs/>
          <w:sz w:val="24"/>
          <w:szCs w:val="24"/>
        </w:rPr>
        <w:t xml:space="preserve">the North Side of </w:t>
      </w:r>
      <w:r w:rsidR="00056B73" w:rsidRPr="00181CB0">
        <w:rPr>
          <w:rFonts w:ascii="Times New Roman" w:hAnsi="Times New Roman" w:cs="Times New Roman"/>
          <w:b/>
          <w:bCs/>
          <w:sz w:val="24"/>
          <w:szCs w:val="24"/>
          <w:highlight w:val="yellow"/>
        </w:rPr>
        <w:t xml:space="preserve">the </w:t>
      </w:r>
      <w:r w:rsidRPr="00A840A5">
        <w:rPr>
          <w:rFonts w:ascii="Times New Roman" w:hAnsi="Times New Roman" w:cs="Times New Roman"/>
          <w:b/>
          <w:bCs/>
          <w:sz w:val="24"/>
          <w:szCs w:val="24"/>
        </w:rPr>
        <w:t>Bridge</w:t>
      </w:r>
    </w:p>
    <w:tbl>
      <w:tblPr>
        <w:tblStyle w:val="LightShading"/>
        <w:tblW w:w="8698" w:type="dxa"/>
        <w:shd w:val="clear" w:color="auto" w:fill="FFFFFF" w:themeFill="background1"/>
        <w:tblLook w:val="04A0" w:firstRow="1" w:lastRow="0" w:firstColumn="1" w:lastColumn="0" w:noHBand="0" w:noVBand="1"/>
      </w:tblPr>
      <w:tblGrid>
        <w:gridCol w:w="2590"/>
        <w:gridCol w:w="3219"/>
        <w:gridCol w:w="2889"/>
      </w:tblGrid>
      <w:tr w:rsidR="0027143C" w14:paraId="5B8408EB" w14:textId="77777777" w:rsidTr="0027143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EA0C60D" w14:textId="4E752FB7" w:rsidR="0027143C" w:rsidRDefault="0027143C" w:rsidP="0027143C">
            <w:pPr>
              <w:jc w:val="both"/>
              <w:rPr>
                <w:rFonts w:ascii="Times New Roman" w:hAnsi="Times New Roman" w:cs="Times New Roman"/>
                <w:b w:val="0"/>
                <w:bCs w:val="0"/>
                <w:sz w:val="24"/>
                <w:szCs w:val="24"/>
              </w:rPr>
            </w:pPr>
            <w:r w:rsidRPr="00A840A5">
              <w:rPr>
                <w:rFonts w:ascii="Times New Roman" w:eastAsia="Times New Roman" w:hAnsi="Times New Roman" w:cs="Times New Roman"/>
                <w:b w:val="0"/>
                <w:bCs w:val="0"/>
                <w:color w:val="auto"/>
                <w:sz w:val="24"/>
                <w:szCs w:val="24"/>
              </w:rPr>
              <w:t>Transect</w:t>
            </w:r>
          </w:p>
        </w:tc>
        <w:tc>
          <w:tcPr>
            <w:tcW w:w="0" w:type="auto"/>
            <w:shd w:val="clear" w:color="auto" w:fill="FFFFFF" w:themeFill="background1"/>
          </w:tcPr>
          <w:p w14:paraId="18DA98FF" w14:textId="00B456B4" w:rsidR="0027143C" w:rsidRDefault="0027143C" w:rsidP="0027143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840A5">
              <w:rPr>
                <w:rFonts w:ascii="Times New Roman" w:eastAsia="Times New Roman" w:hAnsi="Times New Roman" w:cs="Times New Roman"/>
                <w:b w:val="0"/>
                <w:bCs w:val="0"/>
                <w:color w:val="auto"/>
                <w:sz w:val="24"/>
                <w:szCs w:val="24"/>
              </w:rPr>
              <w:t>Area(m</w:t>
            </w:r>
            <w:r w:rsidRPr="00A840A5">
              <w:rPr>
                <w:rFonts w:ascii="Times New Roman" w:eastAsia="Times New Roman" w:hAnsi="Times New Roman" w:cs="Times New Roman"/>
                <w:b w:val="0"/>
                <w:bCs w:val="0"/>
                <w:color w:val="auto"/>
                <w:sz w:val="24"/>
                <w:szCs w:val="24"/>
                <w:vertAlign w:val="superscript"/>
              </w:rPr>
              <w:t>2</w:t>
            </w:r>
            <w:r w:rsidRPr="00A840A5">
              <w:rPr>
                <w:rFonts w:ascii="Times New Roman" w:eastAsia="Times New Roman" w:hAnsi="Times New Roman" w:cs="Times New Roman"/>
                <w:b w:val="0"/>
                <w:bCs w:val="0"/>
                <w:color w:val="auto"/>
                <w:sz w:val="24"/>
                <w:szCs w:val="24"/>
              </w:rPr>
              <w:t>)</w:t>
            </w:r>
          </w:p>
        </w:tc>
        <w:tc>
          <w:tcPr>
            <w:tcW w:w="0" w:type="auto"/>
            <w:shd w:val="clear" w:color="auto" w:fill="FFFFFF" w:themeFill="background1"/>
          </w:tcPr>
          <w:p w14:paraId="152C31ED" w14:textId="216ED4FD" w:rsidR="0027143C" w:rsidRDefault="0027143C" w:rsidP="0027143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A840A5">
              <w:rPr>
                <w:rFonts w:ascii="Times New Roman" w:eastAsia="Times New Roman" w:hAnsi="Times New Roman" w:cs="Times New Roman"/>
                <w:b w:val="0"/>
                <w:bCs w:val="0"/>
                <w:color w:val="auto"/>
                <w:sz w:val="24"/>
                <w:szCs w:val="24"/>
              </w:rPr>
              <w:t>Impact</w:t>
            </w:r>
          </w:p>
        </w:tc>
      </w:tr>
      <w:tr w:rsidR="0027143C" w14:paraId="1946DB0F" w14:textId="77777777" w:rsidTr="002714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3570592" w14:textId="5EEA920B" w:rsidR="0027143C" w:rsidRDefault="0027143C" w:rsidP="0027143C">
            <w:pPr>
              <w:jc w:val="both"/>
              <w:rPr>
                <w:rFonts w:ascii="Times New Roman" w:hAnsi="Times New Roman" w:cs="Times New Roman"/>
                <w:b w:val="0"/>
                <w:bCs w:val="0"/>
                <w:sz w:val="24"/>
                <w:szCs w:val="24"/>
              </w:rPr>
            </w:pPr>
            <w:r>
              <w:rPr>
                <w:rFonts w:ascii="Times New Roman" w:hAnsi="Times New Roman" w:cs="Times New Roman"/>
                <w:b w:val="0"/>
                <w:bCs w:val="0"/>
                <w:sz w:val="24"/>
                <w:szCs w:val="24"/>
              </w:rPr>
              <w:t>1-6</w:t>
            </w:r>
          </w:p>
        </w:tc>
        <w:tc>
          <w:tcPr>
            <w:tcW w:w="0" w:type="auto"/>
            <w:shd w:val="clear" w:color="auto" w:fill="FFFFFF" w:themeFill="background1"/>
          </w:tcPr>
          <w:p w14:paraId="6C7DA8F3" w14:textId="52C56320" w:rsidR="0027143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7,607.44</w:t>
            </w:r>
          </w:p>
        </w:tc>
        <w:tc>
          <w:tcPr>
            <w:tcW w:w="0" w:type="auto"/>
            <w:shd w:val="clear" w:color="auto" w:fill="FFFFFF" w:themeFill="background1"/>
          </w:tcPr>
          <w:p w14:paraId="2BC7564F" w14:textId="184CF224" w:rsidR="0027143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Accretion</w:t>
            </w:r>
          </w:p>
        </w:tc>
      </w:tr>
      <w:tr w:rsidR="0027143C" w14:paraId="181BD76D" w14:textId="77777777" w:rsidTr="0027143C">
        <w:trPr>
          <w:trHeight w:val="27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E4E976E" w14:textId="280EA28D" w:rsidR="0027143C" w:rsidRDefault="0027143C" w:rsidP="0027143C">
            <w:pPr>
              <w:jc w:val="both"/>
              <w:rPr>
                <w:rFonts w:ascii="Times New Roman" w:hAnsi="Times New Roman" w:cs="Times New Roman"/>
                <w:b w:val="0"/>
                <w:bCs w:val="0"/>
                <w:sz w:val="24"/>
                <w:szCs w:val="24"/>
              </w:rPr>
            </w:pPr>
            <w:r>
              <w:rPr>
                <w:rFonts w:ascii="Times New Roman" w:hAnsi="Times New Roman" w:cs="Times New Roman"/>
                <w:b w:val="0"/>
                <w:bCs w:val="0"/>
                <w:sz w:val="24"/>
                <w:szCs w:val="24"/>
              </w:rPr>
              <w:t>1-30</w:t>
            </w:r>
          </w:p>
        </w:tc>
        <w:tc>
          <w:tcPr>
            <w:tcW w:w="0" w:type="auto"/>
            <w:shd w:val="clear" w:color="auto" w:fill="FFFFFF" w:themeFill="background1"/>
          </w:tcPr>
          <w:p w14:paraId="38142DA7" w14:textId="4F74EE46" w:rsidR="0027143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71,409.84</w:t>
            </w:r>
          </w:p>
        </w:tc>
        <w:tc>
          <w:tcPr>
            <w:tcW w:w="0" w:type="auto"/>
            <w:shd w:val="clear" w:color="auto" w:fill="FFFFFF" w:themeFill="background1"/>
          </w:tcPr>
          <w:p w14:paraId="79283F93" w14:textId="680B47C3" w:rsidR="0027143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Erosion</w:t>
            </w:r>
          </w:p>
        </w:tc>
      </w:tr>
      <w:tr w:rsidR="0027143C" w14:paraId="15DDE5BA" w14:textId="77777777" w:rsidTr="002714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F242F29" w14:textId="2960DF6D" w:rsidR="0027143C" w:rsidRDefault="0027143C" w:rsidP="0027143C">
            <w:pPr>
              <w:jc w:val="both"/>
              <w:rPr>
                <w:rFonts w:ascii="Times New Roman" w:hAnsi="Times New Roman" w:cs="Times New Roman"/>
                <w:b w:val="0"/>
                <w:bCs w:val="0"/>
                <w:sz w:val="24"/>
                <w:szCs w:val="24"/>
              </w:rPr>
            </w:pPr>
            <w:r>
              <w:rPr>
                <w:rFonts w:ascii="Times New Roman" w:hAnsi="Times New Roman" w:cs="Times New Roman"/>
                <w:b w:val="0"/>
                <w:bCs w:val="0"/>
                <w:sz w:val="24"/>
                <w:szCs w:val="24"/>
              </w:rPr>
              <w:t>13-21</w:t>
            </w:r>
          </w:p>
        </w:tc>
        <w:tc>
          <w:tcPr>
            <w:tcW w:w="0" w:type="auto"/>
            <w:shd w:val="clear" w:color="auto" w:fill="FFFFFF" w:themeFill="background1"/>
          </w:tcPr>
          <w:p w14:paraId="2A322B70" w14:textId="65E2DD10" w:rsidR="0027143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6,317.83</w:t>
            </w:r>
          </w:p>
        </w:tc>
        <w:tc>
          <w:tcPr>
            <w:tcW w:w="0" w:type="auto"/>
            <w:shd w:val="clear" w:color="auto" w:fill="FFFFFF" w:themeFill="background1"/>
          </w:tcPr>
          <w:p w14:paraId="61B91EC2" w14:textId="7FBC9342" w:rsidR="0027143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Accretion</w:t>
            </w:r>
          </w:p>
        </w:tc>
      </w:tr>
      <w:tr w:rsidR="0027143C" w14:paraId="79657E65" w14:textId="77777777" w:rsidTr="0027143C">
        <w:trPr>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CC2BD99" w14:textId="62328AA7" w:rsidR="0027143C" w:rsidRDefault="0027143C" w:rsidP="0027143C">
            <w:pPr>
              <w:jc w:val="both"/>
              <w:rPr>
                <w:rFonts w:ascii="Times New Roman" w:hAnsi="Times New Roman" w:cs="Times New Roman"/>
                <w:b w:val="0"/>
                <w:bCs w:val="0"/>
                <w:sz w:val="24"/>
                <w:szCs w:val="24"/>
              </w:rPr>
            </w:pPr>
            <w:r>
              <w:rPr>
                <w:rFonts w:ascii="Times New Roman" w:hAnsi="Times New Roman" w:cs="Times New Roman"/>
                <w:b w:val="0"/>
                <w:bCs w:val="0"/>
                <w:sz w:val="24"/>
                <w:szCs w:val="24"/>
              </w:rPr>
              <w:t>27-45</w:t>
            </w:r>
          </w:p>
        </w:tc>
        <w:tc>
          <w:tcPr>
            <w:tcW w:w="0" w:type="auto"/>
            <w:shd w:val="clear" w:color="auto" w:fill="FFFFFF" w:themeFill="background1"/>
          </w:tcPr>
          <w:p w14:paraId="55F09D27" w14:textId="4935F0B4" w:rsidR="0027143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102,081.24</w:t>
            </w:r>
          </w:p>
        </w:tc>
        <w:tc>
          <w:tcPr>
            <w:tcW w:w="0" w:type="auto"/>
            <w:shd w:val="clear" w:color="auto" w:fill="FFFFFF" w:themeFill="background1"/>
          </w:tcPr>
          <w:p w14:paraId="0AC9C3B4" w14:textId="1AA8F7E3" w:rsidR="0027143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Accretion</w:t>
            </w:r>
          </w:p>
        </w:tc>
      </w:tr>
      <w:tr w:rsidR="0027143C" w14:paraId="596C48E5" w14:textId="77777777" w:rsidTr="002714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5AED6C3" w14:textId="2F3B4967" w:rsidR="0027143C" w:rsidRDefault="0027143C" w:rsidP="0027143C">
            <w:pPr>
              <w:jc w:val="both"/>
              <w:rPr>
                <w:rFonts w:ascii="Times New Roman" w:hAnsi="Times New Roman" w:cs="Times New Roman"/>
                <w:b w:val="0"/>
                <w:bCs w:val="0"/>
                <w:sz w:val="24"/>
                <w:szCs w:val="24"/>
              </w:rPr>
            </w:pPr>
            <w:r>
              <w:rPr>
                <w:rFonts w:ascii="Times New Roman" w:hAnsi="Times New Roman" w:cs="Times New Roman"/>
                <w:b w:val="0"/>
                <w:bCs w:val="0"/>
                <w:sz w:val="24"/>
                <w:szCs w:val="24"/>
              </w:rPr>
              <w:t>42-83</w:t>
            </w:r>
          </w:p>
        </w:tc>
        <w:tc>
          <w:tcPr>
            <w:tcW w:w="0" w:type="auto"/>
            <w:shd w:val="clear" w:color="auto" w:fill="FFFFFF" w:themeFill="background1"/>
          </w:tcPr>
          <w:p w14:paraId="5F71CA3C" w14:textId="79DD5D56" w:rsidR="0027143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338,362.38</w:t>
            </w:r>
          </w:p>
        </w:tc>
        <w:tc>
          <w:tcPr>
            <w:tcW w:w="0" w:type="auto"/>
            <w:shd w:val="clear" w:color="auto" w:fill="FFFFFF" w:themeFill="background1"/>
          </w:tcPr>
          <w:p w14:paraId="2B684002" w14:textId="7E3DCE94" w:rsidR="0027143C" w:rsidRDefault="0027143C" w:rsidP="0027143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Erosion</w:t>
            </w:r>
          </w:p>
        </w:tc>
      </w:tr>
      <w:tr w:rsidR="0027143C" w14:paraId="30EB3BF5" w14:textId="77777777" w:rsidTr="0027143C">
        <w:trPr>
          <w:trHeight w:val="28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A354D90" w14:textId="4FAC7C72" w:rsidR="0027143C" w:rsidRDefault="0027143C" w:rsidP="0027143C">
            <w:pPr>
              <w:jc w:val="both"/>
              <w:rPr>
                <w:rFonts w:ascii="Times New Roman" w:hAnsi="Times New Roman" w:cs="Times New Roman"/>
                <w:b w:val="0"/>
                <w:bCs w:val="0"/>
                <w:sz w:val="24"/>
                <w:szCs w:val="24"/>
              </w:rPr>
            </w:pPr>
            <w:r>
              <w:rPr>
                <w:rFonts w:ascii="Times New Roman" w:hAnsi="Times New Roman" w:cs="Times New Roman"/>
                <w:b w:val="0"/>
                <w:bCs w:val="0"/>
                <w:sz w:val="24"/>
                <w:szCs w:val="24"/>
              </w:rPr>
              <w:t>55-64</w:t>
            </w:r>
          </w:p>
        </w:tc>
        <w:tc>
          <w:tcPr>
            <w:tcW w:w="0" w:type="auto"/>
            <w:shd w:val="clear" w:color="auto" w:fill="FFFFFF" w:themeFill="background1"/>
          </w:tcPr>
          <w:p w14:paraId="59ED5505" w14:textId="1FF9E64D" w:rsidR="0027143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19,584.53</w:t>
            </w:r>
          </w:p>
        </w:tc>
        <w:tc>
          <w:tcPr>
            <w:tcW w:w="0" w:type="auto"/>
            <w:shd w:val="clear" w:color="auto" w:fill="FFFFFF" w:themeFill="background1"/>
          </w:tcPr>
          <w:p w14:paraId="00E37424" w14:textId="0094BD21" w:rsidR="0027143C" w:rsidRDefault="0027143C" w:rsidP="0027143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840A5">
              <w:rPr>
                <w:rFonts w:ascii="Times New Roman" w:eastAsia="Times New Roman" w:hAnsi="Times New Roman" w:cs="Times New Roman"/>
                <w:color w:val="auto"/>
                <w:sz w:val="24"/>
                <w:szCs w:val="24"/>
              </w:rPr>
              <w:t>Accretion</w:t>
            </w:r>
          </w:p>
        </w:tc>
      </w:tr>
    </w:tbl>
    <w:p w14:paraId="1247A90B" w14:textId="4DE5B4A7" w:rsidR="0027143C" w:rsidRDefault="0027143C" w:rsidP="0027143C">
      <w:pPr>
        <w:spacing w:after="0" w:line="240" w:lineRule="auto"/>
        <w:jc w:val="both"/>
        <w:rPr>
          <w:rFonts w:ascii="Times New Roman" w:hAnsi="Times New Roman" w:cs="Times New Roman"/>
          <w:b/>
          <w:bCs/>
          <w:sz w:val="24"/>
          <w:szCs w:val="24"/>
        </w:rPr>
      </w:pPr>
      <w:r w:rsidRPr="00A840A5">
        <w:rPr>
          <w:rFonts w:ascii="Times New Roman" w:hAnsi="Times New Roman" w:cs="Times New Roman"/>
          <w:b/>
          <w:bCs/>
          <w:sz w:val="24"/>
          <w:szCs w:val="24"/>
        </w:rPr>
        <w:t>Source: Author, 2025</w:t>
      </w:r>
    </w:p>
    <w:p w14:paraId="6BE9DEBA" w14:textId="77777777" w:rsidR="0027143C" w:rsidRDefault="0027143C" w:rsidP="0027143C">
      <w:pPr>
        <w:spacing w:after="0" w:line="240" w:lineRule="auto"/>
        <w:jc w:val="both"/>
        <w:rPr>
          <w:rFonts w:ascii="Times New Roman" w:hAnsi="Times New Roman" w:cs="Times New Roman"/>
          <w:b/>
          <w:bCs/>
          <w:sz w:val="24"/>
          <w:szCs w:val="24"/>
        </w:rPr>
      </w:pPr>
    </w:p>
    <w:p w14:paraId="57407BB4" w14:textId="77777777" w:rsidR="0027143C" w:rsidRDefault="0027143C" w:rsidP="0027143C">
      <w:pPr>
        <w:spacing w:after="0" w:line="240" w:lineRule="auto"/>
        <w:jc w:val="both"/>
        <w:rPr>
          <w:rFonts w:ascii="Times New Roman" w:hAnsi="Times New Roman" w:cs="Times New Roman"/>
          <w:b/>
          <w:bCs/>
          <w:sz w:val="24"/>
          <w:szCs w:val="24"/>
        </w:rPr>
      </w:pPr>
    </w:p>
    <w:p w14:paraId="621E614E" w14:textId="4DF01D8B" w:rsidR="0027143C" w:rsidRPr="00A840A5" w:rsidRDefault="0027143C" w:rsidP="0027143C">
      <w:pPr>
        <w:spacing w:after="0" w:line="240" w:lineRule="auto"/>
        <w:jc w:val="both"/>
        <w:rPr>
          <w:rFonts w:ascii="Times New Roman" w:hAnsi="Times New Roman" w:cs="Times New Roman"/>
          <w:b/>
          <w:bCs/>
          <w:sz w:val="24"/>
          <w:szCs w:val="24"/>
        </w:rPr>
      </w:pPr>
      <w:r w:rsidRPr="00A840A5">
        <w:rPr>
          <w:rFonts w:ascii="Times New Roman" w:hAnsi="Times New Roman" w:cs="Times New Roman"/>
          <w:b/>
          <w:bCs/>
          <w:sz w:val="24"/>
          <w:szCs w:val="24"/>
        </w:rPr>
        <w:t xml:space="preserve">Table </w:t>
      </w:r>
      <w:r w:rsidR="00CD1D98">
        <w:rPr>
          <w:rFonts w:ascii="Times New Roman" w:hAnsi="Times New Roman" w:cs="Times New Roman"/>
          <w:b/>
          <w:bCs/>
          <w:sz w:val="24"/>
          <w:szCs w:val="24"/>
        </w:rPr>
        <w:t>5</w:t>
      </w:r>
      <w:r w:rsidRPr="00A840A5">
        <w:rPr>
          <w:rFonts w:ascii="Times New Roman" w:hAnsi="Times New Roman" w:cs="Times New Roman"/>
          <w:b/>
          <w:bCs/>
          <w:sz w:val="24"/>
          <w:szCs w:val="24"/>
        </w:rPr>
        <w:t xml:space="preserve">: Evaluation of Erosion, Accretion, along the River Section in the </w:t>
      </w:r>
      <w:r>
        <w:rPr>
          <w:rFonts w:ascii="Times New Roman" w:hAnsi="Times New Roman" w:cs="Times New Roman"/>
          <w:b/>
          <w:bCs/>
          <w:sz w:val="24"/>
          <w:szCs w:val="24"/>
        </w:rPr>
        <w:t>South</w:t>
      </w:r>
      <w:r w:rsidRPr="00A840A5">
        <w:rPr>
          <w:rFonts w:ascii="Times New Roman" w:hAnsi="Times New Roman" w:cs="Times New Roman"/>
          <w:b/>
          <w:bCs/>
          <w:sz w:val="24"/>
          <w:szCs w:val="24"/>
        </w:rPr>
        <w:t xml:space="preserve"> Side of </w:t>
      </w:r>
      <w:r w:rsidR="00056B73" w:rsidRPr="00181CB0">
        <w:rPr>
          <w:rFonts w:ascii="Times New Roman" w:hAnsi="Times New Roman" w:cs="Times New Roman"/>
          <w:b/>
          <w:bCs/>
          <w:sz w:val="24"/>
          <w:szCs w:val="24"/>
          <w:highlight w:val="yellow"/>
        </w:rPr>
        <w:t>the</w:t>
      </w:r>
      <w:r w:rsidR="00056B73">
        <w:rPr>
          <w:rFonts w:ascii="Times New Roman" w:hAnsi="Times New Roman" w:cs="Times New Roman"/>
          <w:b/>
          <w:bCs/>
          <w:sz w:val="24"/>
          <w:szCs w:val="24"/>
        </w:rPr>
        <w:t xml:space="preserve"> </w:t>
      </w:r>
      <w:r w:rsidRPr="00A840A5">
        <w:rPr>
          <w:rFonts w:ascii="Times New Roman" w:hAnsi="Times New Roman" w:cs="Times New Roman"/>
          <w:b/>
          <w:bCs/>
          <w:sz w:val="24"/>
          <w:szCs w:val="24"/>
        </w:rPr>
        <w:t>Bridge</w:t>
      </w:r>
    </w:p>
    <w:tbl>
      <w:tblPr>
        <w:tblStyle w:val="ListTable6Colorful"/>
        <w:tblW w:w="9437" w:type="dxa"/>
        <w:shd w:val="clear" w:color="auto" w:fill="FFFFFF" w:themeFill="background1"/>
        <w:tblLook w:val="04A0" w:firstRow="1" w:lastRow="0" w:firstColumn="1" w:lastColumn="0" w:noHBand="0" w:noVBand="1"/>
      </w:tblPr>
      <w:tblGrid>
        <w:gridCol w:w="2976"/>
        <w:gridCol w:w="3329"/>
        <w:gridCol w:w="3132"/>
      </w:tblGrid>
      <w:tr w:rsidR="001A3FC8" w:rsidRPr="00A840A5" w14:paraId="2882DA2B" w14:textId="77777777" w:rsidTr="00CD1D98">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bookmarkEnd w:id="0"/>
          <w:p w14:paraId="5F0FD1C1" w14:textId="77777777" w:rsidR="001A3FC8" w:rsidRPr="00A840A5" w:rsidRDefault="001A3FC8" w:rsidP="00CD1D98">
            <w:pP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Transect</w:t>
            </w:r>
          </w:p>
        </w:tc>
        <w:tc>
          <w:tcPr>
            <w:tcW w:w="3329" w:type="dxa"/>
            <w:shd w:val="clear" w:color="auto" w:fill="FFFFFF" w:themeFill="background1"/>
            <w:noWrap/>
            <w:hideMark/>
          </w:tcPr>
          <w:p w14:paraId="7CEEB340" w14:textId="77777777" w:rsidR="001A3FC8" w:rsidRPr="00A840A5" w:rsidRDefault="001A3FC8" w:rsidP="00CD1D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Area(m</w:t>
            </w:r>
            <w:r w:rsidRPr="00A840A5">
              <w:rPr>
                <w:rFonts w:ascii="Times New Roman" w:eastAsia="Times New Roman" w:hAnsi="Times New Roman" w:cs="Times New Roman"/>
                <w:b w:val="0"/>
                <w:bCs w:val="0"/>
                <w:color w:val="auto"/>
                <w:vertAlign w:val="superscript"/>
              </w:rPr>
              <w:t>2</w:t>
            </w:r>
            <w:r w:rsidRPr="00A840A5">
              <w:rPr>
                <w:rFonts w:ascii="Times New Roman" w:eastAsia="Times New Roman" w:hAnsi="Times New Roman" w:cs="Times New Roman"/>
                <w:b w:val="0"/>
                <w:bCs w:val="0"/>
                <w:color w:val="auto"/>
              </w:rPr>
              <w:t>)</w:t>
            </w:r>
          </w:p>
        </w:tc>
        <w:tc>
          <w:tcPr>
            <w:tcW w:w="3132" w:type="dxa"/>
            <w:shd w:val="clear" w:color="auto" w:fill="FFFFFF" w:themeFill="background1"/>
            <w:noWrap/>
            <w:hideMark/>
          </w:tcPr>
          <w:p w14:paraId="6C5F8BCB" w14:textId="77777777" w:rsidR="001A3FC8" w:rsidRPr="00A840A5" w:rsidRDefault="001A3FC8" w:rsidP="00CD1D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Impact</w:t>
            </w:r>
          </w:p>
        </w:tc>
      </w:tr>
      <w:tr w:rsidR="001A3FC8" w:rsidRPr="00A840A5" w14:paraId="362DC1A2"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3EF85AFE"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1-4</w:t>
            </w:r>
          </w:p>
        </w:tc>
        <w:tc>
          <w:tcPr>
            <w:tcW w:w="3329" w:type="dxa"/>
            <w:shd w:val="clear" w:color="auto" w:fill="FFFFFF" w:themeFill="background1"/>
            <w:noWrap/>
            <w:hideMark/>
          </w:tcPr>
          <w:p w14:paraId="58C7A507" w14:textId="2DBD1C21"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16</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460.04</w:t>
            </w:r>
          </w:p>
        </w:tc>
        <w:tc>
          <w:tcPr>
            <w:tcW w:w="3132" w:type="dxa"/>
            <w:shd w:val="clear" w:color="auto" w:fill="FFFFFF" w:themeFill="background1"/>
            <w:noWrap/>
            <w:hideMark/>
          </w:tcPr>
          <w:p w14:paraId="7E12E6D0" w14:textId="77777777"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r w:rsidR="001A3FC8" w:rsidRPr="00A840A5" w14:paraId="73DF2975" w14:textId="77777777" w:rsidTr="00374FEE">
        <w:trPr>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146A384C"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lastRenderedPageBreak/>
              <w:t>3-19</w:t>
            </w:r>
          </w:p>
        </w:tc>
        <w:tc>
          <w:tcPr>
            <w:tcW w:w="3329" w:type="dxa"/>
            <w:shd w:val="clear" w:color="auto" w:fill="FFFFFF" w:themeFill="background1"/>
            <w:noWrap/>
            <w:hideMark/>
          </w:tcPr>
          <w:p w14:paraId="49FE8A49" w14:textId="4AECE6D1"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210</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505.70</w:t>
            </w:r>
          </w:p>
        </w:tc>
        <w:tc>
          <w:tcPr>
            <w:tcW w:w="3132" w:type="dxa"/>
            <w:shd w:val="clear" w:color="auto" w:fill="FFFFFF" w:themeFill="background1"/>
            <w:noWrap/>
            <w:hideMark/>
          </w:tcPr>
          <w:p w14:paraId="450BE1B8"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Accretion</w:t>
            </w:r>
          </w:p>
        </w:tc>
      </w:tr>
      <w:tr w:rsidR="001A3FC8" w:rsidRPr="00A840A5" w14:paraId="530EA35A"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534650A2"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7-8</w:t>
            </w:r>
          </w:p>
        </w:tc>
        <w:tc>
          <w:tcPr>
            <w:tcW w:w="3329" w:type="dxa"/>
            <w:shd w:val="clear" w:color="auto" w:fill="FFFFFF" w:themeFill="background1"/>
            <w:noWrap/>
            <w:hideMark/>
          </w:tcPr>
          <w:p w14:paraId="4B903CAE" w14:textId="7D5FCF0B"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2</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796.577</w:t>
            </w:r>
          </w:p>
        </w:tc>
        <w:tc>
          <w:tcPr>
            <w:tcW w:w="3132" w:type="dxa"/>
            <w:shd w:val="clear" w:color="auto" w:fill="FFFFFF" w:themeFill="background1"/>
            <w:noWrap/>
            <w:hideMark/>
          </w:tcPr>
          <w:p w14:paraId="7774B347" w14:textId="77777777"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Accretion</w:t>
            </w:r>
          </w:p>
        </w:tc>
      </w:tr>
      <w:tr w:rsidR="001A3FC8" w:rsidRPr="00A840A5" w14:paraId="7CB10285" w14:textId="77777777" w:rsidTr="00CD1D98">
        <w:trPr>
          <w:trHeight w:val="68"/>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39D9792"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7-8</w:t>
            </w:r>
          </w:p>
        </w:tc>
        <w:tc>
          <w:tcPr>
            <w:tcW w:w="3329" w:type="dxa"/>
            <w:shd w:val="clear" w:color="auto" w:fill="FFFFFF" w:themeFill="background1"/>
            <w:noWrap/>
            <w:hideMark/>
          </w:tcPr>
          <w:p w14:paraId="7FCCC11C" w14:textId="5F96C125"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2</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050.33</w:t>
            </w:r>
          </w:p>
        </w:tc>
        <w:tc>
          <w:tcPr>
            <w:tcW w:w="3132" w:type="dxa"/>
            <w:shd w:val="clear" w:color="auto" w:fill="FFFFFF" w:themeFill="background1"/>
            <w:noWrap/>
            <w:hideMark/>
          </w:tcPr>
          <w:p w14:paraId="6D193FC9"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r w:rsidR="001A3FC8" w:rsidRPr="00A840A5" w14:paraId="6C7225CD"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2DBA95F0"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14-16</w:t>
            </w:r>
          </w:p>
        </w:tc>
        <w:tc>
          <w:tcPr>
            <w:tcW w:w="3329" w:type="dxa"/>
            <w:shd w:val="clear" w:color="auto" w:fill="FFFFFF" w:themeFill="background1"/>
            <w:noWrap/>
            <w:hideMark/>
          </w:tcPr>
          <w:p w14:paraId="6A16E822" w14:textId="357C94DD"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1</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059.56</w:t>
            </w:r>
          </w:p>
        </w:tc>
        <w:tc>
          <w:tcPr>
            <w:tcW w:w="3132" w:type="dxa"/>
            <w:shd w:val="clear" w:color="auto" w:fill="FFFFFF" w:themeFill="background1"/>
            <w:noWrap/>
            <w:hideMark/>
          </w:tcPr>
          <w:p w14:paraId="0BD4594A" w14:textId="77777777"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r w:rsidR="001A3FC8" w:rsidRPr="00A840A5" w14:paraId="07A9267D" w14:textId="77777777" w:rsidTr="00374FEE">
        <w:trPr>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22112F8"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15-19</w:t>
            </w:r>
          </w:p>
        </w:tc>
        <w:tc>
          <w:tcPr>
            <w:tcW w:w="3329" w:type="dxa"/>
            <w:shd w:val="clear" w:color="auto" w:fill="FFFFFF" w:themeFill="background1"/>
            <w:noWrap/>
            <w:hideMark/>
          </w:tcPr>
          <w:p w14:paraId="79E1AAB4" w14:textId="0767B5C2"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2</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270.47</w:t>
            </w:r>
          </w:p>
        </w:tc>
        <w:tc>
          <w:tcPr>
            <w:tcW w:w="3132" w:type="dxa"/>
            <w:shd w:val="clear" w:color="auto" w:fill="FFFFFF" w:themeFill="background1"/>
            <w:noWrap/>
            <w:hideMark/>
          </w:tcPr>
          <w:p w14:paraId="615EA9E8"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Accretion</w:t>
            </w:r>
          </w:p>
        </w:tc>
      </w:tr>
      <w:tr w:rsidR="001A3FC8" w:rsidRPr="00A840A5" w14:paraId="75814A0A"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F3650E3"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15-27</w:t>
            </w:r>
          </w:p>
        </w:tc>
        <w:tc>
          <w:tcPr>
            <w:tcW w:w="3329" w:type="dxa"/>
            <w:shd w:val="clear" w:color="auto" w:fill="FFFFFF" w:themeFill="background1"/>
            <w:noWrap/>
            <w:hideMark/>
          </w:tcPr>
          <w:p w14:paraId="61CA1F9B" w14:textId="30B4944A"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76</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056.4</w:t>
            </w:r>
          </w:p>
        </w:tc>
        <w:tc>
          <w:tcPr>
            <w:tcW w:w="3132" w:type="dxa"/>
            <w:shd w:val="clear" w:color="auto" w:fill="FFFFFF" w:themeFill="background1"/>
            <w:noWrap/>
            <w:hideMark/>
          </w:tcPr>
          <w:p w14:paraId="222B62FD" w14:textId="77777777"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r w:rsidR="001A3FC8" w:rsidRPr="00A840A5" w14:paraId="52B6202A" w14:textId="77777777" w:rsidTr="00374FEE">
        <w:trPr>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C02626E"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23-30</w:t>
            </w:r>
          </w:p>
        </w:tc>
        <w:tc>
          <w:tcPr>
            <w:tcW w:w="3329" w:type="dxa"/>
            <w:shd w:val="clear" w:color="auto" w:fill="FFFFFF" w:themeFill="background1"/>
            <w:noWrap/>
            <w:hideMark/>
          </w:tcPr>
          <w:p w14:paraId="02871F75" w14:textId="1AA9B94C"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13</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101.83</w:t>
            </w:r>
          </w:p>
        </w:tc>
        <w:tc>
          <w:tcPr>
            <w:tcW w:w="3132" w:type="dxa"/>
            <w:shd w:val="clear" w:color="auto" w:fill="FFFFFF" w:themeFill="background1"/>
            <w:noWrap/>
            <w:hideMark/>
          </w:tcPr>
          <w:p w14:paraId="14CE8AF9"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Accretion</w:t>
            </w:r>
          </w:p>
        </w:tc>
      </w:tr>
      <w:tr w:rsidR="001A3FC8" w:rsidRPr="00A840A5" w14:paraId="03CFD6A9"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2FFCD475"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27-38</w:t>
            </w:r>
          </w:p>
        </w:tc>
        <w:tc>
          <w:tcPr>
            <w:tcW w:w="3329" w:type="dxa"/>
            <w:shd w:val="clear" w:color="auto" w:fill="FFFFFF" w:themeFill="background1"/>
            <w:noWrap/>
            <w:hideMark/>
          </w:tcPr>
          <w:p w14:paraId="116F673F" w14:textId="7C3646FD"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36</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548.12</w:t>
            </w:r>
          </w:p>
        </w:tc>
        <w:tc>
          <w:tcPr>
            <w:tcW w:w="3132" w:type="dxa"/>
            <w:shd w:val="clear" w:color="auto" w:fill="FFFFFF" w:themeFill="background1"/>
            <w:noWrap/>
            <w:hideMark/>
          </w:tcPr>
          <w:p w14:paraId="79D88E16" w14:textId="77777777"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r w:rsidR="001A3FC8" w:rsidRPr="00A840A5" w14:paraId="76D8D8E4" w14:textId="77777777" w:rsidTr="00374FEE">
        <w:trPr>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576ABDD3"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34-35</w:t>
            </w:r>
          </w:p>
        </w:tc>
        <w:tc>
          <w:tcPr>
            <w:tcW w:w="3329" w:type="dxa"/>
            <w:shd w:val="clear" w:color="auto" w:fill="FFFFFF" w:themeFill="background1"/>
            <w:noWrap/>
            <w:hideMark/>
          </w:tcPr>
          <w:p w14:paraId="35013CD7"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83.27828</w:t>
            </w:r>
          </w:p>
        </w:tc>
        <w:tc>
          <w:tcPr>
            <w:tcW w:w="3132" w:type="dxa"/>
            <w:shd w:val="clear" w:color="auto" w:fill="FFFFFF" w:themeFill="background1"/>
            <w:noWrap/>
            <w:hideMark/>
          </w:tcPr>
          <w:p w14:paraId="0B87E13F"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Accretion</w:t>
            </w:r>
          </w:p>
        </w:tc>
      </w:tr>
      <w:tr w:rsidR="001A3FC8" w:rsidRPr="00A840A5" w14:paraId="7D7AEFAF"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805AD11"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35-69</w:t>
            </w:r>
          </w:p>
        </w:tc>
        <w:tc>
          <w:tcPr>
            <w:tcW w:w="3329" w:type="dxa"/>
            <w:shd w:val="clear" w:color="auto" w:fill="FFFFFF" w:themeFill="background1"/>
            <w:noWrap/>
            <w:hideMark/>
          </w:tcPr>
          <w:p w14:paraId="0CCD6A54" w14:textId="494E4275"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378</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731.2</w:t>
            </w:r>
          </w:p>
        </w:tc>
        <w:tc>
          <w:tcPr>
            <w:tcW w:w="3132" w:type="dxa"/>
            <w:shd w:val="clear" w:color="auto" w:fill="FFFFFF" w:themeFill="background1"/>
            <w:noWrap/>
            <w:hideMark/>
          </w:tcPr>
          <w:p w14:paraId="3F74C373" w14:textId="77777777"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Accretion</w:t>
            </w:r>
          </w:p>
        </w:tc>
      </w:tr>
      <w:tr w:rsidR="001A3FC8" w:rsidRPr="00A840A5" w14:paraId="37AED595" w14:textId="77777777" w:rsidTr="00374FEE">
        <w:trPr>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704A15C4"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44-45</w:t>
            </w:r>
          </w:p>
        </w:tc>
        <w:tc>
          <w:tcPr>
            <w:tcW w:w="3329" w:type="dxa"/>
            <w:shd w:val="clear" w:color="auto" w:fill="FFFFFF" w:themeFill="background1"/>
            <w:noWrap/>
            <w:hideMark/>
          </w:tcPr>
          <w:p w14:paraId="6531F085"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48.71389</w:t>
            </w:r>
          </w:p>
        </w:tc>
        <w:tc>
          <w:tcPr>
            <w:tcW w:w="3132" w:type="dxa"/>
            <w:shd w:val="clear" w:color="auto" w:fill="FFFFFF" w:themeFill="background1"/>
            <w:noWrap/>
            <w:hideMark/>
          </w:tcPr>
          <w:p w14:paraId="47E502F2"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r w:rsidR="001A3FC8" w:rsidRPr="00A840A5" w14:paraId="1F48B491" w14:textId="77777777" w:rsidTr="00374FE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49447C89"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51-55</w:t>
            </w:r>
          </w:p>
        </w:tc>
        <w:tc>
          <w:tcPr>
            <w:tcW w:w="3329" w:type="dxa"/>
            <w:shd w:val="clear" w:color="auto" w:fill="FFFFFF" w:themeFill="background1"/>
            <w:noWrap/>
            <w:hideMark/>
          </w:tcPr>
          <w:p w14:paraId="636A7194" w14:textId="5A5867BB"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13</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327.18</w:t>
            </w:r>
          </w:p>
        </w:tc>
        <w:tc>
          <w:tcPr>
            <w:tcW w:w="3132" w:type="dxa"/>
            <w:shd w:val="clear" w:color="auto" w:fill="FFFFFF" w:themeFill="background1"/>
            <w:noWrap/>
            <w:hideMark/>
          </w:tcPr>
          <w:p w14:paraId="0594247E" w14:textId="77777777" w:rsidR="001A3FC8" w:rsidRPr="00A840A5" w:rsidRDefault="001A3FC8"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r w:rsidR="001A3FC8" w:rsidRPr="00A840A5" w14:paraId="179E44AB" w14:textId="77777777" w:rsidTr="00CD1D98">
        <w:trPr>
          <w:trHeight w:val="68"/>
        </w:trPr>
        <w:tc>
          <w:tcPr>
            <w:cnfStyle w:val="001000000000" w:firstRow="0" w:lastRow="0" w:firstColumn="1" w:lastColumn="0" w:oddVBand="0" w:evenVBand="0" w:oddHBand="0" w:evenHBand="0" w:firstRowFirstColumn="0" w:firstRowLastColumn="0" w:lastRowFirstColumn="0" w:lastRowLastColumn="0"/>
            <w:tcW w:w="2976" w:type="dxa"/>
            <w:shd w:val="clear" w:color="auto" w:fill="FFFFFF" w:themeFill="background1"/>
            <w:noWrap/>
            <w:hideMark/>
          </w:tcPr>
          <w:p w14:paraId="4343DA65" w14:textId="77777777" w:rsidR="001A3FC8" w:rsidRPr="00A840A5" w:rsidRDefault="001A3FC8" w:rsidP="00CD1D98">
            <w:pPr>
              <w:jc w:val="center"/>
              <w:rPr>
                <w:rFonts w:ascii="Times New Roman" w:eastAsia="Times New Roman" w:hAnsi="Times New Roman" w:cs="Times New Roman"/>
                <w:b w:val="0"/>
                <w:bCs w:val="0"/>
                <w:color w:val="auto"/>
              </w:rPr>
            </w:pPr>
            <w:r w:rsidRPr="00A840A5">
              <w:rPr>
                <w:rFonts w:ascii="Times New Roman" w:eastAsia="Times New Roman" w:hAnsi="Times New Roman" w:cs="Times New Roman"/>
                <w:b w:val="0"/>
                <w:bCs w:val="0"/>
                <w:color w:val="auto"/>
              </w:rPr>
              <w:t>61-67</w:t>
            </w:r>
          </w:p>
        </w:tc>
        <w:tc>
          <w:tcPr>
            <w:tcW w:w="3329" w:type="dxa"/>
            <w:shd w:val="clear" w:color="auto" w:fill="FFFFFF" w:themeFill="background1"/>
            <w:noWrap/>
            <w:hideMark/>
          </w:tcPr>
          <w:p w14:paraId="1D1E259E" w14:textId="0C9059FD"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1</w:t>
            </w:r>
            <w:r>
              <w:rPr>
                <w:rFonts w:ascii="Times New Roman" w:eastAsia="Times New Roman" w:hAnsi="Times New Roman" w:cs="Times New Roman"/>
                <w:color w:val="auto"/>
              </w:rPr>
              <w:t>,</w:t>
            </w:r>
            <w:r w:rsidRPr="00A840A5">
              <w:rPr>
                <w:rFonts w:ascii="Times New Roman" w:eastAsia="Times New Roman" w:hAnsi="Times New Roman" w:cs="Times New Roman"/>
                <w:color w:val="auto"/>
              </w:rPr>
              <w:t>158.134</w:t>
            </w:r>
          </w:p>
        </w:tc>
        <w:tc>
          <w:tcPr>
            <w:tcW w:w="3132" w:type="dxa"/>
            <w:shd w:val="clear" w:color="auto" w:fill="FFFFFF" w:themeFill="background1"/>
            <w:noWrap/>
            <w:hideMark/>
          </w:tcPr>
          <w:p w14:paraId="2895D878" w14:textId="77777777" w:rsidR="001A3FC8" w:rsidRPr="00A840A5" w:rsidRDefault="001A3FC8"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A840A5">
              <w:rPr>
                <w:rFonts w:ascii="Times New Roman" w:eastAsia="Times New Roman" w:hAnsi="Times New Roman" w:cs="Times New Roman"/>
                <w:color w:val="auto"/>
              </w:rPr>
              <w:t>Erosion</w:t>
            </w:r>
          </w:p>
        </w:tc>
      </w:tr>
    </w:tbl>
    <w:p w14:paraId="637D077D" w14:textId="77777777" w:rsidR="00776010" w:rsidRDefault="00776010" w:rsidP="00776010">
      <w:pPr>
        <w:spacing w:after="0" w:line="360" w:lineRule="auto"/>
        <w:jc w:val="both"/>
        <w:rPr>
          <w:rFonts w:ascii="Times New Roman" w:eastAsia="Times New Roman" w:hAnsi="Times New Roman" w:cs="Times New Roman"/>
          <w:sz w:val="24"/>
          <w:szCs w:val="24"/>
        </w:rPr>
      </w:pPr>
    </w:p>
    <w:p w14:paraId="745D446C" w14:textId="00EC4197" w:rsidR="00CD1D98" w:rsidRPr="00A840A5" w:rsidRDefault="00CD1D98" w:rsidP="0077601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objective 4 were </w:t>
      </w:r>
      <w:r w:rsidR="00056B73" w:rsidRPr="00181CB0">
        <w:rPr>
          <w:rFonts w:ascii="Times New Roman" w:eastAsia="Times New Roman" w:hAnsi="Times New Roman" w:cs="Times New Roman"/>
          <w:sz w:val="24"/>
          <w:szCs w:val="24"/>
          <w:highlight w:val="yellow"/>
        </w:rPr>
        <w:t>satisfactory</w:t>
      </w:r>
      <w:r w:rsidR="00056B73" w:rsidRPr="00181CB0">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as shown in table 6 and figures 7 and 8.</w:t>
      </w:r>
    </w:p>
    <w:p w14:paraId="4E953E98" w14:textId="7CB0C339" w:rsidR="00776010" w:rsidRPr="00A840A5" w:rsidRDefault="00776010" w:rsidP="00776010">
      <w:pPr>
        <w:spacing w:after="0" w:line="240" w:lineRule="auto"/>
        <w:jc w:val="both"/>
        <w:rPr>
          <w:rFonts w:ascii="Times New Roman" w:eastAsia="Times New Roman" w:hAnsi="Times New Roman" w:cs="Times New Roman"/>
          <w:b/>
          <w:bCs/>
          <w:sz w:val="24"/>
          <w:szCs w:val="24"/>
        </w:rPr>
      </w:pPr>
      <w:r w:rsidRPr="00A840A5">
        <w:rPr>
          <w:rFonts w:ascii="Times New Roman" w:hAnsi="Times New Roman" w:cs="Times New Roman"/>
          <w:b/>
          <w:bCs/>
          <w:sz w:val="24"/>
          <w:szCs w:val="24"/>
        </w:rPr>
        <w:t xml:space="preserve">Table </w:t>
      </w:r>
      <w:r w:rsidR="00CD1D98">
        <w:rPr>
          <w:rFonts w:ascii="Times New Roman" w:hAnsi="Times New Roman" w:cs="Times New Roman"/>
          <w:b/>
          <w:bCs/>
          <w:sz w:val="24"/>
          <w:szCs w:val="24"/>
        </w:rPr>
        <w:t>6</w:t>
      </w:r>
      <w:r w:rsidRPr="00A840A5">
        <w:rPr>
          <w:rFonts w:ascii="Times New Roman" w:hAnsi="Times New Roman" w:cs="Times New Roman"/>
          <w:b/>
          <w:bCs/>
          <w:sz w:val="24"/>
          <w:szCs w:val="24"/>
        </w:rPr>
        <w:t xml:space="preserve">: </w:t>
      </w:r>
      <w:r w:rsidRPr="00A840A5">
        <w:rPr>
          <w:rFonts w:ascii="Times New Roman" w:eastAsia="Times New Roman" w:hAnsi="Times New Roman" w:cs="Times New Roman"/>
          <w:b/>
          <w:bCs/>
          <w:sz w:val="24"/>
          <w:szCs w:val="24"/>
        </w:rPr>
        <w:t>Area of (m</w:t>
      </w:r>
      <w:r w:rsidRPr="00A840A5">
        <w:rPr>
          <w:rFonts w:ascii="Times New Roman" w:eastAsia="Times New Roman" w:hAnsi="Times New Roman" w:cs="Times New Roman"/>
          <w:b/>
          <w:bCs/>
          <w:sz w:val="24"/>
          <w:szCs w:val="24"/>
          <w:vertAlign w:val="superscript"/>
        </w:rPr>
        <w:t>2</w:t>
      </w:r>
      <w:r w:rsidRPr="00A840A5">
        <w:rPr>
          <w:rFonts w:ascii="Times New Roman" w:eastAsia="Times New Roman" w:hAnsi="Times New Roman" w:cs="Times New Roman"/>
          <w:b/>
          <w:bCs/>
          <w:sz w:val="24"/>
          <w:szCs w:val="24"/>
        </w:rPr>
        <w:t>) of Accretion and Erosion</w:t>
      </w:r>
    </w:p>
    <w:tbl>
      <w:tblPr>
        <w:tblStyle w:val="ListTable6Colorful"/>
        <w:tblW w:w="8974" w:type="dxa"/>
        <w:shd w:val="clear" w:color="auto" w:fill="FFFFFF" w:themeFill="background1"/>
        <w:tblLook w:val="04A0" w:firstRow="1" w:lastRow="0" w:firstColumn="1" w:lastColumn="0" w:noHBand="0" w:noVBand="1"/>
      </w:tblPr>
      <w:tblGrid>
        <w:gridCol w:w="1503"/>
        <w:gridCol w:w="2887"/>
        <w:gridCol w:w="2873"/>
        <w:gridCol w:w="1711"/>
      </w:tblGrid>
      <w:tr w:rsidR="00776010" w:rsidRPr="00A840A5" w14:paraId="5661A95D" w14:textId="77777777" w:rsidTr="00374FEE">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4E8F348B" w14:textId="77777777" w:rsidR="00776010" w:rsidRPr="00A840A5" w:rsidRDefault="00776010" w:rsidP="00CD1D98">
            <w:pPr>
              <w:rPr>
                <w:rFonts w:ascii="Times New Roman" w:eastAsia="Times New Roman" w:hAnsi="Times New Roman" w:cs="Times New Roman"/>
                <w:b w:val="0"/>
                <w:bCs w:val="0"/>
              </w:rPr>
            </w:pPr>
            <w:r w:rsidRPr="00A840A5">
              <w:rPr>
                <w:rFonts w:ascii="Times New Roman" w:eastAsia="Times New Roman" w:hAnsi="Times New Roman" w:cs="Times New Roman"/>
              </w:rPr>
              <w:t>S/N</w:t>
            </w:r>
          </w:p>
        </w:tc>
        <w:tc>
          <w:tcPr>
            <w:tcW w:w="2887" w:type="dxa"/>
            <w:shd w:val="clear" w:color="auto" w:fill="FFFFFF" w:themeFill="background1"/>
            <w:noWrap/>
            <w:hideMark/>
          </w:tcPr>
          <w:p w14:paraId="66DFA4D7" w14:textId="029CEE30" w:rsidR="00776010" w:rsidRPr="00A840A5" w:rsidRDefault="00776010" w:rsidP="00CD1D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A840A5">
              <w:rPr>
                <w:rFonts w:ascii="Times New Roman" w:eastAsia="Times New Roman" w:hAnsi="Times New Roman" w:cs="Times New Roman"/>
              </w:rPr>
              <w:t xml:space="preserve">Impact on Both </w:t>
            </w:r>
            <w:r w:rsidR="00056B73" w:rsidRPr="00181CB0">
              <w:rPr>
                <w:rFonts w:ascii="Times New Roman" w:eastAsia="Times New Roman" w:hAnsi="Times New Roman" w:cs="Times New Roman"/>
                <w:highlight w:val="yellow"/>
              </w:rPr>
              <w:t>Sides</w:t>
            </w:r>
          </w:p>
        </w:tc>
        <w:tc>
          <w:tcPr>
            <w:tcW w:w="2873" w:type="dxa"/>
            <w:shd w:val="clear" w:color="auto" w:fill="FFFFFF" w:themeFill="background1"/>
            <w:noWrap/>
            <w:hideMark/>
          </w:tcPr>
          <w:p w14:paraId="2CC3BEF9" w14:textId="77777777" w:rsidR="00776010" w:rsidRPr="00A840A5" w:rsidRDefault="00776010" w:rsidP="00CD1D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A840A5">
              <w:rPr>
                <w:rFonts w:ascii="Times New Roman" w:eastAsia="Times New Roman" w:hAnsi="Times New Roman" w:cs="Times New Roman"/>
              </w:rPr>
              <w:t xml:space="preserve">             Area (m2)</w:t>
            </w:r>
          </w:p>
        </w:tc>
        <w:tc>
          <w:tcPr>
            <w:tcW w:w="1711" w:type="dxa"/>
            <w:shd w:val="clear" w:color="auto" w:fill="FFFFFF" w:themeFill="background1"/>
            <w:noWrap/>
            <w:hideMark/>
          </w:tcPr>
          <w:p w14:paraId="6C821B63" w14:textId="77777777" w:rsidR="00776010" w:rsidRPr="00A840A5" w:rsidRDefault="00776010" w:rsidP="00CD1D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rPr>
            </w:pPr>
            <w:r w:rsidRPr="00A840A5">
              <w:rPr>
                <w:rFonts w:ascii="Times New Roman" w:eastAsia="Times New Roman" w:hAnsi="Times New Roman" w:cs="Times New Roman"/>
              </w:rPr>
              <w:t>Percentage</w:t>
            </w:r>
          </w:p>
        </w:tc>
      </w:tr>
      <w:tr w:rsidR="00776010" w:rsidRPr="00A840A5" w14:paraId="72D69F98" w14:textId="77777777" w:rsidTr="00374FE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7BAB2D1F" w14:textId="77777777" w:rsidR="00776010" w:rsidRPr="00A840A5" w:rsidRDefault="00776010" w:rsidP="00CD1D98">
            <w:pPr>
              <w:jc w:val="center"/>
              <w:rPr>
                <w:rFonts w:ascii="Times New Roman" w:eastAsia="Times New Roman" w:hAnsi="Times New Roman" w:cs="Times New Roman"/>
              </w:rPr>
            </w:pPr>
            <w:r w:rsidRPr="00A840A5">
              <w:rPr>
                <w:rFonts w:ascii="Times New Roman" w:eastAsia="Times New Roman" w:hAnsi="Times New Roman" w:cs="Times New Roman"/>
              </w:rPr>
              <w:t>1.</w:t>
            </w:r>
          </w:p>
        </w:tc>
        <w:tc>
          <w:tcPr>
            <w:tcW w:w="2887" w:type="dxa"/>
            <w:shd w:val="clear" w:color="auto" w:fill="FFFFFF" w:themeFill="background1"/>
            <w:noWrap/>
            <w:hideMark/>
          </w:tcPr>
          <w:p w14:paraId="70EF0461" w14:textId="77777777" w:rsidR="00776010" w:rsidRPr="00A840A5"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Erosion (North)</w:t>
            </w:r>
          </w:p>
        </w:tc>
        <w:tc>
          <w:tcPr>
            <w:tcW w:w="2873" w:type="dxa"/>
            <w:shd w:val="clear" w:color="auto" w:fill="FFFFFF" w:themeFill="background1"/>
            <w:noWrap/>
            <w:hideMark/>
          </w:tcPr>
          <w:p w14:paraId="1C8802D7" w14:textId="77777777" w:rsidR="00776010" w:rsidRPr="00A840A5"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409,772.22</w:t>
            </w:r>
          </w:p>
        </w:tc>
        <w:tc>
          <w:tcPr>
            <w:tcW w:w="1711" w:type="dxa"/>
            <w:shd w:val="clear" w:color="auto" w:fill="FFFFFF" w:themeFill="background1"/>
            <w:noWrap/>
            <w:hideMark/>
          </w:tcPr>
          <w:p w14:paraId="28E1A07D" w14:textId="77777777" w:rsidR="00776010" w:rsidRPr="00A840A5"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31.53%</w:t>
            </w:r>
          </w:p>
        </w:tc>
      </w:tr>
      <w:tr w:rsidR="00776010" w:rsidRPr="00A840A5" w14:paraId="1497951D" w14:textId="77777777" w:rsidTr="00374FEE">
        <w:trPr>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2EB56F4C" w14:textId="77777777" w:rsidR="00776010" w:rsidRPr="00A840A5" w:rsidRDefault="00776010" w:rsidP="00CD1D98">
            <w:pPr>
              <w:jc w:val="center"/>
              <w:rPr>
                <w:rFonts w:ascii="Times New Roman" w:eastAsia="Times New Roman" w:hAnsi="Times New Roman" w:cs="Times New Roman"/>
              </w:rPr>
            </w:pPr>
            <w:r w:rsidRPr="00A840A5">
              <w:rPr>
                <w:rFonts w:ascii="Times New Roman" w:eastAsia="Times New Roman" w:hAnsi="Times New Roman" w:cs="Times New Roman"/>
              </w:rPr>
              <w:t>2.</w:t>
            </w:r>
          </w:p>
        </w:tc>
        <w:tc>
          <w:tcPr>
            <w:tcW w:w="2887" w:type="dxa"/>
            <w:shd w:val="clear" w:color="auto" w:fill="FFFFFF" w:themeFill="background1"/>
            <w:noWrap/>
            <w:hideMark/>
          </w:tcPr>
          <w:p w14:paraId="017B91CD" w14:textId="77777777" w:rsidR="00776010" w:rsidRPr="00A840A5"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Erosion (South)</w:t>
            </w:r>
          </w:p>
        </w:tc>
        <w:tc>
          <w:tcPr>
            <w:tcW w:w="2873" w:type="dxa"/>
            <w:shd w:val="clear" w:color="auto" w:fill="FFFFFF" w:themeFill="background1"/>
            <w:noWrap/>
            <w:hideMark/>
          </w:tcPr>
          <w:p w14:paraId="7C951B1E" w14:textId="77777777" w:rsidR="00776010" w:rsidRPr="00A840A5"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146,708.48</w:t>
            </w:r>
          </w:p>
        </w:tc>
        <w:tc>
          <w:tcPr>
            <w:tcW w:w="1711" w:type="dxa"/>
            <w:shd w:val="clear" w:color="auto" w:fill="FFFFFF" w:themeFill="background1"/>
            <w:noWrap/>
            <w:hideMark/>
          </w:tcPr>
          <w:p w14:paraId="7F3E5032" w14:textId="77777777" w:rsidR="00776010" w:rsidRPr="00A840A5"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11.29%</w:t>
            </w:r>
          </w:p>
        </w:tc>
      </w:tr>
      <w:tr w:rsidR="00776010" w:rsidRPr="00A840A5" w14:paraId="56B02720" w14:textId="77777777" w:rsidTr="00374FE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16403242" w14:textId="77777777" w:rsidR="00776010" w:rsidRPr="00A840A5" w:rsidRDefault="00776010" w:rsidP="00CD1D98">
            <w:pPr>
              <w:jc w:val="center"/>
              <w:rPr>
                <w:rFonts w:ascii="Times New Roman" w:eastAsia="Times New Roman" w:hAnsi="Times New Roman" w:cs="Times New Roman"/>
              </w:rPr>
            </w:pPr>
            <w:r w:rsidRPr="00A840A5">
              <w:rPr>
                <w:rFonts w:ascii="Times New Roman" w:eastAsia="Times New Roman" w:hAnsi="Times New Roman" w:cs="Times New Roman"/>
              </w:rPr>
              <w:t>3.</w:t>
            </w:r>
          </w:p>
        </w:tc>
        <w:tc>
          <w:tcPr>
            <w:tcW w:w="2887" w:type="dxa"/>
            <w:shd w:val="clear" w:color="auto" w:fill="FFFFFF" w:themeFill="background1"/>
            <w:noWrap/>
            <w:hideMark/>
          </w:tcPr>
          <w:p w14:paraId="37D4D4B6" w14:textId="77777777" w:rsidR="00776010" w:rsidRPr="00A840A5"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Accretion (North)</w:t>
            </w:r>
          </w:p>
        </w:tc>
        <w:tc>
          <w:tcPr>
            <w:tcW w:w="2873" w:type="dxa"/>
            <w:shd w:val="clear" w:color="auto" w:fill="FFFFFF" w:themeFill="background1"/>
            <w:noWrap/>
            <w:hideMark/>
          </w:tcPr>
          <w:p w14:paraId="7AF10F93" w14:textId="77777777" w:rsidR="00776010" w:rsidRPr="00A840A5"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135,591.04</w:t>
            </w:r>
          </w:p>
        </w:tc>
        <w:tc>
          <w:tcPr>
            <w:tcW w:w="1711" w:type="dxa"/>
            <w:shd w:val="clear" w:color="auto" w:fill="FFFFFF" w:themeFill="background1"/>
            <w:noWrap/>
            <w:hideMark/>
          </w:tcPr>
          <w:p w14:paraId="0CEF62DB" w14:textId="77777777" w:rsidR="00776010" w:rsidRPr="00A840A5"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10.43%</w:t>
            </w:r>
          </w:p>
        </w:tc>
      </w:tr>
      <w:tr w:rsidR="00776010" w:rsidRPr="00A840A5" w14:paraId="6175863B" w14:textId="77777777" w:rsidTr="00374FEE">
        <w:trPr>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3ED9DFF9" w14:textId="77777777" w:rsidR="00776010" w:rsidRPr="00A840A5" w:rsidRDefault="00776010" w:rsidP="00CD1D98">
            <w:pPr>
              <w:jc w:val="center"/>
              <w:rPr>
                <w:rFonts w:ascii="Times New Roman" w:eastAsia="Times New Roman" w:hAnsi="Times New Roman" w:cs="Times New Roman"/>
              </w:rPr>
            </w:pPr>
            <w:r w:rsidRPr="00A840A5">
              <w:rPr>
                <w:rFonts w:ascii="Times New Roman" w:eastAsia="Times New Roman" w:hAnsi="Times New Roman" w:cs="Times New Roman"/>
              </w:rPr>
              <w:t>4.</w:t>
            </w:r>
          </w:p>
        </w:tc>
        <w:tc>
          <w:tcPr>
            <w:tcW w:w="2887" w:type="dxa"/>
            <w:shd w:val="clear" w:color="auto" w:fill="FFFFFF" w:themeFill="background1"/>
            <w:noWrap/>
            <w:hideMark/>
          </w:tcPr>
          <w:p w14:paraId="47723C22" w14:textId="77777777" w:rsidR="00776010" w:rsidRPr="00A840A5"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Accretion (South)</w:t>
            </w:r>
          </w:p>
        </w:tc>
        <w:tc>
          <w:tcPr>
            <w:tcW w:w="2873" w:type="dxa"/>
            <w:shd w:val="clear" w:color="auto" w:fill="FFFFFF" w:themeFill="background1"/>
            <w:noWrap/>
            <w:hideMark/>
          </w:tcPr>
          <w:p w14:paraId="0479B4AE" w14:textId="77777777" w:rsidR="00776010" w:rsidRPr="00A840A5"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607,489.07</w:t>
            </w:r>
          </w:p>
        </w:tc>
        <w:tc>
          <w:tcPr>
            <w:tcW w:w="1711" w:type="dxa"/>
            <w:shd w:val="clear" w:color="auto" w:fill="FFFFFF" w:themeFill="background1"/>
            <w:noWrap/>
            <w:hideMark/>
          </w:tcPr>
          <w:p w14:paraId="4C151FE6" w14:textId="77777777" w:rsidR="00776010" w:rsidRPr="00A840A5" w:rsidRDefault="00776010" w:rsidP="00CD1D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A840A5">
              <w:rPr>
                <w:rFonts w:ascii="Times New Roman" w:eastAsia="Times New Roman" w:hAnsi="Times New Roman" w:cs="Times New Roman"/>
              </w:rPr>
              <w:t>46.75%</w:t>
            </w:r>
          </w:p>
        </w:tc>
      </w:tr>
      <w:tr w:rsidR="00776010" w:rsidRPr="00A840A5" w14:paraId="7E59FD0F" w14:textId="77777777" w:rsidTr="00374FEE">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03" w:type="dxa"/>
            <w:shd w:val="clear" w:color="auto" w:fill="FFFFFF" w:themeFill="background1"/>
            <w:noWrap/>
            <w:hideMark/>
          </w:tcPr>
          <w:p w14:paraId="74AB70CE" w14:textId="77777777" w:rsidR="00776010" w:rsidRPr="00A840A5" w:rsidRDefault="00776010" w:rsidP="00CD1D98">
            <w:pPr>
              <w:jc w:val="center"/>
              <w:rPr>
                <w:rFonts w:ascii="Times New Roman" w:eastAsia="Times New Roman" w:hAnsi="Times New Roman" w:cs="Times New Roman"/>
              </w:rPr>
            </w:pPr>
            <w:r w:rsidRPr="00A840A5">
              <w:rPr>
                <w:rFonts w:ascii="Times New Roman" w:eastAsia="Times New Roman" w:hAnsi="Times New Roman" w:cs="Times New Roman"/>
              </w:rPr>
              <w:t>5.</w:t>
            </w:r>
          </w:p>
        </w:tc>
        <w:tc>
          <w:tcPr>
            <w:tcW w:w="2887" w:type="dxa"/>
            <w:shd w:val="clear" w:color="auto" w:fill="FFFFFF" w:themeFill="background1"/>
            <w:noWrap/>
            <w:hideMark/>
          </w:tcPr>
          <w:p w14:paraId="701373D6" w14:textId="77777777" w:rsidR="00776010" w:rsidRPr="00CD1D98"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CD1D98">
              <w:rPr>
                <w:rFonts w:ascii="Times New Roman" w:eastAsia="Times New Roman" w:hAnsi="Times New Roman" w:cs="Times New Roman"/>
                <w:b/>
                <w:bCs/>
              </w:rPr>
              <w:t>Total</w:t>
            </w:r>
          </w:p>
        </w:tc>
        <w:tc>
          <w:tcPr>
            <w:tcW w:w="2873" w:type="dxa"/>
            <w:shd w:val="clear" w:color="auto" w:fill="FFFFFF" w:themeFill="background1"/>
            <w:noWrap/>
            <w:hideMark/>
          </w:tcPr>
          <w:p w14:paraId="354FD340" w14:textId="77777777" w:rsidR="00776010" w:rsidRPr="00920033"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20033">
              <w:rPr>
                <w:rFonts w:ascii="Times New Roman" w:eastAsia="Times New Roman" w:hAnsi="Times New Roman" w:cs="Times New Roman"/>
                <w:b/>
                <w:bCs/>
              </w:rPr>
              <w:t>1299,560.80</w:t>
            </w:r>
          </w:p>
        </w:tc>
        <w:tc>
          <w:tcPr>
            <w:tcW w:w="1711" w:type="dxa"/>
            <w:shd w:val="clear" w:color="auto" w:fill="FFFFFF" w:themeFill="background1"/>
            <w:noWrap/>
            <w:hideMark/>
          </w:tcPr>
          <w:p w14:paraId="5268177D" w14:textId="77777777" w:rsidR="00776010" w:rsidRPr="00920033" w:rsidRDefault="00776010" w:rsidP="00CD1D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920033">
              <w:rPr>
                <w:rFonts w:ascii="Times New Roman" w:eastAsia="Times New Roman" w:hAnsi="Times New Roman" w:cs="Times New Roman"/>
                <w:b/>
                <w:bCs/>
              </w:rPr>
              <w:t>100.00%</w:t>
            </w:r>
          </w:p>
        </w:tc>
      </w:tr>
    </w:tbl>
    <w:p w14:paraId="5D4E22CE" w14:textId="3B06BA76" w:rsidR="00776010" w:rsidRDefault="00776010" w:rsidP="00776010">
      <w:pPr>
        <w:spacing w:after="0" w:line="360" w:lineRule="auto"/>
        <w:jc w:val="both"/>
        <w:rPr>
          <w:rFonts w:ascii="Times New Roman" w:hAnsi="Times New Roman" w:cs="Times New Roman"/>
          <w:b/>
          <w:bCs/>
        </w:rPr>
      </w:pPr>
      <w:r w:rsidRPr="00897ADA">
        <w:rPr>
          <w:rFonts w:ascii="Times New Roman" w:hAnsi="Times New Roman" w:cs="Times New Roman"/>
          <w:b/>
          <w:bCs/>
        </w:rPr>
        <w:t>Source: Author, 2025</w:t>
      </w:r>
    </w:p>
    <w:p w14:paraId="1121BF08" w14:textId="77777777" w:rsidR="00CF1839" w:rsidRDefault="00CF1839" w:rsidP="00A840A5">
      <w:pPr>
        <w:spacing w:after="0" w:line="360" w:lineRule="auto"/>
        <w:ind w:left="720" w:hanging="720"/>
        <w:jc w:val="both"/>
        <w:rPr>
          <w:rFonts w:ascii="Times New Roman" w:hAnsi="Times New Roman" w:cs="Times New Roman"/>
          <w:b/>
          <w:bCs/>
        </w:rPr>
      </w:pPr>
    </w:p>
    <w:p w14:paraId="223B1372" w14:textId="56AA421D" w:rsidR="00776010" w:rsidRDefault="00920033" w:rsidP="00A840A5">
      <w:pPr>
        <w:spacing w:after="0" w:line="360" w:lineRule="auto"/>
        <w:ind w:left="720" w:hanging="720"/>
        <w:jc w:val="both"/>
        <w:rPr>
          <w:rFonts w:ascii="Times New Roman" w:hAnsi="Times New Roman" w:cs="Times New Roman"/>
          <w:b/>
          <w:bCs/>
        </w:rPr>
      </w:pPr>
      <w:r>
        <w:rPr>
          <w:rFonts w:ascii="Times New Roman" w:hAnsi="Times New Roman" w:cs="Times New Roman"/>
          <w:b/>
          <w:bCs/>
          <w:noProof/>
        </w:rPr>
        <mc:AlternateContent>
          <mc:Choice Requires="wpg">
            <w:drawing>
              <wp:anchor distT="0" distB="0" distL="114300" distR="114300" simplePos="0" relativeHeight="251704320" behindDoc="1" locked="0" layoutInCell="1" allowOverlap="1" wp14:anchorId="2FDF1128" wp14:editId="5AC56075">
                <wp:simplePos x="0" y="0"/>
                <wp:positionH relativeFrom="column">
                  <wp:posOffset>204470</wp:posOffset>
                </wp:positionH>
                <wp:positionV relativeFrom="paragraph">
                  <wp:posOffset>93345</wp:posOffset>
                </wp:positionV>
                <wp:extent cx="5501640" cy="2827020"/>
                <wp:effectExtent l="0" t="0" r="22860" b="11430"/>
                <wp:wrapTight wrapText="bothSides">
                  <wp:wrapPolygon edited="0">
                    <wp:start x="0" y="0"/>
                    <wp:lineTo x="0" y="21542"/>
                    <wp:lineTo x="21615" y="21542"/>
                    <wp:lineTo x="21615" y="19504"/>
                    <wp:lineTo x="21166" y="18631"/>
                    <wp:lineTo x="21166" y="0"/>
                    <wp:lineTo x="0" y="0"/>
                  </wp:wrapPolygon>
                </wp:wrapTight>
                <wp:docPr id="1723942534" name="Group 13"/>
                <wp:cNvGraphicFramePr/>
                <a:graphic xmlns:a="http://schemas.openxmlformats.org/drawingml/2006/main">
                  <a:graphicData uri="http://schemas.microsoft.com/office/word/2010/wordprocessingGroup">
                    <wpg:wgp>
                      <wpg:cNvGrpSpPr/>
                      <wpg:grpSpPr>
                        <a:xfrm>
                          <a:off x="0" y="0"/>
                          <a:ext cx="5501640" cy="2827020"/>
                          <a:chOff x="0" y="0"/>
                          <a:chExt cx="5501640" cy="2827020"/>
                        </a:xfrm>
                      </wpg:grpSpPr>
                      <pic:pic xmlns:pic="http://schemas.openxmlformats.org/drawingml/2006/picture">
                        <pic:nvPicPr>
                          <pic:cNvPr id="2127211926" name="Picture 1995563530" descr="A graph with red and green bars&#10;&#10;AI-generated content may be incorrect."/>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7620" y="0"/>
                            <a:ext cx="5367020" cy="2522220"/>
                          </a:xfrm>
                          <a:prstGeom prst="rect">
                            <a:avLst/>
                          </a:prstGeom>
                          <a:noFill/>
                          <a:ln>
                            <a:noFill/>
                          </a:ln>
                        </pic:spPr>
                      </pic:pic>
                      <wps:wsp>
                        <wps:cNvPr id="1801305355" name="Text Box 10"/>
                        <wps:cNvSpPr txBox="1"/>
                        <wps:spPr>
                          <a:xfrm>
                            <a:off x="0" y="2545080"/>
                            <a:ext cx="5501640" cy="281940"/>
                          </a:xfrm>
                          <a:prstGeom prst="rect">
                            <a:avLst/>
                          </a:prstGeom>
                          <a:solidFill>
                            <a:schemeClr val="lt1"/>
                          </a:solidFill>
                          <a:ln w="6350">
                            <a:solidFill>
                              <a:schemeClr val="bg1"/>
                            </a:solidFill>
                          </a:ln>
                        </wps:spPr>
                        <wps:txbx>
                          <w:txbxContent>
                            <w:p w14:paraId="6B666DEE" w14:textId="77777777" w:rsidR="00C04423" w:rsidRDefault="00C044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FDF1128" id="Group 13" o:spid="_x0000_s1053" style="position:absolute;left:0;text-align:left;margin-left:16.1pt;margin-top:7.35pt;width:433.2pt;height:222.6pt;z-index:-251612160" coordsize="55016,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">
                <v:shape id="Picture 1995563530" o:spid="_x0000_s1054" type="#_x0000_t75" alt="A graph with red and green bars&#10;&#10;AI-generated content may be incorrect." style="position:absolute;left:76;width:53670;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">
                  <v:imagedata r:id="rId29" o:title="A graph with red and green bars&#10;&#10;AI-generated content may be incorrect"/>
                </v:shape>
                <v:shape id="Text Box 10" o:spid="_x0000_s1055" type="#_x0000_t202" style="position:absolute;top:25450;width:5501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" fillcolor="white [3201]" strokecolor="white [3212]" strokeweight=".5pt">
                  <v:textbox>
                    <w:txbxContent>
                      <w:p w14:paraId="6B666DEE" w14:textId="77777777" w:rsidR="00C04423" w:rsidRDefault="00C04423"/>
                    </w:txbxContent>
                  </v:textbox>
                </v:shape>
                <w10:wrap type="tight"/>
              </v:group>
            </w:pict>
          </mc:Fallback>
        </mc:AlternateContent>
      </w:r>
    </w:p>
    <w:p w14:paraId="694040CE" w14:textId="77777777" w:rsidR="00CF1839" w:rsidRDefault="00CF1839" w:rsidP="00A840A5">
      <w:pPr>
        <w:spacing w:after="0" w:line="360" w:lineRule="auto"/>
        <w:ind w:left="720" w:hanging="720"/>
        <w:jc w:val="both"/>
        <w:rPr>
          <w:rFonts w:ascii="Times New Roman" w:hAnsi="Times New Roman" w:cs="Times New Roman"/>
          <w:b/>
          <w:bCs/>
          <w:sz w:val="24"/>
          <w:szCs w:val="24"/>
        </w:rPr>
      </w:pPr>
    </w:p>
    <w:p w14:paraId="4DCAEB53" w14:textId="77777777" w:rsidR="00CF1839" w:rsidRDefault="00CF1839" w:rsidP="00A840A5">
      <w:pPr>
        <w:spacing w:after="0" w:line="360" w:lineRule="auto"/>
        <w:ind w:left="720" w:hanging="720"/>
        <w:jc w:val="both"/>
        <w:rPr>
          <w:rFonts w:ascii="Times New Roman" w:hAnsi="Times New Roman" w:cs="Times New Roman"/>
          <w:b/>
          <w:bCs/>
          <w:sz w:val="24"/>
          <w:szCs w:val="24"/>
        </w:rPr>
      </w:pPr>
    </w:p>
    <w:p w14:paraId="6DAAE2B3" w14:textId="77777777" w:rsidR="00CF1839" w:rsidRDefault="00CF1839" w:rsidP="00A840A5">
      <w:pPr>
        <w:spacing w:after="0" w:line="360" w:lineRule="auto"/>
        <w:ind w:left="720" w:hanging="720"/>
        <w:jc w:val="both"/>
        <w:rPr>
          <w:rFonts w:ascii="Times New Roman" w:hAnsi="Times New Roman" w:cs="Times New Roman"/>
          <w:b/>
          <w:bCs/>
          <w:sz w:val="24"/>
          <w:szCs w:val="24"/>
        </w:rPr>
      </w:pPr>
    </w:p>
    <w:p w14:paraId="43C243BB" w14:textId="77777777" w:rsidR="00CF1839" w:rsidRDefault="00CF1839" w:rsidP="00A840A5">
      <w:pPr>
        <w:spacing w:after="0" w:line="360" w:lineRule="auto"/>
        <w:ind w:left="720" w:hanging="720"/>
        <w:jc w:val="both"/>
        <w:rPr>
          <w:rFonts w:ascii="Times New Roman" w:hAnsi="Times New Roman" w:cs="Times New Roman"/>
          <w:b/>
          <w:bCs/>
          <w:sz w:val="24"/>
          <w:szCs w:val="24"/>
        </w:rPr>
      </w:pPr>
    </w:p>
    <w:p w14:paraId="28BE9D36" w14:textId="77777777" w:rsidR="00CF1839" w:rsidRDefault="00CF1839" w:rsidP="00A840A5">
      <w:pPr>
        <w:spacing w:after="0" w:line="360" w:lineRule="auto"/>
        <w:ind w:left="720" w:hanging="720"/>
        <w:jc w:val="both"/>
        <w:rPr>
          <w:rFonts w:ascii="Times New Roman" w:hAnsi="Times New Roman" w:cs="Times New Roman"/>
          <w:b/>
          <w:bCs/>
          <w:sz w:val="24"/>
          <w:szCs w:val="24"/>
        </w:rPr>
      </w:pPr>
    </w:p>
    <w:p w14:paraId="66999D1E" w14:textId="77777777" w:rsidR="00CF1839" w:rsidRDefault="00CF1839" w:rsidP="00A840A5">
      <w:pPr>
        <w:spacing w:after="0" w:line="360" w:lineRule="auto"/>
        <w:ind w:left="720" w:hanging="720"/>
        <w:jc w:val="both"/>
        <w:rPr>
          <w:rFonts w:ascii="Times New Roman" w:hAnsi="Times New Roman" w:cs="Times New Roman"/>
          <w:b/>
          <w:bCs/>
          <w:sz w:val="24"/>
          <w:szCs w:val="24"/>
        </w:rPr>
      </w:pPr>
    </w:p>
    <w:p w14:paraId="1E647D53" w14:textId="77777777" w:rsidR="00CF1839" w:rsidRDefault="00CF1839" w:rsidP="00A840A5">
      <w:pPr>
        <w:spacing w:after="0" w:line="360" w:lineRule="auto"/>
        <w:ind w:left="720" w:hanging="720"/>
        <w:jc w:val="both"/>
        <w:rPr>
          <w:rFonts w:ascii="Times New Roman" w:hAnsi="Times New Roman" w:cs="Times New Roman"/>
          <w:b/>
          <w:bCs/>
          <w:sz w:val="24"/>
          <w:szCs w:val="24"/>
        </w:rPr>
      </w:pPr>
    </w:p>
    <w:p w14:paraId="5B466BF5" w14:textId="77777777" w:rsidR="003524CF" w:rsidRDefault="003524CF" w:rsidP="00A840A5">
      <w:pPr>
        <w:spacing w:after="0" w:line="360" w:lineRule="auto"/>
        <w:ind w:left="720" w:hanging="720"/>
        <w:jc w:val="both"/>
        <w:rPr>
          <w:rFonts w:ascii="Times New Roman" w:hAnsi="Times New Roman" w:cs="Times New Roman"/>
          <w:b/>
          <w:bCs/>
          <w:sz w:val="24"/>
          <w:szCs w:val="24"/>
        </w:rPr>
      </w:pPr>
    </w:p>
    <w:p w14:paraId="286314C7" w14:textId="77777777" w:rsidR="003524CF" w:rsidRDefault="003524CF" w:rsidP="00A840A5">
      <w:pPr>
        <w:spacing w:after="0" w:line="360" w:lineRule="auto"/>
        <w:ind w:left="720" w:hanging="720"/>
        <w:jc w:val="both"/>
        <w:rPr>
          <w:rFonts w:ascii="Times New Roman" w:hAnsi="Times New Roman" w:cs="Times New Roman"/>
          <w:b/>
          <w:bCs/>
          <w:sz w:val="24"/>
          <w:szCs w:val="24"/>
        </w:rPr>
      </w:pPr>
    </w:p>
    <w:p w14:paraId="105AED0F" w14:textId="596A60FB" w:rsidR="003524CF" w:rsidRDefault="003524CF" w:rsidP="003524CF">
      <w:pPr>
        <w:spacing w:after="0" w:line="360" w:lineRule="auto"/>
        <w:ind w:left="720" w:hanging="720"/>
        <w:jc w:val="both"/>
        <w:rPr>
          <w:rFonts w:ascii="Times New Roman" w:hAnsi="Times New Roman" w:cs="Times New Roman"/>
          <w:b/>
          <w:bCs/>
        </w:rPr>
      </w:pPr>
      <w:r w:rsidRPr="00CF1839">
        <w:rPr>
          <w:rFonts w:ascii="Times New Roman" w:hAnsi="Times New Roman" w:cs="Times New Roman"/>
          <w:b/>
          <w:bCs/>
        </w:rPr>
        <w:t xml:space="preserve">Figure 7: Histogram of Shoreline Impact on both </w:t>
      </w:r>
      <w:r w:rsidR="00056B73" w:rsidRPr="00181CB0">
        <w:rPr>
          <w:rFonts w:ascii="Times New Roman" w:hAnsi="Times New Roman" w:cs="Times New Roman"/>
          <w:b/>
          <w:bCs/>
          <w:highlight w:val="yellow"/>
        </w:rPr>
        <w:t>sides</w:t>
      </w:r>
      <w:r w:rsidR="00056B73" w:rsidRPr="00CF1839">
        <w:rPr>
          <w:rFonts w:ascii="Times New Roman" w:hAnsi="Times New Roman" w:cs="Times New Roman"/>
          <w:b/>
          <w:bCs/>
        </w:rPr>
        <w:t xml:space="preserve"> </w:t>
      </w:r>
      <w:r w:rsidRPr="00CF1839">
        <w:rPr>
          <w:rFonts w:ascii="Times New Roman" w:hAnsi="Times New Roman" w:cs="Times New Roman"/>
          <w:b/>
          <w:bCs/>
        </w:rPr>
        <w:t>of the river (Source: Author, 2025)</w:t>
      </w:r>
    </w:p>
    <w:p w14:paraId="13A3DCD1" w14:textId="77777777" w:rsidR="003524CF" w:rsidRDefault="003524CF" w:rsidP="00A840A5">
      <w:pPr>
        <w:spacing w:after="0" w:line="360" w:lineRule="auto"/>
        <w:ind w:left="720" w:hanging="720"/>
        <w:jc w:val="both"/>
        <w:rPr>
          <w:rFonts w:ascii="Times New Roman" w:hAnsi="Times New Roman" w:cs="Times New Roman"/>
          <w:b/>
          <w:bCs/>
          <w:sz w:val="24"/>
          <w:szCs w:val="24"/>
        </w:rPr>
      </w:pPr>
    </w:p>
    <w:p w14:paraId="563327FB" w14:textId="77777777" w:rsidR="003524CF" w:rsidRDefault="003524CF" w:rsidP="00A840A5">
      <w:pPr>
        <w:spacing w:after="0" w:line="360" w:lineRule="auto"/>
        <w:ind w:left="720" w:hanging="720"/>
        <w:jc w:val="both"/>
        <w:rPr>
          <w:rFonts w:ascii="Times New Roman" w:hAnsi="Times New Roman" w:cs="Times New Roman"/>
          <w:b/>
          <w:bCs/>
          <w:sz w:val="24"/>
          <w:szCs w:val="24"/>
        </w:rPr>
      </w:pPr>
    </w:p>
    <w:p w14:paraId="0779F567" w14:textId="77777777" w:rsidR="003524CF" w:rsidRDefault="003524CF" w:rsidP="00A840A5">
      <w:pPr>
        <w:spacing w:after="0" w:line="360" w:lineRule="auto"/>
        <w:ind w:left="720" w:hanging="720"/>
        <w:jc w:val="both"/>
        <w:rPr>
          <w:rFonts w:ascii="Times New Roman" w:hAnsi="Times New Roman" w:cs="Times New Roman"/>
          <w:b/>
          <w:bCs/>
          <w:sz w:val="24"/>
          <w:szCs w:val="24"/>
        </w:rPr>
      </w:pPr>
    </w:p>
    <w:p w14:paraId="07A3759F" w14:textId="150C4672" w:rsidR="00776010" w:rsidRDefault="00CF1839" w:rsidP="00A840A5">
      <w:pPr>
        <w:spacing w:after="0" w:line="360" w:lineRule="auto"/>
        <w:ind w:left="720" w:hanging="720"/>
        <w:jc w:val="both"/>
        <w:rPr>
          <w:rFonts w:ascii="Times New Roman" w:hAnsi="Times New Roman" w:cs="Times New Roman"/>
          <w:b/>
          <w:bCs/>
          <w:sz w:val="24"/>
          <w:szCs w:val="24"/>
        </w:rPr>
      </w:pPr>
      <w:r w:rsidRPr="00CF1839">
        <w:rPr>
          <w:rFonts w:ascii="Times New Roman" w:hAnsi="Times New Roman" w:cs="Times New Roman"/>
          <w:b/>
          <w:bCs/>
          <w:sz w:val="24"/>
          <w:szCs w:val="24"/>
        </w:rPr>
        <w:t>Figure 8: Histogram of Shoreline Impact along the Transects (Source: Author, 2025)</w:t>
      </w:r>
      <w:r w:rsidR="00920033">
        <w:rPr>
          <w:rFonts w:ascii="Times New Roman" w:hAnsi="Times New Roman" w:cs="Times New Roman"/>
          <w:b/>
          <w:bCs/>
          <w:noProof/>
        </w:rPr>
        <mc:AlternateContent>
          <mc:Choice Requires="wpg">
            <w:drawing>
              <wp:anchor distT="0" distB="0" distL="114300" distR="114300" simplePos="0" relativeHeight="251706368" behindDoc="1" locked="0" layoutInCell="1" allowOverlap="1" wp14:anchorId="49D0E296" wp14:editId="611256A6">
                <wp:simplePos x="0" y="0"/>
                <wp:positionH relativeFrom="margin">
                  <wp:align>center</wp:align>
                </wp:positionH>
                <wp:positionV relativeFrom="paragraph">
                  <wp:posOffset>0</wp:posOffset>
                </wp:positionV>
                <wp:extent cx="5570220" cy="3505200"/>
                <wp:effectExtent l="0" t="0" r="11430" b="19050"/>
                <wp:wrapTight wrapText="bothSides">
                  <wp:wrapPolygon edited="0">
                    <wp:start x="0" y="0"/>
                    <wp:lineTo x="0" y="21600"/>
                    <wp:lineTo x="21570" y="21600"/>
                    <wp:lineTo x="21570" y="19957"/>
                    <wp:lineTo x="21423" y="0"/>
                    <wp:lineTo x="0" y="0"/>
                  </wp:wrapPolygon>
                </wp:wrapTight>
                <wp:docPr id="1123040733" name="Group 12"/>
                <wp:cNvGraphicFramePr/>
                <a:graphic xmlns:a="http://schemas.openxmlformats.org/drawingml/2006/main">
                  <a:graphicData uri="http://schemas.microsoft.com/office/word/2010/wordprocessingGroup">
                    <wpg:wgp>
                      <wpg:cNvGrpSpPr/>
                      <wpg:grpSpPr>
                        <a:xfrm>
                          <a:off x="0" y="0"/>
                          <a:ext cx="5570220" cy="3505200"/>
                          <a:chOff x="0" y="0"/>
                          <a:chExt cx="5760720" cy="3505200"/>
                        </a:xfrm>
                      </wpg:grpSpPr>
                      <pic:pic xmlns:pic="http://schemas.openxmlformats.org/drawingml/2006/picture">
                        <pic:nvPicPr>
                          <pic:cNvPr id="311758996" name="Picture 695020371" descr="A graph with numbers and a bar chart&#10;&#10;AI-generated content may be incorrect."/>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9760" cy="3174365"/>
                          </a:xfrm>
                          <a:prstGeom prst="rect">
                            <a:avLst/>
                          </a:prstGeom>
                          <a:noFill/>
                          <a:ln>
                            <a:noFill/>
                          </a:ln>
                        </pic:spPr>
                      </pic:pic>
                      <wps:wsp>
                        <wps:cNvPr id="300768817" name="Text Box 11"/>
                        <wps:cNvSpPr txBox="1"/>
                        <wps:spPr>
                          <a:xfrm>
                            <a:off x="7620" y="3238500"/>
                            <a:ext cx="5753100" cy="266700"/>
                          </a:xfrm>
                          <a:prstGeom prst="rect">
                            <a:avLst/>
                          </a:prstGeom>
                          <a:solidFill>
                            <a:schemeClr val="lt1"/>
                          </a:solidFill>
                          <a:ln w="6350">
                            <a:solidFill>
                              <a:schemeClr val="bg1"/>
                            </a:solidFill>
                          </a:ln>
                        </wps:spPr>
                        <wps:txbx>
                          <w:txbxContent>
                            <w:p w14:paraId="6C997F1A" w14:textId="77777777" w:rsidR="00920033" w:rsidRDefault="00920033" w:rsidP="009200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9D0E296" id="Group 12" o:spid="_x0000_s1056" style="position:absolute;left:0;text-align:left;margin-left:0;margin-top:0;width:438.6pt;height:276pt;z-index:-251610112;mso-position-horizontal:center;mso-position-horizontal-relative:margin;mso-width-relative:margin" coordsize="57607,35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">
                <v:shape id="Picture 695020371" o:spid="_x0000_s1057" type="#_x0000_t75" alt="A graph with numbers and a bar chart&#10;&#10;AI-generated content may be incorrect." style="position:absolute;width:56997;height:3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">
                  <v:imagedata r:id="rId31" o:title="A graph with numbers and a bar chart&#10;&#10;AI-generated content may be incorrect"/>
                </v:shape>
                <v:shape id="Text Box 11" o:spid="_x0000_s1058" type="#_x0000_t202" style="position:absolute;left:76;top:32385;width:575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" fillcolor="white [3201]" strokecolor="white [3212]" strokeweight=".5pt">
                  <v:textbox>
                    <w:txbxContent>
                      <w:p w14:paraId="6C997F1A" w14:textId="77777777" w:rsidR="00920033" w:rsidRDefault="00920033" w:rsidP="00920033"/>
                    </w:txbxContent>
                  </v:textbox>
                </v:shape>
                <w10:wrap type="tight" anchorx="margin"/>
              </v:group>
            </w:pict>
          </mc:Fallback>
        </mc:AlternateContent>
      </w:r>
    </w:p>
    <w:p w14:paraId="2959904B" w14:textId="3A12A873" w:rsidR="00A840A5" w:rsidRPr="0075271D" w:rsidRDefault="00CF1839" w:rsidP="00A840A5">
      <w:pPr>
        <w:spacing w:after="0" w:line="360" w:lineRule="auto"/>
        <w:rPr>
          <w:rFonts w:ascii="Times New Roman" w:hAnsi="Times New Roman" w:cs="Times New Roman"/>
          <w:b/>
          <w:bCs/>
        </w:rPr>
      </w:pPr>
      <w:r>
        <w:rPr>
          <w:rFonts w:ascii="Times New Roman" w:hAnsi="Times New Roman" w:cs="Times New Roman"/>
          <w:noProof/>
        </w:rPr>
        <w:lastRenderedPageBreak/>
        <mc:AlternateContent>
          <mc:Choice Requires="wpg">
            <w:drawing>
              <wp:anchor distT="0" distB="0" distL="114300" distR="114300" simplePos="0" relativeHeight="251702272" behindDoc="1" locked="0" layoutInCell="1" allowOverlap="1" wp14:anchorId="592093E9" wp14:editId="3A6A7F8E">
                <wp:simplePos x="0" y="0"/>
                <wp:positionH relativeFrom="margin">
                  <wp:posOffset>185420</wp:posOffset>
                </wp:positionH>
                <wp:positionV relativeFrom="paragraph">
                  <wp:posOffset>406400</wp:posOffset>
                </wp:positionV>
                <wp:extent cx="5577840" cy="3878580"/>
                <wp:effectExtent l="0" t="0" r="22860" b="26670"/>
                <wp:wrapTight wrapText="bothSides">
                  <wp:wrapPolygon edited="0">
                    <wp:start x="0" y="0"/>
                    <wp:lineTo x="0" y="20157"/>
                    <wp:lineTo x="148" y="21642"/>
                    <wp:lineTo x="21615" y="21642"/>
                    <wp:lineTo x="21615" y="0"/>
                    <wp:lineTo x="0" y="0"/>
                  </wp:wrapPolygon>
                </wp:wrapTight>
                <wp:docPr id="926702656" name="Group 10"/>
                <wp:cNvGraphicFramePr/>
                <a:graphic xmlns:a="http://schemas.openxmlformats.org/drawingml/2006/main">
                  <a:graphicData uri="http://schemas.microsoft.com/office/word/2010/wordprocessingGroup">
                    <wpg:wgp>
                      <wpg:cNvGrpSpPr/>
                      <wpg:grpSpPr>
                        <a:xfrm>
                          <a:off x="0" y="0"/>
                          <a:ext cx="5577840" cy="3878580"/>
                          <a:chOff x="0" y="0"/>
                          <a:chExt cx="5577840" cy="7764780"/>
                        </a:xfrm>
                      </wpg:grpSpPr>
                      <wps:wsp>
                        <wps:cNvPr id="1839816216" name="Text Box 9"/>
                        <wps:cNvSpPr txBox="1"/>
                        <wps:spPr>
                          <a:xfrm>
                            <a:off x="76200" y="7239000"/>
                            <a:ext cx="5501640" cy="525780"/>
                          </a:xfrm>
                          <a:prstGeom prst="rect">
                            <a:avLst/>
                          </a:prstGeom>
                          <a:solidFill>
                            <a:schemeClr val="lt1"/>
                          </a:solidFill>
                          <a:ln w="6350">
                            <a:solidFill>
                              <a:schemeClr val="bg1"/>
                            </a:solidFill>
                          </a:ln>
                        </wps:spPr>
                        <wps:txbx>
                          <w:txbxContent>
                            <w:p w14:paraId="327166B6" w14:textId="77777777" w:rsidR="00776010" w:rsidRDefault="00776010" w:rsidP="007760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45828850" name="Picture 1"/>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2600" cy="7231380"/>
                          </a:xfrm>
                          <a:prstGeom prst="rect">
                            <a:avLst/>
                          </a:prstGeom>
                          <a:noFill/>
                          <a:ln>
                            <a:noFill/>
                          </a:ln>
                        </pic:spPr>
                      </pic:pic>
                    </wpg:wgp>
                  </a:graphicData>
                </a:graphic>
                <wp14:sizeRelV relativeFrom="margin">
                  <wp14:pctHeight>0</wp14:pctHeight>
                </wp14:sizeRelV>
              </wp:anchor>
            </w:drawing>
          </mc:Choice>
          <mc:Fallback>
            <w:pict>
              <v:group w14:anchorId="592093E9" id="Group 10" o:spid="_x0000_s1059" style="position:absolute;margin-left:14.6pt;margin-top:32pt;width:439.2pt;height:305.4pt;z-index:-251614208;mso-position-horizontal-relative:margin;mso-height-relative:margin" coordsize="55778,7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">
                <v:shape id="Text Box 9" o:spid="_x0000_s1060" type="#_x0000_t202" style="position:absolute;left:762;top:72390;width:55016;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" fillcolor="white [3201]" strokecolor="white [3212]" strokeweight=".5pt">
                  <v:textbox>
                    <w:txbxContent>
                      <w:p w14:paraId="327166B6" w14:textId="77777777" w:rsidR="00776010" w:rsidRDefault="00776010" w:rsidP="00776010"/>
                    </w:txbxContent>
                  </v:textbox>
                </v:shape>
                <v:shape id="Picture 1" o:spid="_x0000_s1061" type="#_x0000_t75" style="position:absolute;width:55626;height:7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">
                  <v:imagedata r:id="rId33" o:title=""/>
                </v:shape>
                <w10:wrap type="tight" anchorx="margin"/>
              </v:group>
            </w:pict>
          </mc:Fallback>
        </mc:AlternateContent>
      </w:r>
    </w:p>
    <w:p w14:paraId="22DDD6DB" w14:textId="78D52242" w:rsidR="00CF1839" w:rsidRPr="00CF1839" w:rsidRDefault="00CF1839" w:rsidP="00CF1839">
      <w:pPr>
        <w:spacing w:after="0" w:line="360" w:lineRule="auto"/>
        <w:jc w:val="both"/>
        <w:rPr>
          <w:rFonts w:ascii="Times New Roman" w:eastAsia="Times New Roman" w:hAnsi="Times New Roman" w:cs="Times New Roman"/>
          <w:sz w:val="24"/>
          <w:szCs w:val="24"/>
        </w:rPr>
      </w:pPr>
      <w:r w:rsidRPr="00CF1839">
        <w:rPr>
          <w:rFonts w:ascii="Times New Roman" w:eastAsia="Times New Roman" w:hAnsi="Times New Roman" w:cs="Times New Roman"/>
          <w:sz w:val="24"/>
          <w:szCs w:val="24"/>
        </w:rPr>
        <w:t xml:space="preserve">Figure 9: A Composite Map showing Shoreline Impact on both </w:t>
      </w:r>
      <w:r w:rsidR="00056B73" w:rsidRPr="00181CB0">
        <w:rPr>
          <w:rFonts w:ascii="Times New Roman" w:eastAsia="Times New Roman" w:hAnsi="Times New Roman" w:cs="Times New Roman"/>
          <w:sz w:val="24"/>
          <w:szCs w:val="24"/>
          <w:highlight w:val="yellow"/>
        </w:rPr>
        <w:t>sides</w:t>
      </w:r>
      <w:r w:rsidR="00056B73" w:rsidRPr="00CF1839">
        <w:rPr>
          <w:rFonts w:ascii="Times New Roman" w:eastAsia="Times New Roman" w:hAnsi="Times New Roman" w:cs="Times New Roman"/>
          <w:sz w:val="24"/>
          <w:szCs w:val="24"/>
        </w:rPr>
        <w:t xml:space="preserve"> </w:t>
      </w:r>
      <w:r w:rsidRPr="00CF1839">
        <w:rPr>
          <w:rFonts w:ascii="Times New Roman" w:eastAsia="Times New Roman" w:hAnsi="Times New Roman" w:cs="Times New Roman"/>
          <w:sz w:val="24"/>
          <w:szCs w:val="24"/>
        </w:rPr>
        <w:t>of the river</w:t>
      </w:r>
    </w:p>
    <w:p w14:paraId="33884BCD" w14:textId="77777777" w:rsidR="00CF1839" w:rsidRPr="00CF1839" w:rsidRDefault="00CF1839" w:rsidP="00CF1839">
      <w:pPr>
        <w:spacing w:after="0" w:line="360" w:lineRule="auto"/>
        <w:jc w:val="both"/>
        <w:rPr>
          <w:rFonts w:ascii="Times New Roman" w:eastAsia="Times New Roman" w:hAnsi="Times New Roman" w:cs="Times New Roman"/>
          <w:sz w:val="24"/>
          <w:szCs w:val="24"/>
        </w:rPr>
      </w:pPr>
      <w:r w:rsidRPr="00CF1839">
        <w:rPr>
          <w:rFonts w:ascii="Times New Roman" w:eastAsia="Times New Roman" w:hAnsi="Times New Roman" w:cs="Times New Roman"/>
          <w:sz w:val="24"/>
          <w:szCs w:val="24"/>
        </w:rPr>
        <w:t>Source: Author, 2025</w:t>
      </w:r>
    </w:p>
    <w:p w14:paraId="7C343925" w14:textId="77777777" w:rsidR="00CF1839" w:rsidRDefault="00CF1839" w:rsidP="00A840A5">
      <w:pPr>
        <w:spacing w:after="0" w:line="360" w:lineRule="auto"/>
        <w:jc w:val="both"/>
        <w:rPr>
          <w:rFonts w:ascii="Times New Roman" w:eastAsia="Times New Roman" w:hAnsi="Times New Roman" w:cs="Times New Roman"/>
          <w:sz w:val="24"/>
          <w:szCs w:val="24"/>
        </w:rPr>
      </w:pPr>
    </w:p>
    <w:p w14:paraId="6C014BA9" w14:textId="2390400E" w:rsidR="00A840A5" w:rsidRPr="00936105" w:rsidRDefault="00A840A5" w:rsidP="00A840A5">
      <w:pPr>
        <w:spacing w:after="0" w:line="360" w:lineRule="auto"/>
        <w:jc w:val="both"/>
        <w:rPr>
          <w:rFonts w:ascii="Times New Roman" w:eastAsia="Times New Roman" w:hAnsi="Times New Roman" w:cs="Times New Roman"/>
          <w:sz w:val="24"/>
          <w:szCs w:val="24"/>
        </w:rPr>
      </w:pPr>
      <w:r w:rsidRPr="00A840A5">
        <w:rPr>
          <w:rFonts w:ascii="Times New Roman" w:eastAsia="Times New Roman" w:hAnsi="Times New Roman" w:cs="Times New Roman"/>
          <w:sz w:val="24"/>
          <w:szCs w:val="24"/>
        </w:rPr>
        <w:t xml:space="preserve">The results of this study provide a comprehensive understanding of the shoreline dynamics along the Patani Bridge area of the Forcados River from 2004 to 2024, revealing both erosional and accretional processes. The delineation of multi-temporal shorelines (Table 1 and Figure </w:t>
      </w:r>
      <w:r w:rsidR="004A5BD6">
        <w:rPr>
          <w:rFonts w:ascii="Times New Roman" w:eastAsia="Times New Roman" w:hAnsi="Times New Roman" w:cs="Times New Roman"/>
          <w:sz w:val="24"/>
          <w:szCs w:val="24"/>
        </w:rPr>
        <w:t>5</w:t>
      </w:r>
      <w:r w:rsidRPr="00A840A5">
        <w:rPr>
          <w:rFonts w:ascii="Times New Roman" w:eastAsia="Times New Roman" w:hAnsi="Times New Roman" w:cs="Times New Roman"/>
          <w:sz w:val="24"/>
          <w:szCs w:val="24"/>
        </w:rPr>
        <w:t xml:space="preserve">) indicates a consistent decrease in the water body area, from 46,020,639 m² in 2004 to 45,935,958 m² in 2014, and further to 45,355,856 m² in 2024. This reduction of approximately 664,782 m² over the 20-year period is indicative of a progressive encroachment of land and sediment deposition, consistent </w:t>
      </w:r>
      <w:r w:rsidRPr="00936105">
        <w:rPr>
          <w:rFonts w:ascii="Times New Roman" w:eastAsia="Times New Roman" w:hAnsi="Times New Roman" w:cs="Times New Roman"/>
          <w:sz w:val="24"/>
          <w:szCs w:val="24"/>
        </w:rPr>
        <w:t>with findings by Blum &amp; Roberts (2008)</w:t>
      </w:r>
      <w:r w:rsidR="00056B73">
        <w:rPr>
          <w:rFonts w:ascii="Times New Roman" w:eastAsia="Times New Roman" w:hAnsi="Times New Roman" w:cs="Times New Roman"/>
          <w:sz w:val="24"/>
          <w:szCs w:val="24"/>
        </w:rPr>
        <w:t>,</w:t>
      </w:r>
      <w:r w:rsidRPr="00936105">
        <w:rPr>
          <w:rFonts w:ascii="Times New Roman" w:eastAsia="Times New Roman" w:hAnsi="Times New Roman" w:cs="Times New Roman"/>
          <w:sz w:val="24"/>
          <w:szCs w:val="24"/>
        </w:rPr>
        <w:t xml:space="preserve"> who also observed sediment deposition as a key driver of shoreline shrinkage in river systems.</w:t>
      </w:r>
    </w:p>
    <w:p w14:paraId="08C07800" w14:textId="77777777" w:rsidR="00A840A5" w:rsidRPr="00936105" w:rsidRDefault="00A840A5" w:rsidP="00A840A5">
      <w:pPr>
        <w:spacing w:after="0" w:line="360" w:lineRule="auto"/>
        <w:jc w:val="both"/>
        <w:rPr>
          <w:rFonts w:ascii="Times New Roman" w:eastAsia="Times New Roman" w:hAnsi="Times New Roman" w:cs="Times New Roman"/>
          <w:sz w:val="24"/>
          <w:szCs w:val="24"/>
        </w:rPr>
      </w:pPr>
    </w:p>
    <w:p w14:paraId="5AC8572A" w14:textId="4F2FAC42" w:rsidR="00A840A5" w:rsidRPr="00936105" w:rsidRDefault="00A840A5" w:rsidP="00A840A5">
      <w:pPr>
        <w:spacing w:after="0" w:line="360" w:lineRule="auto"/>
        <w:jc w:val="both"/>
        <w:rPr>
          <w:rFonts w:ascii="Times New Roman" w:eastAsia="Times New Roman" w:hAnsi="Times New Roman" w:cs="Times New Roman"/>
          <w:sz w:val="24"/>
          <w:szCs w:val="24"/>
        </w:rPr>
      </w:pPr>
      <w:r w:rsidRPr="00936105">
        <w:rPr>
          <w:rFonts w:ascii="Times New Roman" w:eastAsia="Times New Roman" w:hAnsi="Times New Roman" w:cs="Times New Roman"/>
          <w:sz w:val="24"/>
          <w:szCs w:val="24"/>
        </w:rPr>
        <w:t>The fluctuation in shoreline length from 16,685.46</w:t>
      </w:r>
      <w:r w:rsidR="004A5BD6" w:rsidRPr="00936105">
        <w:rPr>
          <w:rFonts w:ascii="Times New Roman" w:eastAsia="Times New Roman" w:hAnsi="Times New Roman" w:cs="Times New Roman"/>
          <w:sz w:val="24"/>
          <w:szCs w:val="24"/>
        </w:rPr>
        <w:t>0</w:t>
      </w:r>
      <w:r w:rsidRPr="00936105">
        <w:rPr>
          <w:rFonts w:ascii="Times New Roman" w:eastAsia="Times New Roman" w:hAnsi="Times New Roman" w:cs="Times New Roman"/>
          <w:sz w:val="24"/>
          <w:szCs w:val="24"/>
        </w:rPr>
        <w:t xml:space="preserve"> m in 2004, 1</w:t>
      </w:r>
      <w:r w:rsidR="004A5BD6" w:rsidRPr="00936105">
        <w:rPr>
          <w:rFonts w:ascii="Times New Roman" w:eastAsia="Times New Roman" w:hAnsi="Times New Roman" w:cs="Times New Roman"/>
          <w:sz w:val="24"/>
          <w:szCs w:val="24"/>
        </w:rPr>
        <w:t>6</w:t>
      </w:r>
      <w:r w:rsidRPr="00936105">
        <w:rPr>
          <w:rFonts w:ascii="Times New Roman" w:eastAsia="Times New Roman" w:hAnsi="Times New Roman" w:cs="Times New Roman"/>
          <w:sz w:val="24"/>
          <w:szCs w:val="24"/>
        </w:rPr>
        <w:t>,</w:t>
      </w:r>
      <w:r w:rsidR="004A5BD6" w:rsidRPr="00936105">
        <w:rPr>
          <w:rFonts w:ascii="Times New Roman" w:eastAsia="Times New Roman" w:hAnsi="Times New Roman" w:cs="Times New Roman"/>
          <w:sz w:val="24"/>
          <w:szCs w:val="24"/>
        </w:rPr>
        <w:t>5</w:t>
      </w:r>
      <w:r w:rsidRPr="00936105">
        <w:rPr>
          <w:rFonts w:ascii="Times New Roman" w:eastAsia="Times New Roman" w:hAnsi="Times New Roman" w:cs="Times New Roman"/>
          <w:sz w:val="24"/>
          <w:szCs w:val="24"/>
        </w:rPr>
        <w:t>04.</w:t>
      </w:r>
      <w:r w:rsidR="004A5BD6" w:rsidRPr="00936105">
        <w:rPr>
          <w:rFonts w:ascii="Times New Roman" w:eastAsia="Times New Roman" w:hAnsi="Times New Roman" w:cs="Times New Roman"/>
          <w:sz w:val="24"/>
          <w:szCs w:val="24"/>
        </w:rPr>
        <w:t>6</w:t>
      </w:r>
      <w:r w:rsidRPr="00936105">
        <w:rPr>
          <w:rFonts w:ascii="Times New Roman" w:eastAsia="Times New Roman" w:hAnsi="Times New Roman" w:cs="Times New Roman"/>
          <w:sz w:val="24"/>
          <w:szCs w:val="24"/>
        </w:rPr>
        <w:t xml:space="preserve">2 m in 2014, and 15,824.97 m in 2024 (Table 1) underscores the dynamic nature of the river’s shoreline, which is </w:t>
      </w:r>
      <w:proofErr w:type="spellStart"/>
      <w:r w:rsidR="00056B73" w:rsidRPr="00181CB0">
        <w:rPr>
          <w:rFonts w:ascii="Times New Roman" w:eastAsia="Times New Roman" w:hAnsi="Times New Roman" w:cs="Times New Roman"/>
          <w:sz w:val="24"/>
          <w:szCs w:val="24"/>
          <w:highlight w:val="yellow"/>
        </w:rPr>
        <w:t>characterised</w:t>
      </w:r>
      <w:proofErr w:type="spellEnd"/>
      <w:r w:rsidR="00056B73" w:rsidRPr="00936105">
        <w:rPr>
          <w:rFonts w:ascii="Times New Roman" w:eastAsia="Times New Roman" w:hAnsi="Times New Roman" w:cs="Times New Roman"/>
          <w:sz w:val="24"/>
          <w:szCs w:val="24"/>
        </w:rPr>
        <w:t xml:space="preserve"> </w:t>
      </w:r>
      <w:r w:rsidRPr="00936105">
        <w:rPr>
          <w:rFonts w:ascii="Times New Roman" w:eastAsia="Times New Roman" w:hAnsi="Times New Roman" w:cs="Times New Roman"/>
          <w:sz w:val="24"/>
          <w:szCs w:val="24"/>
        </w:rPr>
        <w:lastRenderedPageBreak/>
        <w:t xml:space="preserve">by both retreat and advancement. This </w:t>
      </w:r>
      <w:proofErr w:type="spellStart"/>
      <w:r w:rsidR="00056B73" w:rsidRPr="00181CB0">
        <w:rPr>
          <w:rFonts w:ascii="Times New Roman" w:eastAsia="Times New Roman" w:hAnsi="Times New Roman" w:cs="Times New Roman"/>
          <w:sz w:val="24"/>
          <w:szCs w:val="24"/>
          <w:highlight w:val="yellow"/>
        </w:rPr>
        <w:t>behaviour</w:t>
      </w:r>
      <w:proofErr w:type="spellEnd"/>
      <w:r w:rsidR="00056B73" w:rsidRPr="00936105">
        <w:rPr>
          <w:rFonts w:ascii="Times New Roman" w:eastAsia="Times New Roman" w:hAnsi="Times New Roman" w:cs="Times New Roman"/>
          <w:sz w:val="24"/>
          <w:szCs w:val="24"/>
        </w:rPr>
        <w:t xml:space="preserve"> </w:t>
      </w:r>
      <w:r w:rsidRPr="00936105">
        <w:rPr>
          <w:rFonts w:ascii="Times New Roman" w:eastAsia="Times New Roman" w:hAnsi="Times New Roman" w:cs="Times New Roman"/>
          <w:sz w:val="24"/>
          <w:szCs w:val="24"/>
        </w:rPr>
        <w:t xml:space="preserve">is similar to the observations made by Ankrah </w:t>
      </w:r>
      <w:r w:rsidRPr="00936105">
        <w:rPr>
          <w:rFonts w:ascii="Times New Roman" w:eastAsia="Times New Roman" w:hAnsi="Times New Roman" w:cs="Times New Roman"/>
          <w:i/>
          <w:iCs/>
          <w:sz w:val="24"/>
          <w:szCs w:val="24"/>
        </w:rPr>
        <w:t>et al</w:t>
      </w:r>
      <w:r w:rsidRPr="00936105">
        <w:rPr>
          <w:rFonts w:ascii="Times New Roman" w:eastAsia="Times New Roman" w:hAnsi="Times New Roman" w:cs="Times New Roman"/>
          <w:sz w:val="24"/>
          <w:szCs w:val="24"/>
        </w:rPr>
        <w:t xml:space="preserve">. (2023), who documented similar fluctuating shoreline lengths in riverine systems experiencing natural and anthropogenic influences. Figures </w:t>
      </w:r>
      <w:r w:rsidR="004A5BD6" w:rsidRPr="00936105">
        <w:rPr>
          <w:rFonts w:ascii="Times New Roman" w:eastAsia="Times New Roman" w:hAnsi="Times New Roman" w:cs="Times New Roman"/>
          <w:sz w:val="24"/>
          <w:szCs w:val="24"/>
        </w:rPr>
        <w:t>5a, c &amp;d</w:t>
      </w:r>
      <w:r w:rsidRPr="00936105">
        <w:rPr>
          <w:rFonts w:ascii="Times New Roman" w:eastAsia="Times New Roman" w:hAnsi="Times New Roman" w:cs="Times New Roman"/>
          <w:sz w:val="24"/>
          <w:szCs w:val="24"/>
        </w:rPr>
        <w:t xml:space="preserve"> further support these trends, where areas of landward retreat and riverbank expansion are clearly depicted, and the shoreline change map (Figure </w:t>
      </w:r>
      <w:r w:rsidR="004A5BD6" w:rsidRPr="00936105">
        <w:rPr>
          <w:rFonts w:ascii="Times New Roman" w:eastAsia="Times New Roman" w:hAnsi="Times New Roman" w:cs="Times New Roman"/>
          <w:sz w:val="24"/>
          <w:szCs w:val="24"/>
        </w:rPr>
        <w:t>5b</w:t>
      </w:r>
      <w:r w:rsidRPr="00936105">
        <w:rPr>
          <w:rFonts w:ascii="Times New Roman" w:eastAsia="Times New Roman" w:hAnsi="Times New Roman" w:cs="Times New Roman"/>
          <w:sz w:val="24"/>
          <w:szCs w:val="24"/>
        </w:rPr>
        <w:t>) demonstrates these processes through the use of red and blue arrows for erosion and accretion, respectively.</w:t>
      </w:r>
    </w:p>
    <w:p w14:paraId="61BF689B" w14:textId="36F3F61B" w:rsidR="00A840A5" w:rsidRPr="00936105" w:rsidRDefault="00A840A5" w:rsidP="00A840A5">
      <w:pPr>
        <w:spacing w:after="0" w:line="360" w:lineRule="auto"/>
        <w:jc w:val="both"/>
        <w:rPr>
          <w:rFonts w:ascii="Times New Roman" w:eastAsia="Times New Roman" w:hAnsi="Times New Roman" w:cs="Times New Roman"/>
          <w:sz w:val="24"/>
          <w:szCs w:val="24"/>
        </w:rPr>
      </w:pPr>
      <w:r w:rsidRPr="00936105">
        <w:rPr>
          <w:rFonts w:ascii="Times New Roman" w:eastAsia="Times New Roman" w:hAnsi="Times New Roman" w:cs="Times New Roman"/>
          <w:sz w:val="24"/>
          <w:szCs w:val="24"/>
        </w:rPr>
        <w:t>The shoreline changes’ rates, calculated using End Point Rate (EPR) and Linear Regression Rate (LRR), reveal a dominant erosional trend in the northern section of the river (Table</w:t>
      </w:r>
      <w:r w:rsidR="004A5BD6" w:rsidRPr="00936105">
        <w:rPr>
          <w:rFonts w:ascii="Times New Roman" w:eastAsia="Times New Roman" w:hAnsi="Times New Roman" w:cs="Times New Roman"/>
          <w:sz w:val="24"/>
          <w:szCs w:val="24"/>
        </w:rPr>
        <w:t>s</w:t>
      </w:r>
      <w:r w:rsidRPr="00936105">
        <w:rPr>
          <w:rFonts w:ascii="Times New Roman" w:eastAsia="Times New Roman" w:hAnsi="Times New Roman" w:cs="Times New Roman"/>
          <w:sz w:val="24"/>
          <w:szCs w:val="24"/>
        </w:rPr>
        <w:t xml:space="preserve"> 2</w:t>
      </w:r>
      <w:r w:rsidR="004A5BD6" w:rsidRPr="00936105">
        <w:rPr>
          <w:rFonts w:ascii="Times New Roman" w:eastAsia="Times New Roman" w:hAnsi="Times New Roman" w:cs="Times New Roman"/>
          <w:sz w:val="24"/>
          <w:szCs w:val="24"/>
        </w:rPr>
        <w:t xml:space="preserve"> and 3</w:t>
      </w:r>
      <w:r w:rsidRPr="00936105">
        <w:rPr>
          <w:rFonts w:ascii="Times New Roman" w:eastAsia="Times New Roman" w:hAnsi="Times New Roman" w:cs="Times New Roman"/>
          <w:sz w:val="24"/>
          <w:szCs w:val="24"/>
        </w:rPr>
        <w:t xml:space="preserve"> and Figure </w:t>
      </w:r>
      <w:r w:rsidR="004A5BD6" w:rsidRPr="00936105">
        <w:rPr>
          <w:rFonts w:ascii="Times New Roman" w:eastAsia="Times New Roman" w:hAnsi="Times New Roman" w:cs="Times New Roman"/>
          <w:sz w:val="24"/>
          <w:szCs w:val="24"/>
        </w:rPr>
        <w:t>6</w:t>
      </w:r>
      <w:r w:rsidRPr="00936105">
        <w:rPr>
          <w:rFonts w:ascii="Times New Roman" w:eastAsia="Times New Roman" w:hAnsi="Times New Roman" w:cs="Times New Roman"/>
          <w:sz w:val="24"/>
          <w:szCs w:val="24"/>
        </w:rPr>
        <w:t xml:space="preserve">). The average EPR of -1.42 m/yr and LRR of -0.85 m/yr in the </w:t>
      </w:r>
      <w:r w:rsidR="004A5BD6" w:rsidRPr="00936105">
        <w:rPr>
          <w:rFonts w:ascii="Times New Roman" w:eastAsia="Times New Roman" w:hAnsi="Times New Roman" w:cs="Times New Roman"/>
          <w:sz w:val="24"/>
          <w:szCs w:val="24"/>
        </w:rPr>
        <w:t>N</w:t>
      </w:r>
      <w:r w:rsidRPr="00936105">
        <w:rPr>
          <w:rFonts w:ascii="Times New Roman" w:eastAsia="Times New Roman" w:hAnsi="Times New Roman" w:cs="Times New Roman"/>
          <w:sz w:val="24"/>
          <w:szCs w:val="24"/>
        </w:rPr>
        <w:t xml:space="preserve">orthern direction are indicative of steady shoreline retreat, consistent with the findings </w:t>
      </w:r>
      <w:r w:rsidR="009904D5">
        <w:rPr>
          <w:rFonts w:ascii="Times New Roman" w:eastAsia="Times New Roman" w:hAnsi="Times New Roman" w:cs="Times New Roman"/>
          <w:sz w:val="24"/>
          <w:szCs w:val="24"/>
        </w:rPr>
        <w:t xml:space="preserve">of </w:t>
      </w:r>
      <w:r w:rsidR="009904D5" w:rsidRPr="00936105">
        <w:rPr>
          <w:rFonts w:ascii="Times New Roman" w:eastAsia="Times New Roman" w:hAnsi="Times New Roman" w:cs="Times New Roman"/>
          <w:sz w:val="24"/>
          <w:szCs w:val="24"/>
        </w:rPr>
        <w:t>Yusoff and Zainal (2016)</w:t>
      </w:r>
      <w:r w:rsidRPr="00936105">
        <w:rPr>
          <w:rFonts w:ascii="Times New Roman" w:eastAsia="Times New Roman" w:hAnsi="Times New Roman" w:cs="Times New Roman"/>
          <w:sz w:val="24"/>
          <w:szCs w:val="24"/>
        </w:rPr>
        <w:t>, who observed similar patterns of erosion in river sections influenced by both hydrodynamic forces and human activities such as sand mining. The maximum erosion rate of -12.95 m/yr at transect 73 further highlights areas of severe erosion, reflecting hotspot zones identified in other studies, such as the work of Vermeer and Rahmstorf (2009), who observed accelerated erosion rates in unstable riverbank zones.</w:t>
      </w:r>
    </w:p>
    <w:p w14:paraId="7A7B40DC" w14:textId="6C252465" w:rsidR="00A840A5" w:rsidRPr="00936105" w:rsidRDefault="00A840A5" w:rsidP="00A840A5">
      <w:pPr>
        <w:spacing w:after="0" w:line="360" w:lineRule="auto"/>
        <w:jc w:val="both"/>
        <w:rPr>
          <w:rFonts w:ascii="Times New Roman" w:eastAsia="Times New Roman" w:hAnsi="Times New Roman" w:cs="Times New Roman"/>
          <w:sz w:val="24"/>
          <w:szCs w:val="24"/>
        </w:rPr>
      </w:pPr>
      <w:r w:rsidRPr="00936105">
        <w:rPr>
          <w:rFonts w:ascii="Times New Roman" w:eastAsia="Times New Roman" w:hAnsi="Times New Roman" w:cs="Times New Roman"/>
          <w:sz w:val="24"/>
          <w:szCs w:val="24"/>
        </w:rPr>
        <w:t>In contrast, the southern section (Table 2 and</w:t>
      </w:r>
      <w:r w:rsidR="0010751A" w:rsidRPr="00936105">
        <w:rPr>
          <w:rFonts w:ascii="Times New Roman" w:eastAsia="Times New Roman" w:hAnsi="Times New Roman" w:cs="Times New Roman"/>
          <w:sz w:val="24"/>
          <w:szCs w:val="24"/>
        </w:rPr>
        <w:t xml:space="preserve"> 3</w:t>
      </w:r>
      <w:r w:rsidRPr="00936105">
        <w:rPr>
          <w:rFonts w:ascii="Times New Roman" w:eastAsia="Times New Roman" w:hAnsi="Times New Roman" w:cs="Times New Roman"/>
          <w:sz w:val="24"/>
          <w:szCs w:val="24"/>
        </w:rPr>
        <w:t xml:space="preserve"> </w:t>
      </w:r>
      <w:r w:rsidR="0010751A" w:rsidRPr="00936105">
        <w:rPr>
          <w:rFonts w:ascii="Times New Roman" w:eastAsia="Times New Roman" w:hAnsi="Times New Roman" w:cs="Times New Roman"/>
          <w:sz w:val="24"/>
          <w:szCs w:val="24"/>
        </w:rPr>
        <w:t xml:space="preserve">and </w:t>
      </w:r>
      <w:r w:rsidRPr="00936105">
        <w:rPr>
          <w:rFonts w:ascii="Times New Roman" w:eastAsia="Times New Roman" w:hAnsi="Times New Roman" w:cs="Times New Roman"/>
          <w:sz w:val="24"/>
          <w:szCs w:val="24"/>
        </w:rPr>
        <w:t xml:space="preserve">Figure </w:t>
      </w:r>
      <w:r w:rsidR="0010751A" w:rsidRPr="00936105">
        <w:rPr>
          <w:rFonts w:ascii="Times New Roman" w:eastAsia="Times New Roman" w:hAnsi="Times New Roman" w:cs="Times New Roman"/>
          <w:sz w:val="24"/>
          <w:szCs w:val="24"/>
        </w:rPr>
        <w:t>6</w:t>
      </w:r>
      <w:r w:rsidRPr="00936105">
        <w:rPr>
          <w:rFonts w:ascii="Times New Roman" w:eastAsia="Times New Roman" w:hAnsi="Times New Roman" w:cs="Times New Roman"/>
          <w:sz w:val="24"/>
          <w:szCs w:val="24"/>
        </w:rPr>
        <w:t>) showed a more pronounced erosional trend with an average EPR of -3.0 m/yr and LRR of -3.04 m/yr, similar to the findings of Yusoff and Zainal (</w:t>
      </w:r>
      <w:r w:rsidR="0010751A" w:rsidRPr="00936105">
        <w:rPr>
          <w:rFonts w:ascii="Times New Roman" w:eastAsia="Times New Roman" w:hAnsi="Times New Roman" w:cs="Times New Roman"/>
          <w:sz w:val="24"/>
          <w:szCs w:val="24"/>
        </w:rPr>
        <w:t>2016)</w:t>
      </w:r>
      <w:r w:rsidRPr="00936105">
        <w:rPr>
          <w:rFonts w:ascii="Times New Roman" w:eastAsia="Times New Roman" w:hAnsi="Times New Roman" w:cs="Times New Roman"/>
          <w:sz w:val="24"/>
          <w:szCs w:val="24"/>
        </w:rPr>
        <w:t>, who reported higher erosion rates in southern river sections. The maximum erosion rate of -21.43 m/yr at transect 14, indicating extreme shoreline instability, underscores the vulnerability of the southern riverbank to degradation, as highlighted by Yesuph, &amp; Dagnew (2019), who noted that such rapid erosion often results from a combination of natural forces and human-induced changes such as land use and construction.</w:t>
      </w:r>
    </w:p>
    <w:p w14:paraId="6574325A" w14:textId="77777777" w:rsidR="00A840A5" w:rsidRPr="00936105" w:rsidRDefault="00A840A5" w:rsidP="00A840A5">
      <w:pPr>
        <w:spacing w:after="0" w:line="360" w:lineRule="auto"/>
        <w:jc w:val="both"/>
        <w:rPr>
          <w:rFonts w:ascii="Times New Roman" w:eastAsia="Times New Roman" w:hAnsi="Times New Roman" w:cs="Times New Roman"/>
          <w:sz w:val="24"/>
          <w:szCs w:val="24"/>
        </w:rPr>
      </w:pPr>
    </w:p>
    <w:p w14:paraId="35BC9F68" w14:textId="58F99EBF" w:rsidR="00A840A5" w:rsidRPr="00936105" w:rsidRDefault="00A840A5" w:rsidP="00A840A5">
      <w:pPr>
        <w:spacing w:after="0" w:line="360" w:lineRule="auto"/>
        <w:jc w:val="both"/>
        <w:rPr>
          <w:rFonts w:ascii="Times New Roman" w:eastAsia="Times New Roman" w:hAnsi="Times New Roman" w:cs="Times New Roman"/>
          <w:sz w:val="24"/>
          <w:szCs w:val="24"/>
        </w:rPr>
      </w:pPr>
      <w:r w:rsidRPr="00936105">
        <w:rPr>
          <w:rFonts w:ascii="Times New Roman" w:eastAsia="Times New Roman" w:hAnsi="Times New Roman" w:cs="Times New Roman"/>
          <w:sz w:val="24"/>
          <w:szCs w:val="24"/>
        </w:rPr>
        <w:t xml:space="preserve">Despite the dominance of erosion, both northern and southern sections also exhibit </w:t>
      </w:r>
      <w:proofErr w:type="spellStart"/>
      <w:r w:rsidR="00056B73" w:rsidRPr="00181CB0">
        <w:rPr>
          <w:rFonts w:ascii="Times New Roman" w:eastAsia="Times New Roman" w:hAnsi="Times New Roman" w:cs="Times New Roman"/>
          <w:sz w:val="24"/>
          <w:szCs w:val="24"/>
          <w:highlight w:val="yellow"/>
        </w:rPr>
        <w:t>localised</w:t>
      </w:r>
      <w:proofErr w:type="spellEnd"/>
      <w:r w:rsidR="00056B73" w:rsidRPr="00936105">
        <w:rPr>
          <w:rFonts w:ascii="Times New Roman" w:eastAsia="Times New Roman" w:hAnsi="Times New Roman" w:cs="Times New Roman"/>
          <w:sz w:val="24"/>
          <w:szCs w:val="24"/>
        </w:rPr>
        <w:t xml:space="preserve"> </w:t>
      </w:r>
      <w:r w:rsidRPr="00936105">
        <w:rPr>
          <w:rFonts w:ascii="Times New Roman" w:eastAsia="Times New Roman" w:hAnsi="Times New Roman" w:cs="Times New Roman"/>
          <w:sz w:val="24"/>
          <w:szCs w:val="24"/>
        </w:rPr>
        <w:t xml:space="preserve">accretion. In the northern section, 35.8% (EPR) and 37.66% (LRR) of transects recorded accretion, with a maximum rate of +6.79 m/yr at transect 34. This is in line with the findings of Shi, Cooper, Li, Yang, Yang, Yu, and Wang (2019), who observed that even in highly erosive environments, accretion can still occur in certain areas due to sediment deposition and hydrodynamic conditions. Similarly, the southern section showed accretion at 28.36% (EPR) and 28.79% (LRR), with the maximum accretion rate of +4.71 m/yr, supporting the results found by Lu, X.  Zhou, Li, Yao, Yan, </w:t>
      </w:r>
      <w:r w:rsidRPr="00936105">
        <w:rPr>
          <w:rFonts w:ascii="Times New Roman" w:eastAsia="Times New Roman" w:hAnsi="Times New Roman" w:cs="Times New Roman"/>
          <w:sz w:val="24"/>
          <w:szCs w:val="24"/>
        </w:rPr>
        <w:lastRenderedPageBreak/>
        <w:t xml:space="preserve">Jin and Lu (2020). who documented accretional processes occurring in areas with </w:t>
      </w:r>
      <w:proofErr w:type="spellStart"/>
      <w:r w:rsidR="00056B73" w:rsidRPr="00181CB0">
        <w:rPr>
          <w:rFonts w:ascii="Times New Roman" w:eastAsia="Times New Roman" w:hAnsi="Times New Roman" w:cs="Times New Roman"/>
          <w:sz w:val="24"/>
          <w:szCs w:val="24"/>
          <w:highlight w:val="yellow"/>
        </w:rPr>
        <w:t>favourable</w:t>
      </w:r>
      <w:proofErr w:type="spellEnd"/>
      <w:r w:rsidR="00056B73" w:rsidRPr="00181CB0">
        <w:rPr>
          <w:rFonts w:ascii="Times New Roman" w:eastAsia="Times New Roman" w:hAnsi="Times New Roman" w:cs="Times New Roman"/>
          <w:sz w:val="24"/>
          <w:szCs w:val="24"/>
          <w:highlight w:val="yellow"/>
        </w:rPr>
        <w:t xml:space="preserve"> </w:t>
      </w:r>
      <w:r w:rsidRPr="00936105">
        <w:rPr>
          <w:rFonts w:ascii="Times New Roman" w:eastAsia="Times New Roman" w:hAnsi="Times New Roman" w:cs="Times New Roman"/>
          <w:sz w:val="24"/>
          <w:szCs w:val="24"/>
        </w:rPr>
        <w:t>sediment transport conditions.</w:t>
      </w:r>
      <w:r w:rsidRPr="00936105">
        <w:rPr>
          <w:sz w:val="24"/>
          <w:szCs w:val="24"/>
        </w:rPr>
        <w:t xml:space="preserve"> </w:t>
      </w:r>
    </w:p>
    <w:p w14:paraId="203C2429" w14:textId="77777777" w:rsidR="00A840A5" w:rsidRPr="00936105" w:rsidRDefault="00A840A5" w:rsidP="00A840A5">
      <w:pPr>
        <w:spacing w:after="0" w:line="360" w:lineRule="auto"/>
        <w:jc w:val="both"/>
        <w:rPr>
          <w:rFonts w:ascii="Times New Roman" w:eastAsia="Times New Roman" w:hAnsi="Times New Roman" w:cs="Times New Roman"/>
          <w:sz w:val="24"/>
          <w:szCs w:val="24"/>
        </w:rPr>
      </w:pPr>
    </w:p>
    <w:p w14:paraId="3E440865" w14:textId="28AE4685" w:rsidR="00A840A5" w:rsidRPr="00936105" w:rsidRDefault="00A840A5" w:rsidP="00A840A5">
      <w:pPr>
        <w:spacing w:after="0" w:line="360" w:lineRule="auto"/>
        <w:jc w:val="both"/>
        <w:rPr>
          <w:rFonts w:ascii="Times New Roman" w:eastAsia="Times New Roman" w:hAnsi="Times New Roman" w:cs="Times New Roman"/>
          <w:sz w:val="24"/>
          <w:szCs w:val="24"/>
        </w:rPr>
      </w:pPr>
      <w:r w:rsidRPr="00936105">
        <w:rPr>
          <w:rFonts w:ascii="Times New Roman" w:eastAsia="Times New Roman" w:hAnsi="Times New Roman" w:cs="Times New Roman"/>
          <w:sz w:val="24"/>
          <w:szCs w:val="24"/>
        </w:rPr>
        <w:t>The spatial variability of erosion and accretion along the river (</w:t>
      </w:r>
      <w:r w:rsidR="00056B73" w:rsidRPr="00181CB0">
        <w:rPr>
          <w:rFonts w:ascii="Times New Roman" w:eastAsia="Times New Roman" w:hAnsi="Times New Roman" w:cs="Times New Roman"/>
          <w:sz w:val="24"/>
          <w:szCs w:val="24"/>
          <w:highlight w:val="yellow"/>
        </w:rPr>
        <w:t>Figure</w:t>
      </w:r>
      <w:r w:rsidR="00056B73" w:rsidRPr="00181CB0">
        <w:rPr>
          <w:rFonts w:ascii="Times New Roman" w:eastAsia="Times New Roman" w:hAnsi="Times New Roman" w:cs="Times New Roman"/>
          <w:sz w:val="24"/>
          <w:szCs w:val="24"/>
          <w:highlight w:val="yellow"/>
        </w:rPr>
        <w:t xml:space="preserve"> </w:t>
      </w:r>
      <w:r w:rsidR="0010751A" w:rsidRPr="00936105">
        <w:rPr>
          <w:rFonts w:ascii="Times New Roman" w:eastAsia="Times New Roman" w:hAnsi="Times New Roman" w:cs="Times New Roman"/>
          <w:sz w:val="24"/>
          <w:szCs w:val="24"/>
        </w:rPr>
        <w:t>6</w:t>
      </w:r>
      <w:r w:rsidRPr="00936105">
        <w:rPr>
          <w:rFonts w:ascii="Times New Roman" w:eastAsia="Times New Roman" w:hAnsi="Times New Roman" w:cs="Times New Roman"/>
          <w:sz w:val="24"/>
          <w:szCs w:val="24"/>
        </w:rPr>
        <w:t>) further demonstrates the heterogeneous nature of shoreline change, with alternating zones of erosion and accretion. In the northern section, transects 42–83 experienced significant erosion, while transects 27–45 recorded notable accretion, a pattern similar to that observed by Doody, Cuddy and Bhatta (2016), in dynamic river systems. Similarly, in the southern section, transects 35–69 exhibited substantial accretion, while erosion was prevalent in other zones. This variability reflects the complex interactions between sediment transport, hydrodynamic conditions, and human interventions that shape riverine environments.</w:t>
      </w:r>
    </w:p>
    <w:p w14:paraId="5302D9D1" w14:textId="77777777" w:rsidR="00A840A5" w:rsidRPr="00936105" w:rsidRDefault="00A840A5" w:rsidP="00A840A5">
      <w:pPr>
        <w:spacing w:after="0" w:line="360" w:lineRule="auto"/>
        <w:jc w:val="both"/>
        <w:rPr>
          <w:rFonts w:ascii="Times New Roman" w:eastAsia="Times New Roman" w:hAnsi="Times New Roman" w:cs="Times New Roman"/>
          <w:sz w:val="24"/>
          <w:szCs w:val="24"/>
        </w:rPr>
      </w:pPr>
    </w:p>
    <w:p w14:paraId="1C3D2543" w14:textId="1C90D6D7" w:rsidR="00A840A5" w:rsidRPr="00936105" w:rsidRDefault="00B15E58" w:rsidP="00A840A5">
      <w:pPr>
        <w:spacing w:after="0" w:line="360" w:lineRule="auto"/>
        <w:jc w:val="both"/>
        <w:rPr>
          <w:rFonts w:ascii="Times New Roman" w:eastAsia="Times New Roman" w:hAnsi="Times New Roman" w:cs="Times New Roman"/>
          <w:sz w:val="24"/>
          <w:szCs w:val="24"/>
        </w:rPr>
      </w:pPr>
      <w:r w:rsidRPr="00936105">
        <w:rPr>
          <w:rFonts w:ascii="Times New Roman" w:eastAsia="Times New Roman" w:hAnsi="Times New Roman" w:cs="Times New Roman"/>
          <w:sz w:val="24"/>
          <w:szCs w:val="24"/>
        </w:rPr>
        <w:t>The</w:t>
      </w:r>
      <w:r w:rsidR="00A840A5" w:rsidRPr="00936105">
        <w:rPr>
          <w:rFonts w:ascii="Times New Roman" w:eastAsia="Times New Roman" w:hAnsi="Times New Roman" w:cs="Times New Roman"/>
          <w:sz w:val="24"/>
          <w:szCs w:val="24"/>
        </w:rPr>
        <w:t xml:space="preserve"> comparative evaluation of shoreline impacts on both sides of the river</w:t>
      </w:r>
      <w:r w:rsidRPr="00936105">
        <w:rPr>
          <w:rFonts w:ascii="Times New Roman" w:eastAsia="Times New Roman" w:hAnsi="Times New Roman" w:cs="Times New Roman"/>
          <w:sz w:val="24"/>
          <w:szCs w:val="24"/>
        </w:rPr>
        <w:t xml:space="preserve"> (figures 7, 8 and 9) and tables 4, 5 and 6</w:t>
      </w:r>
      <w:r w:rsidR="00A840A5" w:rsidRPr="00936105">
        <w:rPr>
          <w:rFonts w:ascii="Times New Roman" w:eastAsia="Times New Roman" w:hAnsi="Times New Roman" w:cs="Times New Roman"/>
          <w:sz w:val="24"/>
          <w:szCs w:val="24"/>
        </w:rPr>
        <w:t xml:space="preserve">. The results show a stark contrast between the northern and southern shores. On the northern side, erosion accounted for 31.53% of the total area (409,772.22 m²), while accretion covered only 10.43% (135,591.04 m²), </w:t>
      </w:r>
      <w:proofErr w:type="spellStart"/>
      <w:r w:rsidR="00FB2FF7" w:rsidRPr="00181CB0">
        <w:rPr>
          <w:rFonts w:ascii="Times New Roman" w:eastAsia="Times New Roman" w:hAnsi="Times New Roman" w:cs="Times New Roman"/>
          <w:sz w:val="24"/>
          <w:szCs w:val="24"/>
          <w:highlight w:val="yellow"/>
        </w:rPr>
        <w:t>emphasising</w:t>
      </w:r>
      <w:proofErr w:type="spellEnd"/>
      <w:r w:rsidR="00FB2FF7" w:rsidRPr="00181CB0">
        <w:rPr>
          <w:rFonts w:ascii="Times New Roman" w:eastAsia="Times New Roman" w:hAnsi="Times New Roman" w:cs="Times New Roman"/>
          <w:sz w:val="24"/>
          <w:szCs w:val="24"/>
          <w:highlight w:val="yellow"/>
        </w:rPr>
        <w:t xml:space="preserve"> </w:t>
      </w:r>
      <w:r w:rsidR="00A840A5" w:rsidRPr="00936105">
        <w:rPr>
          <w:rFonts w:ascii="Times New Roman" w:eastAsia="Times New Roman" w:hAnsi="Times New Roman" w:cs="Times New Roman"/>
          <w:sz w:val="24"/>
          <w:szCs w:val="24"/>
        </w:rPr>
        <w:t xml:space="preserve">the erosion-prone nature of this section, as also reported by Mentaschi </w:t>
      </w:r>
      <w:r w:rsidR="00A840A5" w:rsidRPr="00936105">
        <w:rPr>
          <w:rFonts w:ascii="Times New Roman" w:eastAsia="Times New Roman" w:hAnsi="Times New Roman" w:cs="Times New Roman"/>
          <w:i/>
          <w:iCs/>
          <w:sz w:val="24"/>
          <w:szCs w:val="24"/>
        </w:rPr>
        <w:t>et al</w:t>
      </w:r>
      <w:r w:rsidR="00A840A5" w:rsidRPr="00936105">
        <w:rPr>
          <w:rFonts w:ascii="Times New Roman" w:eastAsia="Times New Roman" w:hAnsi="Times New Roman" w:cs="Times New Roman"/>
          <w:sz w:val="24"/>
          <w:szCs w:val="24"/>
        </w:rPr>
        <w:t xml:space="preserve">. (2018), in their study of erosion-dominated shorelines. Conversely, the southern side exhibited a higher rate of accretion, covering 46.75% of the area (607,489.07 m²), with only 11.29% (146,708.48 m²) eroded. This significant difference supports the findings of Zhang, Huang, Carling, and Zhang (2015), who documented that sediment accumulation is often more pronounced in the lower reaches of rivers, where sediment deposition is </w:t>
      </w:r>
      <w:proofErr w:type="spellStart"/>
      <w:r w:rsidR="00FB2FF7" w:rsidRPr="00181CB0">
        <w:rPr>
          <w:rFonts w:ascii="Times New Roman" w:eastAsia="Times New Roman" w:hAnsi="Times New Roman" w:cs="Times New Roman"/>
          <w:sz w:val="24"/>
          <w:szCs w:val="24"/>
          <w:highlight w:val="yellow"/>
        </w:rPr>
        <w:t>favoured</w:t>
      </w:r>
      <w:proofErr w:type="spellEnd"/>
      <w:r w:rsidR="00FB2FF7" w:rsidRPr="00181CB0">
        <w:rPr>
          <w:rFonts w:ascii="Times New Roman" w:eastAsia="Times New Roman" w:hAnsi="Times New Roman" w:cs="Times New Roman"/>
          <w:sz w:val="24"/>
          <w:szCs w:val="24"/>
          <w:highlight w:val="yellow"/>
        </w:rPr>
        <w:t xml:space="preserve"> </w:t>
      </w:r>
      <w:r w:rsidR="00A840A5" w:rsidRPr="00936105">
        <w:rPr>
          <w:rFonts w:ascii="Times New Roman" w:eastAsia="Times New Roman" w:hAnsi="Times New Roman" w:cs="Times New Roman"/>
          <w:sz w:val="24"/>
          <w:szCs w:val="24"/>
        </w:rPr>
        <w:t>over erosion. Overall, the study reveals a highly dynamic shoreline system, with pronounced differences between the northern and southern banks. While the northern section is dominated by erosion, the southern section exhibits a stronger trend of accretion. This pattern reflects the complex interactions of natural hydrodynamic forces, sediment transport, and human activities, which continue to shape the shoreline of the section of the Forcados River over time.</w:t>
      </w:r>
    </w:p>
    <w:p w14:paraId="70CB4BF6" w14:textId="77777777" w:rsidR="00A840A5" w:rsidRPr="00A840A5" w:rsidRDefault="00A840A5" w:rsidP="00A840A5">
      <w:pPr>
        <w:spacing w:after="0" w:line="360" w:lineRule="auto"/>
        <w:jc w:val="both"/>
        <w:rPr>
          <w:rFonts w:ascii="Times New Roman" w:eastAsia="Times New Roman" w:hAnsi="Times New Roman" w:cs="Times New Roman"/>
          <w:b/>
          <w:bCs/>
          <w:sz w:val="24"/>
          <w:szCs w:val="24"/>
        </w:rPr>
      </w:pPr>
    </w:p>
    <w:p w14:paraId="422E074A" w14:textId="5FF5F40B" w:rsidR="00A840A5" w:rsidRPr="00A840A5" w:rsidRDefault="0010751A" w:rsidP="00A840A5">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4.0 </w:t>
      </w:r>
      <w:r w:rsidR="00A840A5" w:rsidRPr="00A840A5">
        <w:rPr>
          <w:rFonts w:ascii="Times New Roman" w:eastAsia="Times New Roman" w:hAnsi="Times New Roman" w:cs="Times New Roman"/>
          <w:b/>
          <w:bCs/>
          <w:sz w:val="24"/>
          <w:szCs w:val="24"/>
        </w:rPr>
        <w:t>C</w:t>
      </w:r>
      <w:r w:rsidR="003D3A21">
        <w:rPr>
          <w:rFonts w:ascii="Times New Roman" w:eastAsia="Times New Roman" w:hAnsi="Times New Roman" w:cs="Times New Roman"/>
          <w:b/>
          <w:bCs/>
          <w:sz w:val="24"/>
          <w:szCs w:val="24"/>
        </w:rPr>
        <w:t>ONCLUSION</w:t>
      </w:r>
    </w:p>
    <w:p w14:paraId="7ADA8383" w14:textId="36B89199" w:rsidR="00A840A5" w:rsidRPr="00A840A5" w:rsidRDefault="00A840A5" w:rsidP="00A840A5">
      <w:pPr>
        <w:spacing w:after="0" w:line="360" w:lineRule="auto"/>
        <w:jc w:val="both"/>
        <w:rPr>
          <w:rFonts w:ascii="Times New Roman" w:eastAsia="Times New Roman" w:hAnsi="Times New Roman" w:cs="Times New Roman"/>
          <w:sz w:val="24"/>
          <w:szCs w:val="24"/>
        </w:rPr>
      </w:pPr>
      <w:r w:rsidRPr="00A840A5">
        <w:rPr>
          <w:rFonts w:ascii="Times New Roman" w:eastAsia="Times New Roman" w:hAnsi="Times New Roman" w:cs="Times New Roman"/>
          <w:sz w:val="24"/>
          <w:szCs w:val="24"/>
        </w:rPr>
        <w:t xml:space="preserve">This study successfully applied remote sensing and geospatial techniques to delineate and </w:t>
      </w:r>
      <w:proofErr w:type="spellStart"/>
      <w:r w:rsidR="00FB2FF7" w:rsidRPr="00181CB0">
        <w:rPr>
          <w:rFonts w:ascii="Times New Roman" w:eastAsia="Times New Roman" w:hAnsi="Times New Roman" w:cs="Times New Roman"/>
          <w:sz w:val="24"/>
          <w:szCs w:val="24"/>
          <w:highlight w:val="yellow"/>
        </w:rPr>
        <w:t>analyse</w:t>
      </w:r>
      <w:proofErr w:type="spellEnd"/>
      <w:r w:rsidR="00FB2FF7" w:rsidRPr="00181CB0">
        <w:rPr>
          <w:rFonts w:ascii="Times New Roman" w:eastAsia="Times New Roman" w:hAnsi="Times New Roman" w:cs="Times New Roman"/>
          <w:sz w:val="24"/>
          <w:szCs w:val="24"/>
          <w:highlight w:val="yellow"/>
        </w:rPr>
        <w:t xml:space="preserve"> </w:t>
      </w:r>
      <w:r w:rsidRPr="00A840A5">
        <w:rPr>
          <w:rFonts w:ascii="Times New Roman" w:eastAsia="Times New Roman" w:hAnsi="Times New Roman" w:cs="Times New Roman"/>
          <w:sz w:val="24"/>
          <w:szCs w:val="24"/>
        </w:rPr>
        <w:t xml:space="preserve">the multi-temporal shoreline dynamics of </w:t>
      </w:r>
      <w:r w:rsidR="00FB2FF7" w:rsidRPr="00181CB0">
        <w:rPr>
          <w:rFonts w:ascii="Times New Roman" w:eastAsia="Times New Roman" w:hAnsi="Times New Roman" w:cs="Times New Roman"/>
          <w:sz w:val="24"/>
          <w:szCs w:val="24"/>
          <w:highlight w:val="yellow"/>
        </w:rPr>
        <w:t>a</w:t>
      </w:r>
      <w:r w:rsidR="00FB2FF7" w:rsidRPr="00181CB0">
        <w:rPr>
          <w:rFonts w:ascii="Times New Roman" w:eastAsia="Times New Roman" w:hAnsi="Times New Roman" w:cs="Times New Roman"/>
          <w:sz w:val="24"/>
          <w:szCs w:val="24"/>
          <w:highlight w:val="yellow"/>
        </w:rPr>
        <w:t xml:space="preserve"> </w:t>
      </w:r>
      <w:r w:rsidRPr="00A840A5">
        <w:rPr>
          <w:rFonts w:ascii="Times New Roman" w:eastAsia="Times New Roman" w:hAnsi="Times New Roman" w:cs="Times New Roman"/>
          <w:sz w:val="24"/>
          <w:szCs w:val="24"/>
        </w:rPr>
        <w:t xml:space="preserve">section of the </w:t>
      </w:r>
      <w:proofErr w:type="spellStart"/>
      <w:r w:rsidRPr="00A840A5">
        <w:rPr>
          <w:rFonts w:ascii="Times New Roman" w:eastAsia="Times New Roman" w:hAnsi="Times New Roman" w:cs="Times New Roman"/>
          <w:sz w:val="24"/>
          <w:szCs w:val="24"/>
        </w:rPr>
        <w:t>Forcados</w:t>
      </w:r>
      <w:proofErr w:type="spellEnd"/>
      <w:r w:rsidRPr="00A840A5">
        <w:rPr>
          <w:rFonts w:ascii="Times New Roman" w:eastAsia="Times New Roman" w:hAnsi="Times New Roman" w:cs="Times New Roman"/>
          <w:sz w:val="24"/>
          <w:szCs w:val="24"/>
        </w:rPr>
        <w:t xml:space="preserve"> </w:t>
      </w:r>
      <w:r w:rsidR="00FB2FF7" w:rsidRPr="00181CB0">
        <w:rPr>
          <w:rFonts w:ascii="Times New Roman" w:eastAsia="Times New Roman" w:hAnsi="Times New Roman" w:cs="Times New Roman"/>
          <w:sz w:val="24"/>
          <w:szCs w:val="24"/>
          <w:highlight w:val="yellow"/>
        </w:rPr>
        <w:t>River</w:t>
      </w:r>
      <w:r w:rsidR="00FB2FF7" w:rsidRPr="00181CB0">
        <w:rPr>
          <w:rFonts w:ascii="Times New Roman" w:eastAsia="Times New Roman" w:hAnsi="Times New Roman" w:cs="Times New Roman"/>
          <w:sz w:val="24"/>
          <w:szCs w:val="24"/>
          <w:highlight w:val="yellow"/>
        </w:rPr>
        <w:t xml:space="preserve"> </w:t>
      </w:r>
      <w:r w:rsidRPr="00A840A5">
        <w:rPr>
          <w:rFonts w:ascii="Times New Roman" w:eastAsia="Times New Roman" w:hAnsi="Times New Roman" w:cs="Times New Roman"/>
          <w:sz w:val="24"/>
          <w:szCs w:val="24"/>
        </w:rPr>
        <w:t xml:space="preserve">over a 20-year period. The results revealed that the shoreline is highly dynamic, with significant spatial and temporal </w:t>
      </w:r>
      <w:r w:rsidRPr="00A840A5">
        <w:rPr>
          <w:rFonts w:ascii="Times New Roman" w:eastAsia="Times New Roman" w:hAnsi="Times New Roman" w:cs="Times New Roman"/>
          <w:sz w:val="24"/>
          <w:szCs w:val="24"/>
        </w:rPr>
        <w:lastRenderedPageBreak/>
        <w:t xml:space="preserve">variability between 2004, 2014, and 2024. The reduction in water body area and fluctuating shoreline lengths point to continuous reconfiguration of the riverbanks, shaped by both erosional retreat and accretional advancement. The assessment of transects highlighted that while erosion and accretion alternate along the river sections, erosion is particularly severe on the north side of the bridge, where over 30% of the total shoreline </w:t>
      </w:r>
      <w:proofErr w:type="gramStart"/>
      <w:r w:rsidRPr="00A840A5">
        <w:rPr>
          <w:rFonts w:ascii="Times New Roman" w:eastAsia="Times New Roman" w:hAnsi="Times New Roman" w:cs="Times New Roman"/>
          <w:sz w:val="24"/>
          <w:szCs w:val="24"/>
        </w:rPr>
        <w:t>change</w:t>
      </w:r>
      <w:proofErr w:type="gramEnd"/>
      <w:r w:rsidRPr="00A840A5">
        <w:rPr>
          <w:rFonts w:ascii="Times New Roman" w:eastAsia="Times New Roman" w:hAnsi="Times New Roman" w:cs="Times New Roman"/>
          <w:sz w:val="24"/>
          <w:szCs w:val="24"/>
        </w:rPr>
        <w:t xml:space="preserve"> impact was attributed to land loss. Conversely, the south side of the bridge exhibited dominant accretion, accounting for nearly half (46.75%) of the total changes. This imbalance underscores the role of </w:t>
      </w:r>
      <w:proofErr w:type="spellStart"/>
      <w:r w:rsidR="00FB2FF7" w:rsidRPr="00181CB0">
        <w:rPr>
          <w:rFonts w:ascii="Times New Roman" w:eastAsia="Times New Roman" w:hAnsi="Times New Roman" w:cs="Times New Roman"/>
          <w:sz w:val="24"/>
          <w:szCs w:val="24"/>
          <w:highlight w:val="yellow"/>
        </w:rPr>
        <w:t>localised</w:t>
      </w:r>
      <w:proofErr w:type="spellEnd"/>
      <w:r w:rsidR="00FB2FF7" w:rsidRPr="00181CB0">
        <w:rPr>
          <w:rFonts w:ascii="Times New Roman" w:eastAsia="Times New Roman" w:hAnsi="Times New Roman" w:cs="Times New Roman"/>
          <w:sz w:val="24"/>
          <w:szCs w:val="24"/>
          <w:highlight w:val="yellow"/>
        </w:rPr>
        <w:t xml:space="preserve"> </w:t>
      </w:r>
      <w:r w:rsidRPr="00A840A5">
        <w:rPr>
          <w:rFonts w:ascii="Times New Roman" w:eastAsia="Times New Roman" w:hAnsi="Times New Roman" w:cs="Times New Roman"/>
          <w:sz w:val="24"/>
          <w:szCs w:val="24"/>
        </w:rPr>
        <w:t xml:space="preserve">sediment deposition processes and hydrodynamic conditions that </w:t>
      </w:r>
      <w:proofErr w:type="spellStart"/>
      <w:r w:rsidR="00FB2FF7" w:rsidRPr="00181CB0">
        <w:rPr>
          <w:rFonts w:ascii="Times New Roman" w:eastAsia="Times New Roman" w:hAnsi="Times New Roman" w:cs="Times New Roman"/>
          <w:sz w:val="24"/>
          <w:szCs w:val="24"/>
          <w:highlight w:val="yellow"/>
        </w:rPr>
        <w:t>favour</w:t>
      </w:r>
      <w:proofErr w:type="spellEnd"/>
      <w:r w:rsidR="00FB2FF7" w:rsidRPr="00181CB0">
        <w:rPr>
          <w:rFonts w:ascii="Times New Roman" w:eastAsia="Times New Roman" w:hAnsi="Times New Roman" w:cs="Times New Roman"/>
          <w:sz w:val="24"/>
          <w:szCs w:val="24"/>
          <w:highlight w:val="yellow"/>
        </w:rPr>
        <w:t xml:space="preserve"> </w:t>
      </w:r>
      <w:r w:rsidRPr="00A840A5">
        <w:rPr>
          <w:rFonts w:ascii="Times New Roman" w:eastAsia="Times New Roman" w:hAnsi="Times New Roman" w:cs="Times New Roman"/>
          <w:sz w:val="24"/>
          <w:szCs w:val="24"/>
        </w:rPr>
        <w:t xml:space="preserve">accumulation on the south bank while exposing the north bank to persistent erosion pressures. Overall, the study demonstrates that the section of </w:t>
      </w:r>
      <w:r w:rsidR="00FB2FF7" w:rsidRPr="00181CB0">
        <w:rPr>
          <w:rFonts w:ascii="Times New Roman" w:eastAsia="Times New Roman" w:hAnsi="Times New Roman" w:cs="Times New Roman"/>
          <w:sz w:val="24"/>
          <w:szCs w:val="24"/>
          <w:highlight w:val="yellow"/>
        </w:rPr>
        <w:t xml:space="preserve">the </w:t>
      </w:r>
      <w:proofErr w:type="spellStart"/>
      <w:r w:rsidRPr="00A840A5">
        <w:rPr>
          <w:rFonts w:ascii="Times New Roman" w:eastAsia="Times New Roman" w:hAnsi="Times New Roman" w:cs="Times New Roman"/>
          <w:sz w:val="24"/>
          <w:szCs w:val="24"/>
        </w:rPr>
        <w:t>Forcados</w:t>
      </w:r>
      <w:proofErr w:type="spellEnd"/>
      <w:r w:rsidRPr="00A840A5">
        <w:rPr>
          <w:rFonts w:ascii="Times New Roman" w:eastAsia="Times New Roman" w:hAnsi="Times New Roman" w:cs="Times New Roman"/>
          <w:sz w:val="24"/>
          <w:szCs w:val="24"/>
        </w:rPr>
        <w:t xml:space="preserve"> </w:t>
      </w:r>
      <w:r w:rsidR="00FB2FF7" w:rsidRPr="00181CB0">
        <w:rPr>
          <w:rFonts w:ascii="Times New Roman" w:eastAsia="Times New Roman" w:hAnsi="Times New Roman" w:cs="Times New Roman"/>
          <w:sz w:val="24"/>
          <w:szCs w:val="24"/>
          <w:highlight w:val="yellow"/>
        </w:rPr>
        <w:t>River</w:t>
      </w:r>
      <w:r w:rsidR="00FB2FF7" w:rsidRPr="00181CB0">
        <w:rPr>
          <w:rFonts w:ascii="Times New Roman" w:eastAsia="Times New Roman" w:hAnsi="Times New Roman" w:cs="Times New Roman"/>
          <w:sz w:val="24"/>
          <w:szCs w:val="24"/>
          <w:highlight w:val="yellow"/>
        </w:rPr>
        <w:t xml:space="preserve"> </w:t>
      </w:r>
      <w:r w:rsidRPr="00A840A5">
        <w:rPr>
          <w:rFonts w:ascii="Times New Roman" w:eastAsia="Times New Roman" w:hAnsi="Times New Roman" w:cs="Times New Roman"/>
          <w:sz w:val="24"/>
          <w:szCs w:val="24"/>
        </w:rPr>
        <w:t xml:space="preserve">is undergoing measurable shoreline transformations, with accretion dominating at the system scale, but with critical </w:t>
      </w:r>
      <w:r w:rsidRPr="00A840A5">
        <w:rPr>
          <w:rFonts w:ascii="Times New Roman" w:eastAsia="Times New Roman" w:hAnsi="Times New Roman" w:cs="Times New Roman"/>
          <w:b/>
          <w:bCs/>
          <w:sz w:val="24"/>
          <w:szCs w:val="24"/>
        </w:rPr>
        <w:t>erosion hotspots</w:t>
      </w:r>
      <w:r w:rsidRPr="00A840A5">
        <w:rPr>
          <w:rFonts w:ascii="Times New Roman" w:eastAsia="Times New Roman" w:hAnsi="Times New Roman" w:cs="Times New Roman"/>
          <w:sz w:val="24"/>
          <w:szCs w:val="24"/>
        </w:rPr>
        <w:t xml:space="preserve"> that threaten the stability of the north bank and adjacent infrastructure. The integration of the End Point Rate (EPR) and Linear Regression Rate (LRR) methods within the DSAS framework proved effective for quantifying change rates, providing a reliable basis for spatial and temporal shoreline monitoring. The findings </w:t>
      </w:r>
      <w:proofErr w:type="spellStart"/>
      <w:r w:rsidR="00FB2FF7" w:rsidRPr="00181CB0">
        <w:rPr>
          <w:rFonts w:ascii="Times New Roman" w:eastAsia="Times New Roman" w:hAnsi="Times New Roman" w:cs="Times New Roman"/>
          <w:sz w:val="24"/>
          <w:szCs w:val="24"/>
          <w:highlight w:val="yellow"/>
        </w:rPr>
        <w:t>emphasise</w:t>
      </w:r>
      <w:proofErr w:type="spellEnd"/>
      <w:r w:rsidR="00FB2FF7" w:rsidRPr="00181CB0">
        <w:rPr>
          <w:rFonts w:ascii="Times New Roman" w:eastAsia="Times New Roman" w:hAnsi="Times New Roman" w:cs="Times New Roman"/>
          <w:sz w:val="24"/>
          <w:szCs w:val="24"/>
          <w:highlight w:val="yellow"/>
        </w:rPr>
        <w:t xml:space="preserve"> </w:t>
      </w:r>
      <w:r w:rsidRPr="00A840A5">
        <w:rPr>
          <w:rFonts w:ascii="Times New Roman" w:eastAsia="Times New Roman" w:hAnsi="Times New Roman" w:cs="Times New Roman"/>
          <w:sz w:val="24"/>
          <w:szCs w:val="24"/>
        </w:rPr>
        <w:t xml:space="preserve">the need for continuous shoreline monitoring and management strategies that </w:t>
      </w:r>
      <w:proofErr w:type="spellStart"/>
      <w:r w:rsidR="00FB2FF7" w:rsidRPr="00181CB0">
        <w:rPr>
          <w:rFonts w:ascii="Times New Roman" w:eastAsia="Times New Roman" w:hAnsi="Times New Roman" w:cs="Times New Roman"/>
          <w:sz w:val="24"/>
          <w:szCs w:val="24"/>
          <w:highlight w:val="yellow"/>
        </w:rPr>
        <w:t>prioritise</w:t>
      </w:r>
      <w:proofErr w:type="spellEnd"/>
      <w:r w:rsidR="00FB2FF7" w:rsidRPr="00181CB0">
        <w:rPr>
          <w:rFonts w:ascii="Times New Roman" w:eastAsia="Times New Roman" w:hAnsi="Times New Roman" w:cs="Times New Roman"/>
          <w:sz w:val="24"/>
          <w:szCs w:val="24"/>
          <w:highlight w:val="yellow"/>
        </w:rPr>
        <w:t xml:space="preserve"> </w:t>
      </w:r>
      <w:r w:rsidRPr="00A840A5">
        <w:rPr>
          <w:rFonts w:ascii="Times New Roman" w:eastAsia="Times New Roman" w:hAnsi="Times New Roman" w:cs="Times New Roman"/>
          <w:sz w:val="24"/>
          <w:szCs w:val="24"/>
        </w:rPr>
        <w:t xml:space="preserve">erosion control on the north side, while sustainably managing accretional areas on the south side. This study has provided an evidence-based understanding of the shoreline dynamics of the section of </w:t>
      </w:r>
      <w:r w:rsidR="00FB2FF7" w:rsidRPr="00181CB0">
        <w:rPr>
          <w:rFonts w:ascii="Times New Roman" w:eastAsia="Times New Roman" w:hAnsi="Times New Roman" w:cs="Times New Roman"/>
          <w:sz w:val="24"/>
          <w:szCs w:val="24"/>
          <w:highlight w:val="yellow"/>
        </w:rPr>
        <w:t xml:space="preserve">the </w:t>
      </w:r>
      <w:proofErr w:type="spellStart"/>
      <w:r w:rsidRPr="00A840A5">
        <w:rPr>
          <w:rFonts w:ascii="Times New Roman" w:eastAsia="Times New Roman" w:hAnsi="Times New Roman" w:cs="Times New Roman"/>
          <w:sz w:val="24"/>
          <w:szCs w:val="24"/>
        </w:rPr>
        <w:t>Forcados</w:t>
      </w:r>
      <w:proofErr w:type="spellEnd"/>
      <w:r w:rsidRPr="00A840A5">
        <w:rPr>
          <w:rFonts w:ascii="Times New Roman" w:eastAsia="Times New Roman" w:hAnsi="Times New Roman" w:cs="Times New Roman"/>
          <w:sz w:val="24"/>
          <w:szCs w:val="24"/>
        </w:rPr>
        <w:t xml:space="preserve"> </w:t>
      </w:r>
      <w:r w:rsidR="00FB2FF7" w:rsidRPr="00181CB0">
        <w:rPr>
          <w:rFonts w:ascii="Times New Roman" w:eastAsia="Times New Roman" w:hAnsi="Times New Roman" w:cs="Times New Roman"/>
          <w:sz w:val="24"/>
          <w:szCs w:val="24"/>
          <w:highlight w:val="yellow"/>
        </w:rPr>
        <w:t>River</w:t>
      </w:r>
      <w:r w:rsidRPr="00A840A5">
        <w:rPr>
          <w:rFonts w:ascii="Times New Roman" w:eastAsia="Times New Roman" w:hAnsi="Times New Roman" w:cs="Times New Roman"/>
          <w:sz w:val="24"/>
          <w:szCs w:val="24"/>
        </w:rPr>
        <w:t>, offering insights that can guide future interventions aimed at preserving riverbank stability, protecting infrastructure, and ensuring sustainable use of the river environment.</w:t>
      </w:r>
    </w:p>
    <w:p w14:paraId="2BF42C6E" w14:textId="77777777" w:rsidR="00A840A5" w:rsidRPr="00A840A5" w:rsidRDefault="00A840A5" w:rsidP="00A840A5">
      <w:pPr>
        <w:spacing w:after="0" w:line="360" w:lineRule="auto"/>
        <w:jc w:val="both"/>
        <w:rPr>
          <w:rFonts w:ascii="Times New Roman" w:eastAsia="Times New Roman" w:hAnsi="Times New Roman" w:cs="Times New Roman"/>
          <w:sz w:val="24"/>
          <w:szCs w:val="24"/>
        </w:rPr>
      </w:pPr>
    </w:p>
    <w:p w14:paraId="726BD80C" w14:textId="2E6361A7" w:rsidR="003D3A21" w:rsidRDefault="003D3A21" w:rsidP="00A840A5">
      <w:pPr>
        <w:spacing w:after="0" w:line="360" w:lineRule="auto"/>
        <w:jc w:val="both"/>
        <w:outlineLvl w:val="2"/>
        <w:rPr>
          <w:rFonts w:ascii="Times New Roman" w:eastAsia="Times New Roman" w:hAnsi="Times New Roman" w:cs="Times New Roman"/>
          <w:b/>
          <w:bCs/>
          <w:sz w:val="24"/>
          <w:szCs w:val="24"/>
          <w:lang w:val="es-ES"/>
        </w:rPr>
      </w:pPr>
      <w:r>
        <w:rPr>
          <w:rFonts w:ascii="Times New Roman" w:eastAsia="Times New Roman" w:hAnsi="Times New Roman" w:cs="Times New Roman"/>
          <w:b/>
          <w:bCs/>
          <w:sz w:val="24"/>
          <w:szCs w:val="24"/>
          <w:lang w:val="es-ES"/>
        </w:rPr>
        <w:t>DISCLAIMER (ARTIFICIAL INTELLIGENCE)</w:t>
      </w:r>
    </w:p>
    <w:p w14:paraId="3FBE61CC" w14:textId="0CAE7BFA" w:rsidR="003D3A21" w:rsidRDefault="003D3A21" w:rsidP="00A840A5">
      <w:pPr>
        <w:spacing w:after="0" w:line="360" w:lineRule="auto"/>
        <w:jc w:val="both"/>
        <w:outlineLvl w:val="2"/>
        <w:rPr>
          <w:rFonts w:ascii="Times New Roman" w:eastAsia="Times New Roman" w:hAnsi="Times New Roman" w:cs="Times New Roman"/>
          <w:sz w:val="24"/>
          <w:szCs w:val="24"/>
        </w:rPr>
      </w:pPr>
      <w:r w:rsidRPr="003D3A21">
        <w:rPr>
          <w:rFonts w:ascii="Times New Roman" w:eastAsia="Times New Roman" w:hAnsi="Times New Roman" w:cs="Times New Roman"/>
          <w:sz w:val="24"/>
          <w:szCs w:val="24"/>
        </w:rPr>
        <w:t>Authors hereby declare t</w:t>
      </w:r>
      <w:r>
        <w:rPr>
          <w:rFonts w:ascii="Times New Roman" w:eastAsia="Times New Roman" w:hAnsi="Times New Roman" w:cs="Times New Roman"/>
          <w:sz w:val="24"/>
          <w:szCs w:val="24"/>
        </w:rPr>
        <w:t>hat no generative AI technologies such as Large Language Models (ChatGPT, manuscript) were used.</w:t>
      </w:r>
    </w:p>
    <w:p w14:paraId="09927D50" w14:textId="6A5D042E" w:rsidR="003D3A21" w:rsidRDefault="003D3A21" w:rsidP="00A840A5">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COMPETING INTERESTS</w:t>
      </w:r>
    </w:p>
    <w:p w14:paraId="2E0DE031" w14:textId="43649139" w:rsidR="003D3A21" w:rsidRPr="003D3A21" w:rsidRDefault="003D3A21" w:rsidP="00A840A5">
      <w:pPr>
        <w:spacing w:after="0" w:line="360" w:lineRule="auto"/>
        <w:jc w:val="both"/>
        <w:outlineLvl w:val="2"/>
        <w:rPr>
          <w:rFonts w:ascii="Times New Roman" w:eastAsia="Times New Roman" w:hAnsi="Times New Roman" w:cs="Times New Roman"/>
          <w:sz w:val="24"/>
          <w:szCs w:val="24"/>
        </w:rPr>
      </w:pPr>
      <w:r w:rsidRPr="003D3A21">
        <w:rPr>
          <w:rFonts w:ascii="Times New Roman" w:eastAsia="Times New Roman" w:hAnsi="Times New Roman" w:cs="Times New Roman"/>
          <w:sz w:val="24"/>
          <w:szCs w:val="24"/>
        </w:rPr>
        <w:t>The Authors</w:t>
      </w:r>
      <w:r>
        <w:rPr>
          <w:rFonts w:ascii="Times New Roman" w:eastAsia="Times New Roman" w:hAnsi="Times New Roman" w:cs="Times New Roman"/>
          <w:sz w:val="24"/>
          <w:szCs w:val="24"/>
        </w:rPr>
        <w:t xml:space="preserve"> have declared that no competing interests exist.</w:t>
      </w:r>
    </w:p>
    <w:p w14:paraId="0DFF11E5" w14:textId="7B366FCC" w:rsidR="00A840A5" w:rsidRPr="003D3A21" w:rsidRDefault="00A840A5" w:rsidP="00A840A5">
      <w:pPr>
        <w:spacing w:after="0" w:line="360" w:lineRule="auto"/>
        <w:jc w:val="both"/>
        <w:outlineLvl w:val="2"/>
        <w:rPr>
          <w:rFonts w:ascii="Times New Roman" w:eastAsia="Times New Roman" w:hAnsi="Times New Roman" w:cs="Times New Roman"/>
          <w:b/>
          <w:bCs/>
          <w:sz w:val="24"/>
          <w:szCs w:val="24"/>
        </w:rPr>
      </w:pPr>
      <w:r w:rsidRPr="003D3A21">
        <w:rPr>
          <w:rFonts w:ascii="Times New Roman" w:eastAsia="Times New Roman" w:hAnsi="Times New Roman" w:cs="Times New Roman"/>
          <w:b/>
          <w:bCs/>
          <w:sz w:val="24"/>
          <w:szCs w:val="24"/>
        </w:rPr>
        <w:t>R</w:t>
      </w:r>
      <w:r w:rsidR="003D3A21" w:rsidRPr="003D3A21">
        <w:rPr>
          <w:rFonts w:ascii="Times New Roman" w:eastAsia="Times New Roman" w:hAnsi="Times New Roman" w:cs="Times New Roman"/>
          <w:b/>
          <w:bCs/>
          <w:sz w:val="24"/>
          <w:szCs w:val="24"/>
        </w:rPr>
        <w:t>EFERENCES</w:t>
      </w:r>
    </w:p>
    <w:p w14:paraId="78631E11" w14:textId="77777777" w:rsidR="00F343A9" w:rsidRPr="00936105" w:rsidRDefault="00F343A9" w:rsidP="00F343A9">
      <w:pPr>
        <w:spacing w:before="240" w:after="240"/>
        <w:jc w:val="both"/>
        <w:rPr>
          <w:rFonts w:ascii="Times New Roman" w:hAnsi="Times New Roman" w:cs="Times New Roman"/>
          <w:sz w:val="24"/>
          <w:szCs w:val="24"/>
        </w:rPr>
      </w:pPr>
      <w:r w:rsidRPr="00F343A9">
        <w:rPr>
          <w:rFonts w:ascii="Times New Roman" w:hAnsi="Times New Roman" w:cs="Times New Roman"/>
          <w:sz w:val="24"/>
          <w:szCs w:val="24"/>
        </w:rPr>
        <w:t>Abija</w:t>
      </w:r>
      <w:r>
        <w:rPr>
          <w:rFonts w:ascii="Times New Roman" w:hAnsi="Times New Roman" w:cs="Times New Roman"/>
          <w:sz w:val="24"/>
          <w:szCs w:val="24"/>
        </w:rPr>
        <w:t xml:space="preserve"> F.A.</w:t>
      </w:r>
      <w:r w:rsidRPr="00F343A9">
        <w:rPr>
          <w:rFonts w:ascii="Times New Roman" w:hAnsi="Times New Roman" w:cs="Times New Roman"/>
          <w:sz w:val="24"/>
          <w:szCs w:val="24"/>
        </w:rPr>
        <w:t xml:space="preserve">, Abam, </w:t>
      </w:r>
      <w:r>
        <w:rPr>
          <w:rFonts w:ascii="Times New Roman" w:hAnsi="Times New Roman" w:cs="Times New Roman"/>
          <w:sz w:val="24"/>
          <w:szCs w:val="24"/>
        </w:rPr>
        <w:t xml:space="preserve">T.K.S., </w:t>
      </w:r>
      <w:r w:rsidRPr="00F343A9">
        <w:rPr>
          <w:rFonts w:ascii="Times New Roman" w:hAnsi="Times New Roman" w:cs="Times New Roman"/>
          <w:sz w:val="24"/>
          <w:szCs w:val="24"/>
        </w:rPr>
        <w:t>Teme,</w:t>
      </w:r>
      <w:r>
        <w:rPr>
          <w:rFonts w:ascii="Times New Roman" w:hAnsi="Times New Roman" w:cs="Times New Roman"/>
          <w:sz w:val="24"/>
          <w:szCs w:val="24"/>
        </w:rPr>
        <w:t xml:space="preserve"> S.C. and</w:t>
      </w:r>
      <w:r w:rsidRPr="00F343A9">
        <w:rPr>
          <w:rFonts w:ascii="Times New Roman" w:hAnsi="Times New Roman" w:cs="Times New Roman"/>
          <w:sz w:val="24"/>
          <w:szCs w:val="24"/>
        </w:rPr>
        <w:t xml:space="preserve"> Eze</w:t>
      </w:r>
      <w:r>
        <w:rPr>
          <w:rFonts w:ascii="Times New Roman" w:hAnsi="Times New Roman" w:cs="Times New Roman"/>
          <w:sz w:val="24"/>
          <w:szCs w:val="24"/>
        </w:rPr>
        <w:t>, C. L.</w:t>
      </w:r>
      <w:r w:rsidRPr="00F343A9">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F343A9">
        <w:rPr>
          <w:rFonts w:ascii="Times New Roman" w:hAnsi="Times New Roman" w:cs="Times New Roman"/>
          <w:sz w:val="24"/>
          <w:szCs w:val="24"/>
        </w:rPr>
        <w:t xml:space="preserve">Relative Sea Level Rise, Coastline </w:t>
      </w:r>
      <w:r>
        <w:rPr>
          <w:rFonts w:ascii="Times New Roman" w:hAnsi="Times New Roman" w:cs="Times New Roman"/>
          <w:sz w:val="24"/>
          <w:szCs w:val="24"/>
        </w:rPr>
        <w:t xml:space="preserve">    </w:t>
      </w:r>
      <w:r>
        <w:rPr>
          <w:rFonts w:ascii="Times New Roman" w:hAnsi="Times New Roman" w:cs="Times New Roman"/>
          <w:sz w:val="24"/>
          <w:szCs w:val="24"/>
        </w:rPr>
        <w:tab/>
      </w:r>
      <w:r w:rsidRPr="00F343A9">
        <w:rPr>
          <w:rFonts w:ascii="Times New Roman" w:hAnsi="Times New Roman" w:cs="Times New Roman"/>
          <w:sz w:val="24"/>
          <w:szCs w:val="24"/>
        </w:rPr>
        <w:t xml:space="preserve">Variability and Coastal Erosion in the Niger Delta, Nigeria: Implications for Climate </w:t>
      </w:r>
      <w:r>
        <w:rPr>
          <w:rFonts w:ascii="Times New Roman" w:hAnsi="Times New Roman" w:cs="Times New Roman"/>
          <w:sz w:val="24"/>
          <w:szCs w:val="24"/>
        </w:rPr>
        <w:tab/>
      </w:r>
      <w:r w:rsidRPr="00F343A9">
        <w:rPr>
          <w:rFonts w:ascii="Times New Roman" w:hAnsi="Times New Roman" w:cs="Times New Roman"/>
          <w:sz w:val="24"/>
          <w:szCs w:val="24"/>
        </w:rPr>
        <w:t>Change Adaptation and Coastal Zone Management. J Earth Sci Clim</w:t>
      </w:r>
      <w:r>
        <w:rPr>
          <w:rFonts w:ascii="Times New Roman" w:hAnsi="Times New Roman" w:cs="Times New Roman"/>
          <w:sz w:val="24"/>
          <w:szCs w:val="24"/>
        </w:rPr>
        <w:t>ate</w:t>
      </w:r>
      <w:r w:rsidRPr="00F343A9">
        <w:rPr>
          <w:rFonts w:ascii="Times New Roman" w:hAnsi="Times New Roman" w:cs="Times New Roman"/>
          <w:sz w:val="24"/>
          <w:szCs w:val="24"/>
        </w:rPr>
        <w:t xml:space="preserve"> Change</w:t>
      </w:r>
      <w:r>
        <w:rPr>
          <w:rFonts w:ascii="Times New Roman" w:hAnsi="Times New Roman" w:cs="Times New Roman"/>
          <w:sz w:val="24"/>
          <w:szCs w:val="24"/>
        </w:rPr>
        <w:t xml:space="preserve"> 11(9)</w:t>
      </w:r>
      <w:r w:rsidRPr="00F343A9">
        <w:rPr>
          <w:rFonts w:ascii="Times New Roman" w:hAnsi="Times New Roman" w:cs="Times New Roman"/>
          <w:sz w:val="24"/>
          <w:szCs w:val="24"/>
        </w:rPr>
        <w:t xml:space="preserve"> </w:t>
      </w:r>
    </w:p>
    <w:p w14:paraId="3E85A52D" w14:textId="72879455" w:rsidR="004A1762" w:rsidRPr="004A1762" w:rsidRDefault="00936105" w:rsidP="004A1762">
      <w:pPr>
        <w:spacing w:before="240" w:after="240"/>
        <w:ind w:left="720" w:hanging="720"/>
        <w:jc w:val="both"/>
        <w:rPr>
          <w:rFonts w:ascii="Times New Roman" w:hAnsi="Times New Roman" w:cs="Times New Roman"/>
          <w:color w:val="0070C0"/>
          <w:sz w:val="24"/>
          <w:szCs w:val="24"/>
          <w:lang w:val="es-ES"/>
        </w:rPr>
      </w:pPr>
      <w:r w:rsidRPr="004A1762">
        <w:rPr>
          <w:rFonts w:ascii="Times New Roman" w:hAnsi="Times New Roman" w:cs="Times New Roman"/>
          <w:color w:val="000000" w:themeColor="text1"/>
          <w:sz w:val="24"/>
          <w:szCs w:val="24"/>
        </w:rPr>
        <w:lastRenderedPageBreak/>
        <w:t xml:space="preserve">Adegoke, J. O., &amp; Ologunorisa, T. E. (2010). An assessment of recent changes in the Niger Delta coastline using satellite imagery. Journal of Sustainable Development, 3(3), 277–296. </w:t>
      </w:r>
      <w:hyperlink r:id="rId34" w:history="1">
        <w:r w:rsidR="004A1762" w:rsidRPr="004A1762">
          <w:rPr>
            <w:rStyle w:val="Hyperlink"/>
            <w:rFonts w:ascii="Times New Roman" w:hAnsi="Times New Roman" w:cs="Times New Roman"/>
            <w:sz w:val="24"/>
            <w:szCs w:val="24"/>
            <w:lang w:val="es-ES"/>
          </w:rPr>
          <w:t>https://doi.org/10. 5539jsd.v3n4p277</w:t>
        </w:r>
      </w:hyperlink>
    </w:p>
    <w:p w14:paraId="03BBFE62" w14:textId="77777777" w:rsidR="00936105" w:rsidRPr="00936105" w:rsidRDefault="00936105" w:rsidP="00936105">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lang w:val="es-ES"/>
        </w:rPr>
        <w:t xml:space="preserve">Amangabara, G. T., &amp; Onyewuchi, O. M. (2021). </w:t>
      </w:r>
      <w:r w:rsidRPr="00936105">
        <w:rPr>
          <w:rFonts w:ascii="Times New Roman" w:hAnsi="Times New Roman" w:cs="Times New Roman"/>
          <w:sz w:val="24"/>
          <w:szCs w:val="24"/>
        </w:rPr>
        <w:t xml:space="preserve">Morphological changes along the shoreline of the arcuate Niger Delta from parts of Delta State to Akwa Ibom State between 1986 and 2016. Ghana Journal of Geography, 13(1), 221–234. </w:t>
      </w:r>
      <w:hyperlink r:id="rId35" w:history="1">
        <w:r w:rsidRPr="00936105">
          <w:rPr>
            <w:rStyle w:val="Hyperlink"/>
            <w:rFonts w:ascii="Times New Roman" w:hAnsi="Times New Roman" w:cs="Times New Roman"/>
            <w:sz w:val="24"/>
            <w:szCs w:val="24"/>
          </w:rPr>
          <w:t>https://doi.org/10.4314/gjg.v13i1.11</w:t>
        </w:r>
      </w:hyperlink>
    </w:p>
    <w:p w14:paraId="5E1AB1D8" w14:textId="77777777" w:rsidR="00936105" w:rsidRPr="00936105" w:rsidRDefault="00936105" w:rsidP="00936105">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rPr>
        <w:t xml:space="preserve">Ankrah, J., Monteiro, A., &amp; Madureira, H. (2023). Shoreline change and coastal erosion in West Africa: A systematic review of research progress and policy recommendation. Geosciences, 13(2), 59. </w:t>
      </w:r>
      <w:hyperlink r:id="rId36" w:history="1">
        <w:r w:rsidRPr="00936105">
          <w:rPr>
            <w:rStyle w:val="Hyperlink"/>
            <w:rFonts w:ascii="Times New Roman" w:hAnsi="Times New Roman" w:cs="Times New Roman"/>
            <w:sz w:val="24"/>
            <w:szCs w:val="24"/>
          </w:rPr>
          <w:t>https://doi.org/10.3390/geosciences13020059</w:t>
        </w:r>
      </w:hyperlink>
    </w:p>
    <w:p w14:paraId="4522DC02" w14:textId="77777777" w:rsidR="00936105" w:rsidRPr="00936105" w:rsidRDefault="00936105" w:rsidP="00936105">
      <w:pPr>
        <w:spacing w:before="240" w:after="240"/>
        <w:ind w:left="720" w:hanging="720"/>
        <w:jc w:val="both"/>
        <w:rPr>
          <w:rFonts w:ascii="Times New Roman" w:hAnsi="Times New Roman" w:cs="Times New Roman"/>
          <w:sz w:val="24"/>
          <w:szCs w:val="24"/>
        </w:rPr>
      </w:pPr>
      <w:bookmarkStart w:id="1" w:name="_Hlk206435021"/>
      <w:r w:rsidRPr="00936105">
        <w:rPr>
          <w:rFonts w:ascii="Times New Roman" w:hAnsi="Times New Roman" w:cs="Times New Roman"/>
          <w:sz w:val="24"/>
          <w:szCs w:val="24"/>
        </w:rPr>
        <w:t>Blum, M.D., &amp; Roberts, H.H. (2008)</w:t>
      </w:r>
      <w:bookmarkEnd w:id="1"/>
      <w:r w:rsidRPr="00936105">
        <w:rPr>
          <w:rFonts w:ascii="Times New Roman" w:hAnsi="Times New Roman" w:cs="Times New Roman"/>
          <w:sz w:val="24"/>
          <w:szCs w:val="24"/>
        </w:rPr>
        <w:t xml:space="preserve">. Drowning of the Mississippi Delta due to insufficient sediment supply and global sea-level rise. Nature Geoscience, 2(7), 488–491. </w:t>
      </w:r>
      <w:hyperlink r:id="rId37" w:history="1">
        <w:r w:rsidRPr="00936105">
          <w:rPr>
            <w:rStyle w:val="Hyperlink"/>
            <w:rFonts w:ascii="Times New Roman" w:hAnsi="Times New Roman" w:cs="Times New Roman"/>
            <w:sz w:val="24"/>
            <w:szCs w:val="24"/>
          </w:rPr>
          <w:t>https://doi.org/10.1038/ngeo553</w:t>
        </w:r>
      </w:hyperlink>
    </w:p>
    <w:p w14:paraId="131DA7F9" w14:textId="3E871D14" w:rsidR="001D3438" w:rsidRPr="00936105" w:rsidRDefault="001D3438" w:rsidP="001D3438">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rPr>
        <w:t xml:space="preserve">Boak, E. H., &amp; Turner, I. L. (2005). Shoreline definition and detection: A review. Journal of Coastal Research, 21(4), 688–703. </w:t>
      </w:r>
      <w:hyperlink r:id="rId38" w:history="1">
        <w:r w:rsidRPr="00936105">
          <w:rPr>
            <w:rStyle w:val="Hyperlink"/>
            <w:rFonts w:ascii="Times New Roman" w:hAnsi="Times New Roman" w:cs="Times New Roman"/>
            <w:sz w:val="24"/>
            <w:szCs w:val="24"/>
          </w:rPr>
          <w:t>https://www.jstor.org/stable/4299462</w:t>
        </w:r>
      </w:hyperlink>
    </w:p>
    <w:p w14:paraId="09E54709" w14:textId="3A829DF6" w:rsidR="00936105" w:rsidRPr="00936105" w:rsidRDefault="00936105" w:rsidP="00936105">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rPr>
        <w:t xml:space="preserve">Brown, B. J., &amp; Adekunle, M. F. (2015). Geospatial analysis of shoreline </w:t>
      </w:r>
      <w:r w:rsidR="004A1762" w:rsidRPr="00936105">
        <w:rPr>
          <w:rFonts w:ascii="Times New Roman" w:hAnsi="Times New Roman" w:cs="Times New Roman"/>
          <w:sz w:val="24"/>
          <w:szCs w:val="24"/>
        </w:rPr>
        <w:t>changes</w:t>
      </w:r>
      <w:r w:rsidRPr="00936105">
        <w:rPr>
          <w:rFonts w:ascii="Times New Roman" w:hAnsi="Times New Roman" w:cs="Times New Roman"/>
          <w:sz w:val="24"/>
          <w:szCs w:val="24"/>
        </w:rPr>
        <w:t xml:space="preserve"> in Nigeria. International Journal of Geoinformatics, 11(3), 33–40.</w:t>
      </w:r>
    </w:p>
    <w:p w14:paraId="7EAF0A1A" w14:textId="77777777" w:rsidR="001D3438" w:rsidRPr="00936105" w:rsidRDefault="001D3438" w:rsidP="001D3438">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lang w:val="es-ES"/>
        </w:rPr>
        <w:t xml:space="preserve">Di Paola, G., Rodríguez, G., &amp; Rosskopf, C. M. (2023). </w:t>
      </w:r>
      <w:r w:rsidRPr="00936105">
        <w:rPr>
          <w:rFonts w:ascii="Times New Roman" w:hAnsi="Times New Roman" w:cs="Times New Roman"/>
          <w:sz w:val="24"/>
          <w:szCs w:val="24"/>
        </w:rPr>
        <w:t xml:space="preserve">Shoreline dynamics and beach erosion. Geosciences, 13(3), 74. </w:t>
      </w:r>
      <w:hyperlink r:id="rId39" w:history="1">
        <w:r w:rsidRPr="00936105">
          <w:rPr>
            <w:rStyle w:val="Hyperlink"/>
            <w:rFonts w:ascii="Times New Roman" w:hAnsi="Times New Roman" w:cs="Times New Roman"/>
            <w:sz w:val="24"/>
            <w:szCs w:val="24"/>
          </w:rPr>
          <w:t>https://doi.org/10.3390/geosciences13030074</w:t>
        </w:r>
      </w:hyperlink>
    </w:p>
    <w:p w14:paraId="7C08EA4F" w14:textId="77777777" w:rsidR="00936105" w:rsidRDefault="00936105" w:rsidP="00936105">
      <w:pPr>
        <w:spacing w:before="240" w:after="240"/>
        <w:ind w:left="720" w:hanging="720"/>
        <w:jc w:val="both"/>
        <w:rPr>
          <w:rFonts w:ascii="Times New Roman" w:hAnsi="Times New Roman" w:cs="Times New Roman"/>
          <w:sz w:val="24"/>
          <w:szCs w:val="24"/>
        </w:rPr>
      </w:pPr>
      <w:bookmarkStart w:id="2" w:name="_Hlk206671763"/>
      <w:r w:rsidRPr="00936105">
        <w:rPr>
          <w:rFonts w:ascii="Times New Roman" w:hAnsi="Times New Roman" w:cs="Times New Roman"/>
          <w:sz w:val="24"/>
          <w:szCs w:val="24"/>
        </w:rPr>
        <w:t>Doody, T. M., Cuddy, S. M., &amp; Bhatta, L. D. (2016)</w:t>
      </w:r>
      <w:bookmarkEnd w:id="2"/>
      <w:r w:rsidRPr="00936105">
        <w:rPr>
          <w:rFonts w:ascii="Times New Roman" w:hAnsi="Times New Roman" w:cs="Times New Roman"/>
          <w:sz w:val="24"/>
          <w:szCs w:val="24"/>
        </w:rPr>
        <w:t>. Connecting flow and ecology in Nepal: Current state of knowledge for the Koshi Basin. CSIRO Land and Water, Australia. 194 pages. Published under the South Asia Sustainable Development Investment Portfolio (SDIP), supported by the Australian Government.</w:t>
      </w:r>
    </w:p>
    <w:p w14:paraId="025F0E1E" w14:textId="77777777" w:rsidR="00936105" w:rsidRPr="00936105" w:rsidRDefault="00936105" w:rsidP="00936105">
      <w:pPr>
        <w:spacing w:before="240" w:after="240"/>
        <w:ind w:left="720" w:hanging="720"/>
        <w:jc w:val="both"/>
        <w:rPr>
          <w:rFonts w:ascii="Times New Roman" w:hAnsi="Times New Roman" w:cs="Times New Roman"/>
          <w:sz w:val="24"/>
          <w:szCs w:val="24"/>
          <w:lang w:val="es-ES"/>
        </w:rPr>
      </w:pPr>
      <w:bookmarkStart w:id="3" w:name="_Hlk206671395"/>
      <w:r w:rsidRPr="00936105">
        <w:rPr>
          <w:rFonts w:ascii="Times New Roman" w:hAnsi="Times New Roman" w:cs="Times New Roman"/>
          <w:sz w:val="24"/>
          <w:szCs w:val="24"/>
        </w:rPr>
        <w:t xml:space="preserve">Lu, X. X., Zhou, Y., Li, D., Yao, S., Yan, X., Jin, Z., &amp; Lu, J. (2020). </w:t>
      </w:r>
      <w:bookmarkEnd w:id="3"/>
      <w:r w:rsidRPr="00936105">
        <w:rPr>
          <w:rFonts w:ascii="Times New Roman" w:hAnsi="Times New Roman" w:cs="Times New Roman"/>
          <w:sz w:val="24"/>
          <w:szCs w:val="24"/>
        </w:rPr>
        <w:t xml:space="preserve">Distinguishing the multiple controls on the decreased sediment flux in the Jialing River basin of the Yangtze River, Southwestern China. </w:t>
      </w:r>
      <w:r w:rsidRPr="00936105">
        <w:rPr>
          <w:rFonts w:ascii="Times New Roman" w:hAnsi="Times New Roman" w:cs="Times New Roman"/>
          <w:sz w:val="24"/>
          <w:szCs w:val="24"/>
          <w:lang w:val="es-ES"/>
        </w:rPr>
        <w:t xml:space="preserve">Catena, 193, 104593. </w:t>
      </w:r>
      <w:hyperlink r:id="rId40" w:history="1">
        <w:r w:rsidRPr="00936105">
          <w:rPr>
            <w:rStyle w:val="Hyperlink"/>
            <w:rFonts w:ascii="Times New Roman" w:hAnsi="Times New Roman" w:cs="Times New Roman"/>
            <w:sz w:val="24"/>
            <w:szCs w:val="24"/>
            <w:lang w:val="es-ES"/>
          </w:rPr>
          <w:t>https://doi.org/10.1016/j.catena.2020.104593</w:t>
        </w:r>
      </w:hyperlink>
    </w:p>
    <w:p w14:paraId="517954C8" w14:textId="77777777" w:rsidR="00936105" w:rsidRDefault="00936105" w:rsidP="001D3438">
      <w:pPr>
        <w:spacing w:before="240" w:after="240"/>
        <w:ind w:left="720" w:hanging="720"/>
        <w:jc w:val="both"/>
        <w:rPr>
          <w:rFonts w:ascii="Times New Roman" w:hAnsi="Times New Roman" w:cs="Times New Roman"/>
          <w:sz w:val="24"/>
          <w:szCs w:val="24"/>
          <w:lang w:val="es-ES"/>
        </w:rPr>
      </w:pPr>
    </w:p>
    <w:p w14:paraId="5ECE88B6" w14:textId="77777777" w:rsidR="00936105" w:rsidRPr="00936105" w:rsidRDefault="00936105" w:rsidP="00936105">
      <w:pPr>
        <w:spacing w:before="240" w:after="240"/>
        <w:ind w:left="720" w:hanging="720"/>
        <w:jc w:val="both"/>
        <w:rPr>
          <w:rFonts w:ascii="Times New Roman" w:hAnsi="Times New Roman" w:cs="Times New Roman"/>
          <w:sz w:val="24"/>
          <w:szCs w:val="24"/>
          <w:lang w:val="es-ES"/>
        </w:rPr>
      </w:pPr>
      <w:r w:rsidRPr="00936105">
        <w:rPr>
          <w:rFonts w:ascii="Times New Roman" w:hAnsi="Times New Roman" w:cs="Times New Roman"/>
          <w:sz w:val="24"/>
          <w:szCs w:val="24"/>
          <w:lang w:val="fr-FR"/>
        </w:rPr>
        <w:t xml:space="preserve">Mentaschi, L., Vousdoukas, M. I., Pekel, J. F., Voukouvalas, E., &amp; Feyen, L. (2018). </w:t>
      </w:r>
      <w:r w:rsidRPr="00936105">
        <w:rPr>
          <w:rFonts w:ascii="Times New Roman" w:hAnsi="Times New Roman" w:cs="Times New Roman"/>
          <w:sz w:val="24"/>
          <w:szCs w:val="24"/>
        </w:rPr>
        <w:t xml:space="preserve">Global long-term observations of coastal erosion and accretion. Scientific Reports, 8, Article 12876. </w:t>
      </w:r>
      <w:hyperlink r:id="rId41" w:history="1">
        <w:r w:rsidRPr="00936105">
          <w:rPr>
            <w:rStyle w:val="Hyperlink"/>
            <w:rFonts w:ascii="Times New Roman" w:hAnsi="Times New Roman" w:cs="Times New Roman"/>
            <w:sz w:val="24"/>
            <w:szCs w:val="24"/>
            <w:lang w:val="es-ES"/>
          </w:rPr>
          <w:t>https://doi.org/10.1038/s41598-018-31208-9</w:t>
        </w:r>
      </w:hyperlink>
    </w:p>
    <w:p w14:paraId="5BB5B6C2" w14:textId="36B65718" w:rsidR="001D3438" w:rsidRPr="00936105" w:rsidRDefault="001D3438" w:rsidP="001D3438">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lang w:val="es-ES"/>
        </w:rPr>
        <w:t xml:space="preserve">Nwilo, P. C., Olusegun, A., &amp; Badejo, O. T. (2005). </w:t>
      </w:r>
      <w:r w:rsidRPr="00936105">
        <w:rPr>
          <w:rFonts w:ascii="Times New Roman" w:hAnsi="Times New Roman" w:cs="Times New Roman"/>
          <w:sz w:val="24"/>
          <w:szCs w:val="24"/>
        </w:rPr>
        <w:t xml:space="preserve">Impacts of oil spills along the Nigerian coast. Proceedings of the International Oil Spill Conference, 2005(1), 567–570. </w:t>
      </w:r>
      <w:hyperlink r:id="rId42" w:history="1">
        <w:r w:rsidRPr="00936105">
          <w:rPr>
            <w:rStyle w:val="Hyperlink"/>
            <w:rFonts w:ascii="Times New Roman" w:hAnsi="Times New Roman" w:cs="Times New Roman"/>
            <w:sz w:val="24"/>
            <w:szCs w:val="24"/>
          </w:rPr>
          <w:t>https://doi.org/10.7901/2169-3358-2005-1-567</w:t>
        </w:r>
      </w:hyperlink>
    </w:p>
    <w:p w14:paraId="56368F2C" w14:textId="77777777" w:rsidR="00936105" w:rsidRPr="00936105" w:rsidRDefault="00936105" w:rsidP="00936105">
      <w:pPr>
        <w:spacing w:before="240" w:after="240"/>
        <w:ind w:left="720" w:hanging="720"/>
        <w:jc w:val="both"/>
        <w:rPr>
          <w:rFonts w:ascii="Times New Roman" w:hAnsi="Times New Roman" w:cs="Times New Roman"/>
          <w:sz w:val="24"/>
          <w:szCs w:val="24"/>
        </w:rPr>
      </w:pPr>
      <w:bookmarkStart w:id="4" w:name="_Hlk206492018"/>
      <w:r w:rsidRPr="00936105">
        <w:rPr>
          <w:rFonts w:ascii="Times New Roman" w:hAnsi="Times New Roman" w:cs="Times New Roman"/>
          <w:sz w:val="24"/>
          <w:szCs w:val="24"/>
          <w:lang w:val="es-ES"/>
        </w:rPr>
        <w:lastRenderedPageBreak/>
        <w:t xml:space="preserve">Odubo, T. V., &amp; Amah, N. W. (2025). </w:t>
      </w:r>
      <w:bookmarkEnd w:id="4"/>
      <w:r w:rsidRPr="00936105">
        <w:rPr>
          <w:rFonts w:ascii="Times New Roman" w:hAnsi="Times New Roman" w:cs="Times New Roman"/>
          <w:i/>
          <w:iCs/>
          <w:sz w:val="24"/>
          <w:szCs w:val="24"/>
        </w:rPr>
        <w:t>Estuary shoreline dynamics: Local consequences and adaptation strategies</w:t>
      </w:r>
      <w:r w:rsidRPr="00936105">
        <w:rPr>
          <w:rFonts w:ascii="Times New Roman" w:hAnsi="Times New Roman" w:cs="Times New Roman"/>
          <w:sz w:val="24"/>
          <w:szCs w:val="24"/>
        </w:rPr>
        <w:t xml:space="preserve">. </w:t>
      </w:r>
      <w:r w:rsidRPr="00936105">
        <w:rPr>
          <w:rFonts w:ascii="Times New Roman" w:hAnsi="Times New Roman" w:cs="Times New Roman"/>
          <w:i/>
          <w:iCs/>
          <w:sz w:val="24"/>
          <w:szCs w:val="24"/>
        </w:rPr>
        <w:t>International Journal of Innovative Environmental Studies Research, 13</w:t>
      </w:r>
      <w:r w:rsidRPr="00936105">
        <w:rPr>
          <w:rFonts w:ascii="Times New Roman" w:hAnsi="Times New Roman" w:cs="Times New Roman"/>
          <w:sz w:val="24"/>
          <w:szCs w:val="24"/>
        </w:rPr>
        <w:t xml:space="preserve">(2), 46–55. </w:t>
      </w:r>
      <w:hyperlink r:id="rId43" w:history="1">
        <w:r w:rsidRPr="00936105">
          <w:rPr>
            <w:rStyle w:val="Hyperlink"/>
            <w:rFonts w:ascii="Times New Roman" w:hAnsi="Times New Roman" w:cs="Times New Roman"/>
            <w:sz w:val="24"/>
            <w:szCs w:val="24"/>
          </w:rPr>
          <w:t>https://doi.org/10.5281/zenodo.15271223</w:t>
        </w:r>
      </w:hyperlink>
    </w:p>
    <w:p w14:paraId="09BDC5CE" w14:textId="78EF65DC" w:rsidR="007A2EA6" w:rsidRPr="00936105" w:rsidRDefault="007A2EA6" w:rsidP="007A2EA6">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rPr>
        <w:t>Oyegun, R. A. (2007). Coastal erosion in the Niger Delta: An overview. IOSR Journal of Environmental Science, Toxicology and Food Technology, 4(2), 15–22.</w:t>
      </w:r>
    </w:p>
    <w:p w14:paraId="5464C055" w14:textId="77777777" w:rsidR="00936105" w:rsidRPr="00936105" w:rsidRDefault="00936105" w:rsidP="00936105">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rPr>
        <w:t xml:space="preserve">Shi, B., Cooper, J. R., Li, J., Yang, Y., Yang, S. L., Luo, F., Yu, Z., &amp; Wang, Y. P. (2019). Intratidal bed-level changes within total tidal cycle on an exposed and highly turbid mudflat: Importance of very shallow water stage. Marine Geology, 412, 1–11. </w:t>
      </w:r>
      <w:hyperlink r:id="rId44" w:history="1">
        <w:r w:rsidRPr="00936105">
          <w:rPr>
            <w:rStyle w:val="Hyperlink"/>
            <w:rFonts w:ascii="Times New Roman" w:hAnsi="Times New Roman" w:cs="Times New Roman"/>
            <w:sz w:val="24"/>
            <w:szCs w:val="24"/>
          </w:rPr>
          <w:t>https://doi.org/10.1016/j.margeo.2019.03.004</w:t>
        </w:r>
      </w:hyperlink>
    </w:p>
    <w:p w14:paraId="2689ABE3" w14:textId="77777777" w:rsidR="00936105" w:rsidRPr="00936105" w:rsidRDefault="00936105" w:rsidP="00936105">
      <w:pPr>
        <w:spacing w:before="240" w:after="240"/>
        <w:ind w:left="720" w:hanging="720"/>
        <w:jc w:val="both"/>
        <w:rPr>
          <w:rFonts w:ascii="Times New Roman" w:hAnsi="Times New Roman" w:cs="Times New Roman"/>
          <w:sz w:val="24"/>
          <w:szCs w:val="24"/>
        </w:rPr>
      </w:pPr>
      <w:r w:rsidRPr="00936105">
        <w:rPr>
          <w:rFonts w:ascii="Times New Roman" w:hAnsi="Times New Roman" w:cs="Times New Roman"/>
          <w:sz w:val="24"/>
          <w:szCs w:val="24"/>
        </w:rPr>
        <w:t xml:space="preserve">Vermeer, M., &amp; Rahmstorf, S. (2009). Global sea level linked to global temperature. Proceedings of the National Academy of Sciences of the United States of America, 106(51), 21527–21532. </w:t>
      </w:r>
      <w:hyperlink r:id="rId45" w:history="1">
        <w:r w:rsidRPr="00936105">
          <w:rPr>
            <w:rStyle w:val="Hyperlink"/>
            <w:rFonts w:ascii="Times New Roman" w:hAnsi="Times New Roman" w:cs="Times New Roman"/>
            <w:sz w:val="24"/>
            <w:szCs w:val="24"/>
          </w:rPr>
          <w:t>https://doi.org/10.1073/pnas.0907765106</w:t>
        </w:r>
      </w:hyperlink>
    </w:p>
    <w:p w14:paraId="6BA556B6" w14:textId="77777777" w:rsidR="009904D5" w:rsidRPr="00936105" w:rsidRDefault="009904D5" w:rsidP="009904D5">
      <w:pPr>
        <w:spacing w:before="240" w:after="240"/>
        <w:ind w:left="720" w:hanging="720"/>
        <w:jc w:val="both"/>
        <w:rPr>
          <w:rFonts w:ascii="Times New Roman" w:hAnsi="Times New Roman" w:cs="Times New Roman"/>
          <w:sz w:val="24"/>
          <w:szCs w:val="24"/>
        </w:rPr>
      </w:pPr>
      <w:bookmarkStart w:id="5" w:name="_Hlk206669901"/>
      <w:r w:rsidRPr="00936105">
        <w:rPr>
          <w:rFonts w:ascii="Times New Roman" w:hAnsi="Times New Roman" w:cs="Times New Roman"/>
          <w:sz w:val="24"/>
          <w:szCs w:val="24"/>
        </w:rPr>
        <w:t xml:space="preserve">Yesuph, A. Y., &amp; Dagnew, A. B. (2019). </w:t>
      </w:r>
      <w:bookmarkEnd w:id="5"/>
      <w:r w:rsidRPr="00936105">
        <w:rPr>
          <w:rFonts w:ascii="Times New Roman" w:hAnsi="Times New Roman" w:cs="Times New Roman"/>
          <w:sz w:val="24"/>
          <w:szCs w:val="24"/>
        </w:rPr>
        <w:t xml:space="preserve">Land use/cover spatiotemporal dynamics, driving forces and implications at the Beshillo catchment of the Blue Nile Basin, Northeastern Highlands of Ethiopia. Environmental Systems Research, 8, Article 21. </w:t>
      </w:r>
      <w:hyperlink r:id="rId46" w:history="1">
        <w:r w:rsidRPr="00936105">
          <w:rPr>
            <w:rStyle w:val="Hyperlink"/>
            <w:rFonts w:ascii="Times New Roman" w:hAnsi="Times New Roman" w:cs="Times New Roman"/>
            <w:sz w:val="24"/>
            <w:szCs w:val="24"/>
          </w:rPr>
          <w:t>https://doi.org/10.1186/s40068-019-0148-y</w:t>
        </w:r>
      </w:hyperlink>
    </w:p>
    <w:p w14:paraId="357EF58D" w14:textId="2650753F" w:rsidR="009904D5" w:rsidRPr="009904D5" w:rsidRDefault="00DC2FC0" w:rsidP="00DC2FC0">
      <w:pPr>
        <w:spacing w:before="240" w:after="240"/>
        <w:ind w:left="720" w:hanging="720"/>
        <w:jc w:val="both"/>
        <w:rPr>
          <w:rFonts w:ascii="Times New Roman" w:hAnsi="Times New Roman" w:cs="Times New Roman"/>
          <w:color w:val="000000" w:themeColor="text1"/>
          <w:sz w:val="24"/>
          <w:szCs w:val="24"/>
        </w:rPr>
      </w:pPr>
      <w:r w:rsidRPr="009904D5">
        <w:rPr>
          <w:rFonts w:ascii="Times New Roman" w:hAnsi="Times New Roman" w:cs="Times New Roman"/>
          <w:color w:val="000000" w:themeColor="text1"/>
          <w:sz w:val="24"/>
          <w:szCs w:val="24"/>
        </w:rPr>
        <w:t>Yusoff, N., &amp; Zainal Abidin, R. (201</w:t>
      </w:r>
      <w:r w:rsidR="009904D5" w:rsidRPr="009904D5">
        <w:rPr>
          <w:rFonts w:ascii="Times New Roman" w:hAnsi="Times New Roman" w:cs="Times New Roman"/>
          <w:color w:val="000000" w:themeColor="text1"/>
          <w:sz w:val="24"/>
          <w:szCs w:val="24"/>
        </w:rPr>
        <w:t>3</w:t>
      </w:r>
      <w:r w:rsidRPr="009904D5">
        <w:rPr>
          <w:rFonts w:ascii="Times New Roman" w:hAnsi="Times New Roman" w:cs="Times New Roman"/>
          <w:color w:val="000000" w:themeColor="text1"/>
          <w:sz w:val="24"/>
          <w:szCs w:val="24"/>
        </w:rPr>
        <w:t>). Riverbank Erosion Risk with Regards to Rainfall Erosivity.</w:t>
      </w:r>
      <w:r w:rsidR="009904D5" w:rsidRPr="009904D5">
        <w:rPr>
          <w:rFonts w:ascii="Times New Roman" w:hAnsi="Times New Roman" w:cs="Times New Roman"/>
          <w:color w:val="000000" w:themeColor="text1"/>
          <w:sz w:val="24"/>
          <w:szCs w:val="24"/>
        </w:rPr>
        <w:t xml:space="preserve"> Infrastructure University Kuala Lumpur Research Journal 1(1)</w:t>
      </w:r>
    </w:p>
    <w:p w14:paraId="5E6299AF" w14:textId="77777777" w:rsidR="00936105" w:rsidRPr="00936105" w:rsidRDefault="00936105" w:rsidP="00936105">
      <w:pPr>
        <w:spacing w:before="240" w:after="240"/>
        <w:jc w:val="both"/>
        <w:rPr>
          <w:rFonts w:ascii="Times New Roman" w:hAnsi="Times New Roman" w:cs="Times New Roman"/>
          <w:sz w:val="24"/>
          <w:szCs w:val="24"/>
        </w:rPr>
      </w:pPr>
      <w:bookmarkStart w:id="6" w:name="_Hlk206674652"/>
      <w:r w:rsidRPr="00936105">
        <w:rPr>
          <w:rFonts w:ascii="Times New Roman" w:hAnsi="Times New Roman" w:cs="Times New Roman"/>
          <w:sz w:val="24"/>
          <w:szCs w:val="24"/>
        </w:rPr>
        <w:t xml:space="preserve">Zhang, M., Huang, H. Q., Carling, P. A., &amp; Zhang, M. (2015). </w:t>
      </w:r>
      <w:bookmarkEnd w:id="6"/>
      <w:r w:rsidRPr="00936105">
        <w:rPr>
          <w:rFonts w:ascii="Times New Roman" w:hAnsi="Times New Roman" w:cs="Times New Roman"/>
          <w:sz w:val="24"/>
          <w:szCs w:val="24"/>
        </w:rPr>
        <w:t xml:space="preserve">Sedimentation of overbank floods in the confined complex channel–floodplain system of the Lower Yellow River, China. Hydrological Processes, 29(25), 5342–5357. </w:t>
      </w:r>
      <w:hyperlink r:id="rId47" w:history="1">
        <w:r w:rsidRPr="00936105">
          <w:rPr>
            <w:rStyle w:val="Hyperlink"/>
            <w:rFonts w:ascii="Times New Roman" w:hAnsi="Times New Roman" w:cs="Times New Roman"/>
            <w:sz w:val="24"/>
            <w:szCs w:val="24"/>
          </w:rPr>
          <w:t>https://doi.org/10.1002/hyp.1126</w:t>
        </w:r>
      </w:hyperlink>
    </w:p>
    <w:p w14:paraId="399137FD" w14:textId="47F958F2" w:rsidR="001D3438" w:rsidRPr="00181CB0" w:rsidRDefault="00A77278" w:rsidP="00A840A5">
      <w:pPr>
        <w:spacing w:after="0" w:line="360" w:lineRule="auto"/>
        <w:jc w:val="both"/>
        <w:rPr>
          <w:rFonts w:ascii="Times New Roman" w:eastAsia="Times New Roman" w:hAnsi="Times New Roman" w:cs="Times New Roman"/>
          <w:sz w:val="24"/>
          <w:szCs w:val="24"/>
          <w:highlight w:val="yellow"/>
        </w:rPr>
      </w:pPr>
      <w:proofErr w:type="spellStart"/>
      <w:r w:rsidRPr="00181CB0">
        <w:rPr>
          <w:rFonts w:ascii="Times New Roman" w:eastAsia="Times New Roman" w:hAnsi="Times New Roman" w:cs="Times New Roman"/>
          <w:sz w:val="24"/>
          <w:szCs w:val="24"/>
          <w:highlight w:val="yellow"/>
        </w:rPr>
        <w:t>Görmüş</w:t>
      </w:r>
      <w:proofErr w:type="spellEnd"/>
      <w:r w:rsidRPr="00181CB0">
        <w:rPr>
          <w:rFonts w:ascii="Times New Roman" w:eastAsia="Times New Roman" w:hAnsi="Times New Roman" w:cs="Times New Roman"/>
          <w:sz w:val="24"/>
          <w:szCs w:val="24"/>
          <w:highlight w:val="yellow"/>
        </w:rPr>
        <w:t xml:space="preserve">, T., Ayat, B., Aydoğan, B., &amp; </w:t>
      </w:r>
      <w:proofErr w:type="spellStart"/>
      <w:r w:rsidRPr="00181CB0">
        <w:rPr>
          <w:rFonts w:ascii="Times New Roman" w:eastAsia="Times New Roman" w:hAnsi="Times New Roman" w:cs="Times New Roman"/>
          <w:sz w:val="24"/>
          <w:szCs w:val="24"/>
          <w:highlight w:val="yellow"/>
        </w:rPr>
        <w:t>Tătui</w:t>
      </w:r>
      <w:proofErr w:type="spellEnd"/>
      <w:r w:rsidRPr="00181CB0">
        <w:rPr>
          <w:rFonts w:ascii="Times New Roman" w:eastAsia="Times New Roman" w:hAnsi="Times New Roman" w:cs="Times New Roman"/>
          <w:sz w:val="24"/>
          <w:szCs w:val="24"/>
          <w:highlight w:val="yellow"/>
        </w:rPr>
        <w:t xml:space="preserve">, F. (2021). Basin scale spatiotemporal analysis of shoreline </w:t>
      </w:r>
      <w:proofErr w:type="gramStart"/>
      <w:r w:rsidRPr="00181CB0">
        <w:rPr>
          <w:rFonts w:ascii="Times New Roman" w:eastAsia="Times New Roman" w:hAnsi="Times New Roman" w:cs="Times New Roman"/>
          <w:sz w:val="24"/>
          <w:szCs w:val="24"/>
          <w:highlight w:val="yellow"/>
        </w:rPr>
        <w:t>change</w:t>
      </w:r>
      <w:proofErr w:type="gramEnd"/>
      <w:r w:rsidRPr="00181CB0">
        <w:rPr>
          <w:rFonts w:ascii="Times New Roman" w:eastAsia="Times New Roman" w:hAnsi="Times New Roman" w:cs="Times New Roman"/>
          <w:sz w:val="24"/>
          <w:szCs w:val="24"/>
          <w:highlight w:val="yellow"/>
        </w:rPr>
        <w:t xml:space="preserve"> in the Black Sea. Estuarine, Coastal and Shelf Science, 252, 107247.</w:t>
      </w:r>
      <w:r w:rsidRPr="00181CB0">
        <w:rPr>
          <w:rFonts w:ascii="Times New Roman" w:eastAsia="Times New Roman" w:hAnsi="Times New Roman" w:cs="Times New Roman"/>
          <w:sz w:val="24"/>
          <w:szCs w:val="24"/>
          <w:highlight w:val="yellow"/>
        </w:rPr>
        <w:t xml:space="preserve">  </w:t>
      </w:r>
    </w:p>
    <w:p w14:paraId="2C5631ED" w14:textId="77777777" w:rsidR="00056B73" w:rsidRPr="00181CB0" w:rsidRDefault="00056B73" w:rsidP="00A840A5">
      <w:pPr>
        <w:spacing w:after="0" w:line="360" w:lineRule="auto"/>
        <w:jc w:val="both"/>
        <w:rPr>
          <w:rFonts w:ascii="Times New Roman" w:eastAsia="Times New Roman" w:hAnsi="Times New Roman" w:cs="Times New Roman"/>
          <w:sz w:val="24"/>
          <w:szCs w:val="24"/>
          <w:highlight w:val="yellow"/>
        </w:rPr>
      </w:pPr>
    </w:p>
    <w:p w14:paraId="3B18D5F4" w14:textId="67789EC5" w:rsidR="00056B73" w:rsidRDefault="00056B73" w:rsidP="00A840A5">
      <w:pPr>
        <w:spacing w:after="0" w:line="360" w:lineRule="auto"/>
        <w:jc w:val="both"/>
        <w:rPr>
          <w:rFonts w:ascii="Times New Roman" w:eastAsia="Times New Roman" w:hAnsi="Times New Roman" w:cs="Times New Roman"/>
          <w:sz w:val="24"/>
          <w:szCs w:val="24"/>
        </w:rPr>
      </w:pPr>
      <w:r w:rsidRPr="00181CB0">
        <w:rPr>
          <w:rFonts w:ascii="Times New Roman" w:eastAsia="Times New Roman" w:hAnsi="Times New Roman" w:cs="Times New Roman"/>
          <w:sz w:val="24"/>
          <w:szCs w:val="24"/>
          <w:highlight w:val="yellow"/>
        </w:rPr>
        <w:t xml:space="preserve">Wang, J., Wang, L., Feng, S., Peng, B., Huang, L., </w:t>
      </w:r>
      <w:proofErr w:type="spellStart"/>
      <w:r w:rsidRPr="00181CB0">
        <w:rPr>
          <w:rFonts w:ascii="Times New Roman" w:eastAsia="Times New Roman" w:hAnsi="Times New Roman" w:cs="Times New Roman"/>
          <w:sz w:val="24"/>
          <w:szCs w:val="24"/>
          <w:highlight w:val="yellow"/>
        </w:rPr>
        <w:t>Fatholahi</w:t>
      </w:r>
      <w:proofErr w:type="spellEnd"/>
      <w:r w:rsidRPr="00181CB0">
        <w:rPr>
          <w:rFonts w:ascii="Times New Roman" w:eastAsia="Times New Roman" w:hAnsi="Times New Roman" w:cs="Times New Roman"/>
          <w:sz w:val="24"/>
          <w:szCs w:val="24"/>
          <w:highlight w:val="yellow"/>
        </w:rPr>
        <w:t>, S. N., ... &amp; Li, J. (2023). An overview of shoreline mapping by using airborne LiDAR. Remote Sensing, 15(1), 253.</w:t>
      </w:r>
      <w:r>
        <w:rPr>
          <w:rFonts w:ascii="Times New Roman" w:eastAsia="Times New Roman" w:hAnsi="Times New Roman" w:cs="Times New Roman"/>
          <w:sz w:val="24"/>
          <w:szCs w:val="24"/>
        </w:rPr>
        <w:t xml:space="preserve">  </w:t>
      </w:r>
    </w:p>
    <w:p w14:paraId="11F8EE6A" w14:textId="77777777" w:rsidR="00056B73" w:rsidRDefault="00056B73" w:rsidP="00A840A5">
      <w:pPr>
        <w:spacing w:after="0" w:line="360" w:lineRule="auto"/>
        <w:jc w:val="both"/>
        <w:rPr>
          <w:rFonts w:ascii="Times New Roman" w:eastAsia="Times New Roman" w:hAnsi="Times New Roman" w:cs="Times New Roman"/>
          <w:sz w:val="24"/>
          <w:szCs w:val="24"/>
        </w:rPr>
      </w:pPr>
    </w:p>
    <w:p w14:paraId="23F22004" w14:textId="7D188020" w:rsidR="00056B73" w:rsidRPr="00181CB0" w:rsidRDefault="00056B73" w:rsidP="00A840A5">
      <w:pPr>
        <w:spacing w:after="0" w:line="360" w:lineRule="auto"/>
        <w:jc w:val="both"/>
        <w:rPr>
          <w:rFonts w:ascii="Times New Roman" w:eastAsia="Times New Roman" w:hAnsi="Times New Roman" w:cs="Times New Roman"/>
          <w:sz w:val="24"/>
          <w:szCs w:val="24"/>
        </w:rPr>
      </w:pPr>
      <w:r w:rsidRPr="00181CB0">
        <w:rPr>
          <w:rFonts w:ascii="Times New Roman" w:eastAsia="Times New Roman" w:hAnsi="Times New Roman" w:cs="Times New Roman"/>
          <w:sz w:val="24"/>
          <w:szCs w:val="24"/>
          <w:highlight w:val="yellow"/>
        </w:rPr>
        <w:t>Dang, K. B., Vu, K. C., Nguyen, H., Nguyen, D. A., Nguyen, T. D. L., Pham, T. P. N., ... &amp; Do, T. H. (2022). Application of deep learning models to detect coastlines and shorelines. Journal of Environmental Management, 320, 115732.</w:t>
      </w:r>
      <w:r>
        <w:rPr>
          <w:rFonts w:ascii="Times New Roman" w:eastAsia="Times New Roman" w:hAnsi="Times New Roman" w:cs="Times New Roman"/>
          <w:sz w:val="24"/>
          <w:szCs w:val="24"/>
        </w:rPr>
        <w:t xml:space="preserve">    </w:t>
      </w:r>
    </w:p>
    <w:sectPr w:rsidR="00056B73" w:rsidRPr="00181CB0" w:rsidSect="00C7166C">
      <w:headerReference w:type="even" r:id="rId48"/>
      <w:headerReference w:type="default" r:id="rId49"/>
      <w:footerReference w:type="even" r:id="rId50"/>
      <w:footerReference w:type="default" r:id="rId51"/>
      <w:headerReference w:type="first" r:id="rId52"/>
      <w:footerReference w:type="first" r:id="rId53"/>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F60A3" w14:textId="77777777" w:rsidR="00430F5D" w:rsidRDefault="00430F5D" w:rsidP="00C119B1">
      <w:pPr>
        <w:spacing w:after="0" w:line="240" w:lineRule="auto"/>
      </w:pPr>
      <w:r>
        <w:separator/>
      </w:r>
    </w:p>
  </w:endnote>
  <w:endnote w:type="continuationSeparator" w:id="0">
    <w:p w14:paraId="462A605D" w14:textId="77777777" w:rsidR="00430F5D" w:rsidRDefault="00430F5D" w:rsidP="00C11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4F98A" w14:textId="77777777" w:rsidR="009E775B" w:rsidRDefault="009E77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4851389"/>
      <w:docPartObj>
        <w:docPartGallery w:val="Page Numbers (Bottom of Page)"/>
        <w:docPartUnique/>
      </w:docPartObj>
    </w:sdtPr>
    <w:sdtEndPr>
      <w:rPr>
        <w:noProof/>
      </w:rPr>
    </w:sdtEndPr>
    <w:sdtContent>
      <w:p w14:paraId="6385448C" w14:textId="561C42C2" w:rsidR="00C119B1" w:rsidRDefault="00C119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656756" w14:textId="77777777" w:rsidR="00C119B1" w:rsidRDefault="00C119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2DF0" w14:textId="77777777" w:rsidR="009E775B" w:rsidRDefault="009E77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BFC4F" w14:textId="77777777" w:rsidR="00430F5D" w:rsidRDefault="00430F5D" w:rsidP="00C119B1">
      <w:pPr>
        <w:spacing w:after="0" w:line="240" w:lineRule="auto"/>
      </w:pPr>
      <w:r>
        <w:separator/>
      </w:r>
    </w:p>
  </w:footnote>
  <w:footnote w:type="continuationSeparator" w:id="0">
    <w:p w14:paraId="2D3731E2" w14:textId="77777777" w:rsidR="00430F5D" w:rsidRDefault="00430F5D" w:rsidP="00C119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131DD" w14:textId="04D4E40B" w:rsidR="009E775B" w:rsidRDefault="00000000">
    <w:pPr>
      <w:pStyle w:val="Header"/>
    </w:pPr>
    <w:r>
      <w:rPr>
        <w:noProof/>
      </w:rPr>
      <w:pict w14:anchorId="7C41D6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56954" o:spid="_x0000_s1026" type="#_x0000_t136" style="position:absolute;margin-left:0;margin-top:0;width:589.2pt;height:73.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7BD30" w14:textId="634F5B4D" w:rsidR="009E775B" w:rsidRDefault="00000000">
    <w:pPr>
      <w:pStyle w:val="Header"/>
    </w:pPr>
    <w:r>
      <w:rPr>
        <w:noProof/>
      </w:rPr>
      <w:pict w14:anchorId="107493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56955" o:spid="_x0000_s1027" type="#_x0000_t136" style="position:absolute;margin-left:0;margin-top:0;width:589.2pt;height:73.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486B4" w14:textId="5FA0A9D8" w:rsidR="009E775B" w:rsidRDefault="00000000">
    <w:pPr>
      <w:pStyle w:val="Header"/>
    </w:pPr>
    <w:r>
      <w:rPr>
        <w:noProof/>
      </w:rPr>
      <w:pict w14:anchorId="5B90D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456953" o:spid="_x0000_s1025" type="#_x0000_t136" style="position:absolute;margin-left:0;margin-top:0;width:589.2pt;height:73.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A1B97"/>
    <w:multiLevelType w:val="multilevel"/>
    <w:tmpl w:val="5F1E6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D40044"/>
    <w:multiLevelType w:val="multilevel"/>
    <w:tmpl w:val="CF52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2073B8"/>
    <w:multiLevelType w:val="multilevel"/>
    <w:tmpl w:val="6B3430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93375027">
    <w:abstractNumId w:val="8"/>
  </w:num>
  <w:num w:numId="2" w16cid:durableId="138425869">
    <w:abstractNumId w:val="6"/>
  </w:num>
  <w:num w:numId="3" w16cid:durableId="31465382">
    <w:abstractNumId w:val="5"/>
  </w:num>
  <w:num w:numId="4" w16cid:durableId="177161365">
    <w:abstractNumId w:val="4"/>
  </w:num>
  <w:num w:numId="5" w16cid:durableId="1395619639">
    <w:abstractNumId w:val="7"/>
  </w:num>
  <w:num w:numId="6" w16cid:durableId="256062702">
    <w:abstractNumId w:val="3"/>
  </w:num>
  <w:num w:numId="7" w16cid:durableId="2102140538">
    <w:abstractNumId w:val="2"/>
  </w:num>
  <w:num w:numId="8" w16cid:durableId="2004235197">
    <w:abstractNumId w:val="1"/>
  </w:num>
  <w:num w:numId="9" w16cid:durableId="1913200589">
    <w:abstractNumId w:val="0"/>
  </w:num>
  <w:num w:numId="10" w16cid:durableId="1941571762">
    <w:abstractNumId w:val="11"/>
  </w:num>
  <w:num w:numId="11" w16cid:durableId="1718814063">
    <w:abstractNumId w:val="10"/>
  </w:num>
  <w:num w:numId="12" w16cid:durableId="6656715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0MzA3MjMyN7c0NDBR0lEKTi0uzszPAykwrAUAurgybCwAAAA="/>
  </w:docVars>
  <w:rsids>
    <w:rsidRoot w:val="00B47730"/>
    <w:rsid w:val="000174C5"/>
    <w:rsid w:val="00034616"/>
    <w:rsid w:val="00056B73"/>
    <w:rsid w:val="0006063C"/>
    <w:rsid w:val="00085FBF"/>
    <w:rsid w:val="00093058"/>
    <w:rsid w:val="0009579D"/>
    <w:rsid w:val="000971CE"/>
    <w:rsid w:val="000E1209"/>
    <w:rsid w:val="000E3ED2"/>
    <w:rsid w:val="0010751A"/>
    <w:rsid w:val="001220FF"/>
    <w:rsid w:val="0015074B"/>
    <w:rsid w:val="00170AA1"/>
    <w:rsid w:val="00181CB0"/>
    <w:rsid w:val="00181E3A"/>
    <w:rsid w:val="001A3FC8"/>
    <w:rsid w:val="001D3438"/>
    <w:rsid w:val="001D7824"/>
    <w:rsid w:val="00226A31"/>
    <w:rsid w:val="00232B46"/>
    <w:rsid w:val="0027143C"/>
    <w:rsid w:val="0029639D"/>
    <w:rsid w:val="002C7BFE"/>
    <w:rsid w:val="002F3672"/>
    <w:rsid w:val="00321158"/>
    <w:rsid w:val="00326F90"/>
    <w:rsid w:val="003524CF"/>
    <w:rsid w:val="003762D3"/>
    <w:rsid w:val="00390E42"/>
    <w:rsid w:val="003D3A21"/>
    <w:rsid w:val="00430F5D"/>
    <w:rsid w:val="00432238"/>
    <w:rsid w:val="00435302"/>
    <w:rsid w:val="004A1762"/>
    <w:rsid w:val="004A36E2"/>
    <w:rsid w:val="004A5BD6"/>
    <w:rsid w:val="004C422D"/>
    <w:rsid w:val="005001E6"/>
    <w:rsid w:val="005012A6"/>
    <w:rsid w:val="0050783F"/>
    <w:rsid w:val="00520085"/>
    <w:rsid w:val="00554CAE"/>
    <w:rsid w:val="005568B0"/>
    <w:rsid w:val="006051D6"/>
    <w:rsid w:val="006067AA"/>
    <w:rsid w:val="00617F38"/>
    <w:rsid w:val="006F6AEA"/>
    <w:rsid w:val="007341D1"/>
    <w:rsid w:val="00761B7A"/>
    <w:rsid w:val="00776010"/>
    <w:rsid w:val="007A2EA6"/>
    <w:rsid w:val="00815C56"/>
    <w:rsid w:val="008171E6"/>
    <w:rsid w:val="008D430A"/>
    <w:rsid w:val="008D520C"/>
    <w:rsid w:val="00902A16"/>
    <w:rsid w:val="00917C4B"/>
    <w:rsid w:val="00920033"/>
    <w:rsid w:val="00936105"/>
    <w:rsid w:val="009904D5"/>
    <w:rsid w:val="009D66D5"/>
    <w:rsid w:val="009E775B"/>
    <w:rsid w:val="009F0F1F"/>
    <w:rsid w:val="00A01858"/>
    <w:rsid w:val="00A34740"/>
    <w:rsid w:val="00A67C58"/>
    <w:rsid w:val="00A77278"/>
    <w:rsid w:val="00A840A5"/>
    <w:rsid w:val="00A856A5"/>
    <w:rsid w:val="00AA1D8D"/>
    <w:rsid w:val="00B15E58"/>
    <w:rsid w:val="00B35E58"/>
    <w:rsid w:val="00B47730"/>
    <w:rsid w:val="00B81162"/>
    <w:rsid w:val="00B9289D"/>
    <w:rsid w:val="00BA2EA5"/>
    <w:rsid w:val="00BC4817"/>
    <w:rsid w:val="00BD6D17"/>
    <w:rsid w:val="00BE73B2"/>
    <w:rsid w:val="00BF1F7F"/>
    <w:rsid w:val="00C01767"/>
    <w:rsid w:val="00C04423"/>
    <w:rsid w:val="00C119B1"/>
    <w:rsid w:val="00C412A7"/>
    <w:rsid w:val="00C7166C"/>
    <w:rsid w:val="00CB0664"/>
    <w:rsid w:val="00CC4C1E"/>
    <w:rsid w:val="00CD1D98"/>
    <w:rsid w:val="00CD28CD"/>
    <w:rsid w:val="00CE25EE"/>
    <w:rsid w:val="00CF1839"/>
    <w:rsid w:val="00D14400"/>
    <w:rsid w:val="00D32968"/>
    <w:rsid w:val="00DC2FC0"/>
    <w:rsid w:val="00DD0EC1"/>
    <w:rsid w:val="00DE4FF2"/>
    <w:rsid w:val="00DF4BF4"/>
    <w:rsid w:val="00E01F31"/>
    <w:rsid w:val="00E23B16"/>
    <w:rsid w:val="00E4413B"/>
    <w:rsid w:val="00E8213A"/>
    <w:rsid w:val="00EA4069"/>
    <w:rsid w:val="00EE4E76"/>
    <w:rsid w:val="00EF75FE"/>
    <w:rsid w:val="00F0172C"/>
    <w:rsid w:val="00F343A9"/>
    <w:rsid w:val="00F47F56"/>
    <w:rsid w:val="00F50940"/>
    <w:rsid w:val="00F80EF5"/>
    <w:rsid w:val="00FB2FF7"/>
    <w:rsid w:val="00FC693F"/>
    <w:rsid w:val="00FE5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26F015"/>
  <w14:defaultImageDpi w14:val="300"/>
  <w15:docId w15:val="{97853C8A-8EF1-4FF8-8C40-4F30C6E12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B35E58"/>
    <w:pPr>
      <w:spacing w:before="100" w:beforeAutospacing="1" w:after="100" w:afterAutospacing="1" w:line="240" w:lineRule="auto"/>
    </w:pPr>
    <w:rPr>
      <w:rFonts w:ascii="Times New Roman" w:eastAsia="Times New Roman" w:hAnsi="Times New Roman" w:cs="Times New Roman"/>
      <w:sz w:val="24"/>
      <w:szCs w:val="24"/>
    </w:rPr>
  </w:style>
  <w:style w:type="table" w:styleId="ListTable6Colorful">
    <w:name w:val="List Table 6 Colorful"/>
    <w:basedOn w:val="TableNormal"/>
    <w:uiPriority w:val="51"/>
    <w:rsid w:val="00170AA1"/>
    <w:pPr>
      <w:spacing w:after="0" w:line="240" w:lineRule="auto"/>
    </w:pPr>
    <w:rPr>
      <w:rFonts w:eastAsiaTheme="minorHAnsi"/>
      <w:color w:val="000000" w:themeColor="text1"/>
      <w:kern w:val="2"/>
      <w:sz w:val="24"/>
      <w:szCs w:val="24"/>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232B46"/>
    <w:rPr>
      <w:color w:val="0000FF" w:themeColor="hyperlink"/>
      <w:u w:val="single"/>
    </w:rPr>
  </w:style>
  <w:style w:type="character" w:styleId="UnresolvedMention">
    <w:name w:val="Unresolved Mention"/>
    <w:basedOn w:val="DefaultParagraphFont"/>
    <w:uiPriority w:val="99"/>
    <w:semiHidden/>
    <w:unhideWhenUsed/>
    <w:rsid w:val="00232B46"/>
    <w:rPr>
      <w:color w:val="605E5C"/>
      <w:shd w:val="clear" w:color="auto" w:fill="E1DFDD"/>
    </w:rPr>
  </w:style>
  <w:style w:type="paragraph" w:styleId="Revision">
    <w:name w:val="Revision"/>
    <w:hidden/>
    <w:uiPriority w:val="99"/>
    <w:semiHidden/>
    <w:rsid w:val="00CE25E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hyperlink" Target="https://doi.org/10.3390/geosciences13030074" TargetMode="External"/><Relationship Id="rId21" Type="http://schemas.openxmlformats.org/officeDocument/2006/relationships/image" Target="media/image14.png"/><Relationship Id="rId34" Type="http://schemas.openxmlformats.org/officeDocument/2006/relationships/hyperlink" Target="https://doi.org/10.%205539jsd.v3n4p277" TargetMode="External"/><Relationship Id="rId42" Type="http://schemas.openxmlformats.org/officeDocument/2006/relationships/hyperlink" Target="https://doi.org/10.7901/2169-3358-2005-1-567" TargetMode="External"/><Relationship Id="rId47" Type="http://schemas.openxmlformats.org/officeDocument/2006/relationships/hyperlink" Target="https://doi.org/10.1002/hyp.1126"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jstor.org/stable/4299462" TargetMode="External"/><Relationship Id="rId46" Type="http://schemas.openxmlformats.org/officeDocument/2006/relationships/hyperlink" Target="https://doi.org/10.1186/s40068-019-0148-y"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doi.org/10.1038/s41598-018-31208-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doi.org/10.1038/ngeo553" TargetMode="External"/><Relationship Id="rId40" Type="http://schemas.openxmlformats.org/officeDocument/2006/relationships/hyperlink" Target="https://doi.org/10.1016/j.catena.2020.104593" TargetMode="External"/><Relationship Id="rId45" Type="http://schemas.openxmlformats.org/officeDocument/2006/relationships/hyperlink" Target="https://doi.org/10.1073/pnas.0907765106"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3390/geosciences13020059" TargetMode="External"/><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doi.org/10.1016/j.margeo.2019.03.004"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hyperlink" Target="https://doi.org/10.4314/gjg.v13i1.11" TargetMode="External"/><Relationship Id="rId43" Type="http://schemas.openxmlformats.org/officeDocument/2006/relationships/hyperlink" Target="https://doi.org/10.5281/zenodo.15271223"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5274B-8041-4B77-B4D6-35B3A1085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20</Pages>
  <Words>4488</Words>
  <Characters>26662</Characters>
  <Application>Microsoft Office Word</Application>
  <DocSecurity>0</DocSecurity>
  <Lines>683</Lines>
  <Paragraphs>327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30823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 Acc 101</cp:lastModifiedBy>
  <cp:revision>15</cp:revision>
  <dcterms:created xsi:type="dcterms:W3CDTF">2025-10-02T10:01:00Z</dcterms:created>
  <dcterms:modified xsi:type="dcterms:W3CDTF">2025-10-17T09:15:00Z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b610ea94-551e-4d2f-a57c-6efa8f3e1a2f</vt:lpwstr>
  </property>
</Properties>
</file>